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43" w:rsidRPr="00E85698" w:rsidRDefault="00942243" w:rsidP="00942243">
      <w:pPr>
        <w:pStyle w:val="11"/>
        <w:spacing w:before="66"/>
        <w:ind w:left="426" w:right="1508"/>
        <w:jc w:val="center"/>
        <w:rPr>
          <w:sz w:val="20"/>
        </w:rPr>
      </w:pPr>
      <w:r w:rsidRPr="00942243">
        <w:rPr>
          <w:noProof/>
          <w:lang w:eastAsia="ru-RU"/>
        </w:rPr>
        <w:drawing>
          <wp:anchor distT="0" distB="0" distL="114300" distR="114300" simplePos="0" relativeHeight="487604736" behindDoc="0" locked="0" layoutInCell="1" allowOverlap="1">
            <wp:simplePos x="0" y="0"/>
            <wp:positionH relativeFrom="column">
              <wp:posOffset>273050</wp:posOffset>
            </wp:positionH>
            <wp:positionV relativeFrom="paragraph">
              <wp:posOffset>41275</wp:posOffset>
            </wp:positionV>
            <wp:extent cx="6267422" cy="9699625"/>
            <wp:effectExtent l="0" t="0" r="0" b="0"/>
            <wp:wrapSquare wrapText="bothSides"/>
            <wp:docPr id="1" name="Рисунок 1" descr="E:\готовые программы 2022-2023 ря, лит.5-8\Титул РП по Низамутди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отовые программы 2022-2023 ря, лит.5-8\Титул РП по Низамутдинова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7422" cy="9699625"/>
                    </a:xfrm>
                    <a:prstGeom prst="rect">
                      <a:avLst/>
                    </a:prstGeom>
                    <a:noFill/>
                    <a:ln>
                      <a:noFill/>
                    </a:ln>
                  </pic:spPr>
                </pic:pic>
              </a:graphicData>
            </a:graphic>
          </wp:anchor>
        </w:drawing>
      </w:r>
    </w:p>
    <w:p w:rsidR="00624C8A" w:rsidRPr="00E85698" w:rsidRDefault="00CB6516" w:rsidP="00911E24">
      <w:pPr>
        <w:spacing w:before="95" w:line="424" w:lineRule="auto"/>
        <w:ind w:left="178" w:right="2710"/>
        <w:rPr>
          <w:sz w:val="20"/>
        </w:rPr>
        <w:sectPr w:rsidR="00624C8A" w:rsidRPr="00E85698">
          <w:type w:val="continuous"/>
          <w:pgSz w:w="11900" w:h="16840"/>
          <w:pgMar w:top="520" w:right="540" w:bottom="280" w:left="560" w:header="720" w:footer="720" w:gutter="0"/>
          <w:cols w:num="3" w:space="720" w:equalWidth="0">
            <w:col w:w="1309" w:space="2208"/>
            <w:col w:w="1309" w:space="2208"/>
            <w:col w:w="3766"/>
          </w:cols>
        </w:sectPr>
      </w:pPr>
      <w:r w:rsidRPr="00E85698">
        <w:rPr>
          <w:sz w:val="20"/>
        </w:rPr>
        <w:t xml:space="preserve"> </w:t>
      </w:r>
    </w:p>
    <w:p w:rsidR="00624C8A" w:rsidRPr="00E85698" w:rsidRDefault="00CB6516">
      <w:pPr>
        <w:pStyle w:val="a5"/>
        <w:spacing w:before="66" w:line="292" w:lineRule="auto"/>
        <w:ind w:right="396" w:firstLine="180"/>
      </w:pPr>
      <w:r w:rsidRPr="00E85698">
        <w:lastRenderedPageBreak/>
        <w:t>Рабочая программа по русскому языку на уровне основного общего образования подготовлена на</w:t>
      </w:r>
      <w:r w:rsidRPr="00E85698">
        <w:rPr>
          <w:spacing w:val="-57"/>
        </w:rPr>
        <w:t xml:space="preserve"> </w:t>
      </w:r>
      <w:r w:rsidRPr="00E85698">
        <w:t>основе Федерального государственного образовательного стандарта основного общего образования</w:t>
      </w:r>
      <w:r w:rsidRPr="00E85698">
        <w:rPr>
          <w:spacing w:val="-58"/>
        </w:rPr>
        <w:t xml:space="preserve"> </w:t>
      </w:r>
      <w:r w:rsidRPr="00E85698">
        <w:t>(Приказ Минпросвещения России от 31 05 2021 г № 287, зарегистрирован Министерством юстиции</w:t>
      </w:r>
      <w:r w:rsidRPr="00E85698">
        <w:rPr>
          <w:spacing w:val="-57"/>
        </w:rPr>
        <w:t xml:space="preserve"> </w:t>
      </w:r>
      <w:r w:rsidRPr="00E85698">
        <w:t xml:space="preserve">Российской Федерации 05 07 2021 г , </w:t>
      </w:r>
      <w:proofErr w:type="spellStart"/>
      <w:r w:rsidRPr="00E85698">
        <w:t>рег</w:t>
      </w:r>
      <w:proofErr w:type="spellEnd"/>
      <w:r w:rsidRPr="00E85698">
        <w:t xml:space="preserve"> номер — 64101) (далее — ФГОС ООО), Концепции</w:t>
      </w:r>
      <w:r w:rsidRPr="00E85698">
        <w:rPr>
          <w:spacing w:val="1"/>
        </w:rPr>
        <w:t xml:space="preserve"> </w:t>
      </w:r>
      <w:r w:rsidRPr="00E85698">
        <w:t>преподавания русского языка и литературы в Российской Федерации (утверждена распоряжением</w:t>
      </w:r>
      <w:r w:rsidRPr="00E85698">
        <w:rPr>
          <w:spacing w:val="1"/>
        </w:rPr>
        <w:t xml:space="preserve"> </w:t>
      </w:r>
      <w:r w:rsidRPr="00E85698">
        <w:t>Правительства Российской Федерации от 9 апреля 2016 г № 637-р), Примерной программы</w:t>
      </w:r>
      <w:r w:rsidRPr="00E85698">
        <w:rPr>
          <w:spacing w:val="1"/>
        </w:rPr>
        <w:t xml:space="preserve"> </w:t>
      </w:r>
      <w:r w:rsidRPr="00E85698">
        <w:t>воспитания, с учётом распределённых по классам проверяемых требований к результатам освоения</w:t>
      </w:r>
      <w:r w:rsidRPr="00E85698">
        <w:rPr>
          <w:spacing w:val="-57"/>
        </w:rPr>
        <w:t xml:space="preserve"> </w:t>
      </w:r>
      <w:r w:rsidRPr="00E85698">
        <w:t>Основной</w:t>
      </w:r>
      <w:r w:rsidRPr="00E85698">
        <w:rPr>
          <w:spacing w:val="-1"/>
        </w:rPr>
        <w:t xml:space="preserve"> </w:t>
      </w:r>
      <w:r w:rsidRPr="00E85698">
        <w:t>образовательной программы</w:t>
      </w:r>
      <w:r w:rsidRPr="00E85698">
        <w:rPr>
          <w:spacing w:val="-1"/>
        </w:rPr>
        <w:t xml:space="preserve"> </w:t>
      </w:r>
      <w:r w:rsidRPr="00E85698">
        <w:t>основного общего</w:t>
      </w:r>
      <w:r w:rsidRPr="00E85698">
        <w:rPr>
          <w:spacing w:val="-1"/>
        </w:rPr>
        <w:t xml:space="preserve"> </w:t>
      </w:r>
      <w:r w:rsidRPr="00E85698">
        <w:t>образования.</w:t>
      </w:r>
    </w:p>
    <w:p w:rsidR="00624C8A" w:rsidRPr="00E85698" w:rsidRDefault="00942243">
      <w:pPr>
        <w:pStyle w:val="11"/>
        <w:spacing w:before="151"/>
        <w:ind w:left="106"/>
      </w:pPr>
      <w:r>
        <w:pict>
          <v:rect id="_x0000_s1032" style="position:absolute;left:0;text-align:left;margin-left:33.3pt;margin-top:27.15pt;width:528.15pt;height:.6pt;z-index:-15727104;mso-wrap-distance-left:0;mso-wrap-distance-right:0;mso-position-horizontal-relative:page" fillcolor="black" stroked="f">
            <w10:wrap type="topAndBottom" anchorx="page"/>
          </v:rect>
        </w:pict>
      </w:r>
      <w:r w:rsidR="00CB6516" w:rsidRPr="00E85698">
        <w:t>ПОЯСНИТЕЛЬНАЯ</w:t>
      </w:r>
      <w:r w:rsidR="00CB6516" w:rsidRPr="00E85698">
        <w:rPr>
          <w:spacing w:val="-9"/>
        </w:rPr>
        <w:t xml:space="preserve"> </w:t>
      </w:r>
      <w:r w:rsidR="00CB6516" w:rsidRPr="00E85698">
        <w:t>ЗАПИСКА</w:t>
      </w:r>
      <w:bookmarkStart w:id="0" w:name="_GoBack"/>
      <w:bookmarkEnd w:id="0"/>
    </w:p>
    <w:p w:rsidR="00624C8A" w:rsidRPr="00E85698" w:rsidRDefault="00CB6516">
      <w:pPr>
        <w:pStyle w:val="a5"/>
        <w:spacing w:before="179" w:line="292" w:lineRule="auto"/>
        <w:ind w:right="186" w:firstLine="180"/>
      </w:pPr>
      <w:r w:rsidRPr="00E85698">
        <w:t>Личностные и метапредметные результаты представлены с учётом особенностей преподавания</w:t>
      </w:r>
      <w:r w:rsidRPr="00E85698">
        <w:rPr>
          <w:spacing w:val="1"/>
        </w:rPr>
        <w:t xml:space="preserve"> </w:t>
      </w:r>
      <w:r w:rsidRPr="00E85698">
        <w:t>русского языка в основной общеобразовательной школе с учётом методических традиций построения</w:t>
      </w:r>
      <w:r w:rsidRPr="00E85698">
        <w:rPr>
          <w:spacing w:val="-57"/>
        </w:rPr>
        <w:t xml:space="preserve"> </w:t>
      </w:r>
      <w:r w:rsidRPr="00E85698">
        <w:t>школьного курса русского языка, реализованных в большей части входящих в Федеральный перечень</w:t>
      </w:r>
      <w:r w:rsidRPr="00E85698">
        <w:rPr>
          <w:spacing w:val="-58"/>
        </w:rPr>
        <w:t xml:space="preserve"> </w:t>
      </w:r>
      <w:r w:rsidRPr="00E85698">
        <w:t>УМК</w:t>
      </w:r>
      <w:r w:rsidRPr="00E85698">
        <w:rPr>
          <w:spacing w:val="-2"/>
        </w:rPr>
        <w:t xml:space="preserve"> </w:t>
      </w:r>
      <w:r w:rsidRPr="00E85698">
        <w:t>по русскому языку.</w:t>
      </w:r>
    </w:p>
    <w:p w:rsidR="00624C8A" w:rsidRPr="00E85698" w:rsidRDefault="00CB6516">
      <w:pPr>
        <w:pStyle w:val="11"/>
        <w:spacing w:before="189"/>
        <w:ind w:left="106"/>
      </w:pPr>
      <w:r w:rsidRPr="00E85698">
        <w:t>ОБЩАЯ</w:t>
      </w:r>
      <w:r w:rsidRPr="00E85698">
        <w:rPr>
          <w:spacing w:val="-8"/>
        </w:rPr>
        <w:t xml:space="preserve"> </w:t>
      </w:r>
      <w:r w:rsidRPr="00E85698">
        <w:t>ХАРАКТЕРИСТИКА</w:t>
      </w:r>
      <w:r w:rsidRPr="00E85698">
        <w:rPr>
          <w:spacing w:val="-7"/>
        </w:rPr>
        <w:t xml:space="preserve"> </w:t>
      </w:r>
      <w:r w:rsidRPr="00E85698">
        <w:t>УЧЕБНОГО</w:t>
      </w:r>
      <w:r w:rsidRPr="00E85698">
        <w:rPr>
          <w:spacing w:val="-8"/>
        </w:rPr>
        <w:t xml:space="preserve"> </w:t>
      </w:r>
      <w:r w:rsidRPr="00E85698">
        <w:t>ПРЕДМЕТА</w:t>
      </w:r>
      <w:r w:rsidRPr="00E85698">
        <w:rPr>
          <w:spacing w:val="-7"/>
        </w:rPr>
        <w:t xml:space="preserve"> </w:t>
      </w:r>
      <w:r w:rsidRPr="00E85698">
        <w:t>«РУССКИЙ</w:t>
      </w:r>
      <w:r w:rsidRPr="00E85698">
        <w:rPr>
          <w:spacing w:val="-8"/>
        </w:rPr>
        <w:t xml:space="preserve"> </w:t>
      </w:r>
      <w:r w:rsidRPr="00E85698">
        <w:t>ЯЗЫК»</w:t>
      </w:r>
    </w:p>
    <w:p w:rsidR="00624C8A" w:rsidRPr="00E85698" w:rsidRDefault="00CB6516">
      <w:pPr>
        <w:pStyle w:val="a5"/>
        <w:spacing w:before="157" w:line="292" w:lineRule="auto"/>
        <w:ind w:right="150" w:firstLine="180"/>
      </w:pPr>
      <w:r w:rsidRPr="00E85698">
        <w:t>Русский язык — государственный язык Российской Федерации, язык межнационального общения</w:t>
      </w:r>
      <w:r w:rsidRPr="00E85698">
        <w:rPr>
          <w:spacing w:val="1"/>
        </w:rPr>
        <w:t xml:space="preserve"> </w:t>
      </w:r>
      <w:r w:rsidRPr="00E85698">
        <w:t>народов России, национальный язык русского народа. Как государственный язык и язык</w:t>
      </w:r>
      <w:r w:rsidRPr="00E85698">
        <w:rPr>
          <w:spacing w:val="1"/>
        </w:rPr>
        <w:t xml:space="preserve"> </w:t>
      </w:r>
      <w:r w:rsidRPr="00E85698">
        <w:t>межнационального общения русский язык является средством коммуникации всех народов</w:t>
      </w:r>
      <w:r w:rsidRPr="00E85698">
        <w:rPr>
          <w:spacing w:val="1"/>
        </w:rPr>
        <w:t xml:space="preserve"> </w:t>
      </w:r>
      <w:r w:rsidRPr="00E85698">
        <w:t>Российской</w:t>
      </w:r>
      <w:r w:rsidRPr="00E85698">
        <w:rPr>
          <w:spacing w:val="-4"/>
        </w:rPr>
        <w:t xml:space="preserve"> </w:t>
      </w:r>
      <w:r w:rsidRPr="00E85698">
        <w:t>Федерации,</w:t>
      </w:r>
      <w:r w:rsidRPr="00E85698">
        <w:rPr>
          <w:spacing w:val="-4"/>
        </w:rPr>
        <w:t xml:space="preserve"> </w:t>
      </w:r>
      <w:r w:rsidRPr="00E85698">
        <w:t>основой</w:t>
      </w:r>
      <w:r w:rsidRPr="00E85698">
        <w:rPr>
          <w:spacing w:val="-4"/>
        </w:rPr>
        <w:t xml:space="preserve"> </w:t>
      </w:r>
      <w:r w:rsidRPr="00E85698">
        <w:t>их</w:t>
      </w:r>
      <w:r w:rsidRPr="00E85698">
        <w:rPr>
          <w:spacing w:val="-4"/>
        </w:rPr>
        <w:t xml:space="preserve"> </w:t>
      </w:r>
      <w:r w:rsidRPr="00E85698">
        <w:t>социально-экономической,</w:t>
      </w:r>
      <w:r w:rsidRPr="00E85698">
        <w:rPr>
          <w:spacing w:val="-4"/>
        </w:rPr>
        <w:t xml:space="preserve"> </w:t>
      </w:r>
      <w:r w:rsidRPr="00E85698">
        <w:t>культурной</w:t>
      </w:r>
      <w:r w:rsidRPr="00E85698">
        <w:rPr>
          <w:spacing w:val="-4"/>
        </w:rPr>
        <w:t xml:space="preserve"> </w:t>
      </w:r>
      <w:r w:rsidRPr="00E85698">
        <w:t>и</w:t>
      </w:r>
      <w:r w:rsidRPr="00E85698">
        <w:rPr>
          <w:spacing w:val="-4"/>
        </w:rPr>
        <w:t xml:space="preserve"> </w:t>
      </w:r>
      <w:r w:rsidRPr="00E85698">
        <w:t>духовной</w:t>
      </w:r>
      <w:r w:rsidRPr="00E85698">
        <w:rPr>
          <w:spacing w:val="-4"/>
        </w:rPr>
        <w:t xml:space="preserve"> </w:t>
      </w:r>
      <w:r w:rsidRPr="00E85698">
        <w:t>консолидации.</w:t>
      </w:r>
    </w:p>
    <w:p w:rsidR="00624C8A" w:rsidRPr="00E85698" w:rsidRDefault="00CB6516">
      <w:pPr>
        <w:pStyle w:val="a5"/>
        <w:spacing w:line="292" w:lineRule="auto"/>
        <w:ind w:right="150" w:firstLine="180"/>
      </w:pPr>
      <w:r w:rsidRPr="00E85698">
        <w:t>Высокая функциональная значимость русского языка и выполнение им функций государственного</w:t>
      </w:r>
      <w:r w:rsidRPr="00E85698">
        <w:rPr>
          <w:spacing w:val="1"/>
        </w:rPr>
        <w:t xml:space="preserve"> </w:t>
      </w:r>
      <w:r w:rsidRPr="00E85698">
        <w:t>языка и языка межнационального общения важны для каждого жителя России, независимо от места</w:t>
      </w:r>
      <w:r w:rsidRPr="00E85698">
        <w:rPr>
          <w:spacing w:val="1"/>
        </w:rPr>
        <w:t xml:space="preserve"> </w:t>
      </w:r>
      <w:r w:rsidRPr="00E85698">
        <w:t>его проживания и этнической принадлежности Знание русского языка и владение им в разных формах</w:t>
      </w:r>
      <w:r w:rsidRPr="00E85698">
        <w:rPr>
          <w:spacing w:val="-57"/>
        </w:rPr>
        <w:t xml:space="preserve"> </w:t>
      </w:r>
      <w:r w:rsidRPr="00E85698">
        <w:t>его существования и функциональных разновидностях, понимание его стилистических особенностей</w:t>
      </w:r>
      <w:r w:rsidRPr="00E85698">
        <w:rPr>
          <w:spacing w:val="1"/>
        </w:rPr>
        <w:t xml:space="preserve"> </w:t>
      </w:r>
      <w:r w:rsidRPr="00E85698">
        <w:t>и выразительных возможностей, умение правильно и эффективно использовать русский язык в</w:t>
      </w:r>
      <w:r w:rsidRPr="00E85698">
        <w:rPr>
          <w:spacing w:val="1"/>
        </w:rPr>
        <w:t xml:space="preserve"> </w:t>
      </w:r>
      <w:r w:rsidRPr="00E85698">
        <w:t>различных сферах и ситуациях общения определяют успешность социализации личности и</w:t>
      </w:r>
      <w:r w:rsidRPr="00E85698">
        <w:rPr>
          <w:spacing w:val="1"/>
        </w:rPr>
        <w:t xml:space="preserve"> </w:t>
      </w:r>
      <w:r w:rsidRPr="00E85698">
        <w:t>возможности</w:t>
      </w:r>
      <w:r w:rsidRPr="00E85698">
        <w:rPr>
          <w:spacing w:val="-2"/>
        </w:rPr>
        <w:t xml:space="preserve"> </w:t>
      </w:r>
      <w:r w:rsidRPr="00E85698">
        <w:t>её</w:t>
      </w:r>
      <w:r w:rsidRPr="00E85698">
        <w:rPr>
          <w:spacing w:val="-1"/>
        </w:rPr>
        <w:t xml:space="preserve"> </w:t>
      </w:r>
      <w:r w:rsidRPr="00E85698">
        <w:t>самореализации</w:t>
      </w:r>
      <w:r w:rsidRPr="00E85698">
        <w:rPr>
          <w:spacing w:val="-1"/>
        </w:rPr>
        <w:t xml:space="preserve"> </w:t>
      </w:r>
      <w:r w:rsidRPr="00E85698">
        <w:t>в</w:t>
      </w:r>
      <w:r w:rsidRPr="00E85698">
        <w:rPr>
          <w:spacing w:val="-2"/>
        </w:rPr>
        <w:t xml:space="preserve"> </w:t>
      </w:r>
      <w:r w:rsidRPr="00E85698">
        <w:t>различных</w:t>
      </w:r>
      <w:r w:rsidRPr="00E85698">
        <w:rPr>
          <w:spacing w:val="-1"/>
        </w:rPr>
        <w:t xml:space="preserve"> </w:t>
      </w:r>
      <w:r w:rsidRPr="00E85698">
        <w:t>жизненно</w:t>
      </w:r>
      <w:r w:rsidRPr="00E85698">
        <w:rPr>
          <w:spacing w:val="-1"/>
        </w:rPr>
        <w:t xml:space="preserve"> </w:t>
      </w:r>
      <w:r w:rsidRPr="00E85698">
        <w:t>важных</w:t>
      </w:r>
      <w:r w:rsidRPr="00E85698">
        <w:rPr>
          <w:spacing w:val="-1"/>
        </w:rPr>
        <w:t xml:space="preserve"> </w:t>
      </w:r>
      <w:r w:rsidRPr="00E85698">
        <w:t>для</w:t>
      </w:r>
      <w:r w:rsidRPr="00E85698">
        <w:rPr>
          <w:spacing w:val="-2"/>
        </w:rPr>
        <w:t xml:space="preserve"> </w:t>
      </w:r>
      <w:r w:rsidRPr="00E85698">
        <w:t>человека</w:t>
      </w:r>
      <w:r w:rsidRPr="00E85698">
        <w:rPr>
          <w:spacing w:val="-1"/>
        </w:rPr>
        <w:t xml:space="preserve"> </w:t>
      </w:r>
      <w:r w:rsidRPr="00E85698">
        <w:t>областях.</w:t>
      </w:r>
    </w:p>
    <w:p w:rsidR="00624C8A" w:rsidRPr="00E85698" w:rsidRDefault="00CB6516">
      <w:pPr>
        <w:pStyle w:val="a5"/>
        <w:spacing w:line="292" w:lineRule="auto"/>
        <w:ind w:right="878" w:firstLine="180"/>
      </w:pPr>
      <w:r w:rsidRPr="00E85698">
        <w:t>Русский язык, выполняя свои базовые функции общения и выражения мысли, обеспечивает</w:t>
      </w:r>
      <w:r w:rsidRPr="00E85698">
        <w:rPr>
          <w:spacing w:val="1"/>
        </w:rPr>
        <w:t xml:space="preserve"> </w:t>
      </w:r>
      <w:r w:rsidRPr="00E85698">
        <w:t>межличностное и социальное взаимодействие людей, участвует в формировании сознания,</w:t>
      </w:r>
      <w:r w:rsidRPr="00E85698">
        <w:rPr>
          <w:spacing w:val="1"/>
        </w:rPr>
        <w:t xml:space="preserve"> </w:t>
      </w:r>
      <w:r w:rsidRPr="00E85698">
        <w:t>самосознания и мировоззрения личности, является важнейшим средством хранения и передачи</w:t>
      </w:r>
      <w:r w:rsidRPr="00E85698">
        <w:rPr>
          <w:spacing w:val="-58"/>
        </w:rPr>
        <w:t xml:space="preserve"> </w:t>
      </w:r>
      <w:r w:rsidRPr="00E85698">
        <w:t>информации,</w:t>
      </w:r>
      <w:r w:rsidRPr="00E85698">
        <w:rPr>
          <w:spacing w:val="-1"/>
        </w:rPr>
        <w:t xml:space="preserve"> </w:t>
      </w:r>
      <w:r w:rsidRPr="00E85698">
        <w:t>культурных</w:t>
      </w:r>
      <w:r w:rsidRPr="00E85698">
        <w:rPr>
          <w:spacing w:val="-1"/>
        </w:rPr>
        <w:t xml:space="preserve"> </w:t>
      </w:r>
      <w:r w:rsidRPr="00E85698">
        <w:t>традиций, истории</w:t>
      </w:r>
      <w:r w:rsidRPr="00E85698">
        <w:rPr>
          <w:spacing w:val="-1"/>
        </w:rPr>
        <w:t xml:space="preserve"> </w:t>
      </w:r>
      <w:r w:rsidRPr="00E85698">
        <w:t>русского и</w:t>
      </w:r>
      <w:r w:rsidRPr="00E85698">
        <w:rPr>
          <w:spacing w:val="-1"/>
        </w:rPr>
        <w:t xml:space="preserve"> </w:t>
      </w:r>
      <w:r w:rsidRPr="00E85698">
        <w:t>других</w:t>
      </w:r>
      <w:r w:rsidRPr="00E85698">
        <w:rPr>
          <w:spacing w:val="-1"/>
        </w:rPr>
        <w:t xml:space="preserve"> </w:t>
      </w:r>
      <w:r w:rsidRPr="00E85698">
        <w:t>народов</w:t>
      </w:r>
      <w:r w:rsidRPr="00E85698">
        <w:rPr>
          <w:spacing w:val="-1"/>
        </w:rPr>
        <w:t xml:space="preserve"> </w:t>
      </w:r>
      <w:r w:rsidRPr="00E85698">
        <w:t>России.</w:t>
      </w:r>
    </w:p>
    <w:p w:rsidR="00624C8A" w:rsidRPr="00E85698" w:rsidRDefault="00CB6516">
      <w:pPr>
        <w:pStyle w:val="a5"/>
        <w:spacing w:line="292" w:lineRule="auto"/>
        <w:ind w:right="396" w:firstLine="180"/>
      </w:pPr>
      <w:r w:rsidRPr="00E85698">
        <w:t>Обучение русскому языку в школе направлено на совершенствование нравственной и</w:t>
      </w:r>
      <w:r w:rsidRPr="00E85698">
        <w:rPr>
          <w:spacing w:val="1"/>
        </w:rPr>
        <w:t xml:space="preserve"> </w:t>
      </w:r>
      <w:r w:rsidRPr="00E85698">
        <w:t>коммуникативной</w:t>
      </w:r>
      <w:r w:rsidRPr="00E85698">
        <w:rPr>
          <w:spacing w:val="-5"/>
        </w:rPr>
        <w:t xml:space="preserve"> </w:t>
      </w:r>
      <w:r w:rsidRPr="00E85698">
        <w:t>культуры</w:t>
      </w:r>
      <w:r w:rsidRPr="00E85698">
        <w:rPr>
          <w:spacing w:val="-5"/>
        </w:rPr>
        <w:t xml:space="preserve"> </w:t>
      </w:r>
      <w:r w:rsidRPr="00E85698">
        <w:t>ученика,</w:t>
      </w:r>
      <w:r w:rsidRPr="00E85698">
        <w:rPr>
          <w:spacing w:val="-4"/>
        </w:rPr>
        <w:t xml:space="preserve"> </w:t>
      </w:r>
      <w:r w:rsidRPr="00E85698">
        <w:t>развитие</w:t>
      </w:r>
      <w:r w:rsidRPr="00E85698">
        <w:rPr>
          <w:spacing w:val="-5"/>
        </w:rPr>
        <w:t xml:space="preserve"> </w:t>
      </w:r>
      <w:r w:rsidRPr="00E85698">
        <w:t>его</w:t>
      </w:r>
      <w:r w:rsidRPr="00E85698">
        <w:rPr>
          <w:spacing w:val="-4"/>
        </w:rPr>
        <w:t xml:space="preserve"> </w:t>
      </w:r>
      <w:r w:rsidRPr="00E85698">
        <w:t>интеллектуальных</w:t>
      </w:r>
      <w:r w:rsidRPr="00E85698">
        <w:rPr>
          <w:spacing w:val="-5"/>
        </w:rPr>
        <w:t xml:space="preserve"> </w:t>
      </w:r>
      <w:r w:rsidRPr="00E85698">
        <w:t>и</w:t>
      </w:r>
      <w:r w:rsidRPr="00E85698">
        <w:rPr>
          <w:spacing w:val="-5"/>
        </w:rPr>
        <w:t xml:space="preserve"> </w:t>
      </w:r>
      <w:r w:rsidRPr="00E85698">
        <w:t>творческих</w:t>
      </w:r>
      <w:r w:rsidRPr="00E85698">
        <w:rPr>
          <w:spacing w:val="-4"/>
        </w:rPr>
        <w:t xml:space="preserve"> </w:t>
      </w:r>
      <w:r w:rsidRPr="00E85698">
        <w:t>способностей,</w:t>
      </w:r>
      <w:r w:rsidRPr="00E85698">
        <w:rPr>
          <w:spacing w:val="-57"/>
        </w:rPr>
        <w:t xml:space="preserve"> </w:t>
      </w:r>
      <w:r w:rsidRPr="00E85698">
        <w:t>мышления, памяти и воображения, навыков самостоятельной учебной деятельности,</w:t>
      </w:r>
      <w:r w:rsidRPr="00E85698">
        <w:rPr>
          <w:spacing w:val="1"/>
        </w:rPr>
        <w:t xml:space="preserve"> </w:t>
      </w:r>
      <w:r w:rsidRPr="00E85698">
        <w:t>самообразования.</w:t>
      </w:r>
    </w:p>
    <w:p w:rsidR="00624C8A" w:rsidRPr="00E85698" w:rsidRDefault="00CB6516">
      <w:pPr>
        <w:pStyle w:val="a5"/>
        <w:spacing w:line="292" w:lineRule="auto"/>
        <w:ind w:right="186" w:firstLine="180"/>
      </w:pPr>
      <w:r w:rsidRPr="00E85698">
        <w:t>Содержание обучения русскому языку ориентировано также на развитие функциональной</w:t>
      </w:r>
      <w:r w:rsidRPr="00E85698">
        <w:rPr>
          <w:spacing w:val="1"/>
        </w:rPr>
        <w:t xml:space="preserve"> </w:t>
      </w:r>
      <w:r w:rsidRPr="00E85698">
        <w:t>грамотности как интегративного умения человека читать, понимать тексты, использовать</w:t>
      </w:r>
      <w:r w:rsidRPr="00E85698">
        <w:rPr>
          <w:spacing w:val="1"/>
        </w:rPr>
        <w:t xml:space="preserve"> </w:t>
      </w:r>
      <w:r w:rsidRPr="00E85698">
        <w:t>информацию текстов разных форматов, оценивать её, размышлять о ней, чтобы достигать своих</w:t>
      </w:r>
      <w:r w:rsidRPr="00E85698">
        <w:rPr>
          <w:spacing w:val="1"/>
        </w:rPr>
        <w:t xml:space="preserve"> </w:t>
      </w:r>
      <w:r w:rsidRPr="00E85698">
        <w:t>целей,</w:t>
      </w:r>
      <w:r w:rsidRPr="00E85698">
        <w:rPr>
          <w:spacing w:val="-4"/>
        </w:rPr>
        <w:t xml:space="preserve"> </w:t>
      </w:r>
      <w:r w:rsidRPr="00E85698">
        <w:t>расширять</w:t>
      </w:r>
      <w:r w:rsidRPr="00E85698">
        <w:rPr>
          <w:spacing w:val="-4"/>
        </w:rPr>
        <w:t xml:space="preserve"> </w:t>
      </w:r>
      <w:r w:rsidRPr="00E85698">
        <w:t>свои</w:t>
      </w:r>
      <w:r w:rsidRPr="00E85698">
        <w:rPr>
          <w:spacing w:val="-4"/>
        </w:rPr>
        <w:t xml:space="preserve"> </w:t>
      </w:r>
      <w:r w:rsidRPr="00E85698">
        <w:t>знания</w:t>
      </w:r>
      <w:r w:rsidRPr="00E85698">
        <w:rPr>
          <w:spacing w:val="-4"/>
        </w:rPr>
        <w:t xml:space="preserve"> </w:t>
      </w:r>
      <w:r w:rsidRPr="00E85698">
        <w:t>и</w:t>
      </w:r>
      <w:r w:rsidRPr="00E85698">
        <w:rPr>
          <w:spacing w:val="-4"/>
        </w:rPr>
        <w:t xml:space="preserve"> </w:t>
      </w:r>
      <w:r w:rsidRPr="00E85698">
        <w:t>возможности,</w:t>
      </w:r>
      <w:r w:rsidRPr="00E85698">
        <w:rPr>
          <w:spacing w:val="-3"/>
        </w:rPr>
        <w:t xml:space="preserve"> </w:t>
      </w:r>
      <w:r w:rsidRPr="00E85698">
        <w:t>участвовать</w:t>
      </w:r>
      <w:r w:rsidRPr="00E85698">
        <w:rPr>
          <w:spacing w:val="-4"/>
        </w:rPr>
        <w:t xml:space="preserve"> </w:t>
      </w:r>
      <w:r w:rsidRPr="00E85698">
        <w:t>в</w:t>
      </w:r>
      <w:r w:rsidRPr="00E85698">
        <w:rPr>
          <w:spacing w:val="-5"/>
        </w:rPr>
        <w:t xml:space="preserve"> </w:t>
      </w:r>
      <w:r w:rsidRPr="00E85698">
        <w:t>социальной</w:t>
      </w:r>
      <w:r w:rsidRPr="00E85698">
        <w:rPr>
          <w:spacing w:val="-3"/>
        </w:rPr>
        <w:t xml:space="preserve"> </w:t>
      </w:r>
      <w:r w:rsidRPr="00E85698">
        <w:t>жизни.</w:t>
      </w:r>
      <w:r w:rsidRPr="00E85698">
        <w:rPr>
          <w:spacing w:val="-4"/>
        </w:rPr>
        <w:t xml:space="preserve"> </w:t>
      </w:r>
      <w:r w:rsidRPr="00E85698">
        <w:t>Речевая</w:t>
      </w:r>
      <w:r w:rsidRPr="00E85698">
        <w:rPr>
          <w:spacing w:val="-4"/>
        </w:rPr>
        <w:t xml:space="preserve"> </w:t>
      </w:r>
      <w:r w:rsidRPr="00E85698">
        <w:t>и</w:t>
      </w:r>
      <w:r w:rsidRPr="00E85698">
        <w:rPr>
          <w:spacing w:val="-4"/>
        </w:rPr>
        <w:t xml:space="preserve"> </w:t>
      </w:r>
      <w:r w:rsidRPr="00E85698">
        <w:t>текстовая</w:t>
      </w:r>
      <w:r w:rsidRPr="00E85698">
        <w:rPr>
          <w:spacing w:val="-57"/>
        </w:rPr>
        <w:t xml:space="preserve"> </w:t>
      </w:r>
      <w:r w:rsidRPr="00E85698">
        <w:t>деятельность</w:t>
      </w:r>
      <w:r w:rsidRPr="00E85698">
        <w:rPr>
          <w:spacing w:val="-3"/>
        </w:rPr>
        <w:t xml:space="preserve"> </w:t>
      </w:r>
      <w:r w:rsidRPr="00E85698">
        <w:t>является</w:t>
      </w:r>
      <w:r w:rsidRPr="00E85698">
        <w:rPr>
          <w:spacing w:val="-3"/>
        </w:rPr>
        <w:t xml:space="preserve"> </w:t>
      </w:r>
      <w:r w:rsidRPr="00E85698">
        <w:t>системообразующей</w:t>
      </w:r>
      <w:r w:rsidRPr="00E85698">
        <w:rPr>
          <w:spacing w:val="-1"/>
        </w:rPr>
        <w:t xml:space="preserve"> </w:t>
      </w:r>
      <w:r w:rsidRPr="00E85698">
        <w:t>доминантой</w:t>
      </w:r>
      <w:r w:rsidRPr="00E85698">
        <w:rPr>
          <w:spacing w:val="-2"/>
        </w:rPr>
        <w:t xml:space="preserve"> </w:t>
      </w:r>
      <w:r w:rsidRPr="00E85698">
        <w:t>школьного</w:t>
      </w:r>
      <w:r w:rsidRPr="00E85698">
        <w:rPr>
          <w:spacing w:val="-2"/>
        </w:rPr>
        <w:t xml:space="preserve"> </w:t>
      </w:r>
      <w:r w:rsidRPr="00E85698">
        <w:t>курса</w:t>
      </w:r>
      <w:r w:rsidRPr="00E85698">
        <w:rPr>
          <w:spacing w:val="-1"/>
        </w:rPr>
        <w:t xml:space="preserve"> </w:t>
      </w:r>
      <w:r w:rsidRPr="00E85698">
        <w:t>русского</w:t>
      </w:r>
      <w:r w:rsidRPr="00E85698">
        <w:rPr>
          <w:spacing w:val="-2"/>
        </w:rPr>
        <w:t xml:space="preserve"> </w:t>
      </w:r>
      <w:r w:rsidRPr="00E85698">
        <w:t>языка.</w:t>
      </w:r>
    </w:p>
    <w:p w:rsidR="00624C8A" w:rsidRPr="00E85698" w:rsidRDefault="00CB6516">
      <w:pPr>
        <w:pStyle w:val="a5"/>
        <w:spacing w:line="292" w:lineRule="auto"/>
      </w:pPr>
      <w:r w:rsidRPr="00E85698">
        <w:t>Соответствующие умения и навыки представлены в перечне метапредметных и предметных</w:t>
      </w:r>
      <w:r w:rsidRPr="00E85698">
        <w:rPr>
          <w:spacing w:val="1"/>
        </w:rPr>
        <w:t xml:space="preserve"> </w:t>
      </w:r>
      <w:r w:rsidRPr="00E85698">
        <w:t>результатов</w:t>
      </w:r>
      <w:r w:rsidRPr="00E85698">
        <w:rPr>
          <w:spacing w:val="-5"/>
        </w:rPr>
        <w:t xml:space="preserve"> </w:t>
      </w:r>
      <w:r w:rsidRPr="00E85698">
        <w:t>обучения,</w:t>
      </w:r>
      <w:r w:rsidRPr="00E85698">
        <w:rPr>
          <w:spacing w:val="-4"/>
        </w:rPr>
        <w:t xml:space="preserve"> </w:t>
      </w:r>
      <w:r w:rsidRPr="00E85698">
        <w:t>в</w:t>
      </w:r>
      <w:r w:rsidRPr="00E85698">
        <w:rPr>
          <w:spacing w:val="-5"/>
        </w:rPr>
        <w:t xml:space="preserve"> </w:t>
      </w:r>
      <w:r w:rsidRPr="00E85698">
        <w:t>содержании</w:t>
      </w:r>
      <w:r w:rsidRPr="00E85698">
        <w:rPr>
          <w:spacing w:val="-3"/>
        </w:rPr>
        <w:t xml:space="preserve"> </w:t>
      </w:r>
      <w:r w:rsidRPr="00E85698">
        <w:t>обучения</w:t>
      </w:r>
      <w:r w:rsidRPr="00E85698">
        <w:rPr>
          <w:spacing w:val="-5"/>
        </w:rPr>
        <w:t xml:space="preserve"> </w:t>
      </w:r>
      <w:r w:rsidRPr="00E85698">
        <w:t>(разделы</w:t>
      </w:r>
      <w:r w:rsidRPr="00E85698">
        <w:rPr>
          <w:spacing w:val="-4"/>
        </w:rPr>
        <w:t xml:space="preserve"> </w:t>
      </w:r>
      <w:r w:rsidRPr="00E85698">
        <w:t>«Язык</w:t>
      </w:r>
      <w:r w:rsidRPr="00E85698">
        <w:rPr>
          <w:spacing w:val="-4"/>
        </w:rPr>
        <w:t xml:space="preserve"> </w:t>
      </w:r>
      <w:r w:rsidRPr="00E85698">
        <w:t>и</w:t>
      </w:r>
      <w:r w:rsidRPr="00E85698">
        <w:rPr>
          <w:spacing w:val="-4"/>
        </w:rPr>
        <w:t xml:space="preserve"> </w:t>
      </w:r>
      <w:r w:rsidRPr="00E85698">
        <w:t>речь»,</w:t>
      </w:r>
      <w:r w:rsidRPr="00E85698">
        <w:rPr>
          <w:spacing w:val="-4"/>
        </w:rPr>
        <w:t xml:space="preserve"> </w:t>
      </w:r>
      <w:r w:rsidRPr="00E85698">
        <w:t>«Текст»,</w:t>
      </w:r>
      <w:r w:rsidRPr="00E85698">
        <w:rPr>
          <w:spacing w:val="-4"/>
        </w:rPr>
        <w:t xml:space="preserve"> </w:t>
      </w:r>
      <w:r w:rsidRPr="00E85698">
        <w:t>«Функциональные</w:t>
      </w:r>
      <w:r w:rsidRPr="00E85698">
        <w:rPr>
          <w:spacing w:val="-57"/>
        </w:rPr>
        <w:t xml:space="preserve"> </w:t>
      </w:r>
      <w:r w:rsidRPr="00E85698">
        <w:t>разновидности</w:t>
      </w:r>
      <w:r w:rsidRPr="00E85698">
        <w:rPr>
          <w:spacing w:val="-1"/>
        </w:rPr>
        <w:t xml:space="preserve"> </w:t>
      </w:r>
      <w:r w:rsidRPr="00E85698">
        <w:t>языка»).</w:t>
      </w:r>
    </w:p>
    <w:p w:rsidR="00624C8A" w:rsidRPr="00E85698" w:rsidRDefault="00CB6516">
      <w:pPr>
        <w:pStyle w:val="11"/>
        <w:spacing w:before="175"/>
        <w:ind w:left="106"/>
      </w:pPr>
      <w:r w:rsidRPr="00E85698">
        <w:t>ЦЕЛИ</w:t>
      </w:r>
      <w:r w:rsidRPr="00E85698">
        <w:rPr>
          <w:spacing w:val="-7"/>
        </w:rPr>
        <w:t xml:space="preserve"> </w:t>
      </w:r>
      <w:r w:rsidRPr="00E85698">
        <w:t>ИЗУЧЕНИЯ</w:t>
      </w:r>
      <w:r w:rsidRPr="00E85698">
        <w:rPr>
          <w:spacing w:val="-6"/>
        </w:rPr>
        <w:t xml:space="preserve"> </w:t>
      </w:r>
      <w:r w:rsidRPr="00E85698">
        <w:t>УЧЕБНОГО</w:t>
      </w:r>
      <w:r w:rsidRPr="00E85698">
        <w:rPr>
          <w:spacing w:val="-7"/>
        </w:rPr>
        <w:t xml:space="preserve"> </w:t>
      </w:r>
      <w:r w:rsidRPr="00E85698">
        <w:t>ПРЕДМЕТА</w:t>
      </w:r>
      <w:r w:rsidRPr="00E85698">
        <w:rPr>
          <w:spacing w:val="-6"/>
        </w:rPr>
        <w:t xml:space="preserve"> </w:t>
      </w:r>
      <w:r w:rsidRPr="00E85698">
        <w:t>«РУССКИЙ</w:t>
      </w:r>
      <w:r w:rsidRPr="00E85698">
        <w:rPr>
          <w:spacing w:val="-6"/>
        </w:rPr>
        <w:t xml:space="preserve"> </w:t>
      </w:r>
      <w:r w:rsidRPr="00E85698">
        <w:t>ЯЗЫК»</w:t>
      </w:r>
    </w:p>
    <w:p w:rsidR="00624C8A" w:rsidRPr="00E85698" w:rsidRDefault="00CB6516">
      <w:pPr>
        <w:pStyle w:val="a5"/>
        <w:spacing w:before="157"/>
        <w:ind w:left="286"/>
      </w:pPr>
      <w:r w:rsidRPr="00E85698">
        <w:t>Целями</w:t>
      </w:r>
      <w:r w:rsidRPr="00E85698">
        <w:rPr>
          <w:spacing w:val="-4"/>
        </w:rPr>
        <w:t xml:space="preserve"> </w:t>
      </w:r>
      <w:r w:rsidRPr="00E85698">
        <w:t>изучения</w:t>
      </w:r>
      <w:r w:rsidRPr="00E85698">
        <w:rPr>
          <w:spacing w:val="-4"/>
        </w:rPr>
        <w:t xml:space="preserve"> </w:t>
      </w:r>
      <w:r w:rsidRPr="00E85698">
        <w:t>русского</w:t>
      </w:r>
      <w:r w:rsidRPr="00E85698">
        <w:rPr>
          <w:spacing w:val="-3"/>
        </w:rPr>
        <w:t xml:space="preserve"> </w:t>
      </w:r>
      <w:r w:rsidRPr="00E85698">
        <w:t>языка</w:t>
      </w:r>
      <w:r w:rsidRPr="00E85698">
        <w:rPr>
          <w:spacing w:val="-3"/>
        </w:rPr>
        <w:t xml:space="preserve"> </w:t>
      </w:r>
      <w:r w:rsidRPr="00E85698">
        <w:t>по</w:t>
      </w:r>
      <w:r w:rsidRPr="00E85698">
        <w:rPr>
          <w:spacing w:val="-3"/>
        </w:rPr>
        <w:t xml:space="preserve"> </w:t>
      </w:r>
      <w:r w:rsidRPr="00E85698">
        <w:t>программам</w:t>
      </w:r>
      <w:r w:rsidRPr="00E85698">
        <w:rPr>
          <w:spacing w:val="-4"/>
        </w:rPr>
        <w:t xml:space="preserve"> </w:t>
      </w:r>
      <w:r w:rsidRPr="00E85698">
        <w:t>основного</w:t>
      </w:r>
      <w:r w:rsidRPr="00E85698">
        <w:rPr>
          <w:spacing w:val="-3"/>
        </w:rPr>
        <w:t xml:space="preserve"> </w:t>
      </w:r>
      <w:r w:rsidRPr="00E85698">
        <w:t>общего</w:t>
      </w:r>
      <w:r w:rsidRPr="00E85698">
        <w:rPr>
          <w:spacing w:val="-3"/>
        </w:rPr>
        <w:t xml:space="preserve"> </w:t>
      </w:r>
      <w:r w:rsidRPr="00E85698">
        <w:t>образования</w:t>
      </w:r>
      <w:r w:rsidRPr="00E85698">
        <w:rPr>
          <w:spacing w:val="-4"/>
        </w:rPr>
        <w:t xml:space="preserve"> </w:t>
      </w:r>
      <w:r w:rsidRPr="00E85698">
        <w:t>являются:</w:t>
      </w:r>
    </w:p>
    <w:p w:rsidR="00624C8A" w:rsidRPr="00E85698" w:rsidRDefault="00624C8A">
      <w:pPr>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396" w:firstLine="180"/>
      </w:pPr>
      <w:r w:rsidRPr="00E85698">
        <w:lastRenderedPageBreak/>
        <w:t>осознание и проявление общероссийской гражданственности, патриотизма, уважения к русскому</w:t>
      </w:r>
      <w:r w:rsidRPr="00E85698">
        <w:rPr>
          <w:spacing w:val="1"/>
        </w:rPr>
        <w:t xml:space="preserve"> </w:t>
      </w:r>
      <w:r w:rsidRPr="00E85698">
        <w:t>языку как государственному языку Российской Федерации и языку межнационального общения;</w:t>
      </w:r>
      <w:r w:rsidRPr="00E85698">
        <w:rPr>
          <w:spacing w:val="1"/>
        </w:rPr>
        <w:t xml:space="preserve"> </w:t>
      </w:r>
      <w:r w:rsidRPr="00E85698">
        <w:t>проявление</w:t>
      </w:r>
      <w:r w:rsidRPr="00E85698">
        <w:rPr>
          <w:spacing w:val="-3"/>
        </w:rPr>
        <w:t xml:space="preserve"> </w:t>
      </w:r>
      <w:r w:rsidRPr="00E85698">
        <w:t>сознательного</w:t>
      </w:r>
      <w:r w:rsidRPr="00E85698">
        <w:rPr>
          <w:spacing w:val="-3"/>
        </w:rPr>
        <w:t xml:space="preserve"> </w:t>
      </w:r>
      <w:r w:rsidRPr="00E85698">
        <w:t>отношения</w:t>
      </w:r>
      <w:r w:rsidRPr="00E85698">
        <w:rPr>
          <w:spacing w:val="-4"/>
        </w:rPr>
        <w:t xml:space="preserve"> </w:t>
      </w:r>
      <w:r w:rsidRPr="00E85698">
        <w:t>к</w:t>
      </w:r>
      <w:r w:rsidRPr="00E85698">
        <w:rPr>
          <w:spacing w:val="-4"/>
        </w:rPr>
        <w:t xml:space="preserve"> </w:t>
      </w:r>
      <w:r w:rsidRPr="00E85698">
        <w:t>языку</w:t>
      </w:r>
      <w:r w:rsidRPr="00E85698">
        <w:rPr>
          <w:spacing w:val="-3"/>
        </w:rPr>
        <w:t xml:space="preserve"> </w:t>
      </w:r>
      <w:r w:rsidRPr="00E85698">
        <w:t>как</w:t>
      </w:r>
      <w:r w:rsidRPr="00E85698">
        <w:rPr>
          <w:spacing w:val="-4"/>
        </w:rPr>
        <w:t xml:space="preserve"> </w:t>
      </w:r>
      <w:r w:rsidRPr="00E85698">
        <w:t>к</w:t>
      </w:r>
      <w:r w:rsidRPr="00E85698">
        <w:rPr>
          <w:spacing w:val="-4"/>
        </w:rPr>
        <w:t xml:space="preserve"> </w:t>
      </w:r>
      <w:r w:rsidRPr="00E85698">
        <w:t>общероссийской</w:t>
      </w:r>
      <w:r w:rsidRPr="00E85698">
        <w:rPr>
          <w:spacing w:val="-3"/>
        </w:rPr>
        <w:t xml:space="preserve"> </w:t>
      </w:r>
      <w:r w:rsidRPr="00E85698">
        <w:t>ценности,</w:t>
      </w:r>
      <w:r w:rsidRPr="00E85698">
        <w:rPr>
          <w:spacing w:val="-3"/>
        </w:rPr>
        <w:t xml:space="preserve"> </w:t>
      </w:r>
      <w:r w:rsidRPr="00E85698">
        <w:t>форме</w:t>
      </w:r>
      <w:r w:rsidRPr="00E85698">
        <w:rPr>
          <w:spacing w:val="-3"/>
        </w:rPr>
        <w:t xml:space="preserve"> </w:t>
      </w:r>
      <w:r w:rsidRPr="00E85698">
        <w:t>выражения</w:t>
      </w:r>
      <w:r w:rsidRPr="00E85698">
        <w:rPr>
          <w:spacing w:val="-3"/>
        </w:rPr>
        <w:t xml:space="preserve"> </w:t>
      </w:r>
      <w:r w:rsidRPr="00E85698">
        <w:t>и</w:t>
      </w:r>
      <w:r w:rsidRPr="00E85698">
        <w:rPr>
          <w:spacing w:val="-57"/>
        </w:rPr>
        <w:t xml:space="preserve"> </w:t>
      </w:r>
      <w:r w:rsidRPr="00E85698">
        <w:t>хранения духовного богатства русского и других народов России, как к средству общения и</w:t>
      </w:r>
      <w:r w:rsidRPr="00E85698">
        <w:rPr>
          <w:spacing w:val="1"/>
        </w:rPr>
        <w:t xml:space="preserve"> </w:t>
      </w:r>
      <w:r w:rsidRPr="00E85698">
        <w:t>получения знаний в разных сферах человеческой деятельности; проявление уважения к</w:t>
      </w:r>
      <w:r w:rsidRPr="00E85698">
        <w:rPr>
          <w:spacing w:val="1"/>
        </w:rPr>
        <w:t xml:space="preserve"> </w:t>
      </w:r>
      <w:r w:rsidRPr="00E85698">
        <w:t>общероссийской</w:t>
      </w:r>
      <w:r w:rsidRPr="00E85698">
        <w:rPr>
          <w:spacing w:val="-3"/>
        </w:rPr>
        <w:t xml:space="preserve"> </w:t>
      </w:r>
      <w:r w:rsidRPr="00E85698">
        <w:t>и</w:t>
      </w:r>
      <w:r w:rsidRPr="00E85698">
        <w:rPr>
          <w:spacing w:val="-2"/>
        </w:rPr>
        <w:t xml:space="preserve"> </w:t>
      </w:r>
      <w:r w:rsidRPr="00E85698">
        <w:t>русской</w:t>
      </w:r>
      <w:r w:rsidRPr="00E85698">
        <w:rPr>
          <w:spacing w:val="-2"/>
        </w:rPr>
        <w:t xml:space="preserve"> </w:t>
      </w:r>
      <w:r w:rsidRPr="00E85698">
        <w:t>культуре,</w:t>
      </w:r>
      <w:r w:rsidRPr="00E85698">
        <w:rPr>
          <w:spacing w:val="-2"/>
        </w:rPr>
        <w:t xml:space="preserve"> </w:t>
      </w:r>
      <w:r w:rsidRPr="00E85698">
        <w:t>к</w:t>
      </w:r>
      <w:r w:rsidRPr="00E85698">
        <w:rPr>
          <w:spacing w:val="-3"/>
        </w:rPr>
        <w:t xml:space="preserve"> </w:t>
      </w:r>
      <w:r w:rsidRPr="00E85698">
        <w:t>культуре</w:t>
      </w:r>
      <w:r w:rsidRPr="00E85698">
        <w:rPr>
          <w:spacing w:val="-2"/>
        </w:rPr>
        <w:t xml:space="preserve"> </w:t>
      </w:r>
      <w:r w:rsidRPr="00E85698">
        <w:t>и</w:t>
      </w:r>
      <w:r w:rsidRPr="00E85698">
        <w:rPr>
          <w:spacing w:val="-2"/>
        </w:rPr>
        <w:t xml:space="preserve"> </w:t>
      </w:r>
      <w:r w:rsidRPr="00E85698">
        <w:t>языкам</w:t>
      </w:r>
      <w:r w:rsidRPr="00E85698">
        <w:rPr>
          <w:spacing w:val="-2"/>
        </w:rPr>
        <w:t xml:space="preserve"> </w:t>
      </w:r>
      <w:r w:rsidRPr="00E85698">
        <w:t>всех</w:t>
      </w:r>
      <w:r w:rsidRPr="00E85698">
        <w:rPr>
          <w:spacing w:val="-2"/>
        </w:rPr>
        <w:t xml:space="preserve"> </w:t>
      </w:r>
      <w:r w:rsidRPr="00E85698">
        <w:t>народов</w:t>
      </w:r>
      <w:r w:rsidRPr="00E85698">
        <w:rPr>
          <w:spacing w:val="-3"/>
        </w:rPr>
        <w:t xml:space="preserve"> </w:t>
      </w:r>
      <w:r w:rsidRPr="00E85698">
        <w:t>Российской</w:t>
      </w:r>
      <w:r w:rsidRPr="00E85698">
        <w:rPr>
          <w:spacing w:val="-3"/>
        </w:rPr>
        <w:t xml:space="preserve"> </w:t>
      </w:r>
      <w:r w:rsidRPr="00E85698">
        <w:t>Федерации;</w:t>
      </w:r>
    </w:p>
    <w:p w:rsidR="00624C8A" w:rsidRPr="00E85698" w:rsidRDefault="00CB6516">
      <w:pPr>
        <w:pStyle w:val="a5"/>
        <w:spacing w:line="292" w:lineRule="auto"/>
        <w:ind w:right="308" w:firstLine="180"/>
      </w:pPr>
      <w:r w:rsidRPr="00E85698">
        <w:t>овладение русским языком как инструментом личностного развития, инструментом формирования</w:t>
      </w:r>
      <w:r w:rsidRPr="00E85698">
        <w:rPr>
          <w:spacing w:val="-58"/>
        </w:rPr>
        <w:t xml:space="preserve"> </w:t>
      </w:r>
      <w:r w:rsidRPr="00E85698">
        <w:t>социальных</w:t>
      </w:r>
      <w:r w:rsidRPr="00E85698">
        <w:rPr>
          <w:spacing w:val="-1"/>
        </w:rPr>
        <w:t xml:space="preserve"> </w:t>
      </w:r>
      <w:r w:rsidRPr="00E85698">
        <w:t>взаимоотношений, инструментом</w:t>
      </w:r>
      <w:r w:rsidRPr="00E85698">
        <w:rPr>
          <w:spacing w:val="-1"/>
        </w:rPr>
        <w:t xml:space="preserve"> </w:t>
      </w:r>
      <w:r w:rsidRPr="00E85698">
        <w:t>преобразования</w:t>
      </w:r>
      <w:r w:rsidRPr="00E85698">
        <w:rPr>
          <w:spacing w:val="-1"/>
        </w:rPr>
        <w:t xml:space="preserve"> </w:t>
      </w:r>
      <w:r w:rsidRPr="00E85698">
        <w:t>мира;</w:t>
      </w:r>
    </w:p>
    <w:p w:rsidR="00624C8A" w:rsidRPr="00E85698" w:rsidRDefault="00CB6516">
      <w:pPr>
        <w:pStyle w:val="a5"/>
        <w:spacing w:line="292" w:lineRule="auto"/>
        <w:ind w:right="350" w:firstLine="180"/>
      </w:pPr>
      <w:r w:rsidRPr="00E85698">
        <w:t>овладение знаниями о русском языке, его устройстве и закономерностях функционирования, о</w:t>
      </w:r>
      <w:r w:rsidRPr="00E85698">
        <w:rPr>
          <w:spacing w:val="1"/>
        </w:rPr>
        <w:t xml:space="preserve"> </w:t>
      </w:r>
      <w:r w:rsidRPr="00E85698">
        <w:t>стилистических ресурсах русского языка; практическое овладение нормами русского литературного</w:t>
      </w:r>
      <w:r w:rsidRPr="00E85698">
        <w:rPr>
          <w:spacing w:val="-58"/>
        </w:rPr>
        <w:t xml:space="preserve"> </w:t>
      </w:r>
      <w:r w:rsidRPr="00E85698">
        <w:t>языка и речевого этикета; обогащение активного и потенциального словарного запаса и</w:t>
      </w:r>
      <w:r w:rsidRPr="00E85698">
        <w:rPr>
          <w:spacing w:val="1"/>
        </w:rPr>
        <w:t xml:space="preserve"> </w:t>
      </w:r>
      <w:r w:rsidRPr="00E85698">
        <w:t>использование в собственной речевой практике разнообразных грамматических средств;</w:t>
      </w:r>
      <w:r w:rsidRPr="00E85698">
        <w:rPr>
          <w:spacing w:val="1"/>
        </w:rPr>
        <w:t xml:space="preserve"> </w:t>
      </w:r>
      <w:r w:rsidRPr="00E85698">
        <w:t>совершенствование орфографической и пунктуационной грамотности; воспитание стремления к</w:t>
      </w:r>
      <w:r w:rsidRPr="00E85698">
        <w:rPr>
          <w:spacing w:val="1"/>
        </w:rPr>
        <w:t xml:space="preserve"> </w:t>
      </w:r>
      <w:r w:rsidRPr="00E85698">
        <w:t>речевому</w:t>
      </w:r>
      <w:r w:rsidRPr="00E85698">
        <w:rPr>
          <w:spacing w:val="-1"/>
        </w:rPr>
        <w:t xml:space="preserve"> </w:t>
      </w:r>
      <w:r w:rsidRPr="00E85698">
        <w:t>самосовершенствованию;</w:t>
      </w:r>
    </w:p>
    <w:p w:rsidR="00624C8A" w:rsidRPr="00E85698" w:rsidRDefault="00CB6516">
      <w:pPr>
        <w:pStyle w:val="a5"/>
        <w:spacing w:line="292" w:lineRule="auto"/>
        <w:ind w:right="493" w:firstLine="180"/>
      </w:pPr>
      <w:r w:rsidRPr="00E85698">
        <w:t>совершенствование речевой деятельности, коммуникативных умений, обеспечивающих</w:t>
      </w:r>
      <w:r w:rsidRPr="00E85698">
        <w:rPr>
          <w:spacing w:val="1"/>
        </w:rPr>
        <w:t xml:space="preserve"> </w:t>
      </w:r>
      <w:r w:rsidRPr="00E85698">
        <w:t>эффективное взаимодействие с окружающими людьми в ситуациях формального и неформального</w:t>
      </w:r>
      <w:r w:rsidRPr="00E85698">
        <w:rPr>
          <w:spacing w:val="-57"/>
        </w:rPr>
        <w:t xml:space="preserve"> </w:t>
      </w:r>
      <w:r w:rsidRPr="00E85698">
        <w:t>межличностного</w:t>
      </w:r>
      <w:r w:rsidRPr="00E85698">
        <w:rPr>
          <w:spacing w:val="-4"/>
        </w:rPr>
        <w:t xml:space="preserve"> </w:t>
      </w:r>
      <w:r w:rsidRPr="00E85698">
        <w:t>и</w:t>
      </w:r>
      <w:r w:rsidRPr="00E85698">
        <w:rPr>
          <w:spacing w:val="-4"/>
        </w:rPr>
        <w:t xml:space="preserve"> </w:t>
      </w:r>
      <w:r w:rsidRPr="00E85698">
        <w:t>межкультурного</w:t>
      </w:r>
      <w:r w:rsidRPr="00E85698">
        <w:rPr>
          <w:spacing w:val="-4"/>
        </w:rPr>
        <w:t xml:space="preserve"> </w:t>
      </w:r>
      <w:r w:rsidRPr="00E85698">
        <w:t>общения;</w:t>
      </w:r>
      <w:r w:rsidRPr="00E85698">
        <w:rPr>
          <w:spacing w:val="-5"/>
        </w:rPr>
        <w:t xml:space="preserve"> </w:t>
      </w:r>
      <w:r w:rsidRPr="00E85698">
        <w:t>овладение</w:t>
      </w:r>
      <w:r w:rsidRPr="00E85698">
        <w:rPr>
          <w:spacing w:val="-4"/>
        </w:rPr>
        <w:t xml:space="preserve"> </w:t>
      </w:r>
      <w:r w:rsidRPr="00E85698">
        <w:t>русским</w:t>
      </w:r>
      <w:r w:rsidRPr="00E85698">
        <w:rPr>
          <w:spacing w:val="-4"/>
        </w:rPr>
        <w:t xml:space="preserve"> </w:t>
      </w:r>
      <w:r w:rsidRPr="00E85698">
        <w:t>языком</w:t>
      </w:r>
      <w:r w:rsidRPr="00E85698">
        <w:rPr>
          <w:spacing w:val="-4"/>
        </w:rPr>
        <w:t xml:space="preserve"> </w:t>
      </w:r>
      <w:r w:rsidRPr="00E85698">
        <w:t>как</w:t>
      </w:r>
      <w:r w:rsidRPr="00E85698">
        <w:rPr>
          <w:spacing w:val="-5"/>
        </w:rPr>
        <w:t xml:space="preserve"> </w:t>
      </w:r>
      <w:r w:rsidRPr="00E85698">
        <w:t>средством</w:t>
      </w:r>
      <w:r w:rsidRPr="00E85698">
        <w:rPr>
          <w:spacing w:val="-4"/>
        </w:rPr>
        <w:t xml:space="preserve"> </w:t>
      </w:r>
      <w:r w:rsidRPr="00E85698">
        <w:t>получения</w:t>
      </w:r>
      <w:r w:rsidRPr="00E85698">
        <w:rPr>
          <w:spacing w:val="-57"/>
        </w:rPr>
        <w:t xml:space="preserve"> </w:t>
      </w:r>
      <w:r w:rsidRPr="00E85698">
        <w:t>различной</w:t>
      </w:r>
      <w:r w:rsidRPr="00E85698">
        <w:rPr>
          <w:spacing w:val="-1"/>
        </w:rPr>
        <w:t xml:space="preserve"> </w:t>
      </w:r>
      <w:r w:rsidRPr="00E85698">
        <w:t>информации, в</w:t>
      </w:r>
      <w:r w:rsidRPr="00E85698">
        <w:rPr>
          <w:spacing w:val="-2"/>
        </w:rPr>
        <w:t xml:space="preserve"> </w:t>
      </w:r>
      <w:r w:rsidRPr="00E85698">
        <w:t>том числе</w:t>
      </w:r>
      <w:r w:rsidRPr="00E85698">
        <w:rPr>
          <w:spacing w:val="-1"/>
        </w:rPr>
        <w:t xml:space="preserve"> </w:t>
      </w:r>
      <w:r w:rsidRPr="00E85698">
        <w:t>знаний по</w:t>
      </w:r>
      <w:r w:rsidRPr="00E85698">
        <w:rPr>
          <w:spacing w:val="-1"/>
        </w:rPr>
        <w:t xml:space="preserve"> </w:t>
      </w:r>
      <w:r w:rsidRPr="00E85698">
        <w:t>разным учебным</w:t>
      </w:r>
      <w:r w:rsidRPr="00E85698">
        <w:rPr>
          <w:spacing w:val="-1"/>
        </w:rPr>
        <w:t xml:space="preserve"> </w:t>
      </w:r>
      <w:r w:rsidRPr="00E85698">
        <w:t>предметам;</w:t>
      </w:r>
    </w:p>
    <w:p w:rsidR="00624C8A" w:rsidRPr="00E85698" w:rsidRDefault="00CB6516">
      <w:pPr>
        <w:pStyle w:val="a5"/>
        <w:spacing w:line="292" w:lineRule="auto"/>
        <w:ind w:right="186" w:firstLine="180"/>
      </w:pPr>
      <w:r w:rsidRPr="00E85698">
        <w:t>совершенствование мыслительной деятельности, развитие универсальных интеллектуальных</w:t>
      </w:r>
      <w:r w:rsidRPr="00E85698">
        <w:rPr>
          <w:spacing w:val="1"/>
        </w:rPr>
        <w:t xml:space="preserve"> </w:t>
      </w:r>
      <w:r w:rsidRPr="00E85698">
        <w:t>умений сравнения, анализа, синтеза, абстрагирования, обобщения, классификации, установления</w:t>
      </w:r>
      <w:r w:rsidRPr="00E85698">
        <w:rPr>
          <w:spacing w:val="1"/>
        </w:rPr>
        <w:t xml:space="preserve"> </w:t>
      </w:r>
      <w:r w:rsidRPr="00E85698">
        <w:t>определённых</w:t>
      </w:r>
      <w:r w:rsidRPr="00E85698">
        <w:rPr>
          <w:spacing w:val="-3"/>
        </w:rPr>
        <w:t xml:space="preserve"> </w:t>
      </w:r>
      <w:r w:rsidRPr="00E85698">
        <w:t>закономерностей</w:t>
      </w:r>
      <w:r w:rsidRPr="00E85698">
        <w:rPr>
          <w:spacing w:val="-3"/>
        </w:rPr>
        <w:t xml:space="preserve"> </w:t>
      </w:r>
      <w:r w:rsidRPr="00E85698">
        <w:t>и</w:t>
      </w:r>
      <w:r w:rsidRPr="00E85698">
        <w:rPr>
          <w:spacing w:val="-3"/>
        </w:rPr>
        <w:t xml:space="preserve"> </w:t>
      </w:r>
      <w:r w:rsidRPr="00E85698">
        <w:t>правил,</w:t>
      </w:r>
      <w:r w:rsidRPr="00E85698">
        <w:rPr>
          <w:spacing w:val="-3"/>
        </w:rPr>
        <w:t xml:space="preserve"> </w:t>
      </w:r>
      <w:r w:rsidRPr="00E85698">
        <w:t>конкретизации</w:t>
      </w:r>
      <w:r w:rsidRPr="00E85698">
        <w:rPr>
          <w:spacing w:val="-2"/>
        </w:rPr>
        <w:t xml:space="preserve"> </w:t>
      </w:r>
      <w:r w:rsidRPr="00E85698">
        <w:t>и</w:t>
      </w:r>
      <w:r w:rsidRPr="00E85698">
        <w:rPr>
          <w:spacing w:val="-3"/>
        </w:rPr>
        <w:t xml:space="preserve"> </w:t>
      </w:r>
      <w:r w:rsidRPr="00E85698">
        <w:t>т.</w:t>
      </w:r>
      <w:r w:rsidRPr="00E85698">
        <w:rPr>
          <w:spacing w:val="-3"/>
        </w:rPr>
        <w:t xml:space="preserve"> </w:t>
      </w:r>
      <w:r w:rsidRPr="00E85698">
        <w:t>п.</w:t>
      </w:r>
      <w:r w:rsidRPr="00E85698">
        <w:rPr>
          <w:spacing w:val="-3"/>
        </w:rPr>
        <w:t xml:space="preserve"> </w:t>
      </w:r>
      <w:r w:rsidRPr="00E85698">
        <w:t>в</w:t>
      </w:r>
      <w:r w:rsidRPr="00E85698">
        <w:rPr>
          <w:spacing w:val="-3"/>
        </w:rPr>
        <w:t xml:space="preserve"> </w:t>
      </w:r>
      <w:r w:rsidRPr="00E85698">
        <w:t>процессе</w:t>
      </w:r>
      <w:r w:rsidRPr="00E85698">
        <w:rPr>
          <w:spacing w:val="-3"/>
        </w:rPr>
        <w:t xml:space="preserve"> </w:t>
      </w:r>
      <w:r w:rsidRPr="00E85698">
        <w:t>изучения</w:t>
      </w:r>
      <w:r w:rsidRPr="00E85698">
        <w:rPr>
          <w:spacing w:val="-4"/>
        </w:rPr>
        <w:t xml:space="preserve"> </w:t>
      </w:r>
      <w:r w:rsidRPr="00E85698">
        <w:t>русского</w:t>
      </w:r>
      <w:r w:rsidRPr="00E85698">
        <w:rPr>
          <w:spacing w:val="-3"/>
        </w:rPr>
        <w:t xml:space="preserve"> </w:t>
      </w:r>
      <w:r w:rsidRPr="00E85698">
        <w:t>языка;</w:t>
      </w:r>
    </w:p>
    <w:p w:rsidR="00624C8A" w:rsidRPr="00E85698" w:rsidRDefault="00CB6516">
      <w:pPr>
        <w:pStyle w:val="a5"/>
        <w:spacing w:line="292" w:lineRule="auto"/>
        <w:ind w:right="240" w:firstLine="180"/>
      </w:pPr>
      <w:r w:rsidRPr="00E85698">
        <w:t>развитие функциональной грамотности: умений осуществлять информационный поиск, извлекать и</w:t>
      </w:r>
      <w:r w:rsidRPr="00E85698">
        <w:rPr>
          <w:spacing w:val="-58"/>
        </w:rPr>
        <w:t xml:space="preserve"> </w:t>
      </w:r>
      <w:r w:rsidRPr="00E85698">
        <w:t>преобразовывать необходимую информацию, интерпретировать, понимать и использовать тексты</w:t>
      </w:r>
      <w:r w:rsidRPr="00E85698">
        <w:rPr>
          <w:spacing w:val="1"/>
        </w:rPr>
        <w:t xml:space="preserve"> </w:t>
      </w:r>
      <w:r w:rsidRPr="00E85698">
        <w:t xml:space="preserve">разных форматов (сплошной, </w:t>
      </w:r>
      <w:proofErr w:type="spellStart"/>
      <w:r w:rsidRPr="00E85698">
        <w:t>несплошной</w:t>
      </w:r>
      <w:proofErr w:type="spellEnd"/>
      <w:r w:rsidRPr="00E85698">
        <w:t xml:space="preserve"> текст, </w:t>
      </w:r>
      <w:proofErr w:type="spellStart"/>
      <w:r w:rsidRPr="00E85698">
        <w:t>инфографика</w:t>
      </w:r>
      <w:proofErr w:type="spellEnd"/>
      <w:r w:rsidRPr="00E85698">
        <w:t xml:space="preserve"> и др.); освоение стратегий и тактик</w:t>
      </w:r>
      <w:r w:rsidRPr="00E85698">
        <w:rPr>
          <w:spacing w:val="1"/>
        </w:rPr>
        <w:t xml:space="preserve"> </w:t>
      </w:r>
      <w:r w:rsidRPr="00E85698">
        <w:t>информационно-смысловой переработки текста, овладение способами понимания текста, его</w:t>
      </w:r>
      <w:r w:rsidRPr="00E85698">
        <w:rPr>
          <w:spacing w:val="1"/>
        </w:rPr>
        <w:t xml:space="preserve"> </w:t>
      </w:r>
      <w:r w:rsidRPr="00E85698">
        <w:t>назначения, общего смысла, коммуникативного намерения автора; логической структуры, роли</w:t>
      </w:r>
      <w:r w:rsidRPr="00E85698">
        <w:rPr>
          <w:spacing w:val="1"/>
        </w:rPr>
        <w:t xml:space="preserve"> </w:t>
      </w:r>
      <w:r w:rsidRPr="00E85698">
        <w:t>языковых</w:t>
      </w:r>
      <w:r w:rsidRPr="00E85698">
        <w:rPr>
          <w:spacing w:val="-1"/>
        </w:rPr>
        <w:t xml:space="preserve"> </w:t>
      </w:r>
      <w:r w:rsidRPr="00E85698">
        <w:t>средств.</w:t>
      </w:r>
    </w:p>
    <w:p w:rsidR="00624C8A" w:rsidRPr="00E85698" w:rsidRDefault="00CB6516">
      <w:pPr>
        <w:pStyle w:val="11"/>
        <w:spacing w:before="176"/>
        <w:ind w:left="106"/>
      </w:pPr>
      <w:r w:rsidRPr="00E85698">
        <w:t>МЕСТО</w:t>
      </w:r>
      <w:r w:rsidRPr="00E85698">
        <w:rPr>
          <w:spacing w:val="-6"/>
        </w:rPr>
        <w:t xml:space="preserve"> </w:t>
      </w:r>
      <w:r w:rsidRPr="00E85698">
        <w:t>УЧЕБНОГО</w:t>
      </w:r>
      <w:r w:rsidRPr="00E85698">
        <w:rPr>
          <w:spacing w:val="-6"/>
        </w:rPr>
        <w:t xml:space="preserve"> </w:t>
      </w:r>
      <w:r w:rsidRPr="00E85698">
        <w:t>ПРЕДМЕТА</w:t>
      </w:r>
      <w:r w:rsidRPr="00E85698">
        <w:rPr>
          <w:spacing w:val="-5"/>
        </w:rPr>
        <w:t xml:space="preserve"> </w:t>
      </w:r>
      <w:r w:rsidRPr="00E85698">
        <w:t>«РУССКИЙ</w:t>
      </w:r>
      <w:r w:rsidRPr="00E85698">
        <w:rPr>
          <w:spacing w:val="-6"/>
        </w:rPr>
        <w:t xml:space="preserve"> </w:t>
      </w:r>
      <w:r w:rsidRPr="00E85698">
        <w:t>ЯЗЫК»</w:t>
      </w:r>
      <w:r w:rsidRPr="00E85698">
        <w:rPr>
          <w:spacing w:val="-4"/>
        </w:rPr>
        <w:t xml:space="preserve"> </w:t>
      </w:r>
      <w:r w:rsidRPr="00E85698">
        <w:t>В</w:t>
      </w:r>
      <w:r w:rsidRPr="00E85698">
        <w:rPr>
          <w:spacing w:val="-6"/>
        </w:rPr>
        <w:t xml:space="preserve"> </w:t>
      </w:r>
      <w:r w:rsidRPr="00E85698">
        <w:t>УЧЕБНОМ</w:t>
      </w:r>
      <w:r w:rsidRPr="00E85698">
        <w:rPr>
          <w:spacing w:val="-4"/>
        </w:rPr>
        <w:t xml:space="preserve"> </w:t>
      </w:r>
      <w:r w:rsidRPr="00E85698">
        <w:t>ПЛАНЕ</w:t>
      </w:r>
    </w:p>
    <w:p w:rsidR="00624C8A" w:rsidRPr="00E85698" w:rsidRDefault="00CB6516">
      <w:pPr>
        <w:pStyle w:val="a5"/>
        <w:spacing w:before="156" w:line="292" w:lineRule="auto"/>
        <w:ind w:right="408" w:firstLine="180"/>
      </w:pPr>
      <w:r w:rsidRPr="00E85698">
        <w:t>В соответствии с Федеральным государственным образовательным стандартом основного общего</w:t>
      </w:r>
      <w:r w:rsidRPr="00E85698">
        <w:rPr>
          <w:spacing w:val="-58"/>
        </w:rPr>
        <w:t xml:space="preserve"> </w:t>
      </w:r>
      <w:r w:rsidRPr="00E85698">
        <w:t>образования учебный предмет «Русский язык» входит в</w:t>
      </w:r>
      <w:r w:rsidRPr="00E85698">
        <w:rPr>
          <w:spacing w:val="1"/>
        </w:rPr>
        <w:t xml:space="preserve"> </w:t>
      </w:r>
      <w:r w:rsidRPr="00E85698">
        <w:t>предметную</w:t>
      </w:r>
      <w:r w:rsidRPr="00E85698">
        <w:rPr>
          <w:spacing w:val="1"/>
        </w:rPr>
        <w:t xml:space="preserve"> </w:t>
      </w:r>
      <w:r w:rsidRPr="00E85698">
        <w:t>область</w:t>
      </w:r>
      <w:r w:rsidRPr="00E85698">
        <w:rPr>
          <w:spacing w:val="1"/>
        </w:rPr>
        <w:t xml:space="preserve"> </w:t>
      </w:r>
      <w:r w:rsidRPr="00E85698">
        <w:t>«Русский язык и</w:t>
      </w:r>
      <w:r w:rsidRPr="00E85698">
        <w:rPr>
          <w:spacing w:val="1"/>
        </w:rPr>
        <w:t xml:space="preserve"> </w:t>
      </w:r>
      <w:r w:rsidRPr="00E85698">
        <w:t>литература»</w:t>
      </w:r>
      <w:r w:rsidRPr="00E85698">
        <w:rPr>
          <w:spacing w:val="-1"/>
        </w:rPr>
        <w:t xml:space="preserve"> </w:t>
      </w:r>
      <w:r w:rsidRPr="00E85698">
        <w:t>и является</w:t>
      </w:r>
      <w:r w:rsidRPr="00E85698">
        <w:rPr>
          <w:spacing w:val="-1"/>
        </w:rPr>
        <w:t xml:space="preserve"> </w:t>
      </w:r>
      <w:r w:rsidRPr="00E85698">
        <w:t>обязательным</w:t>
      </w:r>
      <w:r w:rsidRPr="00E85698">
        <w:rPr>
          <w:spacing w:val="-1"/>
        </w:rPr>
        <w:t xml:space="preserve"> </w:t>
      </w:r>
      <w:r w:rsidRPr="00E85698">
        <w:t>для</w:t>
      </w:r>
      <w:r w:rsidRPr="00E85698">
        <w:rPr>
          <w:spacing w:val="59"/>
        </w:rPr>
        <w:t xml:space="preserve"> </w:t>
      </w:r>
      <w:r w:rsidRPr="00E85698">
        <w:t>изучения.</w:t>
      </w:r>
    </w:p>
    <w:p w:rsidR="00624C8A" w:rsidRPr="00E85698" w:rsidRDefault="00CB6516">
      <w:pPr>
        <w:pStyle w:val="a5"/>
        <w:spacing w:line="292" w:lineRule="auto"/>
        <w:ind w:right="746" w:firstLine="180"/>
      </w:pPr>
      <w:r w:rsidRPr="00E85698">
        <w:t>Содержание учебного предмета «Русский язык», представленное в рабочей программе,</w:t>
      </w:r>
      <w:r w:rsidRPr="00E85698">
        <w:rPr>
          <w:spacing w:val="1"/>
        </w:rPr>
        <w:t xml:space="preserve"> </w:t>
      </w:r>
      <w:r w:rsidRPr="00E85698">
        <w:t>соответствует ФГОС ООО, Примерной основной образовательной программе основного общего</w:t>
      </w:r>
      <w:r w:rsidRPr="00E85698">
        <w:rPr>
          <w:spacing w:val="-57"/>
        </w:rPr>
        <w:t xml:space="preserve"> </w:t>
      </w:r>
      <w:r w:rsidRPr="00E85698">
        <w:t>образования.</w:t>
      </w:r>
    </w:p>
    <w:p w:rsidR="00624C8A" w:rsidRPr="00E85698" w:rsidRDefault="00CB6516">
      <w:pPr>
        <w:pStyle w:val="a5"/>
        <w:spacing w:line="292" w:lineRule="auto"/>
        <w:ind w:right="124" w:firstLine="180"/>
      </w:pPr>
      <w:r w:rsidRPr="00E85698">
        <w:t>Учебным планом на изучение русского языка отводится 714 часов: в 5 классе — 170 часов (5 часов в</w:t>
      </w:r>
      <w:r w:rsidRPr="00E85698">
        <w:rPr>
          <w:spacing w:val="-58"/>
        </w:rPr>
        <w:t xml:space="preserve"> </w:t>
      </w:r>
      <w:r w:rsidRPr="00E85698">
        <w:t>неделю),</w:t>
      </w:r>
      <w:r w:rsidRPr="00E85698">
        <w:rPr>
          <w:spacing w:val="-2"/>
        </w:rPr>
        <w:t xml:space="preserve"> </w:t>
      </w:r>
      <w:r w:rsidRPr="00E85698">
        <w:t>в</w:t>
      </w:r>
      <w:r w:rsidRPr="00E85698">
        <w:rPr>
          <w:spacing w:val="-3"/>
        </w:rPr>
        <w:t xml:space="preserve"> </w:t>
      </w:r>
      <w:r w:rsidRPr="00E85698">
        <w:t>6</w:t>
      </w:r>
      <w:r w:rsidRPr="00E85698">
        <w:rPr>
          <w:spacing w:val="-2"/>
        </w:rPr>
        <w:t xml:space="preserve"> </w:t>
      </w:r>
      <w:r w:rsidRPr="00E85698">
        <w:t>классе</w:t>
      </w:r>
      <w:r w:rsidRPr="00E85698">
        <w:rPr>
          <w:spacing w:val="-1"/>
        </w:rPr>
        <w:t xml:space="preserve"> </w:t>
      </w:r>
      <w:r w:rsidRPr="00E85698">
        <w:t>—</w:t>
      </w:r>
      <w:r w:rsidRPr="00E85698">
        <w:rPr>
          <w:spacing w:val="-2"/>
        </w:rPr>
        <w:t xml:space="preserve"> </w:t>
      </w:r>
      <w:r w:rsidRPr="00E85698">
        <w:t>204</w:t>
      </w:r>
      <w:r w:rsidRPr="00E85698">
        <w:rPr>
          <w:spacing w:val="-2"/>
        </w:rPr>
        <w:t xml:space="preserve"> </w:t>
      </w:r>
      <w:r w:rsidRPr="00E85698">
        <w:t>часа</w:t>
      </w:r>
      <w:r w:rsidRPr="00E85698">
        <w:rPr>
          <w:spacing w:val="-2"/>
        </w:rPr>
        <w:t xml:space="preserve"> </w:t>
      </w:r>
      <w:r w:rsidRPr="00E85698">
        <w:t>(6</w:t>
      </w:r>
      <w:r w:rsidRPr="00E85698">
        <w:rPr>
          <w:spacing w:val="-2"/>
        </w:rPr>
        <w:t xml:space="preserve"> </w:t>
      </w:r>
      <w:r w:rsidRPr="00E85698">
        <w:t>часов</w:t>
      </w:r>
      <w:r w:rsidRPr="00E85698">
        <w:rPr>
          <w:spacing w:val="-2"/>
        </w:rPr>
        <w:t xml:space="preserve"> </w:t>
      </w:r>
      <w:r w:rsidRPr="00E85698">
        <w:t>в</w:t>
      </w:r>
      <w:r w:rsidRPr="00E85698">
        <w:rPr>
          <w:spacing w:val="-3"/>
        </w:rPr>
        <w:t xml:space="preserve"> </w:t>
      </w:r>
      <w:r w:rsidRPr="00E85698">
        <w:t>неделю),</w:t>
      </w:r>
      <w:r w:rsidRPr="00E85698">
        <w:rPr>
          <w:spacing w:val="-2"/>
        </w:rPr>
        <w:t xml:space="preserve"> </w:t>
      </w:r>
      <w:r w:rsidRPr="00E85698">
        <w:t>в</w:t>
      </w:r>
      <w:r w:rsidRPr="00E85698">
        <w:rPr>
          <w:spacing w:val="-2"/>
        </w:rPr>
        <w:t xml:space="preserve"> </w:t>
      </w:r>
      <w:r w:rsidRPr="00E85698">
        <w:t>7</w:t>
      </w:r>
      <w:r w:rsidRPr="00E85698">
        <w:rPr>
          <w:spacing w:val="-2"/>
        </w:rPr>
        <w:t xml:space="preserve"> </w:t>
      </w:r>
      <w:r w:rsidRPr="00E85698">
        <w:t>классе</w:t>
      </w:r>
      <w:r w:rsidRPr="00E85698">
        <w:rPr>
          <w:spacing w:val="-2"/>
        </w:rPr>
        <w:t xml:space="preserve"> </w:t>
      </w:r>
      <w:r w:rsidRPr="00E85698">
        <w:t>136</w:t>
      </w:r>
      <w:r w:rsidRPr="00E85698">
        <w:rPr>
          <w:spacing w:val="-2"/>
        </w:rPr>
        <w:t xml:space="preserve"> </w:t>
      </w:r>
      <w:r w:rsidRPr="00E85698">
        <w:t>часов</w:t>
      </w:r>
      <w:r w:rsidRPr="00E85698">
        <w:rPr>
          <w:spacing w:val="-2"/>
        </w:rPr>
        <w:t xml:space="preserve"> </w:t>
      </w:r>
      <w:r w:rsidRPr="00E85698">
        <w:t>(4</w:t>
      </w:r>
      <w:r w:rsidRPr="00E85698">
        <w:rPr>
          <w:spacing w:val="-2"/>
        </w:rPr>
        <w:t xml:space="preserve"> </w:t>
      </w:r>
      <w:r w:rsidRPr="00E85698">
        <w:t>часа</w:t>
      </w:r>
      <w:r w:rsidRPr="00E85698">
        <w:rPr>
          <w:spacing w:val="-2"/>
        </w:rPr>
        <w:t xml:space="preserve"> </w:t>
      </w:r>
      <w:r w:rsidRPr="00E85698">
        <w:t>в</w:t>
      </w:r>
      <w:r w:rsidRPr="00E85698">
        <w:rPr>
          <w:spacing w:val="-3"/>
        </w:rPr>
        <w:t xml:space="preserve"> </w:t>
      </w:r>
      <w:r w:rsidRPr="00E85698">
        <w:t>неделю),</w:t>
      </w:r>
      <w:r w:rsidRPr="00E85698">
        <w:rPr>
          <w:spacing w:val="-2"/>
        </w:rPr>
        <w:t xml:space="preserve"> </w:t>
      </w:r>
      <w:r w:rsidRPr="00E85698">
        <w:t>в</w:t>
      </w:r>
      <w:r w:rsidRPr="00E85698">
        <w:rPr>
          <w:spacing w:val="-2"/>
        </w:rPr>
        <w:t xml:space="preserve"> </w:t>
      </w:r>
      <w:r w:rsidRPr="00E85698">
        <w:t>8</w:t>
      </w:r>
      <w:r w:rsidRPr="00E85698">
        <w:rPr>
          <w:spacing w:val="-2"/>
        </w:rPr>
        <w:t xml:space="preserve"> </w:t>
      </w:r>
      <w:r w:rsidRPr="00E85698">
        <w:t>классе</w:t>
      </w:r>
    </w:p>
    <w:p w:rsidR="00624C8A" w:rsidRPr="00E85698" w:rsidRDefault="00CB6516">
      <w:pPr>
        <w:pStyle w:val="a5"/>
        <w:spacing w:line="275" w:lineRule="exact"/>
      </w:pPr>
      <w:r w:rsidRPr="00E85698">
        <w:t>—</w:t>
      </w:r>
      <w:r w:rsidRPr="00E85698">
        <w:rPr>
          <w:spacing w:val="-2"/>
        </w:rPr>
        <w:t xml:space="preserve"> </w:t>
      </w:r>
      <w:r w:rsidRPr="00E85698">
        <w:t>102</w:t>
      </w:r>
      <w:r w:rsidRPr="00E85698">
        <w:rPr>
          <w:spacing w:val="-2"/>
        </w:rPr>
        <w:t xml:space="preserve"> </w:t>
      </w:r>
      <w:r w:rsidRPr="00E85698">
        <w:t>часа</w:t>
      </w:r>
      <w:r w:rsidRPr="00E85698">
        <w:rPr>
          <w:spacing w:val="-2"/>
        </w:rPr>
        <w:t xml:space="preserve"> </w:t>
      </w:r>
      <w:r w:rsidRPr="00E85698">
        <w:t>(3</w:t>
      </w:r>
      <w:r w:rsidRPr="00E85698">
        <w:rPr>
          <w:spacing w:val="-2"/>
        </w:rPr>
        <w:t xml:space="preserve"> </w:t>
      </w:r>
      <w:r w:rsidRPr="00E85698">
        <w:t>часа</w:t>
      </w:r>
      <w:r w:rsidRPr="00E85698">
        <w:rPr>
          <w:spacing w:val="-1"/>
        </w:rPr>
        <w:t xml:space="preserve"> </w:t>
      </w:r>
      <w:r w:rsidRPr="00E85698">
        <w:t>в</w:t>
      </w:r>
      <w:r w:rsidRPr="00E85698">
        <w:rPr>
          <w:spacing w:val="-3"/>
        </w:rPr>
        <w:t xml:space="preserve"> </w:t>
      </w:r>
      <w:r w:rsidRPr="00E85698">
        <w:t>неделю),</w:t>
      </w:r>
      <w:r w:rsidRPr="00E85698">
        <w:rPr>
          <w:spacing w:val="-2"/>
        </w:rPr>
        <w:t xml:space="preserve"> </w:t>
      </w:r>
      <w:r w:rsidRPr="00E85698">
        <w:t>в</w:t>
      </w:r>
      <w:r w:rsidRPr="00E85698">
        <w:rPr>
          <w:spacing w:val="-3"/>
        </w:rPr>
        <w:t xml:space="preserve"> </w:t>
      </w:r>
      <w:r w:rsidRPr="00E85698">
        <w:t>9</w:t>
      </w:r>
      <w:r w:rsidRPr="00E85698">
        <w:rPr>
          <w:spacing w:val="-2"/>
        </w:rPr>
        <w:t xml:space="preserve"> </w:t>
      </w:r>
      <w:r w:rsidRPr="00E85698">
        <w:t>классе</w:t>
      </w:r>
      <w:r w:rsidRPr="00E85698">
        <w:rPr>
          <w:spacing w:val="-1"/>
        </w:rPr>
        <w:t xml:space="preserve"> </w:t>
      </w:r>
      <w:r w:rsidRPr="00E85698">
        <w:t>—</w:t>
      </w:r>
      <w:r w:rsidRPr="00E85698">
        <w:rPr>
          <w:spacing w:val="-2"/>
        </w:rPr>
        <w:t xml:space="preserve"> </w:t>
      </w:r>
      <w:r w:rsidRPr="00E85698">
        <w:t>102</w:t>
      </w:r>
      <w:r w:rsidRPr="00E85698">
        <w:rPr>
          <w:spacing w:val="-2"/>
        </w:rPr>
        <w:t xml:space="preserve"> </w:t>
      </w:r>
      <w:r w:rsidRPr="00E85698">
        <w:t>часа</w:t>
      </w:r>
      <w:r w:rsidRPr="00E85698">
        <w:rPr>
          <w:spacing w:val="-2"/>
        </w:rPr>
        <w:t xml:space="preserve"> </w:t>
      </w:r>
      <w:r w:rsidRPr="00E85698">
        <w:t>(3</w:t>
      </w:r>
      <w:r w:rsidRPr="00E85698">
        <w:rPr>
          <w:spacing w:val="-2"/>
        </w:rPr>
        <w:t xml:space="preserve"> </w:t>
      </w:r>
      <w:r w:rsidRPr="00E85698">
        <w:t>часа</w:t>
      </w:r>
      <w:r w:rsidRPr="00E85698">
        <w:rPr>
          <w:spacing w:val="-1"/>
        </w:rPr>
        <w:t xml:space="preserve"> </w:t>
      </w:r>
      <w:r w:rsidRPr="00E85698">
        <w:t>в</w:t>
      </w:r>
      <w:r w:rsidRPr="00E85698">
        <w:rPr>
          <w:spacing w:val="-3"/>
        </w:rPr>
        <w:t xml:space="preserve"> </w:t>
      </w:r>
      <w:r w:rsidRPr="00E85698">
        <w:t>неделю).</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942243">
      <w:pPr>
        <w:pStyle w:val="11"/>
        <w:spacing w:before="66"/>
        <w:ind w:left="106"/>
      </w:pPr>
      <w:r>
        <w:lastRenderedPageBreak/>
        <w:pict>
          <v:rect id="_x0000_s1031" style="position:absolute;left:0;text-align:left;margin-left:33.3pt;margin-top:22.9pt;width:528.15pt;height:.6pt;z-index:-15726592;mso-wrap-distance-left:0;mso-wrap-distance-right:0;mso-position-horizontal-relative:page" fillcolor="black" stroked="f">
            <w10:wrap type="topAndBottom" anchorx="page"/>
          </v:rect>
        </w:pict>
      </w:r>
      <w:r w:rsidR="00CB6516" w:rsidRPr="00E85698">
        <w:t>СОДЕРЖАНИЕ</w:t>
      </w:r>
      <w:r w:rsidR="00CB6516" w:rsidRPr="00E85698">
        <w:rPr>
          <w:spacing w:val="-8"/>
        </w:rPr>
        <w:t xml:space="preserve"> </w:t>
      </w:r>
      <w:r w:rsidR="00CB6516" w:rsidRPr="00E85698">
        <w:t>УЧЕБНОГО</w:t>
      </w:r>
      <w:r w:rsidR="00CB6516" w:rsidRPr="00E85698">
        <w:rPr>
          <w:spacing w:val="-8"/>
        </w:rPr>
        <w:t xml:space="preserve"> </w:t>
      </w:r>
      <w:r w:rsidR="00CB6516" w:rsidRPr="00E85698">
        <w:t>ПРЕДМЕТА</w:t>
      </w:r>
    </w:p>
    <w:p w:rsidR="00624C8A" w:rsidRPr="00E85698" w:rsidRDefault="00CB6516">
      <w:pPr>
        <w:pStyle w:val="a7"/>
        <w:numPr>
          <w:ilvl w:val="0"/>
          <w:numId w:val="7"/>
        </w:numPr>
        <w:tabs>
          <w:tab w:val="left" w:pos="287"/>
        </w:tabs>
        <w:spacing w:before="179"/>
        <w:rPr>
          <w:b/>
          <w:sz w:val="24"/>
        </w:rPr>
      </w:pPr>
      <w:r w:rsidRPr="00E85698">
        <w:rPr>
          <w:b/>
          <w:sz w:val="24"/>
        </w:rPr>
        <w:t>КЛАСС</w:t>
      </w:r>
    </w:p>
    <w:p w:rsidR="00624C8A" w:rsidRPr="00E85698" w:rsidRDefault="00CB6516">
      <w:pPr>
        <w:pStyle w:val="11"/>
        <w:spacing w:before="156"/>
      </w:pPr>
      <w:r w:rsidRPr="00E85698">
        <w:t>Общие</w:t>
      </w:r>
      <w:r w:rsidRPr="00E85698">
        <w:rPr>
          <w:spacing w:val="-4"/>
        </w:rPr>
        <w:t xml:space="preserve"> </w:t>
      </w:r>
      <w:r w:rsidRPr="00E85698">
        <w:t>сведения</w:t>
      </w:r>
      <w:r w:rsidRPr="00E85698">
        <w:rPr>
          <w:spacing w:val="-4"/>
        </w:rPr>
        <w:t xml:space="preserve"> </w:t>
      </w:r>
      <w:r w:rsidRPr="00E85698">
        <w:t>о</w:t>
      </w:r>
      <w:r w:rsidRPr="00E85698">
        <w:rPr>
          <w:spacing w:val="-3"/>
        </w:rPr>
        <w:t xml:space="preserve"> </w:t>
      </w:r>
      <w:r w:rsidRPr="00E85698">
        <w:t>языке</w:t>
      </w:r>
    </w:p>
    <w:p w:rsidR="00624C8A" w:rsidRPr="00E85698" w:rsidRDefault="00CB6516">
      <w:pPr>
        <w:pStyle w:val="a5"/>
        <w:spacing w:before="60" w:line="292" w:lineRule="auto"/>
        <w:ind w:left="286" w:right="5821"/>
      </w:pPr>
      <w:r w:rsidRPr="00E85698">
        <w:t>Богатство и выразительность русского языка.</w:t>
      </w:r>
      <w:r w:rsidRPr="00E85698">
        <w:rPr>
          <w:spacing w:val="-58"/>
        </w:rPr>
        <w:t xml:space="preserve"> </w:t>
      </w:r>
      <w:r w:rsidRPr="00E85698">
        <w:t>Лингвистика</w:t>
      </w:r>
      <w:r w:rsidRPr="00E85698">
        <w:rPr>
          <w:spacing w:val="-1"/>
        </w:rPr>
        <w:t xml:space="preserve"> </w:t>
      </w:r>
      <w:r w:rsidRPr="00E85698">
        <w:t>как</w:t>
      </w:r>
      <w:r w:rsidRPr="00E85698">
        <w:rPr>
          <w:spacing w:val="-1"/>
        </w:rPr>
        <w:t xml:space="preserve"> </w:t>
      </w:r>
      <w:r w:rsidRPr="00E85698">
        <w:t>наука</w:t>
      </w:r>
      <w:r w:rsidRPr="00E85698">
        <w:rPr>
          <w:spacing w:val="-1"/>
        </w:rPr>
        <w:t xml:space="preserve"> </w:t>
      </w:r>
      <w:r w:rsidRPr="00E85698">
        <w:t>о языке.</w:t>
      </w:r>
    </w:p>
    <w:p w:rsidR="00624C8A" w:rsidRPr="00E85698" w:rsidRDefault="00CB6516">
      <w:pPr>
        <w:pStyle w:val="a5"/>
        <w:spacing w:line="275" w:lineRule="exact"/>
        <w:ind w:left="286"/>
      </w:pPr>
      <w:r w:rsidRPr="00E85698">
        <w:t>Основные</w:t>
      </w:r>
      <w:r w:rsidRPr="00E85698">
        <w:rPr>
          <w:spacing w:val="-4"/>
        </w:rPr>
        <w:t xml:space="preserve"> </w:t>
      </w:r>
      <w:r w:rsidRPr="00E85698">
        <w:t>разделы</w:t>
      </w:r>
      <w:r w:rsidRPr="00E85698">
        <w:rPr>
          <w:spacing w:val="-4"/>
        </w:rPr>
        <w:t xml:space="preserve"> </w:t>
      </w:r>
      <w:r w:rsidRPr="00E85698">
        <w:t>лингвистики.</w:t>
      </w:r>
    </w:p>
    <w:p w:rsidR="00624C8A" w:rsidRPr="00E85698" w:rsidRDefault="00CB6516">
      <w:pPr>
        <w:pStyle w:val="11"/>
        <w:spacing w:before="180"/>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0" w:line="292" w:lineRule="auto"/>
        <w:ind w:left="286" w:right="1712"/>
      </w:pPr>
      <w:r w:rsidRPr="00E85698">
        <w:t xml:space="preserve">Язык и </w:t>
      </w:r>
      <w:proofErr w:type="spellStart"/>
      <w:proofErr w:type="gramStart"/>
      <w:r w:rsidRPr="00E85698">
        <w:t>речь.Речь</w:t>
      </w:r>
      <w:proofErr w:type="spellEnd"/>
      <w:proofErr w:type="gramEnd"/>
      <w:r w:rsidRPr="00E85698">
        <w:t xml:space="preserve"> устная и письменная, монологическая и диалогическая, </w:t>
      </w:r>
      <w:proofErr w:type="spellStart"/>
      <w:r w:rsidRPr="00E85698">
        <w:t>полилог</w:t>
      </w:r>
      <w:proofErr w:type="spellEnd"/>
      <w:r w:rsidRPr="00E85698">
        <w:t>.</w:t>
      </w:r>
      <w:r w:rsidRPr="00E85698">
        <w:rPr>
          <w:spacing w:val="1"/>
        </w:rPr>
        <w:t xml:space="preserve"> </w:t>
      </w:r>
      <w:r w:rsidRPr="00E85698">
        <w:t>Виды</w:t>
      </w:r>
      <w:r w:rsidRPr="00E85698">
        <w:rPr>
          <w:spacing w:val="-5"/>
        </w:rPr>
        <w:t xml:space="preserve"> </w:t>
      </w:r>
      <w:r w:rsidRPr="00E85698">
        <w:t>речевой</w:t>
      </w:r>
      <w:r w:rsidRPr="00E85698">
        <w:rPr>
          <w:spacing w:val="-4"/>
        </w:rPr>
        <w:t xml:space="preserve"> </w:t>
      </w:r>
      <w:r w:rsidRPr="00E85698">
        <w:t>деятельности</w:t>
      </w:r>
      <w:r w:rsidRPr="00E85698">
        <w:rPr>
          <w:spacing w:val="-4"/>
        </w:rPr>
        <w:t xml:space="preserve"> </w:t>
      </w:r>
      <w:r w:rsidRPr="00E85698">
        <w:t>(говорение,</w:t>
      </w:r>
      <w:r w:rsidRPr="00E85698">
        <w:rPr>
          <w:spacing w:val="-4"/>
        </w:rPr>
        <w:t xml:space="preserve"> </w:t>
      </w:r>
      <w:r w:rsidRPr="00E85698">
        <w:t>слушание,</w:t>
      </w:r>
      <w:r w:rsidRPr="00E85698">
        <w:rPr>
          <w:spacing w:val="-4"/>
        </w:rPr>
        <w:t xml:space="preserve"> </w:t>
      </w:r>
      <w:r w:rsidRPr="00E85698">
        <w:t>чтение,</w:t>
      </w:r>
      <w:r w:rsidRPr="00E85698">
        <w:rPr>
          <w:spacing w:val="-4"/>
        </w:rPr>
        <w:t xml:space="preserve"> </w:t>
      </w:r>
      <w:r w:rsidRPr="00E85698">
        <w:t>письмо),</w:t>
      </w:r>
      <w:r w:rsidRPr="00E85698">
        <w:rPr>
          <w:spacing w:val="-5"/>
        </w:rPr>
        <w:t xml:space="preserve"> </w:t>
      </w:r>
      <w:r w:rsidRPr="00E85698">
        <w:t>их</w:t>
      </w:r>
      <w:r w:rsidRPr="00E85698">
        <w:rPr>
          <w:spacing w:val="-4"/>
        </w:rPr>
        <w:t xml:space="preserve"> </w:t>
      </w:r>
      <w:r w:rsidRPr="00E85698">
        <w:t>особенности.</w:t>
      </w:r>
    </w:p>
    <w:p w:rsidR="00624C8A" w:rsidRPr="00E85698" w:rsidRDefault="00CB6516">
      <w:pPr>
        <w:pStyle w:val="a5"/>
        <w:spacing w:line="292" w:lineRule="auto"/>
        <w:ind w:right="169" w:firstLine="180"/>
      </w:pPr>
      <w:r w:rsidRPr="00E85698">
        <w:t>Создание устных монологических высказываний на основе жизненных наблюдений, чтения научно-</w:t>
      </w:r>
      <w:r w:rsidRPr="00E85698">
        <w:rPr>
          <w:spacing w:val="-58"/>
        </w:rPr>
        <w:t xml:space="preserve"> </w:t>
      </w:r>
      <w:r w:rsidRPr="00E85698">
        <w:t>учебной,</w:t>
      </w:r>
      <w:r w:rsidRPr="00E85698">
        <w:rPr>
          <w:spacing w:val="-1"/>
        </w:rPr>
        <w:t xml:space="preserve"> </w:t>
      </w:r>
      <w:r w:rsidRPr="00E85698">
        <w:t>художественной и научно-популярной</w:t>
      </w:r>
      <w:r w:rsidRPr="00E85698">
        <w:rPr>
          <w:spacing w:val="-1"/>
        </w:rPr>
        <w:t xml:space="preserve"> </w:t>
      </w:r>
      <w:r w:rsidRPr="00E85698">
        <w:t>литературы.</w:t>
      </w:r>
    </w:p>
    <w:p w:rsidR="00624C8A" w:rsidRPr="00E85698" w:rsidRDefault="00CB6516">
      <w:pPr>
        <w:pStyle w:val="a5"/>
        <w:spacing w:line="292" w:lineRule="auto"/>
        <w:ind w:right="1146" w:firstLine="180"/>
      </w:pPr>
      <w:r w:rsidRPr="00E85698">
        <w:t>Устный пересказ прочитанного или прослушанного текста, в том числе с изменением лица</w:t>
      </w:r>
      <w:r w:rsidRPr="00E85698">
        <w:rPr>
          <w:spacing w:val="-58"/>
        </w:rPr>
        <w:t xml:space="preserve"> </w:t>
      </w:r>
      <w:r w:rsidRPr="00E85698">
        <w:t>рассказчика.</w:t>
      </w:r>
    </w:p>
    <w:p w:rsidR="00624C8A" w:rsidRPr="00E85698" w:rsidRDefault="00CB6516">
      <w:pPr>
        <w:pStyle w:val="a5"/>
        <w:spacing w:line="292" w:lineRule="auto"/>
        <w:ind w:right="548" w:firstLine="180"/>
      </w:pPr>
      <w:r w:rsidRPr="00E85698">
        <w:t>Участие в диалоге на лингвистические темы (в рамках изученного) и темы на основе жизненных</w:t>
      </w:r>
      <w:r w:rsidRPr="00E85698">
        <w:rPr>
          <w:spacing w:val="-58"/>
        </w:rPr>
        <w:t xml:space="preserve"> </w:t>
      </w:r>
      <w:r w:rsidRPr="00E85698">
        <w:t>наблюдений.</w:t>
      </w:r>
    </w:p>
    <w:p w:rsidR="00624C8A" w:rsidRPr="00E85698" w:rsidRDefault="00CB6516">
      <w:pPr>
        <w:pStyle w:val="a5"/>
        <w:spacing w:line="275" w:lineRule="exact"/>
        <w:ind w:left="286"/>
      </w:pPr>
      <w:r w:rsidRPr="00E85698">
        <w:t>Речевые</w:t>
      </w:r>
      <w:r w:rsidRPr="00E85698">
        <w:rPr>
          <w:spacing w:val="-5"/>
        </w:rPr>
        <w:t xml:space="preserve"> </w:t>
      </w:r>
      <w:r w:rsidRPr="00E85698">
        <w:t>формулы</w:t>
      </w:r>
      <w:r w:rsidRPr="00E85698">
        <w:rPr>
          <w:spacing w:val="-4"/>
        </w:rPr>
        <w:t xml:space="preserve"> </w:t>
      </w:r>
      <w:r w:rsidRPr="00E85698">
        <w:t>приветствия,</w:t>
      </w:r>
      <w:r w:rsidRPr="00E85698">
        <w:rPr>
          <w:spacing w:val="-4"/>
        </w:rPr>
        <w:t xml:space="preserve"> </w:t>
      </w:r>
      <w:r w:rsidRPr="00E85698">
        <w:t>прощания,</w:t>
      </w:r>
      <w:r w:rsidRPr="00E85698">
        <w:rPr>
          <w:spacing w:val="-5"/>
        </w:rPr>
        <w:t xml:space="preserve"> </w:t>
      </w:r>
      <w:r w:rsidRPr="00E85698">
        <w:t>просьбы,</w:t>
      </w:r>
      <w:r w:rsidRPr="00E85698">
        <w:rPr>
          <w:spacing w:val="-4"/>
        </w:rPr>
        <w:t xml:space="preserve"> </w:t>
      </w:r>
      <w:r w:rsidRPr="00E85698">
        <w:t>благодарности.</w:t>
      </w:r>
    </w:p>
    <w:p w:rsidR="00624C8A" w:rsidRPr="00E85698" w:rsidRDefault="00CB6516">
      <w:pPr>
        <w:pStyle w:val="a5"/>
        <w:spacing w:before="57" w:line="292" w:lineRule="auto"/>
        <w:ind w:right="503" w:firstLine="180"/>
      </w:pPr>
      <w:r w:rsidRPr="00E85698">
        <w:t>Сочинения различных видов с опорой на жизненный и читательский опыт, сюжетную картину (в</w:t>
      </w:r>
      <w:r w:rsidRPr="00E85698">
        <w:rPr>
          <w:spacing w:val="-58"/>
        </w:rPr>
        <w:t xml:space="preserve"> </w:t>
      </w:r>
      <w:r w:rsidRPr="00E85698">
        <w:t>том</w:t>
      </w:r>
      <w:r w:rsidRPr="00E85698">
        <w:rPr>
          <w:spacing w:val="-1"/>
        </w:rPr>
        <w:t xml:space="preserve"> </w:t>
      </w:r>
      <w:r w:rsidRPr="00E85698">
        <w:t>числе сочинения-миниатюры).</w:t>
      </w:r>
    </w:p>
    <w:p w:rsidR="00624C8A" w:rsidRPr="00E85698" w:rsidRDefault="00CB6516">
      <w:pPr>
        <w:pStyle w:val="a5"/>
        <w:spacing w:line="275" w:lineRule="exact"/>
        <w:ind w:left="286"/>
      </w:pPr>
      <w:r w:rsidRPr="00E85698">
        <w:t>Виды</w:t>
      </w:r>
      <w:r w:rsidRPr="00E85698">
        <w:rPr>
          <w:spacing w:val="-5"/>
        </w:rPr>
        <w:t xml:space="preserve"> </w:t>
      </w:r>
      <w:proofErr w:type="spellStart"/>
      <w:r w:rsidRPr="00E85698">
        <w:t>аудирования</w:t>
      </w:r>
      <w:proofErr w:type="spellEnd"/>
      <w:r w:rsidRPr="00E85698">
        <w:t>:</w:t>
      </w:r>
      <w:r w:rsidRPr="00E85698">
        <w:rPr>
          <w:spacing w:val="-6"/>
        </w:rPr>
        <w:t xml:space="preserve"> </w:t>
      </w:r>
      <w:r w:rsidRPr="00E85698">
        <w:t>выборочное,</w:t>
      </w:r>
      <w:r w:rsidRPr="00E85698">
        <w:rPr>
          <w:spacing w:val="-5"/>
        </w:rPr>
        <w:t xml:space="preserve"> </w:t>
      </w:r>
      <w:r w:rsidRPr="00E85698">
        <w:t>ознакомительное,</w:t>
      </w:r>
      <w:r w:rsidRPr="00E85698">
        <w:rPr>
          <w:spacing w:val="-5"/>
        </w:rPr>
        <w:t xml:space="preserve"> </w:t>
      </w:r>
      <w:r w:rsidRPr="00E85698">
        <w:t>детальное.</w:t>
      </w:r>
    </w:p>
    <w:p w:rsidR="00624C8A" w:rsidRPr="00E85698" w:rsidRDefault="00CB6516">
      <w:pPr>
        <w:pStyle w:val="a5"/>
        <w:spacing w:before="60"/>
        <w:ind w:left="286"/>
      </w:pPr>
      <w:r w:rsidRPr="00E85698">
        <w:t>Виды</w:t>
      </w:r>
      <w:r w:rsidRPr="00E85698">
        <w:rPr>
          <w:spacing w:val="-5"/>
        </w:rPr>
        <w:t xml:space="preserve"> </w:t>
      </w:r>
      <w:r w:rsidRPr="00E85698">
        <w:t>чтения:</w:t>
      </w:r>
      <w:r w:rsidRPr="00E85698">
        <w:rPr>
          <w:spacing w:val="-6"/>
        </w:rPr>
        <w:t xml:space="preserve"> </w:t>
      </w:r>
      <w:r w:rsidRPr="00E85698">
        <w:t>изучающее,</w:t>
      </w:r>
      <w:r w:rsidRPr="00E85698">
        <w:rPr>
          <w:spacing w:val="-4"/>
        </w:rPr>
        <w:t xml:space="preserve"> </w:t>
      </w:r>
      <w:r w:rsidRPr="00E85698">
        <w:t>ознакомительное,</w:t>
      </w:r>
      <w:r w:rsidRPr="00E85698">
        <w:rPr>
          <w:spacing w:val="-5"/>
        </w:rPr>
        <w:t xml:space="preserve"> </w:t>
      </w:r>
      <w:r w:rsidRPr="00E85698">
        <w:t>просмотровое,</w:t>
      </w:r>
      <w:r w:rsidRPr="00E85698">
        <w:rPr>
          <w:spacing w:val="-4"/>
        </w:rPr>
        <w:t xml:space="preserve"> </w:t>
      </w:r>
      <w:r w:rsidRPr="00E85698">
        <w:t>поисковое.</w:t>
      </w:r>
    </w:p>
    <w:p w:rsidR="00624C8A" w:rsidRPr="00E85698" w:rsidRDefault="00CB6516">
      <w:pPr>
        <w:pStyle w:val="11"/>
        <w:spacing w:before="180"/>
      </w:pPr>
      <w:r w:rsidRPr="00E85698">
        <w:t>Текст</w:t>
      </w:r>
    </w:p>
    <w:p w:rsidR="00624C8A" w:rsidRPr="00E85698" w:rsidRDefault="00CB6516">
      <w:pPr>
        <w:pStyle w:val="a5"/>
        <w:spacing w:before="60" w:line="292" w:lineRule="auto"/>
        <w:ind w:left="286" w:right="356"/>
      </w:pPr>
      <w:r w:rsidRPr="00E85698">
        <w:t>Текст</w:t>
      </w:r>
      <w:r w:rsidRPr="00E85698">
        <w:rPr>
          <w:spacing w:val="-5"/>
        </w:rPr>
        <w:t xml:space="preserve"> </w:t>
      </w:r>
      <w:r w:rsidRPr="00E85698">
        <w:t>и</w:t>
      </w:r>
      <w:r w:rsidRPr="00E85698">
        <w:rPr>
          <w:spacing w:val="-3"/>
        </w:rPr>
        <w:t xml:space="preserve"> </w:t>
      </w:r>
      <w:r w:rsidRPr="00E85698">
        <w:t>его</w:t>
      </w:r>
      <w:r w:rsidRPr="00E85698">
        <w:rPr>
          <w:spacing w:val="-3"/>
        </w:rPr>
        <w:t xml:space="preserve"> </w:t>
      </w:r>
      <w:r w:rsidRPr="00E85698">
        <w:t>основные</w:t>
      </w:r>
      <w:r w:rsidRPr="00E85698">
        <w:rPr>
          <w:spacing w:val="-3"/>
        </w:rPr>
        <w:t xml:space="preserve"> </w:t>
      </w:r>
      <w:r w:rsidRPr="00E85698">
        <w:t>признаки.</w:t>
      </w:r>
      <w:r w:rsidRPr="00E85698">
        <w:rPr>
          <w:spacing w:val="-3"/>
        </w:rPr>
        <w:t xml:space="preserve"> </w:t>
      </w:r>
      <w:r w:rsidRPr="00E85698">
        <w:t>Тема</w:t>
      </w:r>
      <w:r w:rsidRPr="00E85698">
        <w:rPr>
          <w:spacing w:val="-4"/>
        </w:rPr>
        <w:t xml:space="preserve"> </w:t>
      </w:r>
      <w:r w:rsidRPr="00E85698">
        <w:t>и</w:t>
      </w:r>
      <w:r w:rsidRPr="00E85698">
        <w:rPr>
          <w:spacing w:val="-3"/>
        </w:rPr>
        <w:t xml:space="preserve"> </w:t>
      </w:r>
      <w:r w:rsidRPr="00E85698">
        <w:t>главная</w:t>
      </w:r>
      <w:r w:rsidRPr="00E85698">
        <w:rPr>
          <w:spacing w:val="-4"/>
        </w:rPr>
        <w:t xml:space="preserve"> </w:t>
      </w:r>
      <w:r w:rsidRPr="00E85698">
        <w:t>мысль</w:t>
      </w:r>
      <w:r w:rsidRPr="00E85698">
        <w:rPr>
          <w:spacing w:val="-4"/>
        </w:rPr>
        <w:t xml:space="preserve"> </w:t>
      </w:r>
      <w:r w:rsidRPr="00E85698">
        <w:t>текста.</w:t>
      </w:r>
      <w:r w:rsidRPr="00E85698">
        <w:rPr>
          <w:spacing w:val="-3"/>
        </w:rPr>
        <w:t xml:space="preserve"> </w:t>
      </w:r>
      <w:proofErr w:type="spellStart"/>
      <w:r w:rsidRPr="00E85698">
        <w:t>Микротема</w:t>
      </w:r>
      <w:proofErr w:type="spellEnd"/>
      <w:r w:rsidRPr="00E85698">
        <w:rPr>
          <w:spacing w:val="-4"/>
        </w:rPr>
        <w:t xml:space="preserve"> </w:t>
      </w:r>
      <w:r w:rsidRPr="00E85698">
        <w:t>текста.</w:t>
      </w:r>
      <w:r w:rsidRPr="00E85698">
        <w:rPr>
          <w:spacing w:val="-3"/>
        </w:rPr>
        <w:t xml:space="preserve"> </w:t>
      </w:r>
      <w:r w:rsidRPr="00E85698">
        <w:t>Ключевые</w:t>
      </w:r>
      <w:r w:rsidRPr="00E85698">
        <w:rPr>
          <w:spacing w:val="-3"/>
        </w:rPr>
        <w:t xml:space="preserve"> </w:t>
      </w:r>
      <w:r w:rsidRPr="00E85698">
        <w:t>слова.</w:t>
      </w:r>
      <w:r w:rsidRPr="00E85698">
        <w:rPr>
          <w:spacing w:val="-57"/>
        </w:rPr>
        <w:t xml:space="preserve"> </w:t>
      </w:r>
      <w:r w:rsidRPr="00E85698">
        <w:t>Функционально-смысловые</w:t>
      </w:r>
      <w:r w:rsidRPr="00E85698">
        <w:rPr>
          <w:spacing w:val="-4"/>
        </w:rPr>
        <w:t xml:space="preserve"> </w:t>
      </w:r>
      <w:r w:rsidRPr="00E85698">
        <w:t>типы</w:t>
      </w:r>
      <w:r w:rsidRPr="00E85698">
        <w:rPr>
          <w:spacing w:val="-3"/>
        </w:rPr>
        <w:t xml:space="preserve"> </w:t>
      </w:r>
      <w:r w:rsidRPr="00E85698">
        <w:t>речи:</w:t>
      </w:r>
      <w:r w:rsidRPr="00E85698">
        <w:rPr>
          <w:spacing w:val="-4"/>
        </w:rPr>
        <w:t xml:space="preserve"> </w:t>
      </w:r>
      <w:r w:rsidRPr="00E85698">
        <w:t>описание,</w:t>
      </w:r>
      <w:r w:rsidRPr="00E85698">
        <w:rPr>
          <w:spacing w:val="-3"/>
        </w:rPr>
        <w:t xml:space="preserve"> </w:t>
      </w:r>
      <w:r w:rsidRPr="00E85698">
        <w:t>повествование,</w:t>
      </w:r>
      <w:r w:rsidRPr="00E85698">
        <w:rPr>
          <w:spacing w:val="-3"/>
        </w:rPr>
        <w:t xml:space="preserve"> </w:t>
      </w:r>
      <w:r w:rsidRPr="00E85698">
        <w:t>рассуждение;</w:t>
      </w:r>
      <w:r w:rsidRPr="00E85698">
        <w:rPr>
          <w:spacing w:val="-4"/>
        </w:rPr>
        <w:t xml:space="preserve"> </w:t>
      </w:r>
      <w:r w:rsidRPr="00E85698">
        <w:t>их</w:t>
      </w:r>
      <w:r w:rsidRPr="00E85698">
        <w:rPr>
          <w:spacing w:val="-3"/>
        </w:rPr>
        <w:t xml:space="preserve"> </w:t>
      </w:r>
      <w:r w:rsidRPr="00E85698">
        <w:t>особенности.</w:t>
      </w:r>
    </w:p>
    <w:p w:rsidR="00624C8A" w:rsidRPr="00E85698" w:rsidRDefault="00CB6516">
      <w:pPr>
        <w:pStyle w:val="a5"/>
        <w:spacing w:line="292" w:lineRule="auto"/>
        <w:ind w:right="396" w:firstLine="180"/>
      </w:pPr>
      <w:r w:rsidRPr="00E85698">
        <w:t>Композиционная</w:t>
      </w:r>
      <w:r w:rsidRPr="00E85698">
        <w:rPr>
          <w:spacing w:val="-5"/>
        </w:rPr>
        <w:t xml:space="preserve"> </w:t>
      </w:r>
      <w:r w:rsidRPr="00E85698">
        <w:t>структура</w:t>
      </w:r>
      <w:r w:rsidRPr="00E85698">
        <w:rPr>
          <w:spacing w:val="-4"/>
        </w:rPr>
        <w:t xml:space="preserve"> </w:t>
      </w:r>
      <w:r w:rsidRPr="00E85698">
        <w:t>текста.</w:t>
      </w:r>
      <w:r w:rsidRPr="00E85698">
        <w:rPr>
          <w:spacing w:val="-4"/>
        </w:rPr>
        <w:t xml:space="preserve"> </w:t>
      </w:r>
      <w:r w:rsidRPr="00E85698">
        <w:t>Абзац</w:t>
      </w:r>
      <w:r w:rsidRPr="00E85698">
        <w:rPr>
          <w:spacing w:val="-3"/>
        </w:rPr>
        <w:t xml:space="preserve"> </w:t>
      </w:r>
      <w:r w:rsidRPr="00E85698">
        <w:t>как</w:t>
      </w:r>
      <w:r w:rsidRPr="00E85698">
        <w:rPr>
          <w:spacing w:val="-5"/>
        </w:rPr>
        <w:t xml:space="preserve"> </w:t>
      </w:r>
      <w:r w:rsidRPr="00E85698">
        <w:t>средство</w:t>
      </w:r>
      <w:r w:rsidRPr="00E85698">
        <w:rPr>
          <w:spacing w:val="-4"/>
        </w:rPr>
        <w:t xml:space="preserve"> </w:t>
      </w:r>
      <w:r w:rsidRPr="00E85698">
        <w:t>членения</w:t>
      </w:r>
      <w:r w:rsidRPr="00E85698">
        <w:rPr>
          <w:spacing w:val="-4"/>
        </w:rPr>
        <w:t xml:space="preserve"> </w:t>
      </w:r>
      <w:r w:rsidRPr="00E85698">
        <w:t>текста</w:t>
      </w:r>
      <w:r w:rsidRPr="00E85698">
        <w:rPr>
          <w:spacing w:val="-4"/>
        </w:rPr>
        <w:t xml:space="preserve"> </w:t>
      </w:r>
      <w:r w:rsidRPr="00E85698">
        <w:t>на</w:t>
      </w:r>
      <w:r w:rsidRPr="00E85698">
        <w:rPr>
          <w:spacing w:val="-4"/>
        </w:rPr>
        <w:t xml:space="preserve"> </w:t>
      </w:r>
      <w:r w:rsidRPr="00E85698">
        <w:t>композиционно-</w:t>
      </w:r>
      <w:r w:rsidRPr="00E85698">
        <w:rPr>
          <w:spacing w:val="-57"/>
        </w:rPr>
        <w:t xml:space="preserve"> </w:t>
      </w:r>
      <w:r w:rsidRPr="00E85698">
        <w:t>смысловые</w:t>
      </w:r>
      <w:r w:rsidRPr="00E85698">
        <w:rPr>
          <w:spacing w:val="-1"/>
        </w:rPr>
        <w:t xml:space="preserve"> </w:t>
      </w:r>
      <w:r w:rsidRPr="00E85698">
        <w:t>части.</w:t>
      </w:r>
    </w:p>
    <w:p w:rsidR="00624C8A" w:rsidRPr="00E85698" w:rsidRDefault="00CB6516">
      <w:pPr>
        <w:pStyle w:val="a5"/>
        <w:spacing w:line="292" w:lineRule="auto"/>
        <w:ind w:right="958" w:firstLine="180"/>
      </w:pPr>
      <w:r w:rsidRPr="00E85698">
        <w:t>Средства связи предложений и частей текста: формы слова, однокоренные слова, синонимы,</w:t>
      </w:r>
      <w:r w:rsidRPr="00E85698">
        <w:rPr>
          <w:spacing w:val="-58"/>
        </w:rPr>
        <w:t xml:space="preserve"> </w:t>
      </w:r>
      <w:r w:rsidRPr="00E85698">
        <w:t>антонимы,</w:t>
      </w:r>
      <w:r w:rsidRPr="00E85698">
        <w:rPr>
          <w:spacing w:val="-1"/>
        </w:rPr>
        <w:t xml:space="preserve"> </w:t>
      </w:r>
      <w:r w:rsidRPr="00E85698">
        <w:t>личные местоимения, повтор слова.</w:t>
      </w:r>
    </w:p>
    <w:p w:rsidR="00624C8A" w:rsidRPr="00E85698" w:rsidRDefault="00CB6516">
      <w:pPr>
        <w:pStyle w:val="a5"/>
        <w:spacing w:line="275" w:lineRule="exact"/>
        <w:ind w:left="286"/>
      </w:pPr>
      <w:r w:rsidRPr="00E85698">
        <w:t>Повествование</w:t>
      </w:r>
      <w:r w:rsidRPr="00E85698">
        <w:rPr>
          <w:spacing w:val="-4"/>
        </w:rPr>
        <w:t xml:space="preserve"> </w:t>
      </w:r>
      <w:r w:rsidRPr="00E85698">
        <w:t>как</w:t>
      </w:r>
      <w:r w:rsidRPr="00E85698">
        <w:rPr>
          <w:spacing w:val="-5"/>
        </w:rPr>
        <w:t xml:space="preserve"> </w:t>
      </w:r>
      <w:r w:rsidRPr="00E85698">
        <w:t>тип</w:t>
      </w:r>
      <w:r w:rsidRPr="00E85698">
        <w:rPr>
          <w:spacing w:val="-4"/>
        </w:rPr>
        <w:t xml:space="preserve"> </w:t>
      </w:r>
      <w:r w:rsidRPr="00E85698">
        <w:t>речи.</w:t>
      </w:r>
      <w:r w:rsidRPr="00E85698">
        <w:rPr>
          <w:spacing w:val="-3"/>
        </w:rPr>
        <w:t xml:space="preserve"> </w:t>
      </w:r>
      <w:r w:rsidRPr="00E85698">
        <w:t>Рассказ.</w:t>
      </w:r>
    </w:p>
    <w:p w:rsidR="00624C8A" w:rsidRPr="00E85698" w:rsidRDefault="00CB6516">
      <w:pPr>
        <w:pStyle w:val="a5"/>
        <w:spacing w:before="58" w:line="292" w:lineRule="auto"/>
        <w:ind w:right="584" w:firstLine="180"/>
      </w:pPr>
      <w:r w:rsidRPr="00E85698">
        <w:t xml:space="preserve">Смысловой анализ текста: его композиционных особенностей, </w:t>
      </w:r>
      <w:proofErr w:type="spellStart"/>
      <w:r w:rsidRPr="00E85698">
        <w:t>микротем</w:t>
      </w:r>
      <w:proofErr w:type="spellEnd"/>
      <w:r w:rsidRPr="00E85698">
        <w:t xml:space="preserve"> и абзацев, способов и</w:t>
      </w:r>
      <w:r w:rsidRPr="00E85698">
        <w:rPr>
          <w:spacing w:val="1"/>
        </w:rPr>
        <w:t xml:space="preserve"> </w:t>
      </w:r>
      <w:r w:rsidRPr="00E85698">
        <w:t>средств связи предложений в тексте; использование языковых средств выразительности (в рамках</w:t>
      </w:r>
      <w:r w:rsidRPr="00E85698">
        <w:rPr>
          <w:spacing w:val="-58"/>
        </w:rPr>
        <w:t xml:space="preserve"> </w:t>
      </w:r>
      <w:r w:rsidRPr="00E85698">
        <w:t>изученного).</w:t>
      </w:r>
    </w:p>
    <w:p w:rsidR="00624C8A" w:rsidRPr="00E85698" w:rsidRDefault="00CB6516">
      <w:pPr>
        <w:pStyle w:val="a5"/>
        <w:spacing w:line="292" w:lineRule="auto"/>
        <w:ind w:right="268" w:firstLine="180"/>
      </w:pPr>
      <w:r w:rsidRPr="00E85698">
        <w:t>Подробное, выборочное и сжатое изложение содержания прочитанного или прослушанного текста.</w:t>
      </w:r>
      <w:r w:rsidRPr="00E85698">
        <w:rPr>
          <w:spacing w:val="-58"/>
        </w:rPr>
        <w:t xml:space="preserve"> </w:t>
      </w:r>
      <w:r w:rsidRPr="00E85698">
        <w:t>Изложение</w:t>
      </w:r>
      <w:r w:rsidRPr="00E85698">
        <w:rPr>
          <w:spacing w:val="-1"/>
        </w:rPr>
        <w:t xml:space="preserve"> </w:t>
      </w:r>
      <w:r w:rsidRPr="00E85698">
        <w:t>содержания</w:t>
      </w:r>
      <w:r w:rsidRPr="00E85698">
        <w:rPr>
          <w:spacing w:val="-1"/>
        </w:rPr>
        <w:t xml:space="preserve"> </w:t>
      </w:r>
      <w:r w:rsidRPr="00E85698">
        <w:t>текста</w:t>
      </w:r>
      <w:r w:rsidRPr="00E85698">
        <w:rPr>
          <w:spacing w:val="-1"/>
        </w:rPr>
        <w:t xml:space="preserve"> </w:t>
      </w:r>
      <w:r w:rsidRPr="00E85698">
        <w:t>с изменением лица</w:t>
      </w:r>
      <w:r w:rsidRPr="00E85698">
        <w:rPr>
          <w:spacing w:val="-1"/>
        </w:rPr>
        <w:t xml:space="preserve"> </w:t>
      </w:r>
      <w:r w:rsidRPr="00E85698">
        <w:t>рассказчика.</w:t>
      </w:r>
    </w:p>
    <w:p w:rsidR="00624C8A" w:rsidRPr="00E85698" w:rsidRDefault="00CB6516">
      <w:pPr>
        <w:pStyle w:val="a5"/>
        <w:spacing w:line="275" w:lineRule="exact"/>
        <w:ind w:left="286"/>
      </w:pPr>
      <w:r w:rsidRPr="00E85698">
        <w:t>Информационная</w:t>
      </w:r>
      <w:r w:rsidRPr="00E85698">
        <w:rPr>
          <w:spacing w:val="-5"/>
        </w:rPr>
        <w:t xml:space="preserve"> </w:t>
      </w:r>
      <w:r w:rsidRPr="00E85698">
        <w:t>переработка</w:t>
      </w:r>
      <w:r w:rsidRPr="00E85698">
        <w:rPr>
          <w:spacing w:val="-3"/>
        </w:rPr>
        <w:t xml:space="preserve"> </w:t>
      </w:r>
      <w:r w:rsidRPr="00E85698">
        <w:t>текста:</w:t>
      </w:r>
      <w:r w:rsidRPr="00E85698">
        <w:rPr>
          <w:spacing w:val="-5"/>
        </w:rPr>
        <w:t xml:space="preserve"> </w:t>
      </w:r>
      <w:r w:rsidRPr="00E85698">
        <w:t>простой</w:t>
      </w:r>
      <w:r w:rsidRPr="00E85698">
        <w:rPr>
          <w:spacing w:val="-3"/>
        </w:rPr>
        <w:t xml:space="preserve"> </w:t>
      </w:r>
      <w:r w:rsidRPr="00E85698">
        <w:t>и</w:t>
      </w:r>
      <w:r w:rsidRPr="00E85698">
        <w:rPr>
          <w:spacing w:val="-4"/>
        </w:rPr>
        <w:t xml:space="preserve"> </w:t>
      </w:r>
      <w:r w:rsidRPr="00E85698">
        <w:t>сложный</w:t>
      </w:r>
      <w:r w:rsidRPr="00E85698">
        <w:rPr>
          <w:spacing w:val="-3"/>
        </w:rPr>
        <w:t xml:space="preserve"> </w:t>
      </w:r>
      <w:r w:rsidRPr="00E85698">
        <w:t>план</w:t>
      </w:r>
      <w:r w:rsidRPr="00E85698">
        <w:rPr>
          <w:spacing w:val="-4"/>
        </w:rPr>
        <w:t xml:space="preserve"> </w:t>
      </w:r>
      <w:r w:rsidRPr="00E85698">
        <w:t>текста.</w:t>
      </w:r>
    </w:p>
    <w:p w:rsidR="00624C8A" w:rsidRPr="00E85698" w:rsidRDefault="00CB6516">
      <w:pPr>
        <w:pStyle w:val="11"/>
        <w:spacing w:before="178"/>
      </w:pPr>
      <w:r w:rsidRPr="00E85698">
        <w:t>Функциональные</w:t>
      </w:r>
      <w:r w:rsidRPr="00E85698">
        <w:rPr>
          <w:spacing w:val="-7"/>
        </w:rPr>
        <w:t xml:space="preserve"> </w:t>
      </w:r>
      <w:r w:rsidRPr="00E85698">
        <w:t>разновидности</w:t>
      </w:r>
      <w:r w:rsidRPr="00E85698">
        <w:rPr>
          <w:spacing w:val="-8"/>
        </w:rPr>
        <w:t xml:space="preserve"> </w:t>
      </w:r>
      <w:r w:rsidRPr="00E85698">
        <w:t>языка</w:t>
      </w:r>
    </w:p>
    <w:p w:rsidR="00624C8A" w:rsidRPr="00E85698" w:rsidRDefault="00CB6516">
      <w:pPr>
        <w:pStyle w:val="a5"/>
        <w:spacing w:before="60" w:line="292" w:lineRule="auto"/>
        <w:ind w:right="1712" w:firstLine="180"/>
      </w:pPr>
      <w:r w:rsidRPr="00E85698">
        <w:t>Общее представление о функциональных разновидностях языка (о разговорной речи,</w:t>
      </w:r>
      <w:r w:rsidRPr="00E85698">
        <w:rPr>
          <w:spacing w:val="-58"/>
        </w:rPr>
        <w:t xml:space="preserve"> </w:t>
      </w:r>
      <w:r w:rsidRPr="00E85698">
        <w:t>функциональных</w:t>
      </w:r>
      <w:r w:rsidRPr="00E85698">
        <w:rPr>
          <w:spacing w:val="-1"/>
        </w:rPr>
        <w:t xml:space="preserve"> </w:t>
      </w:r>
      <w:r w:rsidRPr="00E85698">
        <w:t>стилях,</w:t>
      </w:r>
      <w:r w:rsidRPr="00E85698">
        <w:rPr>
          <w:spacing w:val="-1"/>
        </w:rPr>
        <w:t xml:space="preserve"> </w:t>
      </w:r>
      <w:r w:rsidRPr="00E85698">
        <w:t>языке художественной</w:t>
      </w:r>
      <w:r w:rsidRPr="00E85698">
        <w:rPr>
          <w:spacing w:val="-1"/>
        </w:rPr>
        <w:t xml:space="preserve"> </w:t>
      </w:r>
      <w:r w:rsidRPr="00E85698">
        <w:t>литературы).</w:t>
      </w:r>
    </w:p>
    <w:p w:rsidR="00624C8A" w:rsidRPr="00E85698" w:rsidRDefault="00CB6516">
      <w:pPr>
        <w:pStyle w:val="11"/>
        <w:spacing w:before="119"/>
      </w:pPr>
      <w:r w:rsidRPr="00E85698">
        <w:t>СИСТЕМА</w:t>
      </w:r>
      <w:r w:rsidRPr="00E85698">
        <w:rPr>
          <w:spacing w:val="-6"/>
        </w:rPr>
        <w:t xml:space="preserve"> </w:t>
      </w:r>
      <w:r w:rsidRPr="00E85698">
        <w:t>ЯЗЫКА</w:t>
      </w:r>
    </w:p>
    <w:p w:rsidR="00624C8A" w:rsidRPr="00E85698" w:rsidRDefault="00CB6516">
      <w:pPr>
        <w:spacing w:before="60"/>
        <w:ind w:left="286"/>
        <w:rPr>
          <w:b/>
          <w:sz w:val="24"/>
        </w:rPr>
      </w:pPr>
      <w:r w:rsidRPr="00E85698">
        <w:rPr>
          <w:b/>
          <w:sz w:val="24"/>
        </w:rPr>
        <w:t>Фонетика.</w:t>
      </w:r>
      <w:r w:rsidRPr="00E85698">
        <w:rPr>
          <w:b/>
          <w:spacing w:val="-6"/>
          <w:sz w:val="24"/>
        </w:rPr>
        <w:t xml:space="preserve"> </w:t>
      </w:r>
      <w:r w:rsidRPr="00E85698">
        <w:rPr>
          <w:b/>
          <w:sz w:val="24"/>
        </w:rPr>
        <w:t>Графика.</w:t>
      </w:r>
      <w:r w:rsidRPr="00E85698">
        <w:rPr>
          <w:b/>
          <w:spacing w:val="-5"/>
          <w:sz w:val="24"/>
        </w:rPr>
        <w:t xml:space="preserve"> </w:t>
      </w:r>
      <w:r w:rsidRPr="00E85698">
        <w:rPr>
          <w:b/>
          <w:sz w:val="24"/>
        </w:rPr>
        <w:t>Орфоэпия</w:t>
      </w:r>
    </w:p>
    <w:p w:rsidR="00624C8A" w:rsidRPr="00E85698" w:rsidRDefault="00CB6516">
      <w:pPr>
        <w:pStyle w:val="a5"/>
        <w:spacing w:before="60"/>
        <w:ind w:left="286"/>
      </w:pPr>
      <w:r w:rsidRPr="00E85698">
        <w:t>Фонетика</w:t>
      </w:r>
      <w:r w:rsidRPr="00E85698">
        <w:rPr>
          <w:spacing w:val="-3"/>
        </w:rPr>
        <w:t xml:space="preserve"> </w:t>
      </w:r>
      <w:r w:rsidRPr="00E85698">
        <w:t>и</w:t>
      </w:r>
      <w:r w:rsidRPr="00E85698">
        <w:rPr>
          <w:spacing w:val="-4"/>
        </w:rPr>
        <w:t xml:space="preserve"> </w:t>
      </w:r>
      <w:r w:rsidRPr="00E85698">
        <w:t>графика</w:t>
      </w:r>
      <w:r w:rsidRPr="00E85698">
        <w:rPr>
          <w:spacing w:val="-3"/>
        </w:rPr>
        <w:t xml:space="preserve"> </w:t>
      </w:r>
      <w:r w:rsidRPr="00E85698">
        <w:t>как</w:t>
      </w:r>
      <w:r w:rsidRPr="00E85698">
        <w:rPr>
          <w:spacing w:val="-3"/>
        </w:rPr>
        <w:t xml:space="preserve"> </w:t>
      </w:r>
      <w:r w:rsidRPr="00E85698">
        <w:t>разделы</w:t>
      </w:r>
      <w:r w:rsidRPr="00E85698">
        <w:rPr>
          <w:spacing w:val="-3"/>
        </w:rPr>
        <w:t xml:space="preserve"> </w:t>
      </w:r>
      <w:r w:rsidRPr="00E85698">
        <w:t>лингвистики.</w:t>
      </w:r>
    </w:p>
    <w:p w:rsidR="00624C8A" w:rsidRPr="00E85698" w:rsidRDefault="00CB6516">
      <w:pPr>
        <w:pStyle w:val="a5"/>
        <w:spacing w:before="61" w:line="292" w:lineRule="auto"/>
        <w:ind w:left="286" w:right="3820"/>
      </w:pPr>
      <w:r w:rsidRPr="00E85698">
        <w:t>Звук</w:t>
      </w:r>
      <w:r w:rsidRPr="00E85698">
        <w:rPr>
          <w:spacing w:val="-6"/>
        </w:rPr>
        <w:t xml:space="preserve"> </w:t>
      </w:r>
      <w:r w:rsidRPr="00E85698">
        <w:t>как</w:t>
      </w:r>
      <w:r w:rsidRPr="00E85698">
        <w:rPr>
          <w:spacing w:val="-5"/>
        </w:rPr>
        <w:t xml:space="preserve"> </w:t>
      </w:r>
      <w:r w:rsidRPr="00E85698">
        <w:t>единица</w:t>
      </w:r>
      <w:r w:rsidRPr="00E85698">
        <w:rPr>
          <w:spacing w:val="-4"/>
        </w:rPr>
        <w:t xml:space="preserve"> </w:t>
      </w:r>
      <w:r w:rsidRPr="00E85698">
        <w:t>языка.</w:t>
      </w:r>
      <w:r w:rsidRPr="00E85698">
        <w:rPr>
          <w:spacing w:val="-4"/>
        </w:rPr>
        <w:t xml:space="preserve"> </w:t>
      </w:r>
      <w:r w:rsidRPr="00E85698">
        <w:t>Смыслоразличительная</w:t>
      </w:r>
      <w:r w:rsidRPr="00E85698">
        <w:rPr>
          <w:spacing w:val="-5"/>
        </w:rPr>
        <w:t xml:space="preserve"> </w:t>
      </w:r>
      <w:r w:rsidRPr="00E85698">
        <w:t>роль</w:t>
      </w:r>
      <w:r w:rsidRPr="00E85698">
        <w:rPr>
          <w:spacing w:val="-5"/>
        </w:rPr>
        <w:t xml:space="preserve"> </w:t>
      </w:r>
      <w:r w:rsidRPr="00E85698">
        <w:t>звука.</w:t>
      </w:r>
      <w:r w:rsidRPr="00E85698">
        <w:rPr>
          <w:spacing w:val="-57"/>
        </w:rPr>
        <w:t xml:space="preserve"> </w:t>
      </w:r>
      <w:r w:rsidRPr="00E85698">
        <w:t>Система</w:t>
      </w:r>
      <w:r w:rsidRPr="00E85698">
        <w:rPr>
          <w:spacing w:val="-1"/>
        </w:rPr>
        <w:t xml:space="preserve"> </w:t>
      </w:r>
      <w:r w:rsidRPr="00E85698">
        <w:t>гласных звуков.</w:t>
      </w:r>
    </w:p>
    <w:p w:rsidR="00624C8A" w:rsidRPr="00E85698" w:rsidRDefault="00CB6516">
      <w:pPr>
        <w:pStyle w:val="a5"/>
        <w:spacing w:line="275" w:lineRule="exact"/>
        <w:ind w:left="286"/>
      </w:pPr>
      <w:r w:rsidRPr="00E85698">
        <w:t>Система</w:t>
      </w:r>
      <w:r w:rsidRPr="00E85698">
        <w:rPr>
          <w:spacing w:val="-4"/>
        </w:rPr>
        <w:t xml:space="preserve"> </w:t>
      </w:r>
      <w:r w:rsidRPr="00E85698">
        <w:t>согласных</w:t>
      </w:r>
      <w:r w:rsidRPr="00E85698">
        <w:rPr>
          <w:spacing w:val="-4"/>
        </w:rPr>
        <w:t xml:space="preserve"> </w:t>
      </w:r>
      <w:r w:rsidRPr="00E85698">
        <w:t>звуков.</w:t>
      </w:r>
    </w:p>
    <w:p w:rsidR="00624C8A" w:rsidRPr="00E85698" w:rsidRDefault="00CB6516">
      <w:pPr>
        <w:pStyle w:val="a5"/>
        <w:spacing w:before="60"/>
        <w:ind w:left="286"/>
      </w:pPr>
      <w:r w:rsidRPr="00E85698">
        <w:t>Изменение</w:t>
      </w:r>
      <w:r w:rsidRPr="00E85698">
        <w:rPr>
          <w:spacing w:val="-4"/>
        </w:rPr>
        <w:t xml:space="preserve"> </w:t>
      </w:r>
      <w:r w:rsidRPr="00E85698">
        <w:t>звуков</w:t>
      </w:r>
      <w:r w:rsidRPr="00E85698">
        <w:rPr>
          <w:spacing w:val="-4"/>
        </w:rPr>
        <w:t xml:space="preserve"> </w:t>
      </w:r>
      <w:r w:rsidRPr="00E85698">
        <w:t>в</w:t>
      </w:r>
      <w:r w:rsidRPr="00E85698">
        <w:rPr>
          <w:spacing w:val="-5"/>
        </w:rPr>
        <w:t xml:space="preserve"> </w:t>
      </w:r>
      <w:r w:rsidRPr="00E85698">
        <w:t>речевом</w:t>
      </w:r>
      <w:r w:rsidRPr="00E85698">
        <w:rPr>
          <w:spacing w:val="-3"/>
        </w:rPr>
        <w:t xml:space="preserve"> </w:t>
      </w:r>
      <w:r w:rsidRPr="00E85698">
        <w:t>потоке.</w:t>
      </w:r>
      <w:r w:rsidRPr="00E85698">
        <w:rPr>
          <w:spacing w:val="-4"/>
        </w:rPr>
        <w:t xml:space="preserve"> </w:t>
      </w:r>
      <w:r w:rsidRPr="00E85698">
        <w:t>Элементы</w:t>
      </w:r>
      <w:r w:rsidRPr="00E85698">
        <w:rPr>
          <w:spacing w:val="-3"/>
        </w:rPr>
        <w:t xml:space="preserve"> </w:t>
      </w:r>
      <w:r w:rsidRPr="00E85698">
        <w:t>фонетической</w:t>
      </w:r>
      <w:r w:rsidRPr="00E85698">
        <w:rPr>
          <w:spacing w:val="-4"/>
        </w:rPr>
        <w:t xml:space="preserve"> </w:t>
      </w:r>
      <w:r w:rsidRPr="00E85698">
        <w:t>транскрипции.</w:t>
      </w:r>
    </w:p>
    <w:p w:rsidR="00624C8A" w:rsidRPr="00E85698" w:rsidRDefault="00624C8A">
      <w:pPr>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left="286" w:right="5783"/>
      </w:pPr>
      <w:r w:rsidRPr="00E85698">
        <w:lastRenderedPageBreak/>
        <w:t>Слог. Ударение. Свойства русского ударения.</w:t>
      </w:r>
      <w:r w:rsidRPr="00E85698">
        <w:rPr>
          <w:spacing w:val="-58"/>
        </w:rPr>
        <w:t xml:space="preserve"> </w:t>
      </w:r>
      <w:r w:rsidRPr="00E85698">
        <w:t>Соотношение</w:t>
      </w:r>
      <w:r w:rsidRPr="00E85698">
        <w:rPr>
          <w:spacing w:val="-1"/>
        </w:rPr>
        <w:t xml:space="preserve"> </w:t>
      </w:r>
      <w:r w:rsidRPr="00E85698">
        <w:t>звуков</w:t>
      </w:r>
      <w:r w:rsidRPr="00E85698">
        <w:rPr>
          <w:spacing w:val="-1"/>
        </w:rPr>
        <w:t xml:space="preserve"> </w:t>
      </w:r>
      <w:r w:rsidRPr="00E85698">
        <w:t>и букв.</w:t>
      </w:r>
    </w:p>
    <w:p w:rsidR="00624C8A" w:rsidRPr="00E85698" w:rsidRDefault="00CB6516">
      <w:pPr>
        <w:pStyle w:val="a5"/>
        <w:spacing w:line="275" w:lineRule="exact"/>
        <w:ind w:left="286"/>
      </w:pPr>
      <w:r w:rsidRPr="00E85698">
        <w:t>Фонетический</w:t>
      </w:r>
      <w:r w:rsidRPr="00E85698">
        <w:rPr>
          <w:spacing w:val="-8"/>
        </w:rPr>
        <w:t xml:space="preserve"> </w:t>
      </w:r>
      <w:r w:rsidRPr="00E85698">
        <w:t>анализ</w:t>
      </w:r>
      <w:r w:rsidRPr="00E85698">
        <w:rPr>
          <w:spacing w:val="-7"/>
        </w:rPr>
        <w:t xml:space="preserve"> </w:t>
      </w:r>
      <w:r w:rsidRPr="00E85698">
        <w:t>слова.</w:t>
      </w:r>
    </w:p>
    <w:p w:rsidR="00624C8A" w:rsidRPr="00E85698" w:rsidRDefault="00CB6516">
      <w:pPr>
        <w:pStyle w:val="a5"/>
        <w:spacing w:before="60" w:line="292" w:lineRule="auto"/>
        <w:ind w:left="286" w:right="5556"/>
      </w:pPr>
      <w:r w:rsidRPr="00E85698">
        <w:t>Способы обозначения [й’], мягкости согласных.</w:t>
      </w:r>
      <w:r w:rsidRPr="00E85698">
        <w:rPr>
          <w:spacing w:val="-58"/>
        </w:rPr>
        <w:t xml:space="preserve"> </w:t>
      </w:r>
      <w:r w:rsidRPr="00E85698">
        <w:t>Основные</w:t>
      </w:r>
      <w:r w:rsidRPr="00E85698">
        <w:rPr>
          <w:spacing w:val="-3"/>
        </w:rPr>
        <w:t xml:space="preserve"> </w:t>
      </w:r>
      <w:r w:rsidRPr="00E85698">
        <w:t>выразительные</w:t>
      </w:r>
      <w:r w:rsidRPr="00E85698">
        <w:rPr>
          <w:spacing w:val="-3"/>
        </w:rPr>
        <w:t xml:space="preserve"> </w:t>
      </w:r>
      <w:r w:rsidRPr="00E85698">
        <w:t>средства</w:t>
      </w:r>
      <w:r w:rsidRPr="00E85698">
        <w:rPr>
          <w:spacing w:val="-3"/>
        </w:rPr>
        <w:t xml:space="preserve"> </w:t>
      </w:r>
      <w:r w:rsidRPr="00E85698">
        <w:t>фонетики.</w:t>
      </w:r>
    </w:p>
    <w:p w:rsidR="00624C8A" w:rsidRPr="00E85698" w:rsidRDefault="00CB6516">
      <w:pPr>
        <w:pStyle w:val="a5"/>
        <w:spacing w:line="275" w:lineRule="exact"/>
        <w:ind w:left="286"/>
      </w:pPr>
      <w:r w:rsidRPr="00E85698">
        <w:t>Прописные</w:t>
      </w:r>
      <w:r w:rsidRPr="00E85698">
        <w:rPr>
          <w:spacing w:val="-2"/>
        </w:rPr>
        <w:t xml:space="preserve"> </w:t>
      </w:r>
      <w:r w:rsidRPr="00E85698">
        <w:t>и</w:t>
      </w:r>
      <w:r w:rsidRPr="00E85698">
        <w:rPr>
          <w:spacing w:val="-2"/>
        </w:rPr>
        <w:t xml:space="preserve"> </w:t>
      </w:r>
      <w:r w:rsidRPr="00E85698">
        <w:t>строчные</w:t>
      </w:r>
      <w:r w:rsidRPr="00E85698">
        <w:rPr>
          <w:spacing w:val="-2"/>
        </w:rPr>
        <w:t xml:space="preserve"> </w:t>
      </w:r>
      <w:r w:rsidRPr="00E85698">
        <w:t>буквы.</w:t>
      </w:r>
    </w:p>
    <w:p w:rsidR="00624C8A" w:rsidRPr="00E85698" w:rsidRDefault="00CB6516">
      <w:pPr>
        <w:pStyle w:val="a5"/>
        <w:spacing w:before="60"/>
        <w:ind w:left="286"/>
      </w:pPr>
      <w:r w:rsidRPr="00E85698">
        <w:t>Интонация,</w:t>
      </w:r>
      <w:r w:rsidRPr="00E85698">
        <w:rPr>
          <w:spacing w:val="-3"/>
        </w:rPr>
        <w:t xml:space="preserve"> </w:t>
      </w:r>
      <w:r w:rsidRPr="00E85698">
        <w:t>её</w:t>
      </w:r>
      <w:r w:rsidRPr="00E85698">
        <w:rPr>
          <w:spacing w:val="-3"/>
        </w:rPr>
        <w:t xml:space="preserve"> </w:t>
      </w:r>
      <w:r w:rsidRPr="00E85698">
        <w:t>функции.</w:t>
      </w:r>
      <w:r w:rsidRPr="00E85698">
        <w:rPr>
          <w:spacing w:val="-3"/>
        </w:rPr>
        <w:t xml:space="preserve"> </w:t>
      </w:r>
      <w:r w:rsidRPr="00E85698">
        <w:t>Основные</w:t>
      </w:r>
      <w:r w:rsidRPr="00E85698">
        <w:rPr>
          <w:spacing w:val="-2"/>
        </w:rPr>
        <w:t xml:space="preserve"> </w:t>
      </w:r>
      <w:r w:rsidRPr="00E85698">
        <w:t>элементы</w:t>
      </w:r>
      <w:r w:rsidRPr="00E85698">
        <w:rPr>
          <w:spacing w:val="-3"/>
        </w:rPr>
        <w:t xml:space="preserve"> </w:t>
      </w:r>
      <w:r w:rsidRPr="00E85698">
        <w:t>интонации.</w:t>
      </w:r>
    </w:p>
    <w:p w:rsidR="00624C8A" w:rsidRPr="00E85698" w:rsidRDefault="00CB6516">
      <w:pPr>
        <w:pStyle w:val="11"/>
        <w:spacing w:before="60"/>
      </w:pPr>
      <w:r w:rsidRPr="00E85698">
        <w:t>Орфография</w:t>
      </w:r>
    </w:p>
    <w:p w:rsidR="00624C8A" w:rsidRPr="00E85698" w:rsidRDefault="00CB6516">
      <w:pPr>
        <w:pStyle w:val="a5"/>
        <w:spacing w:before="60"/>
        <w:ind w:left="286"/>
      </w:pPr>
      <w:r w:rsidRPr="00E85698">
        <w:t>Орфография</w:t>
      </w:r>
      <w:r w:rsidRPr="00E85698">
        <w:rPr>
          <w:spacing w:val="-5"/>
        </w:rPr>
        <w:t xml:space="preserve"> </w:t>
      </w:r>
      <w:r w:rsidRPr="00E85698">
        <w:t>как</w:t>
      </w:r>
      <w:r w:rsidRPr="00E85698">
        <w:rPr>
          <w:spacing w:val="-4"/>
        </w:rPr>
        <w:t xml:space="preserve"> </w:t>
      </w:r>
      <w:r w:rsidRPr="00E85698">
        <w:t>раздел</w:t>
      </w:r>
      <w:r w:rsidRPr="00E85698">
        <w:rPr>
          <w:spacing w:val="-5"/>
        </w:rPr>
        <w:t xml:space="preserve"> </w:t>
      </w:r>
      <w:r w:rsidRPr="00E85698">
        <w:t>лингвистики.</w:t>
      </w:r>
    </w:p>
    <w:p w:rsidR="00624C8A" w:rsidRPr="00E85698" w:rsidRDefault="00CB6516">
      <w:pPr>
        <w:pStyle w:val="a5"/>
        <w:spacing w:before="60" w:line="292" w:lineRule="auto"/>
        <w:ind w:left="286" w:right="3820"/>
      </w:pPr>
      <w:r w:rsidRPr="00E85698">
        <w:t>Понятие «орфограмма». Буквенные и небуквенные орфограммы.</w:t>
      </w:r>
      <w:r w:rsidRPr="00E85698">
        <w:rPr>
          <w:spacing w:val="-57"/>
        </w:rPr>
        <w:t xml:space="preserve"> </w:t>
      </w:r>
      <w:r w:rsidRPr="00E85698">
        <w:t>Правописание</w:t>
      </w:r>
      <w:r w:rsidRPr="00E85698">
        <w:rPr>
          <w:spacing w:val="-1"/>
        </w:rPr>
        <w:t xml:space="preserve"> </w:t>
      </w:r>
      <w:r w:rsidRPr="00E85698">
        <w:t>разделительных</w:t>
      </w:r>
      <w:r w:rsidRPr="00E85698">
        <w:rPr>
          <w:spacing w:val="-6"/>
        </w:rPr>
        <w:t xml:space="preserve"> </w:t>
      </w:r>
      <w:r w:rsidRPr="00E85698">
        <w:rPr>
          <w:b/>
          <w:i/>
        </w:rPr>
        <w:t>ъ</w:t>
      </w:r>
      <w:r w:rsidRPr="00E85698">
        <w:rPr>
          <w:b/>
          <w:i/>
          <w:spacing w:val="5"/>
        </w:rPr>
        <w:t xml:space="preserve"> </w:t>
      </w:r>
      <w:r w:rsidRPr="00E85698">
        <w:t>и</w:t>
      </w:r>
      <w:r w:rsidRPr="00E85698">
        <w:rPr>
          <w:spacing w:val="2"/>
        </w:rPr>
        <w:t xml:space="preserve"> </w:t>
      </w:r>
      <w:r w:rsidRPr="00E85698">
        <w:rPr>
          <w:b/>
          <w:i/>
        </w:rPr>
        <w:t>ь</w:t>
      </w:r>
      <w:r w:rsidRPr="00E85698">
        <w:t>.</w:t>
      </w:r>
    </w:p>
    <w:p w:rsidR="00624C8A" w:rsidRPr="00E85698" w:rsidRDefault="00CB6516">
      <w:pPr>
        <w:pStyle w:val="11"/>
        <w:spacing w:line="275" w:lineRule="exact"/>
      </w:pPr>
      <w:r w:rsidRPr="00E85698">
        <w:t>Лексикология</w:t>
      </w:r>
    </w:p>
    <w:p w:rsidR="00624C8A" w:rsidRPr="00E85698" w:rsidRDefault="00CB6516">
      <w:pPr>
        <w:pStyle w:val="a5"/>
        <w:spacing w:before="60"/>
        <w:ind w:left="286"/>
      </w:pPr>
      <w:r w:rsidRPr="00E85698">
        <w:t>Лексикология</w:t>
      </w:r>
      <w:r w:rsidRPr="00E85698">
        <w:rPr>
          <w:spacing w:val="-5"/>
        </w:rPr>
        <w:t xml:space="preserve"> </w:t>
      </w:r>
      <w:r w:rsidRPr="00E85698">
        <w:t>как</w:t>
      </w:r>
      <w:r w:rsidRPr="00E85698">
        <w:rPr>
          <w:spacing w:val="-5"/>
        </w:rPr>
        <w:t xml:space="preserve"> </w:t>
      </w:r>
      <w:r w:rsidRPr="00E85698">
        <w:t>раздел</w:t>
      </w:r>
      <w:r w:rsidRPr="00E85698">
        <w:rPr>
          <w:spacing w:val="-5"/>
        </w:rPr>
        <w:t xml:space="preserve"> </w:t>
      </w:r>
      <w:r w:rsidRPr="00E85698">
        <w:t>лингвистики.</w:t>
      </w:r>
    </w:p>
    <w:p w:rsidR="00624C8A" w:rsidRPr="00E85698" w:rsidRDefault="00CB6516">
      <w:pPr>
        <w:pStyle w:val="a5"/>
        <w:spacing w:before="61" w:line="292" w:lineRule="auto"/>
        <w:ind w:right="413" w:firstLine="180"/>
        <w:jc w:val="both"/>
      </w:pPr>
      <w:r w:rsidRPr="00E85698">
        <w:t>Основные способы толкования лексического значения слова (подбор однокоренных слов; подбор</w:t>
      </w:r>
      <w:r w:rsidRPr="00E85698">
        <w:rPr>
          <w:spacing w:val="1"/>
        </w:rPr>
        <w:t xml:space="preserve"> </w:t>
      </w:r>
      <w:r w:rsidRPr="00E85698">
        <w:t>синонимов и антонимов); основные способы разъяснения значения слова (по контексту, с помощью</w:t>
      </w:r>
      <w:r w:rsidRPr="00E85698">
        <w:rPr>
          <w:spacing w:val="-58"/>
        </w:rPr>
        <w:t xml:space="preserve"> </w:t>
      </w:r>
      <w:r w:rsidRPr="00E85698">
        <w:t>толкового</w:t>
      </w:r>
      <w:r w:rsidRPr="00E85698">
        <w:rPr>
          <w:spacing w:val="-1"/>
        </w:rPr>
        <w:t xml:space="preserve"> </w:t>
      </w:r>
      <w:r w:rsidRPr="00E85698">
        <w:t>словаря).</w:t>
      </w:r>
    </w:p>
    <w:p w:rsidR="00624C8A" w:rsidRPr="00E85698" w:rsidRDefault="00CB6516">
      <w:pPr>
        <w:pStyle w:val="a5"/>
        <w:spacing w:line="292" w:lineRule="auto"/>
        <w:ind w:right="482" w:firstLine="180"/>
        <w:jc w:val="both"/>
      </w:pPr>
      <w:r w:rsidRPr="00E85698">
        <w:t>Слова однозначные и многозначные. Прямое и переносное значения слова. Тематические группы</w:t>
      </w:r>
      <w:r w:rsidRPr="00E85698">
        <w:rPr>
          <w:spacing w:val="-58"/>
        </w:rPr>
        <w:t xml:space="preserve"> </w:t>
      </w:r>
      <w:r w:rsidRPr="00E85698">
        <w:t>слов.</w:t>
      </w:r>
      <w:r w:rsidRPr="00E85698">
        <w:rPr>
          <w:spacing w:val="-1"/>
        </w:rPr>
        <w:t xml:space="preserve"> </w:t>
      </w:r>
      <w:r w:rsidRPr="00E85698">
        <w:t>Обозначение родовых и видовых понятий.</w:t>
      </w:r>
    </w:p>
    <w:p w:rsidR="00624C8A" w:rsidRPr="00E85698" w:rsidRDefault="00CB6516">
      <w:pPr>
        <w:pStyle w:val="a5"/>
        <w:spacing w:line="275" w:lineRule="exact"/>
        <w:ind w:left="286"/>
        <w:jc w:val="both"/>
      </w:pPr>
      <w:r w:rsidRPr="00E85698">
        <w:t>Синонимы.</w:t>
      </w:r>
      <w:r w:rsidRPr="00E85698">
        <w:rPr>
          <w:spacing w:val="-2"/>
        </w:rPr>
        <w:t xml:space="preserve"> </w:t>
      </w:r>
      <w:r w:rsidRPr="00E85698">
        <w:t>Антонимы.</w:t>
      </w:r>
      <w:r w:rsidRPr="00E85698">
        <w:rPr>
          <w:spacing w:val="-2"/>
        </w:rPr>
        <w:t xml:space="preserve"> </w:t>
      </w:r>
      <w:r w:rsidRPr="00E85698">
        <w:t>Омонимы.</w:t>
      </w:r>
      <w:r w:rsidRPr="00E85698">
        <w:rPr>
          <w:spacing w:val="-2"/>
        </w:rPr>
        <w:t xml:space="preserve"> </w:t>
      </w:r>
      <w:r w:rsidRPr="00E85698">
        <w:t>Паронимы.</w:t>
      </w:r>
    </w:p>
    <w:p w:rsidR="00624C8A" w:rsidRPr="00E85698" w:rsidRDefault="00CB6516">
      <w:pPr>
        <w:pStyle w:val="a5"/>
        <w:spacing w:before="58" w:line="292" w:lineRule="auto"/>
        <w:ind w:right="342" w:firstLine="180"/>
        <w:jc w:val="both"/>
      </w:pPr>
      <w:r w:rsidRPr="00E85698">
        <w:t>Разные виды лексических словарей (толковый словарь, словари синонимов, антонимов, омонимов,</w:t>
      </w:r>
      <w:r w:rsidRPr="00E85698">
        <w:rPr>
          <w:spacing w:val="-58"/>
        </w:rPr>
        <w:t xml:space="preserve"> </w:t>
      </w:r>
      <w:r w:rsidRPr="00E85698">
        <w:t>паронимов)</w:t>
      </w:r>
      <w:r w:rsidRPr="00E85698">
        <w:rPr>
          <w:spacing w:val="-2"/>
        </w:rPr>
        <w:t xml:space="preserve"> </w:t>
      </w:r>
      <w:r w:rsidRPr="00E85698">
        <w:t>и их</w:t>
      </w:r>
      <w:r w:rsidRPr="00E85698">
        <w:rPr>
          <w:spacing w:val="-1"/>
        </w:rPr>
        <w:t xml:space="preserve"> </w:t>
      </w:r>
      <w:r w:rsidRPr="00E85698">
        <w:t>роль</w:t>
      </w:r>
      <w:r w:rsidRPr="00E85698">
        <w:rPr>
          <w:spacing w:val="-1"/>
        </w:rPr>
        <w:t xml:space="preserve"> </w:t>
      </w:r>
      <w:r w:rsidRPr="00E85698">
        <w:t>в</w:t>
      </w:r>
      <w:r w:rsidRPr="00E85698">
        <w:rPr>
          <w:spacing w:val="-2"/>
        </w:rPr>
        <w:t xml:space="preserve"> </w:t>
      </w:r>
      <w:r w:rsidRPr="00E85698">
        <w:t>овладении словарным богатством</w:t>
      </w:r>
      <w:r w:rsidRPr="00E85698">
        <w:rPr>
          <w:spacing w:val="-1"/>
        </w:rPr>
        <w:t xml:space="preserve"> </w:t>
      </w:r>
      <w:r w:rsidRPr="00E85698">
        <w:t>родного языка.</w:t>
      </w:r>
    </w:p>
    <w:p w:rsidR="00624C8A" w:rsidRPr="00E85698" w:rsidRDefault="00CB6516">
      <w:pPr>
        <w:pStyle w:val="a5"/>
        <w:spacing w:line="275" w:lineRule="exact"/>
        <w:ind w:left="286"/>
        <w:jc w:val="both"/>
      </w:pPr>
      <w:r w:rsidRPr="00E85698">
        <w:t>Лексический</w:t>
      </w:r>
      <w:r w:rsidRPr="00E85698">
        <w:rPr>
          <w:spacing w:val="-4"/>
        </w:rPr>
        <w:t xml:space="preserve"> </w:t>
      </w:r>
      <w:r w:rsidRPr="00E85698">
        <w:t>анализ</w:t>
      </w:r>
      <w:r w:rsidRPr="00E85698">
        <w:rPr>
          <w:spacing w:val="-4"/>
        </w:rPr>
        <w:t xml:space="preserve"> </w:t>
      </w:r>
      <w:r w:rsidRPr="00E85698">
        <w:t>слов</w:t>
      </w:r>
      <w:r w:rsidRPr="00E85698">
        <w:rPr>
          <w:spacing w:val="-4"/>
        </w:rPr>
        <w:t xml:space="preserve"> </w:t>
      </w:r>
      <w:r w:rsidRPr="00E85698">
        <w:t>(в</w:t>
      </w:r>
      <w:r w:rsidRPr="00E85698">
        <w:rPr>
          <w:spacing w:val="-5"/>
        </w:rPr>
        <w:t xml:space="preserve"> </w:t>
      </w:r>
      <w:r w:rsidRPr="00E85698">
        <w:t>рамках</w:t>
      </w:r>
      <w:r w:rsidRPr="00E85698">
        <w:rPr>
          <w:spacing w:val="-3"/>
        </w:rPr>
        <w:t xml:space="preserve"> </w:t>
      </w:r>
      <w:r w:rsidRPr="00E85698">
        <w:t>изученного).</w:t>
      </w:r>
    </w:p>
    <w:p w:rsidR="00624C8A" w:rsidRPr="00E85698" w:rsidRDefault="00CB6516">
      <w:pPr>
        <w:pStyle w:val="11"/>
        <w:spacing w:before="60"/>
        <w:jc w:val="both"/>
      </w:pPr>
      <w:proofErr w:type="spellStart"/>
      <w:r w:rsidRPr="00E85698">
        <w:t>Морфемика</w:t>
      </w:r>
      <w:proofErr w:type="spellEnd"/>
      <w:r w:rsidRPr="00E85698">
        <w:t>.</w:t>
      </w:r>
      <w:r w:rsidRPr="00E85698">
        <w:rPr>
          <w:spacing w:val="-6"/>
        </w:rPr>
        <w:t xml:space="preserve"> </w:t>
      </w:r>
      <w:r w:rsidRPr="00E85698">
        <w:t>Орфография</w:t>
      </w:r>
    </w:p>
    <w:p w:rsidR="00624C8A" w:rsidRPr="00E85698" w:rsidRDefault="00CB6516">
      <w:pPr>
        <w:pStyle w:val="a5"/>
        <w:spacing w:before="60"/>
        <w:ind w:left="286"/>
        <w:jc w:val="both"/>
      </w:pPr>
      <w:proofErr w:type="spellStart"/>
      <w:r w:rsidRPr="00E85698">
        <w:t>Морфемика</w:t>
      </w:r>
      <w:proofErr w:type="spellEnd"/>
      <w:r w:rsidRPr="00E85698">
        <w:rPr>
          <w:spacing w:val="-4"/>
        </w:rPr>
        <w:t xml:space="preserve"> </w:t>
      </w:r>
      <w:r w:rsidRPr="00E85698">
        <w:t>как</w:t>
      </w:r>
      <w:r w:rsidRPr="00E85698">
        <w:rPr>
          <w:spacing w:val="-4"/>
        </w:rPr>
        <w:t xml:space="preserve"> </w:t>
      </w:r>
      <w:r w:rsidRPr="00E85698">
        <w:t>раздел</w:t>
      </w:r>
      <w:r w:rsidRPr="00E85698">
        <w:rPr>
          <w:spacing w:val="-5"/>
        </w:rPr>
        <w:t xml:space="preserve"> </w:t>
      </w:r>
      <w:r w:rsidRPr="00E85698">
        <w:t>лингвистики.</w:t>
      </w:r>
    </w:p>
    <w:p w:rsidR="00624C8A" w:rsidRPr="00E85698" w:rsidRDefault="00CB6516">
      <w:pPr>
        <w:pStyle w:val="a5"/>
        <w:spacing w:before="60" w:line="292" w:lineRule="auto"/>
        <w:ind w:right="1189" w:firstLine="180"/>
        <w:jc w:val="both"/>
      </w:pPr>
      <w:r w:rsidRPr="00E85698">
        <w:t>Морфема как минимальная значимая единица языка. Основа слова. Виды морфем (корень,</w:t>
      </w:r>
      <w:r w:rsidRPr="00E85698">
        <w:rPr>
          <w:spacing w:val="-58"/>
        </w:rPr>
        <w:t xml:space="preserve"> </w:t>
      </w:r>
      <w:r w:rsidRPr="00E85698">
        <w:t>приставка,</w:t>
      </w:r>
      <w:r w:rsidRPr="00E85698">
        <w:rPr>
          <w:spacing w:val="-1"/>
        </w:rPr>
        <w:t xml:space="preserve"> </w:t>
      </w:r>
      <w:r w:rsidRPr="00E85698">
        <w:t>суффикс, окончание).</w:t>
      </w:r>
    </w:p>
    <w:p w:rsidR="00624C8A" w:rsidRPr="00E85698" w:rsidRDefault="00CB6516">
      <w:pPr>
        <w:pStyle w:val="a5"/>
        <w:spacing w:line="292" w:lineRule="auto"/>
        <w:ind w:left="286" w:right="2017"/>
        <w:jc w:val="both"/>
      </w:pPr>
      <w:r w:rsidRPr="00E85698">
        <w:t>Чередование звуков в морфемах (в том числе чередование гласных с нулём звука).</w:t>
      </w:r>
      <w:r w:rsidRPr="00E85698">
        <w:rPr>
          <w:spacing w:val="-58"/>
        </w:rPr>
        <w:t xml:space="preserve"> </w:t>
      </w:r>
      <w:r w:rsidRPr="00E85698">
        <w:t>Морфемный</w:t>
      </w:r>
      <w:r w:rsidRPr="00E85698">
        <w:rPr>
          <w:spacing w:val="-1"/>
        </w:rPr>
        <w:t xml:space="preserve"> </w:t>
      </w:r>
      <w:r w:rsidRPr="00E85698">
        <w:t>анализ</w:t>
      </w:r>
      <w:r w:rsidRPr="00E85698">
        <w:rPr>
          <w:spacing w:val="-1"/>
        </w:rPr>
        <w:t xml:space="preserve"> </w:t>
      </w:r>
      <w:r w:rsidRPr="00E85698">
        <w:t>слов.</w:t>
      </w:r>
    </w:p>
    <w:p w:rsidR="00624C8A" w:rsidRPr="00E85698" w:rsidRDefault="00CB6516">
      <w:pPr>
        <w:pStyle w:val="a5"/>
        <w:spacing w:line="275" w:lineRule="exact"/>
        <w:ind w:left="286"/>
        <w:jc w:val="both"/>
      </w:pPr>
      <w:r w:rsidRPr="00E85698">
        <w:t>Уместное</w:t>
      </w:r>
      <w:r w:rsidRPr="00E85698">
        <w:rPr>
          <w:spacing w:val="-4"/>
        </w:rPr>
        <w:t xml:space="preserve"> </w:t>
      </w:r>
      <w:r w:rsidRPr="00E85698">
        <w:t>использование</w:t>
      </w:r>
      <w:r w:rsidRPr="00E85698">
        <w:rPr>
          <w:spacing w:val="-3"/>
        </w:rPr>
        <w:t xml:space="preserve"> </w:t>
      </w:r>
      <w:r w:rsidRPr="00E85698">
        <w:t>слов</w:t>
      </w:r>
      <w:r w:rsidRPr="00E85698">
        <w:rPr>
          <w:spacing w:val="-3"/>
        </w:rPr>
        <w:t xml:space="preserve"> </w:t>
      </w:r>
      <w:r w:rsidRPr="00E85698">
        <w:t>с</w:t>
      </w:r>
      <w:r w:rsidRPr="00E85698">
        <w:rPr>
          <w:spacing w:val="-3"/>
        </w:rPr>
        <w:t xml:space="preserve"> </w:t>
      </w:r>
      <w:r w:rsidRPr="00E85698">
        <w:t>суффиксами</w:t>
      </w:r>
      <w:r w:rsidRPr="00E85698">
        <w:rPr>
          <w:spacing w:val="-3"/>
        </w:rPr>
        <w:t xml:space="preserve"> </w:t>
      </w:r>
      <w:r w:rsidRPr="00E85698">
        <w:t>оценки</w:t>
      </w:r>
      <w:r w:rsidRPr="00E85698">
        <w:rPr>
          <w:spacing w:val="-4"/>
        </w:rPr>
        <w:t xml:space="preserve"> </w:t>
      </w:r>
      <w:r w:rsidRPr="00E85698">
        <w:t>в</w:t>
      </w:r>
      <w:r w:rsidRPr="00E85698">
        <w:rPr>
          <w:spacing w:val="-3"/>
        </w:rPr>
        <w:t xml:space="preserve"> </w:t>
      </w:r>
      <w:r w:rsidRPr="00E85698">
        <w:t>собственной</w:t>
      </w:r>
      <w:r w:rsidRPr="00E85698">
        <w:rPr>
          <w:spacing w:val="-3"/>
        </w:rPr>
        <w:t xml:space="preserve"> </w:t>
      </w:r>
      <w:r w:rsidRPr="00E85698">
        <w:t>речи.</w:t>
      </w:r>
    </w:p>
    <w:p w:rsidR="00624C8A" w:rsidRPr="00E85698" w:rsidRDefault="00CB6516">
      <w:pPr>
        <w:pStyle w:val="a5"/>
        <w:spacing w:before="59" w:line="292" w:lineRule="auto"/>
        <w:ind w:right="1110" w:firstLine="180"/>
      </w:pPr>
      <w:r w:rsidRPr="00E85698">
        <w:t>Правописание корней с безударными проверяемыми, непроверяемыми гласными (в рамках</w:t>
      </w:r>
      <w:r w:rsidRPr="00E85698">
        <w:rPr>
          <w:spacing w:val="-57"/>
        </w:rPr>
        <w:t xml:space="preserve"> </w:t>
      </w:r>
      <w:r w:rsidRPr="00E85698">
        <w:t>изученного).</w:t>
      </w:r>
    </w:p>
    <w:p w:rsidR="00624C8A" w:rsidRPr="00E85698" w:rsidRDefault="00CB6516">
      <w:pPr>
        <w:pStyle w:val="a5"/>
        <w:spacing w:line="292" w:lineRule="auto"/>
        <w:ind w:right="282" w:firstLine="180"/>
      </w:pPr>
      <w:r w:rsidRPr="00E85698">
        <w:t>Правописание корней с проверяемыми, непроверяемыми, непроизносимыми согласными (в рамках</w:t>
      </w:r>
      <w:r w:rsidRPr="00E85698">
        <w:rPr>
          <w:spacing w:val="-57"/>
        </w:rPr>
        <w:t xml:space="preserve"> </w:t>
      </w:r>
      <w:r w:rsidRPr="00E85698">
        <w:t>изученного).</w:t>
      </w:r>
    </w:p>
    <w:p w:rsidR="00624C8A" w:rsidRPr="00E85698" w:rsidRDefault="00CB6516">
      <w:pPr>
        <w:pStyle w:val="a5"/>
        <w:spacing w:line="275" w:lineRule="exact"/>
        <w:ind w:left="286"/>
      </w:pPr>
      <w:r w:rsidRPr="00E85698">
        <w:t>Правописание</w:t>
      </w:r>
      <w:r w:rsidRPr="00E85698">
        <w:rPr>
          <w:spacing w:val="-5"/>
        </w:rPr>
        <w:t xml:space="preserve"> </w:t>
      </w:r>
      <w:r w:rsidRPr="00E85698">
        <w:rPr>
          <w:b/>
          <w:i/>
        </w:rPr>
        <w:t>ё</w:t>
      </w:r>
      <w:r w:rsidRPr="00E85698">
        <w:rPr>
          <w:b/>
          <w:i/>
          <w:spacing w:val="-1"/>
        </w:rPr>
        <w:t xml:space="preserve"> </w:t>
      </w:r>
      <w:r w:rsidRPr="00E85698">
        <w:t>—</w:t>
      </w:r>
      <w:r w:rsidRPr="00E85698">
        <w:rPr>
          <w:spacing w:val="-1"/>
        </w:rPr>
        <w:t xml:space="preserve"> </w:t>
      </w:r>
      <w:r w:rsidRPr="00E85698">
        <w:rPr>
          <w:b/>
          <w:i/>
        </w:rPr>
        <w:t>о</w:t>
      </w:r>
      <w:r w:rsidRPr="00E85698">
        <w:rPr>
          <w:b/>
          <w:i/>
          <w:spacing w:val="-2"/>
        </w:rPr>
        <w:t xml:space="preserve"> </w:t>
      </w:r>
      <w:r w:rsidRPr="00E85698">
        <w:t>после</w:t>
      </w:r>
      <w:r w:rsidRPr="00E85698">
        <w:rPr>
          <w:spacing w:val="-2"/>
        </w:rPr>
        <w:t xml:space="preserve"> </w:t>
      </w:r>
      <w:r w:rsidRPr="00E85698">
        <w:t>шипящих</w:t>
      </w:r>
      <w:r w:rsidRPr="00E85698">
        <w:rPr>
          <w:spacing w:val="-1"/>
        </w:rPr>
        <w:t xml:space="preserve"> </w:t>
      </w:r>
      <w:r w:rsidRPr="00E85698">
        <w:t>в</w:t>
      </w:r>
      <w:r w:rsidRPr="00E85698">
        <w:rPr>
          <w:spacing w:val="-3"/>
        </w:rPr>
        <w:t xml:space="preserve"> </w:t>
      </w:r>
      <w:r w:rsidRPr="00E85698">
        <w:t>корне</w:t>
      </w:r>
      <w:r w:rsidRPr="00E85698">
        <w:rPr>
          <w:spacing w:val="-1"/>
        </w:rPr>
        <w:t xml:space="preserve"> </w:t>
      </w:r>
      <w:r w:rsidRPr="00E85698">
        <w:t>слова.</w:t>
      </w:r>
    </w:p>
    <w:p w:rsidR="00624C8A" w:rsidRPr="00E85698" w:rsidRDefault="00CB6516">
      <w:pPr>
        <w:pStyle w:val="a5"/>
        <w:spacing w:before="59" w:line="292" w:lineRule="auto"/>
        <w:ind w:left="286" w:right="2912"/>
      </w:pPr>
      <w:r w:rsidRPr="00E85698">
        <w:t xml:space="preserve">Правописание неизменяемых на письме приставок и приставок на </w:t>
      </w:r>
      <w:r w:rsidRPr="00E85698">
        <w:rPr>
          <w:b/>
          <w:i/>
        </w:rPr>
        <w:t xml:space="preserve">-з </w:t>
      </w:r>
      <w:r w:rsidRPr="00E85698">
        <w:t>(-</w:t>
      </w:r>
      <w:r w:rsidRPr="00E85698">
        <w:rPr>
          <w:b/>
          <w:i/>
        </w:rPr>
        <w:t>с</w:t>
      </w:r>
      <w:r w:rsidRPr="00E85698">
        <w:t>).</w:t>
      </w:r>
      <w:r w:rsidRPr="00E85698">
        <w:rPr>
          <w:spacing w:val="-57"/>
        </w:rPr>
        <w:t xml:space="preserve"> </w:t>
      </w:r>
      <w:r w:rsidRPr="00E85698">
        <w:t>Правописание</w:t>
      </w:r>
      <w:r w:rsidRPr="00E85698">
        <w:rPr>
          <w:spacing w:val="-4"/>
        </w:rPr>
        <w:t xml:space="preserve"> </w:t>
      </w:r>
      <w:r w:rsidRPr="00E85698">
        <w:rPr>
          <w:b/>
          <w:i/>
        </w:rPr>
        <w:t>ы</w:t>
      </w:r>
      <w:r w:rsidRPr="00E85698">
        <w:rPr>
          <w:b/>
          <w:i/>
          <w:spacing w:val="1"/>
        </w:rPr>
        <w:t xml:space="preserve"> </w:t>
      </w:r>
      <w:r w:rsidRPr="00E85698">
        <w:t xml:space="preserve">— </w:t>
      </w:r>
      <w:r w:rsidRPr="00E85698">
        <w:rPr>
          <w:b/>
          <w:i/>
        </w:rPr>
        <w:t>и</w:t>
      </w:r>
      <w:r w:rsidRPr="00E85698">
        <w:rPr>
          <w:b/>
          <w:i/>
          <w:spacing w:val="-2"/>
        </w:rPr>
        <w:t xml:space="preserve"> </w:t>
      </w:r>
      <w:r w:rsidRPr="00E85698">
        <w:t>после приставок.</w:t>
      </w:r>
    </w:p>
    <w:p w:rsidR="00624C8A" w:rsidRPr="00E85698" w:rsidRDefault="00CB6516">
      <w:pPr>
        <w:pStyle w:val="a5"/>
        <w:spacing w:line="275" w:lineRule="exact"/>
        <w:ind w:left="286"/>
      </w:pPr>
      <w:r w:rsidRPr="00E85698">
        <w:t>Правописание</w:t>
      </w:r>
      <w:r w:rsidRPr="00E85698">
        <w:rPr>
          <w:spacing w:val="-5"/>
        </w:rPr>
        <w:t xml:space="preserve"> </w:t>
      </w:r>
      <w:r w:rsidRPr="00E85698">
        <w:rPr>
          <w:b/>
          <w:i/>
        </w:rPr>
        <w:t xml:space="preserve">ы </w:t>
      </w:r>
      <w:r w:rsidRPr="00E85698">
        <w:t>—</w:t>
      </w:r>
      <w:r w:rsidRPr="00E85698">
        <w:rPr>
          <w:spacing w:val="-2"/>
        </w:rPr>
        <w:t xml:space="preserve"> </w:t>
      </w:r>
      <w:r w:rsidRPr="00E85698">
        <w:rPr>
          <w:b/>
          <w:i/>
        </w:rPr>
        <w:t>и</w:t>
      </w:r>
      <w:r w:rsidRPr="00E85698">
        <w:rPr>
          <w:b/>
          <w:i/>
          <w:spacing w:val="-3"/>
        </w:rPr>
        <w:t xml:space="preserve"> </w:t>
      </w:r>
      <w:r w:rsidRPr="00E85698">
        <w:t>после</w:t>
      </w:r>
      <w:r w:rsidRPr="00E85698">
        <w:rPr>
          <w:spacing w:val="-8"/>
        </w:rPr>
        <w:t xml:space="preserve"> </w:t>
      </w:r>
      <w:r w:rsidRPr="00E85698">
        <w:rPr>
          <w:b/>
          <w:i/>
        </w:rPr>
        <w:t>ц</w:t>
      </w:r>
      <w:r w:rsidRPr="00E85698">
        <w:t>.</w:t>
      </w:r>
    </w:p>
    <w:p w:rsidR="00624C8A" w:rsidRPr="00E85698" w:rsidRDefault="00CB6516">
      <w:pPr>
        <w:pStyle w:val="11"/>
        <w:spacing w:before="60"/>
      </w:pPr>
      <w:r w:rsidRPr="00E85698">
        <w:t>Морфология.</w:t>
      </w:r>
      <w:r w:rsidRPr="00E85698">
        <w:rPr>
          <w:spacing w:val="-6"/>
        </w:rPr>
        <w:t xml:space="preserve"> </w:t>
      </w:r>
      <w:r w:rsidRPr="00E85698">
        <w:t>Культура</w:t>
      </w:r>
      <w:r w:rsidRPr="00E85698">
        <w:rPr>
          <w:spacing w:val="-5"/>
        </w:rPr>
        <w:t xml:space="preserve"> </w:t>
      </w:r>
      <w:r w:rsidRPr="00E85698">
        <w:t>речи.</w:t>
      </w:r>
      <w:r w:rsidRPr="00E85698">
        <w:rPr>
          <w:spacing w:val="-5"/>
        </w:rPr>
        <w:t xml:space="preserve"> </w:t>
      </w:r>
      <w:r w:rsidRPr="00E85698">
        <w:t>Орфография</w:t>
      </w:r>
    </w:p>
    <w:p w:rsidR="00624C8A" w:rsidRPr="00E85698" w:rsidRDefault="00CB6516">
      <w:pPr>
        <w:pStyle w:val="a5"/>
        <w:spacing w:before="60"/>
        <w:ind w:left="286"/>
      </w:pPr>
      <w:r w:rsidRPr="00E85698">
        <w:t>Морфология</w:t>
      </w:r>
      <w:r w:rsidRPr="00E85698">
        <w:rPr>
          <w:spacing w:val="-5"/>
        </w:rPr>
        <w:t xml:space="preserve"> </w:t>
      </w:r>
      <w:r w:rsidRPr="00E85698">
        <w:t>как</w:t>
      </w:r>
      <w:r w:rsidRPr="00E85698">
        <w:rPr>
          <w:spacing w:val="-5"/>
        </w:rPr>
        <w:t xml:space="preserve"> </w:t>
      </w:r>
      <w:r w:rsidRPr="00E85698">
        <w:t>раздел</w:t>
      </w:r>
      <w:r w:rsidRPr="00E85698">
        <w:rPr>
          <w:spacing w:val="-5"/>
        </w:rPr>
        <w:t xml:space="preserve"> </w:t>
      </w:r>
      <w:r w:rsidRPr="00E85698">
        <w:t>грамматики.</w:t>
      </w:r>
      <w:r w:rsidRPr="00E85698">
        <w:rPr>
          <w:spacing w:val="-4"/>
        </w:rPr>
        <w:t xml:space="preserve"> </w:t>
      </w:r>
      <w:r w:rsidRPr="00E85698">
        <w:t>Грамматическое</w:t>
      </w:r>
      <w:r w:rsidRPr="00E85698">
        <w:rPr>
          <w:spacing w:val="-4"/>
        </w:rPr>
        <w:t xml:space="preserve"> </w:t>
      </w:r>
      <w:r w:rsidRPr="00E85698">
        <w:t>значение</w:t>
      </w:r>
      <w:r w:rsidRPr="00E85698">
        <w:rPr>
          <w:spacing w:val="-3"/>
        </w:rPr>
        <w:t xml:space="preserve"> </w:t>
      </w:r>
      <w:r w:rsidRPr="00E85698">
        <w:t>слова.</w:t>
      </w:r>
    </w:p>
    <w:p w:rsidR="00624C8A" w:rsidRPr="00E85698" w:rsidRDefault="00CB6516">
      <w:pPr>
        <w:pStyle w:val="a5"/>
        <w:spacing w:before="60" w:line="292" w:lineRule="auto"/>
        <w:ind w:firstLine="180"/>
      </w:pPr>
      <w:r w:rsidRPr="00E85698">
        <w:t>Части</w:t>
      </w:r>
      <w:r w:rsidRPr="00E85698">
        <w:rPr>
          <w:spacing w:val="-4"/>
        </w:rPr>
        <w:t xml:space="preserve"> </w:t>
      </w:r>
      <w:r w:rsidRPr="00E85698">
        <w:t>речи</w:t>
      </w:r>
      <w:r w:rsidRPr="00E85698">
        <w:rPr>
          <w:spacing w:val="-4"/>
        </w:rPr>
        <w:t xml:space="preserve"> </w:t>
      </w:r>
      <w:r w:rsidRPr="00E85698">
        <w:t>как</w:t>
      </w:r>
      <w:r w:rsidRPr="00E85698">
        <w:rPr>
          <w:spacing w:val="-5"/>
        </w:rPr>
        <w:t xml:space="preserve"> </w:t>
      </w:r>
      <w:r w:rsidRPr="00E85698">
        <w:t>лексико-грамматические</w:t>
      </w:r>
      <w:r w:rsidRPr="00E85698">
        <w:rPr>
          <w:spacing w:val="-4"/>
        </w:rPr>
        <w:t xml:space="preserve"> </w:t>
      </w:r>
      <w:r w:rsidRPr="00E85698">
        <w:t>разряды</w:t>
      </w:r>
      <w:r w:rsidRPr="00E85698">
        <w:rPr>
          <w:spacing w:val="-4"/>
        </w:rPr>
        <w:t xml:space="preserve"> </w:t>
      </w:r>
      <w:r w:rsidRPr="00E85698">
        <w:t>слов.</w:t>
      </w:r>
      <w:r w:rsidRPr="00E85698">
        <w:rPr>
          <w:spacing w:val="-4"/>
        </w:rPr>
        <w:t xml:space="preserve"> </w:t>
      </w:r>
      <w:r w:rsidRPr="00E85698">
        <w:t>Система</w:t>
      </w:r>
      <w:r w:rsidRPr="00E85698">
        <w:rPr>
          <w:spacing w:val="-4"/>
        </w:rPr>
        <w:t xml:space="preserve"> </w:t>
      </w:r>
      <w:r w:rsidRPr="00E85698">
        <w:t>частей</w:t>
      </w:r>
      <w:r w:rsidRPr="00E85698">
        <w:rPr>
          <w:spacing w:val="-4"/>
        </w:rPr>
        <w:t xml:space="preserve"> </w:t>
      </w:r>
      <w:r w:rsidRPr="00E85698">
        <w:t>речи</w:t>
      </w:r>
      <w:r w:rsidRPr="00E85698">
        <w:rPr>
          <w:spacing w:val="-4"/>
        </w:rPr>
        <w:t xml:space="preserve"> </w:t>
      </w:r>
      <w:r w:rsidRPr="00E85698">
        <w:t>в</w:t>
      </w:r>
      <w:r w:rsidRPr="00E85698">
        <w:rPr>
          <w:spacing w:val="-4"/>
        </w:rPr>
        <w:t xml:space="preserve"> </w:t>
      </w:r>
      <w:r w:rsidRPr="00E85698">
        <w:t>русском</w:t>
      </w:r>
      <w:r w:rsidRPr="00E85698">
        <w:rPr>
          <w:spacing w:val="-4"/>
        </w:rPr>
        <w:t xml:space="preserve"> </w:t>
      </w:r>
      <w:r w:rsidRPr="00E85698">
        <w:t>языке.</w:t>
      </w:r>
      <w:r w:rsidRPr="00E85698">
        <w:rPr>
          <w:spacing w:val="-57"/>
        </w:rPr>
        <w:t xml:space="preserve"> </w:t>
      </w:r>
      <w:r w:rsidRPr="00E85698">
        <w:t>Самостоятельные</w:t>
      </w:r>
      <w:r w:rsidRPr="00E85698">
        <w:rPr>
          <w:spacing w:val="-1"/>
        </w:rPr>
        <w:t xml:space="preserve"> </w:t>
      </w:r>
      <w:r w:rsidRPr="00E85698">
        <w:t>и служебные части речи.</w:t>
      </w:r>
    </w:p>
    <w:p w:rsidR="00624C8A" w:rsidRPr="00E85698" w:rsidRDefault="00CB6516">
      <w:pPr>
        <w:pStyle w:val="11"/>
        <w:spacing w:line="275" w:lineRule="exact"/>
      </w:pPr>
      <w:r w:rsidRPr="00E85698">
        <w:t>Имя</w:t>
      </w:r>
      <w:r w:rsidRPr="00E85698">
        <w:rPr>
          <w:spacing w:val="-7"/>
        </w:rPr>
        <w:t xml:space="preserve"> </w:t>
      </w:r>
      <w:r w:rsidRPr="00E85698">
        <w:t>существительное</w:t>
      </w:r>
    </w:p>
    <w:p w:rsidR="00624C8A" w:rsidRPr="00E85698" w:rsidRDefault="00CB6516">
      <w:pPr>
        <w:pStyle w:val="a5"/>
        <w:spacing w:before="61" w:line="292" w:lineRule="auto"/>
        <w:ind w:right="240" w:firstLine="180"/>
      </w:pPr>
      <w:r w:rsidRPr="00E85698">
        <w:t>Имя</w:t>
      </w:r>
      <w:r w:rsidRPr="00E85698">
        <w:rPr>
          <w:spacing w:val="-6"/>
        </w:rPr>
        <w:t xml:space="preserve"> </w:t>
      </w:r>
      <w:r w:rsidRPr="00E85698">
        <w:t>существительное</w:t>
      </w:r>
      <w:r w:rsidRPr="00E85698">
        <w:rPr>
          <w:spacing w:val="-4"/>
        </w:rPr>
        <w:t xml:space="preserve"> </w:t>
      </w:r>
      <w:r w:rsidRPr="00E85698">
        <w:t>как</w:t>
      </w:r>
      <w:r w:rsidRPr="00E85698">
        <w:rPr>
          <w:spacing w:val="-6"/>
        </w:rPr>
        <w:t xml:space="preserve"> </w:t>
      </w:r>
      <w:r w:rsidRPr="00E85698">
        <w:t>часть</w:t>
      </w:r>
      <w:r w:rsidRPr="00E85698">
        <w:rPr>
          <w:spacing w:val="-5"/>
        </w:rPr>
        <w:t xml:space="preserve"> </w:t>
      </w:r>
      <w:r w:rsidRPr="00E85698">
        <w:t>речи.</w:t>
      </w:r>
      <w:r w:rsidRPr="00E85698">
        <w:rPr>
          <w:spacing w:val="-5"/>
        </w:rPr>
        <w:t xml:space="preserve"> </w:t>
      </w:r>
      <w:r w:rsidRPr="00E85698">
        <w:t>Общее</w:t>
      </w:r>
      <w:r w:rsidRPr="00E85698">
        <w:rPr>
          <w:spacing w:val="-4"/>
        </w:rPr>
        <w:t xml:space="preserve"> </w:t>
      </w:r>
      <w:r w:rsidRPr="00E85698">
        <w:t>грамматическое</w:t>
      </w:r>
      <w:r w:rsidRPr="00E85698">
        <w:rPr>
          <w:spacing w:val="-5"/>
        </w:rPr>
        <w:t xml:space="preserve"> </w:t>
      </w:r>
      <w:r w:rsidRPr="00E85698">
        <w:t>значение,</w:t>
      </w:r>
      <w:r w:rsidRPr="00E85698">
        <w:rPr>
          <w:spacing w:val="-4"/>
        </w:rPr>
        <w:t xml:space="preserve"> </w:t>
      </w:r>
      <w:r w:rsidRPr="00E85698">
        <w:t>морфологические</w:t>
      </w:r>
      <w:r w:rsidRPr="00E85698">
        <w:rPr>
          <w:spacing w:val="-5"/>
        </w:rPr>
        <w:t xml:space="preserve"> </w:t>
      </w:r>
      <w:r w:rsidRPr="00E85698">
        <w:t>признаки</w:t>
      </w:r>
      <w:r w:rsidRPr="00E85698">
        <w:rPr>
          <w:spacing w:val="-57"/>
        </w:rPr>
        <w:t xml:space="preserve"> </w:t>
      </w:r>
      <w:r w:rsidRPr="00E85698">
        <w:t>и</w:t>
      </w:r>
      <w:r w:rsidRPr="00E85698">
        <w:rPr>
          <w:spacing w:val="-2"/>
        </w:rPr>
        <w:t xml:space="preserve"> </w:t>
      </w:r>
      <w:r w:rsidRPr="00E85698">
        <w:t>синтаксические</w:t>
      </w:r>
      <w:r w:rsidRPr="00E85698">
        <w:rPr>
          <w:spacing w:val="-1"/>
        </w:rPr>
        <w:t xml:space="preserve"> </w:t>
      </w:r>
      <w:r w:rsidRPr="00E85698">
        <w:t>функции</w:t>
      </w:r>
      <w:r w:rsidRPr="00E85698">
        <w:rPr>
          <w:spacing w:val="-2"/>
        </w:rPr>
        <w:t xml:space="preserve"> </w:t>
      </w:r>
      <w:r w:rsidRPr="00E85698">
        <w:t>имени</w:t>
      </w:r>
      <w:r w:rsidRPr="00E85698">
        <w:rPr>
          <w:spacing w:val="-1"/>
        </w:rPr>
        <w:t xml:space="preserve"> </w:t>
      </w:r>
      <w:r w:rsidRPr="00E85698">
        <w:t>существительного.</w:t>
      </w:r>
      <w:r w:rsidRPr="00E85698">
        <w:rPr>
          <w:spacing w:val="-1"/>
        </w:rPr>
        <w:t xml:space="preserve"> </w:t>
      </w:r>
      <w:r w:rsidRPr="00E85698">
        <w:t>Роль</w:t>
      </w:r>
      <w:r w:rsidRPr="00E85698">
        <w:rPr>
          <w:spacing w:val="-3"/>
        </w:rPr>
        <w:t xml:space="preserve"> </w:t>
      </w:r>
      <w:r w:rsidRPr="00E85698">
        <w:t>имени</w:t>
      </w:r>
      <w:r w:rsidRPr="00E85698">
        <w:rPr>
          <w:spacing w:val="-1"/>
        </w:rPr>
        <w:t xml:space="preserve"> </w:t>
      </w:r>
      <w:r w:rsidRPr="00E85698">
        <w:t>существительного</w:t>
      </w:r>
      <w:r w:rsidRPr="00E85698">
        <w:rPr>
          <w:spacing w:val="-2"/>
        </w:rPr>
        <w:t xml:space="preserve"> </w:t>
      </w:r>
      <w:r w:rsidRPr="00E85698">
        <w:t>в</w:t>
      </w:r>
      <w:r w:rsidRPr="00E85698">
        <w:rPr>
          <w:spacing w:val="-2"/>
        </w:rPr>
        <w:t xml:space="preserve"> </w:t>
      </w:r>
      <w:r w:rsidRPr="00E85698">
        <w:t>речи.</w:t>
      </w:r>
    </w:p>
    <w:p w:rsidR="00624C8A" w:rsidRPr="00E85698" w:rsidRDefault="00CB6516">
      <w:pPr>
        <w:pStyle w:val="a5"/>
        <w:spacing w:line="292" w:lineRule="auto"/>
        <w:ind w:firstLine="180"/>
      </w:pPr>
      <w:r w:rsidRPr="00E85698">
        <w:t>Лексико-грамматические</w:t>
      </w:r>
      <w:r w:rsidRPr="00E85698">
        <w:rPr>
          <w:spacing w:val="-6"/>
        </w:rPr>
        <w:t xml:space="preserve"> </w:t>
      </w:r>
      <w:r w:rsidRPr="00E85698">
        <w:t>разряды</w:t>
      </w:r>
      <w:r w:rsidRPr="00E85698">
        <w:rPr>
          <w:spacing w:val="-6"/>
        </w:rPr>
        <w:t xml:space="preserve"> </w:t>
      </w:r>
      <w:r w:rsidRPr="00E85698">
        <w:t>имён</w:t>
      </w:r>
      <w:r w:rsidRPr="00E85698">
        <w:rPr>
          <w:spacing w:val="-5"/>
        </w:rPr>
        <w:t xml:space="preserve"> </w:t>
      </w:r>
      <w:r w:rsidRPr="00E85698">
        <w:t>существительных</w:t>
      </w:r>
      <w:r w:rsidRPr="00E85698">
        <w:rPr>
          <w:spacing w:val="-6"/>
        </w:rPr>
        <w:t xml:space="preserve"> </w:t>
      </w:r>
      <w:r w:rsidRPr="00E85698">
        <w:t>по</w:t>
      </w:r>
      <w:r w:rsidRPr="00E85698">
        <w:rPr>
          <w:spacing w:val="-6"/>
        </w:rPr>
        <w:t xml:space="preserve"> </w:t>
      </w:r>
      <w:r w:rsidRPr="00E85698">
        <w:t>значению,</w:t>
      </w:r>
      <w:r w:rsidRPr="00E85698">
        <w:rPr>
          <w:spacing w:val="-5"/>
        </w:rPr>
        <w:t xml:space="preserve"> </w:t>
      </w:r>
      <w:r w:rsidRPr="00E85698">
        <w:t>имена</w:t>
      </w:r>
      <w:r w:rsidRPr="00E85698">
        <w:rPr>
          <w:spacing w:val="-6"/>
        </w:rPr>
        <w:t xml:space="preserve"> </w:t>
      </w:r>
      <w:r w:rsidRPr="00E85698">
        <w:t>существительные</w:t>
      </w:r>
      <w:r w:rsidRPr="00E85698">
        <w:rPr>
          <w:spacing w:val="-57"/>
        </w:rPr>
        <w:t xml:space="preserve"> </w:t>
      </w:r>
      <w:r w:rsidRPr="00E85698">
        <w:t>собственные</w:t>
      </w:r>
      <w:r w:rsidRPr="00E85698">
        <w:rPr>
          <w:spacing w:val="-2"/>
        </w:rPr>
        <w:t xml:space="preserve"> </w:t>
      </w:r>
      <w:r w:rsidRPr="00E85698">
        <w:t>и</w:t>
      </w:r>
      <w:r w:rsidRPr="00E85698">
        <w:rPr>
          <w:spacing w:val="-2"/>
        </w:rPr>
        <w:t xml:space="preserve"> </w:t>
      </w:r>
      <w:r w:rsidRPr="00E85698">
        <w:t>нарицательные;</w:t>
      </w:r>
      <w:r w:rsidRPr="00E85698">
        <w:rPr>
          <w:spacing w:val="-3"/>
        </w:rPr>
        <w:t xml:space="preserve"> </w:t>
      </w:r>
      <w:r w:rsidRPr="00E85698">
        <w:t>имена</w:t>
      </w:r>
      <w:r w:rsidRPr="00E85698">
        <w:rPr>
          <w:spacing w:val="-2"/>
        </w:rPr>
        <w:t xml:space="preserve"> </w:t>
      </w:r>
      <w:r w:rsidRPr="00E85698">
        <w:t>существительные</w:t>
      </w:r>
      <w:r w:rsidRPr="00E85698">
        <w:rPr>
          <w:spacing w:val="-2"/>
        </w:rPr>
        <w:t xml:space="preserve"> </w:t>
      </w:r>
      <w:r w:rsidRPr="00E85698">
        <w:t>одушевлённые</w:t>
      </w:r>
      <w:r w:rsidRPr="00E85698">
        <w:rPr>
          <w:spacing w:val="-2"/>
        </w:rPr>
        <w:t xml:space="preserve"> </w:t>
      </w:r>
      <w:r w:rsidRPr="00E85698">
        <w:t>и</w:t>
      </w:r>
      <w:r w:rsidRPr="00E85698">
        <w:rPr>
          <w:spacing w:val="-2"/>
        </w:rPr>
        <w:t xml:space="preserve"> </w:t>
      </w:r>
      <w:r w:rsidRPr="00E85698">
        <w:t>неодушевлённые.</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left="286" w:right="5951"/>
      </w:pPr>
      <w:r w:rsidRPr="00E85698">
        <w:lastRenderedPageBreak/>
        <w:t>Род, число, падеж имени существительного.</w:t>
      </w:r>
      <w:r w:rsidRPr="00E85698">
        <w:rPr>
          <w:spacing w:val="-58"/>
        </w:rPr>
        <w:t xml:space="preserve"> </w:t>
      </w:r>
      <w:r w:rsidRPr="00E85698">
        <w:t>Имена</w:t>
      </w:r>
      <w:r w:rsidRPr="00E85698">
        <w:rPr>
          <w:spacing w:val="-2"/>
        </w:rPr>
        <w:t xml:space="preserve"> </w:t>
      </w:r>
      <w:r w:rsidRPr="00E85698">
        <w:t>существительные</w:t>
      </w:r>
      <w:r w:rsidRPr="00E85698">
        <w:rPr>
          <w:spacing w:val="-1"/>
        </w:rPr>
        <w:t xml:space="preserve"> </w:t>
      </w:r>
      <w:r w:rsidRPr="00E85698">
        <w:t>общего</w:t>
      </w:r>
      <w:r w:rsidRPr="00E85698">
        <w:rPr>
          <w:spacing w:val="-1"/>
        </w:rPr>
        <w:t xml:space="preserve"> </w:t>
      </w:r>
      <w:r w:rsidRPr="00E85698">
        <w:t>рода.</w:t>
      </w:r>
    </w:p>
    <w:p w:rsidR="00624C8A" w:rsidRPr="00E85698" w:rsidRDefault="00CB6516">
      <w:pPr>
        <w:pStyle w:val="a5"/>
        <w:spacing w:line="275" w:lineRule="exact"/>
        <w:ind w:left="286"/>
      </w:pPr>
      <w:r w:rsidRPr="00E85698">
        <w:t>Имена</w:t>
      </w:r>
      <w:r w:rsidRPr="00E85698">
        <w:rPr>
          <w:spacing w:val="-5"/>
        </w:rPr>
        <w:t xml:space="preserve"> </w:t>
      </w:r>
      <w:r w:rsidRPr="00E85698">
        <w:t>существительные,</w:t>
      </w:r>
      <w:r w:rsidRPr="00E85698">
        <w:rPr>
          <w:spacing w:val="-4"/>
        </w:rPr>
        <w:t xml:space="preserve"> </w:t>
      </w:r>
      <w:r w:rsidRPr="00E85698">
        <w:t>имеющие</w:t>
      </w:r>
      <w:r w:rsidRPr="00E85698">
        <w:rPr>
          <w:spacing w:val="-4"/>
        </w:rPr>
        <w:t xml:space="preserve"> </w:t>
      </w:r>
      <w:r w:rsidRPr="00E85698">
        <w:t>форму</w:t>
      </w:r>
      <w:r w:rsidRPr="00E85698">
        <w:rPr>
          <w:spacing w:val="-4"/>
        </w:rPr>
        <w:t xml:space="preserve"> </w:t>
      </w:r>
      <w:r w:rsidRPr="00E85698">
        <w:t>только</w:t>
      </w:r>
      <w:r w:rsidRPr="00E85698">
        <w:rPr>
          <w:spacing w:val="-4"/>
        </w:rPr>
        <w:t xml:space="preserve"> </w:t>
      </w:r>
      <w:r w:rsidRPr="00E85698">
        <w:t>единственного</w:t>
      </w:r>
      <w:r w:rsidRPr="00E85698">
        <w:rPr>
          <w:spacing w:val="-4"/>
        </w:rPr>
        <w:t xml:space="preserve"> </w:t>
      </w:r>
      <w:r w:rsidRPr="00E85698">
        <w:t>или</w:t>
      </w:r>
      <w:r w:rsidRPr="00E85698">
        <w:rPr>
          <w:spacing w:val="-4"/>
        </w:rPr>
        <w:t xml:space="preserve"> </w:t>
      </w:r>
      <w:r w:rsidRPr="00E85698">
        <w:t>только</w:t>
      </w:r>
      <w:r w:rsidRPr="00E85698">
        <w:rPr>
          <w:spacing w:val="-4"/>
        </w:rPr>
        <w:t xml:space="preserve"> </w:t>
      </w:r>
      <w:r w:rsidRPr="00E85698">
        <w:t>множественного</w:t>
      </w:r>
      <w:r w:rsidRPr="00E85698">
        <w:rPr>
          <w:spacing w:val="-4"/>
        </w:rPr>
        <w:t xml:space="preserve"> </w:t>
      </w:r>
      <w:r w:rsidRPr="00E85698">
        <w:t>числа.</w:t>
      </w:r>
    </w:p>
    <w:p w:rsidR="00624C8A" w:rsidRPr="00E85698" w:rsidRDefault="00CB6516">
      <w:pPr>
        <w:pStyle w:val="a5"/>
        <w:spacing w:before="60" w:line="292" w:lineRule="auto"/>
        <w:ind w:right="239" w:firstLine="180"/>
      </w:pPr>
      <w:r w:rsidRPr="00E85698">
        <w:t>Типы склонения имён существительных. Разносклоняемые имена существительные. Несклоняемые</w:t>
      </w:r>
      <w:r w:rsidRPr="00E85698">
        <w:rPr>
          <w:spacing w:val="-58"/>
        </w:rPr>
        <w:t xml:space="preserve"> </w:t>
      </w:r>
      <w:r w:rsidRPr="00E85698">
        <w:t>имена</w:t>
      </w:r>
      <w:r w:rsidRPr="00E85698">
        <w:rPr>
          <w:spacing w:val="-1"/>
        </w:rPr>
        <w:t xml:space="preserve"> </w:t>
      </w:r>
      <w:r w:rsidRPr="00E85698">
        <w:t>существительные.</w:t>
      </w:r>
    </w:p>
    <w:p w:rsidR="00624C8A" w:rsidRPr="00E85698" w:rsidRDefault="00CB6516">
      <w:pPr>
        <w:pStyle w:val="a5"/>
        <w:spacing w:line="275" w:lineRule="exact"/>
        <w:ind w:left="286"/>
      </w:pPr>
      <w:r w:rsidRPr="00E85698">
        <w:t>Морфологический</w:t>
      </w:r>
      <w:r w:rsidRPr="00E85698">
        <w:rPr>
          <w:spacing w:val="-5"/>
        </w:rPr>
        <w:t xml:space="preserve"> </w:t>
      </w:r>
      <w:r w:rsidRPr="00E85698">
        <w:t>анализ</w:t>
      </w:r>
      <w:r w:rsidRPr="00E85698">
        <w:rPr>
          <w:spacing w:val="-6"/>
        </w:rPr>
        <w:t xml:space="preserve"> </w:t>
      </w:r>
      <w:r w:rsidRPr="00E85698">
        <w:t>имён</w:t>
      </w:r>
      <w:r w:rsidRPr="00E85698">
        <w:rPr>
          <w:spacing w:val="-5"/>
        </w:rPr>
        <w:t xml:space="preserve"> </w:t>
      </w:r>
      <w:r w:rsidRPr="00E85698">
        <w:t>существительных.</w:t>
      </w:r>
    </w:p>
    <w:p w:rsidR="00624C8A" w:rsidRPr="00E85698" w:rsidRDefault="00CB6516">
      <w:pPr>
        <w:pStyle w:val="a5"/>
        <w:spacing w:before="60" w:line="292" w:lineRule="auto"/>
        <w:ind w:right="2071" w:firstLine="180"/>
      </w:pPr>
      <w:r w:rsidRPr="00E85698">
        <w:t>Нормы произношения, нормы постановки ударения, нормы словоизменения имён</w:t>
      </w:r>
      <w:r w:rsidRPr="00E85698">
        <w:rPr>
          <w:spacing w:val="-57"/>
        </w:rPr>
        <w:t xml:space="preserve"> </w:t>
      </w:r>
      <w:r w:rsidRPr="00E85698">
        <w:t>существительных.</w:t>
      </w:r>
    </w:p>
    <w:p w:rsidR="00624C8A" w:rsidRPr="00E85698" w:rsidRDefault="00CB6516">
      <w:pPr>
        <w:pStyle w:val="a5"/>
        <w:spacing w:line="292" w:lineRule="auto"/>
        <w:ind w:left="286" w:right="3706"/>
      </w:pPr>
      <w:r w:rsidRPr="00E85698">
        <w:t>Правописание собственных имён существительных.</w:t>
      </w:r>
      <w:r w:rsidRPr="00E85698">
        <w:rPr>
          <w:spacing w:val="1"/>
        </w:rPr>
        <w:t xml:space="preserve"> </w:t>
      </w:r>
      <w:r w:rsidRPr="00E85698">
        <w:t>Правописание</w:t>
      </w:r>
      <w:r w:rsidRPr="00E85698">
        <w:rPr>
          <w:spacing w:val="-6"/>
        </w:rPr>
        <w:t xml:space="preserve"> </w:t>
      </w:r>
      <w:r w:rsidRPr="00E85698">
        <w:rPr>
          <w:b/>
          <w:i/>
        </w:rPr>
        <w:t>ь</w:t>
      </w:r>
      <w:r w:rsidRPr="00E85698">
        <w:rPr>
          <w:b/>
          <w:i/>
          <w:spacing w:val="-5"/>
        </w:rPr>
        <w:t xml:space="preserve"> </w:t>
      </w:r>
      <w:r w:rsidRPr="00E85698">
        <w:t>на</w:t>
      </w:r>
      <w:r w:rsidRPr="00E85698">
        <w:rPr>
          <w:spacing w:val="-3"/>
        </w:rPr>
        <w:t xml:space="preserve"> </w:t>
      </w:r>
      <w:r w:rsidRPr="00E85698">
        <w:t>конце</w:t>
      </w:r>
      <w:r w:rsidRPr="00E85698">
        <w:rPr>
          <w:spacing w:val="-3"/>
        </w:rPr>
        <w:t xml:space="preserve"> </w:t>
      </w:r>
      <w:r w:rsidRPr="00E85698">
        <w:t>имён</w:t>
      </w:r>
      <w:r w:rsidRPr="00E85698">
        <w:rPr>
          <w:spacing w:val="-3"/>
        </w:rPr>
        <w:t xml:space="preserve"> </w:t>
      </w:r>
      <w:r w:rsidRPr="00E85698">
        <w:t>существительных</w:t>
      </w:r>
      <w:r w:rsidRPr="00E85698">
        <w:rPr>
          <w:spacing w:val="-3"/>
        </w:rPr>
        <w:t xml:space="preserve"> </w:t>
      </w:r>
      <w:r w:rsidRPr="00E85698">
        <w:t>после</w:t>
      </w:r>
      <w:r w:rsidRPr="00E85698">
        <w:rPr>
          <w:spacing w:val="-3"/>
        </w:rPr>
        <w:t xml:space="preserve"> </w:t>
      </w:r>
      <w:r w:rsidRPr="00E85698">
        <w:t>шипящих.</w:t>
      </w:r>
      <w:r w:rsidRPr="00E85698">
        <w:rPr>
          <w:spacing w:val="-57"/>
        </w:rPr>
        <w:t xml:space="preserve"> </w:t>
      </w:r>
      <w:r w:rsidRPr="00E85698">
        <w:t>Правописание</w:t>
      </w:r>
      <w:r w:rsidRPr="00E85698">
        <w:rPr>
          <w:spacing w:val="-3"/>
        </w:rPr>
        <w:t xml:space="preserve"> </w:t>
      </w:r>
      <w:r w:rsidRPr="00E85698">
        <w:t>безударных</w:t>
      </w:r>
      <w:r w:rsidRPr="00E85698">
        <w:rPr>
          <w:spacing w:val="-2"/>
        </w:rPr>
        <w:t xml:space="preserve"> </w:t>
      </w:r>
      <w:r w:rsidRPr="00E85698">
        <w:t>окончаний</w:t>
      </w:r>
      <w:r w:rsidRPr="00E85698">
        <w:rPr>
          <w:spacing w:val="-2"/>
        </w:rPr>
        <w:t xml:space="preserve"> </w:t>
      </w:r>
      <w:r w:rsidRPr="00E85698">
        <w:t>имён</w:t>
      </w:r>
      <w:r w:rsidRPr="00E85698">
        <w:rPr>
          <w:spacing w:val="-2"/>
        </w:rPr>
        <w:t xml:space="preserve"> </w:t>
      </w:r>
      <w:r w:rsidRPr="00E85698">
        <w:t>существительных.</w:t>
      </w:r>
    </w:p>
    <w:p w:rsidR="00624C8A" w:rsidRPr="00E85698" w:rsidRDefault="00CB6516">
      <w:pPr>
        <w:pStyle w:val="a5"/>
        <w:spacing w:line="292" w:lineRule="auto"/>
        <w:ind w:left="286" w:right="672"/>
      </w:pPr>
      <w:r w:rsidRPr="00E85698">
        <w:t xml:space="preserve">Правописание </w:t>
      </w:r>
      <w:r w:rsidRPr="00E85698">
        <w:rPr>
          <w:b/>
          <w:i/>
        </w:rPr>
        <w:t xml:space="preserve">о </w:t>
      </w:r>
      <w:r w:rsidRPr="00E85698">
        <w:t xml:space="preserve">— </w:t>
      </w:r>
      <w:r w:rsidRPr="00E85698">
        <w:rPr>
          <w:b/>
          <w:i/>
        </w:rPr>
        <w:t xml:space="preserve">е </w:t>
      </w:r>
      <w:r w:rsidRPr="00E85698">
        <w:t>(</w:t>
      </w:r>
      <w:r w:rsidRPr="00E85698">
        <w:rPr>
          <w:b/>
          <w:i/>
        </w:rPr>
        <w:t>ё</w:t>
      </w:r>
      <w:r w:rsidRPr="00E85698">
        <w:t xml:space="preserve">) после шипящих и </w:t>
      </w:r>
      <w:r w:rsidRPr="00E85698">
        <w:rPr>
          <w:b/>
          <w:i/>
        </w:rPr>
        <w:t xml:space="preserve">ц </w:t>
      </w:r>
      <w:r w:rsidRPr="00E85698">
        <w:t>в суффиксах и окончаниях имён существительных.</w:t>
      </w:r>
      <w:r w:rsidRPr="00E85698">
        <w:rPr>
          <w:spacing w:val="-57"/>
        </w:rPr>
        <w:t xml:space="preserve"> </w:t>
      </w:r>
      <w:r w:rsidRPr="00E85698">
        <w:t>Правописание</w:t>
      </w:r>
      <w:r w:rsidRPr="00E85698">
        <w:rPr>
          <w:spacing w:val="-1"/>
        </w:rPr>
        <w:t xml:space="preserve"> </w:t>
      </w:r>
      <w:r w:rsidRPr="00E85698">
        <w:t>суффиксов</w:t>
      </w:r>
      <w:r w:rsidRPr="00E85698">
        <w:rPr>
          <w:spacing w:val="3"/>
        </w:rPr>
        <w:t xml:space="preserve"> </w:t>
      </w:r>
      <w:r w:rsidRPr="00E85698">
        <w:rPr>
          <w:b/>
        </w:rPr>
        <w:t>-</w:t>
      </w:r>
      <w:r w:rsidRPr="00E85698">
        <w:rPr>
          <w:b/>
          <w:i/>
        </w:rPr>
        <w:t>чик</w:t>
      </w:r>
      <w:r w:rsidRPr="00E85698">
        <w:rPr>
          <w:b/>
        </w:rPr>
        <w:t>-</w:t>
      </w:r>
      <w:r w:rsidRPr="00E85698">
        <w:rPr>
          <w:b/>
          <w:spacing w:val="4"/>
        </w:rPr>
        <w:t xml:space="preserve"> </w:t>
      </w:r>
      <w:r w:rsidRPr="00E85698">
        <w:t xml:space="preserve">— </w:t>
      </w:r>
      <w:r w:rsidRPr="00E85698">
        <w:rPr>
          <w:b/>
        </w:rPr>
        <w:t>-</w:t>
      </w:r>
      <w:proofErr w:type="spellStart"/>
      <w:r w:rsidRPr="00E85698">
        <w:rPr>
          <w:b/>
          <w:i/>
        </w:rPr>
        <w:t>щик</w:t>
      </w:r>
      <w:proofErr w:type="spellEnd"/>
      <w:r w:rsidRPr="00E85698">
        <w:rPr>
          <w:b/>
        </w:rPr>
        <w:t>-</w:t>
      </w:r>
      <w:r w:rsidRPr="00E85698">
        <w:t>;</w:t>
      </w:r>
      <w:r w:rsidRPr="00E85698">
        <w:rPr>
          <w:spacing w:val="-1"/>
        </w:rPr>
        <w:t xml:space="preserve"> </w:t>
      </w:r>
      <w:r w:rsidRPr="00E85698">
        <w:t>-</w:t>
      </w:r>
      <w:proofErr w:type="spellStart"/>
      <w:r w:rsidRPr="00E85698">
        <w:rPr>
          <w:b/>
          <w:i/>
        </w:rPr>
        <w:t>ек</w:t>
      </w:r>
      <w:proofErr w:type="spellEnd"/>
      <w:r w:rsidRPr="00E85698">
        <w:rPr>
          <w:b/>
        </w:rPr>
        <w:t>-</w:t>
      </w:r>
      <w:r w:rsidRPr="00E85698">
        <w:rPr>
          <w:b/>
          <w:spacing w:val="4"/>
        </w:rPr>
        <w:t xml:space="preserve"> </w:t>
      </w:r>
      <w:r w:rsidRPr="00E85698">
        <w:t xml:space="preserve">— </w:t>
      </w:r>
      <w:r w:rsidRPr="00E85698">
        <w:rPr>
          <w:b/>
        </w:rPr>
        <w:t>-</w:t>
      </w:r>
      <w:proofErr w:type="spellStart"/>
      <w:r w:rsidRPr="00E85698">
        <w:rPr>
          <w:b/>
          <w:i/>
        </w:rPr>
        <w:t>ик</w:t>
      </w:r>
      <w:proofErr w:type="spellEnd"/>
      <w:r w:rsidRPr="00E85698">
        <w:rPr>
          <w:b/>
        </w:rPr>
        <w:t>-</w:t>
      </w:r>
      <w:r w:rsidRPr="00E85698">
        <w:rPr>
          <w:b/>
          <w:spacing w:val="4"/>
        </w:rPr>
        <w:t xml:space="preserve"> </w:t>
      </w:r>
      <w:r w:rsidRPr="00E85698">
        <w:t>(-</w:t>
      </w:r>
      <w:r w:rsidRPr="00E85698">
        <w:rPr>
          <w:b/>
          <w:i/>
        </w:rPr>
        <w:t>чик</w:t>
      </w:r>
      <w:r w:rsidRPr="00E85698">
        <w:rPr>
          <w:b/>
        </w:rPr>
        <w:t>-</w:t>
      </w:r>
      <w:r w:rsidRPr="00E85698">
        <w:t>)</w:t>
      </w:r>
      <w:r w:rsidRPr="00E85698">
        <w:rPr>
          <w:spacing w:val="-1"/>
        </w:rPr>
        <w:t xml:space="preserve"> </w:t>
      </w:r>
      <w:r w:rsidRPr="00E85698">
        <w:t>имён существительных.</w:t>
      </w:r>
    </w:p>
    <w:p w:rsidR="00624C8A" w:rsidRPr="00E85698" w:rsidRDefault="00CB6516">
      <w:pPr>
        <w:spacing w:line="275" w:lineRule="exact"/>
        <w:ind w:left="286"/>
        <w:rPr>
          <w:sz w:val="24"/>
        </w:rPr>
      </w:pPr>
      <w:r w:rsidRPr="00E85698">
        <w:rPr>
          <w:sz w:val="24"/>
        </w:rPr>
        <w:t>Правописание</w:t>
      </w:r>
      <w:r w:rsidRPr="00E85698">
        <w:rPr>
          <w:spacing w:val="1"/>
          <w:sz w:val="24"/>
        </w:rPr>
        <w:t xml:space="preserve"> </w:t>
      </w:r>
      <w:r w:rsidRPr="00E85698">
        <w:rPr>
          <w:sz w:val="24"/>
        </w:rPr>
        <w:t>корней</w:t>
      </w:r>
      <w:r w:rsidRPr="00E85698">
        <w:rPr>
          <w:spacing w:val="2"/>
          <w:sz w:val="24"/>
        </w:rPr>
        <w:t xml:space="preserve"> </w:t>
      </w:r>
      <w:r w:rsidRPr="00E85698">
        <w:rPr>
          <w:sz w:val="24"/>
        </w:rPr>
        <w:t>с</w:t>
      </w:r>
      <w:r w:rsidRPr="00E85698">
        <w:rPr>
          <w:spacing w:val="2"/>
          <w:sz w:val="24"/>
        </w:rPr>
        <w:t xml:space="preserve"> </w:t>
      </w:r>
      <w:proofErr w:type="gramStart"/>
      <w:r w:rsidRPr="00E85698">
        <w:rPr>
          <w:sz w:val="24"/>
        </w:rPr>
        <w:t>чередованием</w:t>
      </w:r>
      <w:proofErr w:type="gramEnd"/>
      <w:r w:rsidRPr="00E85698">
        <w:rPr>
          <w:spacing w:val="-2"/>
          <w:sz w:val="24"/>
        </w:rPr>
        <w:t xml:space="preserve"> </w:t>
      </w:r>
      <w:r w:rsidRPr="00E85698">
        <w:rPr>
          <w:b/>
          <w:i/>
          <w:sz w:val="24"/>
        </w:rPr>
        <w:t>а</w:t>
      </w:r>
      <w:r w:rsidRPr="00E85698">
        <w:rPr>
          <w:b/>
          <w:i/>
          <w:spacing w:val="1"/>
          <w:sz w:val="24"/>
        </w:rPr>
        <w:t xml:space="preserve"> </w:t>
      </w:r>
      <w:r w:rsidRPr="00E85698">
        <w:rPr>
          <w:sz w:val="24"/>
        </w:rPr>
        <w:t xml:space="preserve">// </w:t>
      </w:r>
      <w:r w:rsidRPr="00E85698">
        <w:rPr>
          <w:b/>
          <w:i/>
          <w:sz w:val="24"/>
        </w:rPr>
        <w:t>о</w:t>
      </w:r>
      <w:r w:rsidRPr="00E85698">
        <w:rPr>
          <w:sz w:val="24"/>
        </w:rPr>
        <w:t>:</w:t>
      </w:r>
      <w:r w:rsidRPr="00E85698">
        <w:rPr>
          <w:spacing w:val="1"/>
          <w:sz w:val="24"/>
        </w:rPr>
        <w:t xml:space="preserve"> </w:t>
      </w:r>
      <w:r w:rsidRPr="00E85698">
        <w:rPr>
          <w:sz w:val="24"/>
        </w:rPr>
        <w:t>-</w:t>
      </w:r>
      <w:r w:rsidRPr="00E85698">
        <w:rPr>
          <w:b/>
          <w:i/>
          <w:sz w:val="24"/>
        </w:rPr>
        <w:t>лаг</w:t>
      </w:r>
      <w:r w:rsidRPr="00E85698">
        <w:rPr>
          <w:sz w:val="24"/>
        </w:rPr>
        <w:t>-</w:t>
      </w:r>
      <w:r w:rsidRPr="00E85698">
        <w:rPr>
          <w:spacing w:val="1"/>
          <w:sz w:val="24"/>
        </w:rPr>
        <w:t xml:space="preserve"> </w:t>
      </w:r>
      <w:r w:rsidRPr="00E85698">
        <w:rPr>
          <w:sz w:val="24"/>
        </w:rPr>
        <w:t>—</w:t>
      </w:r>
      <w:r w:rsidRPr="00E85698">
        <w:rPr>
          <w:spacing w:val="2"/>
          <w:sz w:val="24"/>
        </w:rPr>
        <w:t xml:space="preserve"> </w:t>
      </w:r>
      <w:r w:rsidRPr="00E85698">
        <w:rPr>
          <w:sz w:val="24"/>
        </w:rPr>
        <w:t>-</w:t>
      </w:r>
      <w:r w:rsidRPr="00E85698">
        <w:rPr>
          <w:b/>
          <w:i/>
          <w:sz w:val="24"/>
        </w:rPr>
        <w:t>лож</w:t>
      </w:r>
      <w:r w:rsidRPr="00E85698">
        <w:rPr>
          <w:sz w:val="24"/>
        </w:rPr>
        <w:t>-; -</w:t>
      </w:r>
      <w:proofErr w:type="spellStart"/>
      <w:r w:rsidRPr="00E85698">
        <w:rPr>
          <w:b/>
          <w:i/>
          <w:sz w:val="24"/>
        </w:rPr>
        <w:t>раст</w:t>
      </w:r>
      <w:proofErr w:type="spellEnd"/>
      <w:r w:rsidRPr="00E85698">
        <w:rPr>
          <w:sz w:val="24"/>
        </w:rPr>
        <w:t>-</w:t>
      </w:r>
      <w:r w:rsidRPr="00E85698">
        <w:rPr>
          <w:spacing w:val="1"/>
          <w:sz w:val="24"/>
        </w:rPr>
        <w:t xml:space="preserve"> </w:t>
      </w:r>
      <w:r w:rsidRPr="00E85698">
        <w:rPr>
          <w:sz w:val="24"/>
        </w:rPr>
        <w:t>—</w:t>
      </w:r>
      <w:r w:rsidRPr="00E85698">
        <w:rPr>
          <w:spacing w:val="2"/>
          <w:sz w:val="24"/>
        </w:rPr>
        <w:t xml:space="preserve"> </w:t>
      </w:r>
      <w:r w:rsidRPr="00E85698">
        <w:rPr>
          <w:sz w:val="24"/>
        </w:rPr>
        <w:t>-</w:t>
      </w:r>
      <w:proofErr w:type="spellStart"/>
      <w:r w:rsidRPr="00E85698">
        <w:rPr>
          <w:b/>
          <w:i/>
          <w:sz w:val="24"/>
        </w:rPr>
        <w:t>ращ</w:t>
      </w:r>
      <w:proofErr w:type="spellEnd"/>
      <w:r w:rsidRPr="00E85698">
        <w:rPr>
          <w:sz w:val="24"/>
        </w:rPr>
        <w:t>-</w:t>
      </w:r>
      <w:r w:rsidRPr="00E85698">
        <w:rPr>
          <w:spacing w:val="1"/>
          <w:sz w:val="24"/>
        </w:rPr>
        <w:t xml:space="preserve"> </w:t>
      </w:r>
      <w:r w:rsidRPr="00E85698">
        <w:rPr>
          <w:sz w:val="24"/>
        </w:rPr>
        <w:t>—</w:t>
      </w:r>
      <w:r w:rsidRPr="00E85698">
        <w:rPr>
          <w:spacing w:val="2"/>
          <w:sz w:val="24"/>
        </w:rPr>
        <w:t xml:space="preserve"> </w:t>
      </w:r>
      <w:r w:rsidRPr="00E85698">
        <w:rPr>
          <w:sz w:val="24"/>
        </w:rPr>
        <w:t>-</w:t>
      </w:r>
      <w:r w:rsidRPr="00E85698">
        <w:rPr>
          <w:b/>
          <w:i/>
          <w:sz w:val="24"/>
        </w:rPr>
        <w:t>рос</w:t>
      </w:r>
      <w:r w:rsidRPr="00E85698">
        <w:rPr>
          <w:sz w:val="24"/>
        </w:rPr>
        <w:t>-; -</w:t>
      </w:r>
      <w:proofErr w:type="spellStart"/>
      <w:r w:rsidRPr="00E85698">
        <w:rPr>
          <w:b/>
          <w:i/>
          <w:sz w:val="24"/>
        </w:rPr>
        <w:t>гар</w:t>
      </w:r>
      <w:proofErr w:type="spellEnd"/>
      <w:r w:rsidRPr="00E85698">
        <w:rPr>
          <w:sz w:val="24"/>
        </w:rPr>
        <w:t>-</w:t>
      </w:r>
      <w:r w:rsidRPr="00E85698">
        <w:rPr>
          <w:spacing w:val="1"/>
          <w:sz w:val="24"/>
        </w:rPr>
        <w:t xml:space="preserve"> </w:t>
      </w:r>
      <w:r w:rsidRPr="00E85698">
        <w:rPr>
          <w:sz w:val="24"/>
        </w:rPr>
        <w:t>—</w:t>
      </w:r>
      <w:r w:rsidRPr="00E85698">
        <w:rPr>
          <w:spacing w:val="2"/>
          <w:sz w:val="24"/>
        </w:rPr>
        <w:t xml:space="preserve"> </w:t>
      </w:r>
      <w:r w:rsidRPr="00E85698">
        <w:rPr>
          <w:sz w:val="24"/>
        </w:rPr>
        <w:t>-</w:t>
      </w:r>
      <w:r w:rsidRPr="00E85698">
        <w:rPr>
          <w:b/>
          <w:i/>
          <w:sz w:val="24"/>
        </w:rPr>
        <w:t>гор</w:t>
      </w:r>
      <w:r w:rsidRPr="00E85698">
        <w:rPr>
          <w:sz w:val="24"/>
        </w:rPr>
        <w:t>-,</w:t>
      </w:r>
    </w:p>
    <w:p w:rsidR="00624C8A" w:rsidRPr="00E85698" w:rsidRDefault="00CB6516">
      <w:pPr>
        <w:spacing w:before="57"/>
        <w:ind w:left="106"/>
        <w:rPr>
          <w:b/>
          <w:i/>
          <w:sz w:val="24"/>
        </w:rPr>
      </w:pPr>
      <w:r w:rsidRPr="00E85698">
        <w:rPr>
          <w:sz w:val="24"/>
        </w:rPr>
        <w:t>-</w:t>
      </w:r>
      <w:proofErr w:type="spellStart"/>
      <w:r w:rsidRPr="00E85698">
        <w:rPr>
          <w:b/>
          <w:i/>
          <w:sz w:val="24"/>
        </w:rPr>
        <w:t>зар</w:t>
      </w:r>
      <w:proofErr w:type="spellEnd"/>
      <w:r w:rsidRPr="00E85698">
        <w:rPr>
          <w:sz w:val="24"/>
        </w:rPr>
        <w:t>-</w:t>
      </w:r>
      <w:r w:rsidRPr="00E85698">
        <w:rPr>
          <w:spacing w:val="-2"/>
          <w:sz w:val="24"/>
        </w:rPr>
        <w:t xml:space="preserve"> </w:t>
      </w:r>
      <w:r w:rsidRPr="00E85698">
        <w:rPr>
          <w:sz w:val="24"/>
        </w:rPr>
        <w:t>— -</w:t>
      </w:r>
      <w:proofErr w:type="spellStart"/>
      <w:r w:rsidRPr="00E85698">
        <w:rPr>
          <w:b/>
          <w:i/>
          <w:sz w:val="24"/>
        </w:rPr>
        <w:t>зор</w:t>
      </w:r>
      <w:proofErr w:type="spellEnd"/>
      <w:r w:rsidRPr="00E85698">
        <w:rPr>
          <w:sz w:val="24"/>
        </w:rPr>
        <w:t>-;</w:t>
      </w:r>
      <w:r w:rsidRPr="00E85698">
        <w:rPr>
          <w:spacing w:val="9"/>
          <w:sz w:val="24"/>
        </w:rPr>
        <w:t xml:space="preserve"> </w:t>
      </w:r>
      <w:r w:rsidRPr="00E85698">
        <w:rPr>
          <w:b/>
          <w:i/>
          <w:sz w:val="24"/>
        </w:rPr>
        <w:t>-клан-</w:t>
      </w:r>
      <w:r w:rsidRPr="00E85698">
        <w:rPr>
          <w:b/>
          <w:i/>
          <w:spacing w:val="2"/>
          <w:sz w:val="24"/>
        </w:rPr>
        <w:t xml:space="preserve"> </w:t>
      </w:r>
      <w:r w:rsidRPr="00E85698">
        <w:rPr>
          <w:sz w:val="24"/>
        </w:rPr>
        <w:t>—</w:t>
      </w:r>
      <w:r w:rsidRPr="00E85698">
        <w:rPr>
          <w:spacing w:val="-1"/>
          <w:sz w:val="24"/>
        </w:rPr>
        <w:t xml:space="preserve"> </w:t>
      </w:r>
      <w:r w:rsidRPr="00E85698">
        <w:rPr>
          <w:b/>
          <w:i/>
          <w:sz w:val="24"/>
        </w:rPr>
        <w:t>-клон-</w:t>
      </w:r>
      <w:r w:rsidRPr="00E85698">
        <w:rPr>
          <w:sz w:val="24"/>
        </w:rPr>
        <w:t xml:space="preserve">, </w:t>
      </w:r>
      <w:r w:rsidRPr="00E85698">
        <w:rPr>
          <w:b/>
          <w:i/>
          <w:sz w:val="24"/>
        </w:rPr>
        <w:t>-скак-</w:t>
      </w:r>
      <w:r w:rsidRPr="00E85698">
        <w:rPr>
          <w:b/>
          <w:i/>
          <w:spacing w:val="6"/>
          <w:sz w:val="24"/>
        </w:rPr>
        <w:t xml:space="preserve"> </w:t>
      </w:r>
      <w:r w:rsidRPr="00E85698">
        <w:rPr>
          <w:sz w:val="24"/>
        </w:rPr>
        <w:t xml:space="preserve">— </w:t>
      </w:r>
      <w:r w:rsidRPr="00E85698">
        <w:rPr>
          <w:b/>
          <w:i/>
          <w:sz w:val="24"/>
        </w:rPr>
        <w:t>-</w:t>
      </w:r>
      <w:proofErr w:type="spellStart"/>
      <w:r w:rsidRPr="00E85698">
        <w:rPr>
          <w:b/>
          <w:i/>
          <w:sz w:val="24"/>
        </w:rPr>
        <w:t>скоч</w:t>
      </w:r>
      <w:proofErr w:type="spellEnd"/>
      <w:r w:rsidRPr="00E85698">
        <w:rPr>
          <w:b/>
          <w:i/>
          <w:sz w:val="24"/>
        </w:rPr>
        <w:t>-.</w:t>
      </w:r>
    </w:p>
    <w:p w:rsidR="00624C8A" w:rsidRPr="00E85698" w:rsidRDefault="00CB6516">
      <w:pPr>
        <w:pStyle w:val="a5"/>
        <w:spacing w:before="60"/>
        <w:ind w:left="286"/>
      </w:pPr>
      <w:r w:rsidRPr="00E85698">
        <w:t>Слитное</w:t>
      </w:r>
      <w:r w:rsidRPr="00E85698">
        <w:rPr>
          <w:spacing w:val="-4"/>
        </w:rPr>
        <w:t xml:space="preserve"> </w:t>
      </w:r>
      <w:r w:rsidRPr="00E85698">
        <w:t>и</w:t>
      </w:r>
      <w:r w:rsidRPr="00E85698">
        <w:rPr>
          <w:spacing w:val="-3"/>
        </w:rPr>
        <w:t xml:space="preserve"> </w:t>
      </w:r>
      <w:r w:rsidRPr="00E85698">
        <w:t>раздельное</w:t>
      </w:r>
      <w:r w:rsidRPr="00E85698">
        <w:rPr>
          <w:spacing w:val="-3"/>
        </w:rPr>
        <w:t xml:space="preserve"> </w:t>
      </w:r>
      <w:r w:rsidRPr="00E85698">
        <w:t>написание</w:t>
      </w:r>
      <w:r w:rsidRPr="00E85698">
        <w:rPr>
          <w:spacing w:val="-8"/>
        </w:rPr>
        <w:t xml:space="preserve"> </w:t>
      </w:r>
      <w:r w:rsidRPr="00E85698">
        <w:rPr>
          <w:b/>
          <w:i/>
        </w:rPr>
        <w:t>не</w:t>
      </w:r>
      <w:r w:rsidRPr="00E85698">
        <w:rPr>
          <w:b/>
          <w:i/>
          <w:spacing w:val="-3"/>
        </w:rPr>
        <w:t xml:space="preserve"> </w:t>
      </w:r>
      <w:r w:rsidRPr="00E85698">
        <w:t>с</w:t>
      </w:r>
      <w:r w:rsidRPr="00E85698">
        <w:rPr>
          <w:spacing w:val="-3"/>
        </w:rPr>
        <w:t xml:space="preserve"> </w:t>
      </w:r>
      <w:r w:rsidRPr="00E85698">
        <w:t>именами</w:t>
      </w:r>
      <w:r w:rsidRPr="00E85698">
        <w:rPr>
          <w:spacing w:val="-3"/>
        </w:rPr>
        <w:t xml:space="preserve"> </w:t>
      </w:r>
      <w:r w:rsidRPr="00E85698">
        <w:t>существительными.</w:t>
      </w:r>
    </w:p>
    <w:p w:rsidR="00624C8A" w:rsidRPr="00E85698" w:rsidRDefault="00CB6516">
      <w:pPr>
        <w:pStyle w:val="11"/>
        <w:spacing w:before="60"/>
      </w:pPr>
      <w:r w:rsidRPr="00E85698">
        <w:t>Имя</w:t>
      </w:r>
      <w:r w:rsidRPr="00E85698">
        <w:rPr>
          <w:spacing w:val="-7"/>
        </w:rPr>
        <w:t xml:space="preserve"> </w:t>
      </w:r>
      <w:r w:rsidRPr="00E85698">
        <w:t>прилагательное</w:t>
      </w:r>
    </w:p>
    <w:p w:rsidR="00624C8A" w:rsidRPr="00E85698" w:rsidRDefault="00CB6516">
      <w:pPr>
        <w:pStyle w:val="a5"/>
        <w:spacing w:before="60" w:line="292" w:lineRule="auto"/>
        <w:ind w:firstLine="180"/>
      </w:pPr>
      <w:r w:rsidRPr="00E85698">
        <w:t>Имя</w:t>
      </w:r>
      <w:r w:rsidRPr="00E85698">
        <w:rPr>
          <w:spacing w:val="-5"/>
        </w:rPr>
        <w:t xml:space="preserve"> </w:t>
      </w:r>
      <w:r w:rsidRPr="00E85698">
        <w:t>прилагательное</w:t>
      </w:r>
      <w:r w:rsidRPr="00E85698">
        <w:rPr>
          <w:spacing w:val="-4"/>
        </w:rPr>
        <w:t xml:space="preserve"> </w:t>
      </w:r>
      <w:r w:rsidRPr="00E85698">
        <w:t>как</w:t>
      </w:r>
      <w:r w:rsidRPr="00E85698">
        <w:rPr>
          <w:spacing w:val="-5"/>
        </w:rPr>
        <w:t xml:space="preserve"> </w:t>
      </w:r>
      <w:r w:rsidRPr="00E85698">
        <w:t>часть</w:t>
      </w:r>
      <w:r w:rsidRPr="00E85698">
        <w:rPr>
          <w:spacing w:val="-5"/>
        </w:rPr>
        <w:t xml:space="preserve"> </w:t>
      </w:r>
      <w:r w:rsidRPr="00E85698">
        <w:t>речи.</w:t>
      </w:r>
      <w:r w:rsidRPr="00E85698">
        <w:rPr>
          <w:spacing w:val="-3"/>
        </w:rPr>
        <w:t xml:space="preserve"> </w:t>
      </w:r>
      <w:r w:rsidRPr="00E85698">
        <w:t>Общее</w:t>
      </w:r>
      <w:r w:rsidRPr="00E85698">
        <w:rPr>
          <w:spacing w:val="-4"/>
        </w:rPr>
        <w:t xml:space="preserve"> </w:t>
      </w:r>
      <w:r w:rsidRPr="00E85698">
        <w:t>грамматическое</w:t>
      </w:r>
      <w:r w:rsidRPr="00E85698">
        <w:rPr>
          <w:spacing w:val="-4"/>
        </w:rPr>
        <w:t xml:space="preserve"> </w:t>
      </w:r>
      <w:r w:rsidRPr="00E85698">
        <w:t>значение,</w:t>
      </w:r>
      <w:r w:rsidRPr="00E85698">
        <w:rPr>
          <w:spacing w:val="-4"/>
        </w:rPr>
        <w:t xml:space="preserve"> </w:t>
      </w:r>
      <w:r w:rsidRPr="00E85698">
        <w:t>морфологические</w:t>
      </w:r>
      <w:r w:rsidRPr="00E85698">
        <w:rPr>
          <w:spacing w:val="-4"/>
        </w:rPr>
        <w:t xml:space="preserve"> </w:t>
      </w:r>
      <w:r w:rsidRPr="00E85698">
        <w:t>признаки</w:t>
      </w:r>
      <w:r w:rsidRPr="00E85698">
        <w:rPr>
          <w:spacing w:val="-4"/>
        </w:rPr>
        <w:t xml:space="preserve"> </w:t>
      </w:r>
      <w:r w:rsidRPr="00E85698">
        <w:t>и</w:t>
      </w:r>
      <w:r w:rsidRPr="00E85698">
        <w:rPr>
          <w:spacing w:val="-57"/>
        </w:rPr>
        <w:t xml:space="preserve"> </w:t>
      </w:r>
      <w:r w:rsidRPr="00E85698">
        <w:t>синтаксические</w:t>
      </w:r>
      <w:r w:rsidRPr="00E85698">
        <w:rPr>
          <w:spacing w:val="-1"/>
        </w:rPr>
        <w:t xml:space="preserve"> </w:t>
      </w:r>
      <w:r w:rsidRPr="00E85698">
        <w:t>функции</w:t>
      </w:r>
      <w:r w:rsidRPr="00E85698">
        <w:rPr>
          <w:spacing w:val="-1"/>
        </w:rPr>
        <w:t xml:space="preserve"> </w:t>
      </w:r>
      <w:r w:rsidRPr="00E85698">
        <w:t>имени</w:t>
      </w:r>
      <w:r w:rsidRPr="00E85698">
        <w:rPr>
          <w:spacing w:val="-1"/>
        </w:rPr>
        <w:t xml:space="preserve"> </w:t>
      </w:r>
      <w:r w:rsidRPr="00E85698">
        <w:t>прилагательного.</w:t>
      </w:r>
      <w:r w:rsidRPr="00E85698">
        <w:rPr>
          <w:spacing w:val="-1"/>
        </w:rPr>
        <w:t xml:space="preserve"> </w:t>
      </w:r>
      <w:r w:rsidRPr="00E85698">
        <w:t>Роль</w:t>
      </w:r>
      <w:r w:rsidRPr="00E85698">
        <w:rPr>
          <w:spacing w:val="-2"/>
        </w:rPr>
        <w:t xml:space="preserve"> </w:t>
      </w:r>
      <w:r w:rsidRPr="00E85698">
        <w:t>имени</w:t>
      </w:r>
      <w:r w:rsidRPr="00E85698">
        <w:rPr>
          <w:spacing w:val="-1"/>
        </w:rPr>
        <w:t xml:space="preserve"> </w:t>
      </w:r>
      <w:r w:rsidRPr="00E85698">
        <w:t>прилагательного</w:t>
      </w:r>
      <w:r w:rsidRPr="00E85698">
        <w:rPr>
          <w:spacing w:val="-1"/>
        </w:rPr>
        <w:t xml:space="preserve"> </w:t>
      </w:r>
      <w:r w:rsidRPr="00E85698">
        <w:t>в</w:t>
      </w:r>
      <w:r w:rsidRPr="00E85698">
        <w:rPr>
          <w:spacing w:val="-2"/>
        </w:rPr>
        <w:t xml:space="preserve"> </w:t>
      </w:r>
      <w:r w:rsidRPr="00E85698">
        <w:t>речи.</w:t>
      </w:r>
    </w:p>
    <w:p w:rsidR="00624C8A" w:rsidRPr="00E85698" w:rsidRDefault="00CB6516">
      <w:pPr>
        <w:pStyle w:val="a5"/>
        <w:spacing w:line="292" w:lineRule="auto"/>
        <w:ind w:left="286" w:right="2912"/>
      </w:pPr>
      <w:r w:rsidRPr="00E85698">
        <w:t>Имена</w:t>
      </w:r>
      <w:r w:rsidRPr="00E85698">
        <w:rPr>
          <w:spacing w:val="-4"/>
        </w:rPr>
        <w:t xml:space="preserve"> </w:t>
      </w:r>
      <w:r w:rsidRPr="00E85698">
        <w:t>прилагательные</w:t>
      </w:r>
      <w:r w:rsidRPr="00E85698">
        <w:rPr>
          <w:spacing w:val="-3"/>
        </w:rPr>
        <w:t xml:space="preserve"> </w:t>
      </w:r>
      <w:r w:rsidRPr="00E85698">
        <w:t>полные</w:t>
      </w:r>
      <w:r w:rsidRPr="00E85698">
        <w:rPr>
          <w:spacing w:val="-4"/>
        </w:rPr>
        <w:t xml:space="preserve"> </w:t>
      </w:r>
      <w:r w:rsidRPr="00E85698">
        <w:t>и</w:t>
      </w:r>
      <w:r w:rsidRPr="00E85698">
        <w:rPr>
          <w:spacing w:val="-3"/>
        </w:rPr>
        <w:t xml:space="preserve"> </w:t>
      </w:r>
      <w:r w:rsidRPr="00E85698">
        <w:t>краткие,</w:t>
      </w:r>
      <w:r w:rsidRPr="00E85698">
        <w:rPr>
          <w:spacing w:val="-4"/>
        </w:rPr>
        <w:t xml:space="preserve"> </w:t>
      </w:r>
      <w:r w:rsidRPr="00E85698">
        <w:t>их</w:t>
      </w:r>
      <w:r w:rsidRPr="00E85698">
        <w:rPr>
          <w:spacing w:val="-3"/>
        </w:rPr>
        <w:t xml:space="preserve"> </w:t>
      </w:r>
      <w:r w:rsidRPr="00E85698">
        <w:t>синтаксические</w:t>
      </w:r>
      <w:r w:rsidRPr="00E85698">
        <w:rPr>
          <w:spacing w:val="-4"/>
        </w:rPr>
        <w:t xml:space="preserve"> </w:t>
      </w:r>
      <w:r w:rsidRPr="00E85698">
        <w:t>функции.</w:t>
      </w:r>
      <w:r w:rsidRPr="00E85698">
        <w:rPr>
          <w:spacing w:val="-57"/>
        </w:rPr>
        <w:t xml:space="preserve"> </w:t>
      </w:r>
      <w:r w:rsidRPr="00E85698">
        <w:t>Склонение</w:t>
      </w:r>
      <w:r w:rsidRPr="00E85698">
        <w:rPr>
          <w:spacing w:val="-1"/>
        </w:rPr>
        <w:t xml:space="preserve"> </w:t>
      </w:r>
      <w:r w:rsidRPr="00E85698">
        <w:t>имён прилагательных.</w:t>
      </w:r>
    </w:p>
    <w:p w:rsidR="00624C8A" w:rsidRPr="00E85698" w:rsidRDefault="00CB6516">
      <w:pPr>
        <w:pStyle w:val="a5"/>
        <w:spacing w:line="275" w:lineRule="exact"/>
        <w:ind w:left="286"/>
      </w:pPr>
      <w:r w:rsidRPr="00E85698">
        <w:t>Морфологический</w:t>
      </w:r>
      <w:r w:rsidRPr="00E85698">
        <w:rPr>
          <w:spacing w:val="-5"/>
        </w:rPr>
        <w:t xml:space="preserve"> </w:t>
      </w:r>
      <w:r w:rsidRPr="00E85698">
        <w:t>анализ</w:t>
      </w:r>
      <w:r w:rsidRPr="00E85698">
        <w:rPr>
          <w:spacing w:val="-5"/>
        </w:rPr>
        <w:t xml:space="preserve"> </w:t>
      </w:r>
      <w:r w:rsidRPr="00E85698">
        <w:t>имён</w:t>
      </w:r>
      <w:r w:rsidRPr="00E85698">
        <w:rPr>
          <w:spacing w:val="-4"/>
        </w:rPr>
        <w:t xml:space="preserve"> </w:t>
      </w:r>
      <w:r w:rsidRPr="00E85698">
        <w:t>прилагательных.</w:t>
      </w:r>
    </w:p>
    <w:p w:rsidR="00624C8A" w:rsidRPr="00E85698" w:rsidRDefault="00CB6516">
      <w:pPr>
        <w:pStyle w:val="a5"/>
        <w:spacing w:before="59" w:line="292" w:lineRule="auto"/>
        <w:ind w:right="801" w:firstLine="180"/>
      </w:pPr>
      <w:r w:rsidRPr="00E85698">
        <w:t>Нормы словоизменения, произношения имён прилагательных, постановки ударения (в рамках</w:t>
      </w:r>
      <w:r w:rsidRPr="00E85698">
        <w:rPr>
          <w:spacing w:val="-58"/>
        </w:rPr>
        <w:t xml:space="preserve"> </w:t>
      </w:r>
      <w:r w:rsidRPr="00E85698">
        <w:t>изученного).</w:t>
      </w:r>
    </w:p>
    <w:p w:rsidR="00624C8A" w:rsidRPr="00E85698" w:rsidRDefault="00CB6516">
      <w:pPr>
        <w:pStyle w:val="a5"/>
        <w:spacing w:line="275" w:lineRule="exact"/>
        <w:ind w:left="286"/>
      </w:pPr>
      <w:r w:rsidRPr="00E85698">
        <w:t>Правописание</w:t>
      </w:r>
      <w:r w:rsidRPr="00E85698">
        <w:rPr>
          <w:spacing w:val="-4"/>
        </w:rPr>
        <w:t xml:space="preserve"> </w:t>
      </w:r>
      <w:r w:rsidRPr="00E85698">
        <w:t>безударных</w:t>
      </w:r>
      <w:r w:rsidRPr="00E85698">
        <w:rPr>
          <w:spacing w:val="-4"/>
        </w:rPr>
        <w:t xml:space="preserve"> </w:t>
      </w:r>
      <w:r w:rsidRPr="00E85698">
        <w:t>окончаний</w:t>
      </w:r>
      <w:r w:rsidRPr="00E85698">
        <w:rPr>
          <w:spacing w:val="-4"/>
        </w:rPr>
        <w:t xml:space="preserve"> </w:t>
      </w:r>
      <w:r w:rsidRPr="00E85698">
        <w:t>имён</w:t>
      </w:r>
      <w:r w:rsidRPr="00E85698">
        <w:rPr>
          <w:spacing w:val="-4"/>
        </w:rPr>
        <w:t xml:space="preserve"> </w:t>
      </w:r>
      <w:r w:rsidRPr="00E85698">
        <w:t>прилагательных.</w:t>
      </w:r>
    </w:p>
    <w:p w:rsidR="00624C8A" w:rsidRPr="00E85698" w:rsidRDefault="00CB6516">
      <w:pPr>
        <w:pStyle w:val="a5"/>
        <w:spacing w:before="60" w:line="292" w:lineRule="auto"/>
        <w:ind w:left="286"/>
      </w:pPr>
      <w:r w:rsidRPr="00E85698">
        <w:t>Правописание</w:t>
      </w:r>
      <w:r w:rsidRPr="00E85698">
        <w:rPr>
          <w:spacing w:val="-5"/>
        </w:rPr>
        <w:t xml:space="preserve"> </w:t>
      </w:r>
      <w:r w:rsidRPr="00E85698">
        <w:rPr>
          <w:b/>
          <w:i/>
        </w:rPr>
        <w:t>о</w:t>
      </w:r>
      <w:r w:rsidRPr="00E85698">
        <w:rPr>
          <w:b/>
          <w:i/>
          <w:spacing w:val="-3"/>
        </w:rPr>
        <w:t xml:space="preserve"> </w:t>
      </w:r>
      <w:r w:rsidRPr="00E85698">
        <w:t>—</w:t>
      </w:r>
      <w:r w:rsidRPr="00E85698">
        <w:rPr>
          <w:spacing w:val="-2"/>
        </w:rPr>
        <w:t xml:space="preserve"> </w:t>
      </w:r>
      <w:r w:rsidRPr="00E85698">
        <w:rPr>
          <w:b/>
          <w:i/>
        </w:rPr>
        <w:t>е</w:t>
      </w:r>
      <w:r w:rsidRPr="00E85698">
        <w:rPr>
          <w:b/>
          <w:i/>
          <w:spacing w:val="-1"/>
        </w:rPr>
        <w:t xml:space="preserve"> </w:t>
      </w:r>
      <w:r w:rsidRPr="00E85698">
        <w:t>после</w:t>
      </w:r>
      <w:r w:rsidRPr="00E85698">
        <w:rPr>
          <w:spacing w:val="-2"/>
        </w:rPr>
        <w:t xml:space="preserve"> </w:t>
      </w:r>
      <w:r w:rsidRPr="00E85698">
        <w:t>шипящих</w:t>
      </w:r>
      <w:r w:rsidRPr="00E85698">
        <w:rPr>
          <w:spacing w:val="-2"/>
        </w:rPr>
        <w:t xml:space="preserve"> </w:t>
      </w:r>
      <w:r w:rsidRPr="00E85698">
        <w:t>и</w:t>
      </w:r>
      <w:r w:rsidRPr="00E85698">
        <w:rPr>
          <w:spacing w:val="-5"/>
        </w:rPr>
        <w:t xml:space="preserve"> </w:t>
      </w:r>
      <w:r w:rsidRPr="00E85698">
        <w:rPr>
          <w:b/>
          <w:i/>
        </w:rPr>
        <w:t>ц</w:t>
      </w:r>
      <w:r w:rsidRPr="00E85698">
        <w:rPr>
          <w:b/>
          <w:i/>
          <w:spacing w:val="-4"/>
        </w:rPr>
        <w:t xml:space="preserve"> </w:t>
      </w:r>
      <w:r w:rsidRPr="00E85698">
        <w:t>в</w:t>
      </w:r>
      <w:r w:rsidRPr="00E85698">
        <w:rPr>
          <w:spacing w:val="-3"/>
        </w:rPr>
        <w:t xml:space="preserve"> </w:t>
      </w:r>
      <w:r w:rsidRPr="00E85698">
        <w:t>суффиксах</w:t>
      </w:r>
      <w:r w:rsidRPr="00E85698">
        <w:rPr>
          <w:spacing w:val="-2"/>
        </w:rPr>
        <w:t xml:space="preserve"> </w:t>
      </w:r>
      <w:r w:rsidRPr="00E85698">
        <w:t>и</w:t>
      </w:r>
      <w:r w:rsidRPr="00E85698">
        <w:rPr>
          <w:spacing w:val="-2"/>
        </w:rPr>
        <w:t xml:space="preserve"> </w:t>
      </w:r>
      <w:r w:rsidRPr="00E85698">
        <w:t>окончаниях</w:t>
      </w:r>
      <w:r w:rsidRPr="00E85698">
        <w:rPr>
          <w:spacing w:val="-2"/>
        </w:rPr>
        <w:t xml:space="preserve"> </w:t>
      </w:r>
      <w:r w:rsidRPr="00E85698">
        <w:t>имён</w:t>
      </w:r>
      <w:r w:rsidRPr="00E85698">
        <w:rPr>
          <w:spacing w:val="-2"/>
        </w:rPr>
        <w:t xml:space="preserve"> </w:t>
      </w:r>
      <w:r w:rsidRPr="00E85698">
        <w:t>прилагательных.</w:t>
      </w:r>
      <w:r w:rsidRPr="00E85698">
        <w:rPr>
          <w:spacing w:val="-57"/>
        </w:rPr>
        <w:t xml:space="preserve"> </w:t>
      </w:r>
      <w:r w:rsidRPr="00E85698">
        <w:t>Правописание</w:t>
      </w:r>
      <w:r w:rsidRPr="00E85698">
        <w:rPr>
          <w:spacing w:val="-1"/>
        </w:rPr>
        <w:t xml:space="preserve"> </w:t>
      </w:r>
      <w:r w:rsidRPr="00E85698">
        <w:t>кратких</w:t>
      </w:r>
      <w:r w:rsidRPr="00E85698">
        <w:rPr>
          <w:spacing w:val="-1"/>
        </w:rPr>
        <w:t xml:space="preserve"> </w:t>
      </w:r>
      <w:r w:rsidRPr="00E85698">
        <w:t>форм имён</w:t>
      </w:r>
      <w:r w:rsidRPr="00E85698">
        <w:rPr>
          <w:spacing w:val="-1"/>
        </w:rPr>
        <w:t xml:space="preserve"> </w:t>
      </w:r>
      <w:r w:rsidRPr="00E85698">
        <w:t>прилагательных</w:t>
      </w:r>
      <w:r w:rsidRPr="00E85698">
        <w:rPr>
          <w:spacing w:val="-1"/>
        </w:rPr>
        <w:t xml:space="preserve"> </w:t>
      </w:r>
      <w:r w:rsidRPr="00E85698">
        <w:t>с основой</w:t>
      </w:r>
      <w:r w:rsidRPr="00E85698">
        <w:rPr>
          <w:spacing w:val="-1"/>
        </w:rPr>
        <w:t xml:space="preserve"> </w:t>
      </w:r>
      <w:r w:rsidRPr="00E85698">
        <w:t>на</w:t>
      </w:r>
      <w:r w:rsidRPr="00E85698">
        <w:rPr>
          <w:spacing w:val="-1"/>
        </w:rPr>
        <w:t xml:space="preserve"> </w:t>
      </w:r>
      <w:r w:rsidRPr="00E85698">
        <w:t>шипящий.</w:t>
      </w:r>
    </w:p>
    <w:p w:rsidR="00624C8A" w:rsidRPr="00E85698" w:rsidRDefault="00CB6516">
      <w:pPr>
        <w:pStyle w:val="a5"/>
        <w:spacing w:line="275" w:lineRule="exact"/>
        <w:ind w:left="286"/>
      </w:pPr>
      <w:r w:rsidRPr="00E85698">
        <w:t>Слитное</w:t>
      </w:r>
      <w:r w:rsidRPr="00E85698">
        <w:rPr>
          <w:spacing w:val="-3"/>
        </w:rPr>
        <w:t xml:space="preserve"> </w:t>
      </w:r>
      <w:r w:rsidRPr="00E85698">
        <w:t>и</w:t>
      </w:r>
      <w:r w:rsidRPr="00E85698">
        <w:rPr>
          <w:spacing w:val="-3"/>
        </w:rPr>
        <w:t xml:space="preserve"> </w:t>
      </w:r>
      <w:r w:rsidRPr="00E85698">
        <w:t>раздельное</w:t>
      </w:r>
      <w:r w:rsidRPr="00E85698">
        <w:rPr>
          <w:spacing w:val="-3"/>
        </w:rPr>
        <w:t xml:space="preserve"> </w:t>
      </w:r>
      <w:r w:rsidRPr="00E85698">
        <w:t>написание</w:t>
      </w:r>
      <w:r w:rsidRPr="00E85698">
        <w:rPr>
          <w:spacing w:val="-8"/>
        </w:rPr>
        <w:t xml:space="preserve"> </w:t>
      </w:r>
      <w:r w:rsidRPr="00E85698">
        <w:rPr>
          <w:b/>
          <w:i/>
        </w:rPr>
        <w:t>не</w:t>
      </w:r>
      <w:r w:rsidRPr="00E85698">
        <w:rPr>
          <w:b/>
          <w:i/>
          <w:spacing w:val="-3"/>
        </w:rPr>
        <w:t xml:space="preserve"> </w:t>
      </w:r>
      <w:r w:rsidRPr="00E85698">
        <w:t>с</w:t>
      </w:r>
      <w:r w:rsidRPr="00E85698">
        <w:rPr>
          <w:spacing w:val="-2"/>
        </w:rPr>
        <w:t xml:space="preserve"> </w:t>
      </w:r>
      <w:r w:rsidRPr="00E85698">
        <w:t>именами</w:t>
      </w:r>
      <w:r w:rsidRPr="00E85698">
        <w:rPr>
          <w:spacing w:val="-3"/>
        </w:rPr>
        <w:t xml:space="preserve"> </w:t>
      </w:r>
      <w:r w:rsidRPr="00E85698">
        <w:t>прилагательными.</w:t>
      </w:r>
    </w:p>
    <w:p w:rsidR="00624C8A" w:rsidRPr="00E85698" w:rsidRDefault="00CB6516">
      <w:pPr>
        <w:pStyle w:val="11"/>
        <w:spacing w:before="61"/>
      </w:pPr>
      <w:r w:rsidRPr="00E85698">
        <w:t>Глагол</w:t>
      </w:r>
    </w:p>
    <w:p w:rsidR="00624C8A" w:rsidRPr="00E85698" w:rsidRDefault="00CB6516">
      <w:pPr>
        <w:pStyle w:val="a5"/>
        <w:spacing w:before="60" w:line="292" w:lineRule="auto"/>
        <w:ind w:right="396" w:firstLine="180"/>
      </w:pPr>
      <w:r w:rsidRPr="00E85698">
        <w:t>Глагол как часть речи. Общее грамматическое значение, морфологические признаки и</w:t>
      </w:r>
      <w:r w:rsidRPr="00E85698">
        <w:rPr>
          <w:spacing w:val="1"/>
        </w:rPr>
        <w:t xml:space="preserve"> </w:t>
      </w:r>
      <w:r w:rsidRPr="00E85698">
        <w:t>синтаксические</w:t>
      </w:r>
      <w:r w:rsidRPr="00E85698">
        <w:rPr>
          <w:spacing w:val="-4"/>
        </w:rPr>
        <w:t xml:space="preserve"> </w:t>
      </w:r>
      <w:r w:rsidRPr="00E85698">
        <w:t>функции</w:t>
      </w:r>
      <w:r w:rsidRPr="00E85698">
        <w:rPr>
          <w:spacing w:val="-3"/>
        </w:rPr>
        <w:t xml:space="preserve"> </w:t>
      </w:r>
      <w:r w:rsidRPr="00E85698">
        <w:t>глагола.</w:t>
      </w:r>
      <w:r w:rsidRPr="00E85698">
        <w:rPr>
          <w:spacing w:val="-3"/>
        </w:rPr>
        <w:t xml:space="preserve"> </w:t>
      </w:r>
      <w:r w:rsidRPr="00E85698">
        <w:t>Роль</w:t>
      </w:r>
      <w:r w:rsidRPr="00E85698">
        <w:rPr>
          <w:spacing w:val="-5"/>
        </w:rPr>
        <w:t xml:space="preserve"> </w:t>
      </w:r>
      <w:r w:rsidRPr="00E85698">
        <w:t>глагола</w:t>
      </w:r>
      <w:r w:rsidRPr="00E85698">
        <w:rPr>
          <w:spacing w:val="-3"/>
        </w:rPr>
        <w:t xml:space="preserve"> </w:t>
      </w:r>
      <w:r w:rsidRPr="00E85698">
        <w:t>в</w:t>
      </w:r>
      <w:r w:rsidRPr="00E85698">
        <w:rPr>
          <w:spacing w:val="-4"/>
        </w:rPr>
        <w:t xml:space="preserve"> </w:t>
      </w:r>
      <w:r w:rsidRPr="00E85698">
        <w:t>словосочетании</w:t>
      </w:r>
      <w:r w:rsidRPr="00E85698">
        <w:rPr>
          <w:spacing w:val="-3"/>
        </w:rPr>
        <w:t xml:space="preserve"> </w:t>
      </w:r>
      <w:r w:rsidRPr="00E85698">
        <w:t>и</w:t>
      </w:r>
      <w:r w:rsidRPr="00E85698">
        <w:rPr>
          <w:spacing w:val="-4"/>
        </w:rPr>
        <w:t xml:space="preserve"> </w:t>
      </w:r>
      <w:r w:rsidRPr="00E85698">
        <w:t>предложении,</w:t>
      </w:r>
      <w:r w:rsidRPr="00E85698">
        <w:rPr>
          <w:spacing w:val="-3"/>
        </w:rPr>
        <w:t xml:space="preserve"> </w:t>
      </w:r>
      <w:r w:rsidRPr="00E85698">
        <w:t>в</w:t>
      </w:r>
      <w:r w:rsidRPr="00E85698">
        <w:rPr>
          <w:spacing w:val="-4"/>
        </w:rPr>
        <w:t xml:space="preserve"> </w:t>
      </w:r>
      <w:r w:rsidRPr="00E85698">
        <w:t>речи.</w:t>
      </w:r>
    </w:p>
    <w:p w:rsidR="00624C8A" w:rsidRPr="00E85698" w:rsidRDefault="00CB6516">
      <w:pPr>
        <w:pStyle w:val="a5"/>
        <w:spacing w:line="275" w:lineRule="exact"/>
        <w:ind w:left="286"/>
      </w:pPr>
      <w:r w:rsidRPr="00E85698">
        <w:t>Глаголы</w:t>
      </w:r>
      <w:r w:rsidRPr="00E85698">
        <w:rPr>
          <w:spacing w:val="-4"/>
        </w:rPr>
        <w:t xml:space="preserve"> </w:t>
      </w:r>
      <w:r w:rsidRPr="00E85698">
        <w:t>совершенного</w:t>
      </w:r>
      <w:r w:rsidRPr="00E85698">
        <w:rPr>
          <w:spacing w:val="-3"/>
        </w:rPr>
        <w:t xml:space="preserve"> </w:t>
      </w:r>
      <w:r w:rsidRPr="00E85698">
        <w:t>и</w:t>
      </w:r>
      <w:r w:rsidRPr="00E85698">
        <w:rPr>
          <w:spacing w:val="-4"/>
        </w:rPr>
        <w:t xml:space="preserve"> </w:t>
      </w:r>
      <w:r w:rsidRPr="00E85698">
        <w:t>несовершенного</w:t>
      </w:r>
      <w:r w:rsidRPr="00E85698">
        <w:rPr>
          <w:spacing w:val="-3"/>
        </w:rPr>
        <w:t xml:space="preserve"> </w:t>
      </w:r>
      <w:r w:rsidRPr="00E85698">
        <w:t>вида,</w:t>
      </w:r>
      <w:r w:rsidRPr="00E85698">
        <w:rPr>
          <w:spacing w:val="-4"/>
        </w:rPr>
        <w:t xml:space="preserve"> </w:t>
      </w:r>
      <w:r w:rsidRPr="00E85698">
        <w:t>возвратные</w:t>
      </w:r>
      <w:r w:rsidRPr="00E85698">
        <w:rPr>
          <w:spacing w:val="-3"/>
        </w:rPr>
        <w:t xml:space="preserve"> </w:t>
      </w:r>
      <w:r w:rsidRPr="00E85698">
        <w:t>и</w:t>
      </w:r>
      <w:r w:rsidRPr="00E85698">
        <w:rPr>
          <w:spacing w:val="-4"/>
        </w:rPr>
        <w:t xml:space="preserve"> </w:t>
      </w:r>
      <w:r w:rsidRPr="00E85698">
        <w:t>невозвратные.</w:t>
      </w:r>
    </w:p>
    <w:p w:rsidR="00624C8A" w:rsidRPr="00E85698" w:rsidRDefault="00CB6516">
      <w:pPr>
        <w:pStyle w:val="a5"/>
        <w:spacing w:before="60" w:line="292" w:lineRule="auto"/>
        <w:ind w:right="683" w:firstLine="180"/>
      </w:pPr>
      <w:r w:rsidRPr="00E85698">
        <w:t>Инфинитив и его грамматические свойства. Основа инфинитива, основа настоящего (будущего</w:t>
      </w:r>
      <w:r w:rsidRPr="00E85698">
        <w:rPr>
          <w:spacing w:val="-58"/>
        </w:rPr>
        <w:t xml:space="preserve"> </w:t>
      </w:r>
      <w:r w:rsidRPr="00E85698">
        <w:t>простого)</w:t>
      </w:r>
      <w:r w:rsidRPr="00E85698">
        <w:rPr>
          <w:spacing w:val="-2"/>
        </w:rPr>
        <w:t xml:space="preserve"> </w:t>
      </w:r>
      <w:r w:rsidRPr="00E85698">
        <w:t>времени глагола.</w:t>
      </w:r>
    </w:p>
    <w:p w:rsidR="00624C8A" w:rsidRPr="00E85698" w:rsidRDefault="00CB6516">
      <w:pPr>
        <w:pStyle w:val="a5"/>
        <w:spacing w:line="275" w:lineRule="exact"/>
        <w:ind w:left="286"/>
      </w:pPr>
      <w:r w:rsidRPr="00E85698">
        <w:t>Спряжение</w:t>
      </w:r>
      <w:r w:rsidRPr="00E85698">
        <w:rPr>
          <w:spacing w:val="-4"/>
        </w:rPr>
        <w:t xml:space="preserve"> </w:t>
      </w:r>
      <w:r w:rsidRPr="00E85698">
        <w:t>глагола.</w:t>
      </w:r>
    </w:p>
    <w:p w:rsidR="00624C8A" w:rsidRPr="00E85698" w:rsidRDefault="00CB6516">
      <w:pPr>
        <w:pStyle w:val="a5"/>
        <w:spacing w:before="60" w:line="292" w:lineRule="auto"/>
        <w:ind w:left="286" w:right="142"/>
      </w:pPr>
      <w:r w:rsidRPr="00E85698">
        <w:t>Нормы словоизменения глаголов, постановки ударения в глагольных формах (в рамках изученного).</w:t>
      </w:r>
      <w:r w:rsidRPr="00E85698">
        <w:rPr>
          <w:spacing w:val="-58"/>
        </w:rPr>
        <w:t xml:space="preserve"> </w:t>
      </w:r>
      <w:r w:rsidRPr="00E85698">
        <w:t>Правописание корней</w:t>
      </w:r>
      <w:r w:rsidRPr="00E85698">
        <w:rPr>
          <w:spacing w:val="1"/>
        </w:rPr>
        <w:t xml:space="preserve"> </w:t>
      </w:r>
      <w:r w:rsidRPr="00E85698">
        <w:t>с</w:t>
      </w:r>
      <w:r w:rsidRPr="00E85698">
        <w:rPr>
          <w:spacing w:val="1"/>
        </w:rPr>
        <w:t xml:space="preserve"> </w:t>
      </w:r>
      <w:r w:rsidRPr="00E85698">
        <w:t>чередованием</w:t>
      </w:r>
      <w:r w:rsidRPr="00E85698">
        <w:rPr>
          <w:spacing w:val="-4"/>
        </w:rPr>
        <w:t xml:space="preserve"> </w:t>
      </w:r>
      <w:r w:rsidRPr="00E85698">
        <w:rPr>
          <w:b/>
          <w:i/>
        </w:rPr>
        <w:t>е</w:t>
      </w:r>
      <w:r w:rsidRPr="00E85698">
        <w:rPr>
          <w:b/>
          <w:i/>
          <w:spacing w:val="2"/>
        </w:rPr>
        <w:t xml:space="preserve"> </w:t>
      </w:r>
      <w:r w:rsidRPr="00E85698">
        <w:t>//</w:t>
      </w:r>
      <w:r w:rsidRPr="00E85698">
        <w:rPr>
          <w:spacing w:val="-1"/>
        </w:rPr>
        <w:t xml:space="preserve"> </w:t>
      </w:r>
      <w:r w:rsidRPr="00E85698">
        <w:rPr>
          <w:b/>
          <w:i/>
        </w:rPr>
        <w:t>и</w:t>
      </w:r>
      <w:r w:rsidRPr="00E85698">
        <w:rPr>
          <w:b/>
        </w:rPr>
        <w:t>:</w:t>
      </w:r>
      <w:r w:rsidRPr="00E85698">
        <w:rPr>
          <w:b/>
          <w:spacing w:val="4"/>
        </w:rPr>
        <w:t xml:space="preserve"> </w:t>
      </w:r>
      <w:r w:rsidRPr="00E85698">
        <w:t>-</w:t>
      </w:r>
      <w:proofErr w:type="spellStart"/>
      <w:r w:rsidRPr="00E85698">
        <w:rPr>
          <w:b/>
          <w:i/>
        </w:rPr>
        <w:t>бер</w:t>
      </w:r>
      <w:proofErr w:type="spellEnd"/>
      <w:r w:rsidRPr="00E85698">
        <w:t>- —</w:t>
      </w:r>
      <w:r w:rsidRPr="00E85698">
        <w:rPr>
          <w:spacing w:val="1"/>
        </w:rPr>
        <w:t xml:space="preserve"> </w:t>
      </w:r>
      <w:r w:rsidRPr="00E85698">
        <w:t>-</w:t>
      </w:r>
      <w:proofErr w:type="spellStart"/>
      <w:r w:rsidRPr="00E85698">
        <w:rPr>
          <w:b/>
          <w:i/>
        </w:rPr>
        <w:t>бир</w:t>
      </w:r>
      <w:proofErr w:type="spellEnd"/>
      <w:r w:rsidRPr="00E85698">
        <w:t>-, -</w:t>
      </w:r>
      <w:proofErr w:type="spellStart"/>
      <w:r w:rsidRPr="00E85698">
        <w:rPr>
          <w:b/>
          <w:i/>
        </w:rPr>
        <w:t>блест</w:t>
      </w:r>
      <w:proofErr w:type="spellEnd"/>
      <w:r w:rsidRPr="00E85698">
        <w:t>- —</w:t>
      </w:r>
      <w:r w:rsidRPr="00E85698">
        <w:rPr>
          <w:spacing w:val="1"/>
        </w:rPr>
        <w:t xml:space="preserve"> </w:t>
      </w:r>
      <w:r w:rsidRPr="00E85698">
        <w:t>-</w:t>
      </w:r>
      <w:proofErr w:type="spellStart"/>
      <w:r w:rsidRPr="00E85698">
        <w:rPr>
          <w:b/>
          <w:i/>
        </w:rPr>
        <w:t>блист</w:t>
      </w:r>
      <w:proofErr w:type="spellEnd"/>
      <w:r w:rsidRPr="00E85698">
        <w:t>-,</w:t>
      </w:r>
      <w:r w:rsidRPr="00E85698">
        <w:rPr>
          <w:spacing w:val="1"/>
        </w:rPr>
        <w:t xml:space="preserve"> </w:t>
      </w:r>
      <w:r w:rsidRPr="00E85698">
        <w:t>-</w:t>
      </w:r>
      <w:r w:rsidRPr="00E85698">
        <w:rPr>
          <w:b/>
          <w:i/>
        </w:rPr>
        <w:t>дер</w:t>
      </w:r>
      <w:r w:rsidRPr="00E85698">
        <w:t>-</w:t>
      </w:r>
      <w:r w:rsidRPr="00E85698">
        <w:rPr>
          <w:spacing w:val="-1"/>
        </w:rPr>
        <w:t xml:space="preserve"> </w:t>
      </w:r>
      <w:r w:rsidRPr="00E85698">
        <w:t>—</w:t>
      </w:r>
      <w:r w:rsidRPr="00E85698">
        <w:rPr>
          <w:spacing w:val="1"/>
        </w:rPr>
        <w:t xml:space="preserve"> </w:t>
      </w:r>
      <w:r w:rsidRPr="00E85698">
        <w:t>-</w:t>
      </w:r>
      <w:proofErr w:type="spellStart"/>
      <w:r w:rsidRPr="00E85698">
        <w:rPr>
          <w:b/>
          <w:i/>
        </w:rPr>
        <w:t>дир</w:t>
      </w:r>
      <w:proofErr w:type="spellEnd"/>
      <w:r w:rsidRPr="00E85698">
        <w:t>-,</w:t>
      </w:r>
    </w:p>
    <w:p w:rsidR="00624C8A" w:rsidRPr="00E85698" w:rsidRDefault="00CB6516">
      <w:pPr>
        <w:spacing w:line="275" w:lineRule="exact"/>
        <w:ind w:left="106"/>
        <w:rPr>
          <w:sz w:val="24"/>
        </w:rPr>
      </w:pPr>
      <w:r w:rsidRPr="00E85698">
        <w:rPr>
          <w:sz w:val="24"/>
        </w:rPr>
        <w:t>-</w:t>
      </w:r>
      <w:r w:rsidRPr="00E85698">
        <w:rPr>
          <w:b/>
          <w:i/>
          <w:sz w:val="24"/>
        </w:rPr>
        <w:t>жег</w:t>
      </w:r>
      <w:r w:rsidRPr="00E85698">
        <w:rPr>
          <w:sz w:val="24"/>
        </w:rPr>
        <w:t>-</w:t>
      </w:r>
      <w:r w:rsidRPr="00E85698">
        <w:rPr>
          <w:spacing w:val="2"/>
          <w:sz w:val="24"/>
        </w:rPr>
        <w:t xml:space="preserve"> </w:t>
      </w:r>
      <w:r w:rsidRPr="00E85698">
        <w:rPr>
          <w:sz w:val="24"/>
        </w:rPr>
        <w:t>—</w:t>
      </w:r>
      <w:r w:rsidRPr="00E85698">
        <w:rPr>
          <w:spacing w:val="4"/>
          <w:sz w:val="24"/>
        </w:rPr>
        <w:t xml:space="preserve"> </w:t>
      </w:r>
      <w:r w:rsidRPr="00E85698">
        <w:rPr>
          <w:sz w:val="24"/>
        </w:rPr>
        <w:t>-</w:t>
      </w:r>
      <w:r w:rsidRPr="00E85698">
        <w:rPr>
          <w:b/>
          <w:i/>
          <w:sz w:val="24"/>
        </w:rPr>
        <w:t>жиг</w:t>
      </w:r>
      <w:r w:rsidRPr="00E85698">
        <w:rPr>
          <w:sz w:val="24"/>
        </w:rPr>
        <w:t>-,</w:t>
      </w:r>
      <w:r w:rsidRPr="00E85698">
        <w:rPr>
          <w:spacing w:val="4"/>
          <w:sz w:val="24"/>
        </w:rPr>
        <w:t xml:space="preserve"> </w:t>
      </w:r>
      <w:r w:rsidRPr="00E85698">
        <w:rPr>
          <w:sz w:val="24"/>
        </w:rPr>
        <w:t>-</w:t>
      </w:r>
      <w:r w:rsidRPr="00E85698">
        <w:rPr>
          <w:b/>
          <w:i/>
          <w:sz w:val="24"/>
        </w:rPr>
        <w:t>мер</w:t>
      </w:r>
      <w:r w:rsidRPr="00E85698">
        <w:rPr>
          <w:sz w:val="24"/>
        </w:rPr>
        <w:t>-</w:t>
      </w:r>
      <w:r w:rsidRPr="00E85698">
        <w:rPr>
          <w:spacing w:val="3"/>
          <w:sz w:val="24"/>
        </w:rPr>
        <w:t xml:space="preserve"> </w:t>
      </w:r>
      <w:r w:rsidRPr="00E85698">
        <w:rPr>
          <w:sz w:val="24"/>
        </w:rPr>
        <w:t>—</w:t>
      </w:r>
      <w:r w:rsidRPr="00E85698">
        <w:rPr>
          <w:spacing w:val="4"/>
          <w:sz w:val="24"/>
        </w:rPr>
        <w:t xml:space="preserve"> </w:t>
      </w:r>
      <w:r w:rsidRPr="00E85698">
        <w:rPr>
          <w:sz w:val="24"/>
        </w:rPr>
        <w:t>-</w:t>
      </w:r>
      <w:r w:rsidRPr="00E85698">
        <w:rPr>
          <w:b/>
          <w:i/>
          <w:sz w:val="24"/>
        </w:rPr>
        <w:t>мир</w:t>
      </w:r>
      <w:r w:rsidRPr="00E85698">
        <w:rPr>
          <w:sz w:val="24"/>
        </w:rPr>
        <w:t>-,</w:t>
      </w:r>
      <w:r w:rsidRPr="00E85698">
        <w:rPr>
          <w:spacing w:val="4"/>
          <w:sz w:val="24"/>
        </w:rPr>
        <w:t xml:space="preserve"> </w:t>
      </w:r>
      <w:r w:rsidRPr="00E85698">
        <w:rPr>
          <w:sz w:val="24"/>
        </w:rPr>
        <w:t>-</w:t>
      </w:r>
      <w:r w:rsidRPr="00E85698">
        <w:rPr>
          <w:b/>
          <w:i/>
          <w:sz w:val="24"/>
        </w:rPr>
        <w:t>пер</w:t>
      </w:r>
      <w:r w:rsidRPr="00E85698">
        <w:rPr>
          <w:sz w:val="24"/>
        </w:rPr>
        <w:t>-</w:t>
      </w:r>
      <w:r w:rsidRPr="00E85698">
        <w:rPr>
          <w:spacing w:val="2"/>
          <w:sz w:val="24"/>
        </w:rPr>
        <w:t xml:space="preserve"> </w:t>
      </w:r>
      <w:r w:rsidRPr="00E85698">
        <w:rPr>
          <w:sz w:val="24"/>
        </w:rPr>
        <w:t>—</w:t>
      </w:r>
      <w:r w:rsidRPr="00E85698">
        <w:rPr>
          <w:spacing w:val="4"/>
          <w:sz w:val="24"/>
        </w:rPr>
        <w:t xml:space="preserve"> </w:t>
      </w:r>
      <w:r w:rsidRPr="00E85698">
        <w:rPr>
          <w:sz w:val="24"/>
        </w:rPr>
        <w:t>-</w:t>
      </w:r>
      <w:r w:rsidRPr="00E85698">
        <w:rPr>
          <w:b/>
          <w:i/>
          <w:sz w:val="24"/>
        </w:rPr>
        <w:t>пир</w:t>
      </w:r>
      <w:r w:rsidRPr="00E85698">
        <w:rPr>
          <w:sz w:val="24"/>
        </w:rPr>
        <w:t>-,</w:t>
      </w:r>
      <w:r w:rsidRPr="00E85698">
        <w:rPr>
          <w:spacing w:val="4"/>
          <w:sz w:val="24"/>
        </w:rPr>
        <w:t xml:space="preserve"> </w:t>
      </w:r>
      <w:r w:rsidRPr="00E85698">
        <w:rPr>
          <w:sz w:val="24"/>
        </w:rPr>
        <w:t>-</w:t>
      </w:r>
      <w:r w:rsidRPr="00E85698">
        <w:rPr>
          <w:b/>
          <w:i/>
          <w:sz w:val="24"/>
        </w:rPr>
        <w:t>стел</w:t>
      </w:r>
      <w:r w:rsidRPr="00E85698">
        <w:rPr>
          <w:sz w:val="24"/>
        </w:rPr>
        <w:t>-</w:t>
      </w:r>
      <w:r w:rsidRPr="00E85698">
        <w:rPr>
          <w:spacing w:val="3"/>
          <w:sz w:val="24"/>
        </w:rPr>
        <w:t xml:space="preserve"> </w:t>
      </w:r>
      <w:r w:rsidRPr="00E85698">
        <w:rPr>
          <w:sz w:val="24"/>
        </w:rPr>
        <w:t>—</w:t>
      </w:r>
      <w:r w:rsidRPr="00E85698">
        <w:rPr>
          <w:spacing w:val="4"/>
          <w:sz w:val="24"/>
        </w:rPr>
        <w:t xml:space="preserve"> </w:t>
      </w:r>
      <w:r w:rsidRPr="00E85698">
        <w:rPr>
          <w:sz w:val="24"/>
        </w:rPr>
        <w:t>-</w:t>
      </w:r>
      <w:proofErr w:type="spellStart"/>
      <w:r w:rsidRPr="00E85698">
        <w:rPr>
          <w:b/>
          <w:i/>
          <w:sz w:val="24"/>
        </w:rPr>
        <w:t>стил</w:t>
      </w:r>
      <w:proofErr w:type="spellEnd"/>
      <w:r w:rsidRPr="00E85698">
        <w:rPr>
          <w:sz w:val="24"/>
        </w:rPr>
        <w:t>-,</w:t>
      </w:r>
      <w:r w:rsidRPr="00E85698">
        <w:rPr>
          <w:spacing w:val="4"/>
          <w:sz w:val="24"/>
        </w:rPr>
        <w:t xml:space="preserve"> </w:t>
      </w:r>
      <w:r w:rsidRPr="00E85698">
        <w:rPr>
          <w:sz w:val="24"/>
        </w:rPr>
        <w:t>-</w:t>
      </w:r>
      <w:r w:rsidRPr="00E85698">
        <w:rPr>
          <w:b/>
          <w:i/>
          <w:sz w:val="24"/>
        </w:rPr>
        <w:t>тер</w:t>
      </w:r>
      <w:r w:rsidRPr="00E85698">
        <w:rPr>
          <w:sz w:val="24"/>
        </w:rPr>
        <w:t>-</w:t>
      </w:r>
      <w:r w:rsidRPr="00E85698">
        <w:rPr>
          <w:spacing w:val="2"/>
          <w:sz w:val="24"/>
        </w:rPr>
        <w:t xml:space="preserve"> </w:t>
      </w:r>
      <w:r w:rsidRPr="00E85698">
        <w:rPr>
          <w:sz w:val="24"/>
        </w:rPr>
        <w:t>—</w:t>
      </w:r>
      <w:r w:rsidRPr="00E85698">
        <w:rPr>
          <w:spacing w:val="4"/>
          <w:sz w:val="24"/>
        </w:rPr>
        <w:t xml:space="preserve"> </w:t>
      </w:r>
      <w:r w:rsidRPr="00E85698">
        <w:rPr>
          <w:sz w:val="24"/>
        </w:rPr>
        <w:t>-</w:t>
      </w:r>
      <w:r w:rsidRPr="00E85698">
        <w:rPr>
          <w:b/>
          <w:i/>
          <w:sz w:val="24"/>
        </w:rPr>
        <w:t>тир</w:t>
      </w:r>
      <w:r w:rsidRPr="00E85698">
        <w:rPr>
          <w:sz w:val="24"/>
        </w:rPr>
        <w:t>-.</w:t>
      </w:r>
    </w:p>
    <w:p w:rsidR="00624C8A" w:rsidRPr="00E85698" w:rsidRDefault="00CB6516">
      <w:pPr>
        <w:pStyle w:val="a5"/>
        <w:spacing w:before="60" w:line="292" w:lineRule="auto"/>
        <w:ind w:right="1245" w:firstLine="180"/>
      </w:pPr>
      <w:r w:rsidRPr="00E85698">
        <w:t xml:space="preserve">Использование </w:t>
      </w:r>
      <w:r w:rsidRPr="00E85698">
        <w:rPr>
          <w:b/>
          <w:i/>
        </w:rPr>
        <w:t xml:space="preserve">ь </w:t>
      </w:r>
      <w:r w:rsidRPr="00E85698">
        <w:t>как показателя грамматической формы в инфинитиве, в форме 2-го лица</w:t>
      </w:r>
      <w:r w:rsidRPr="00E85698">
        <w:rPr>
          <w:spacing w:val="-57"/>
        </w:rPr>
        <w:t xml:space="preserve"> </w:t>
      </w:r>
      <w:r w:rsidRPr="00E85698">
        <w:t>единственного</w:t>
      </w:r>
      <w:r w:rsidRPr="00E85698">
        <w:rPr>
          <w:spacing w:val="-1"/>
        </w:rPr>
        <w:t xml:space="preserve"> </w:t>
      </w:r>
      <w:r w:rsidRPr="00E85698">
        <w:t>числа после шипящих.</w:t>
      </w:r>
    </w:p>
    <w:p w:rsidR="00624C8A" w:rsidRPr="00E85698" w:rsidRDefault="00CB6516">
      <w:pPr>
        <w:spacing w:line="275" w:lineRule="exact"/>
        <w:ind w:left="286"/>
        <w:rPr>
          <w:i/>
          <w:sz w:val="24"/>
        </w:rPr>
      </w:pPr>
      <w:r w:rsidRPr="00E85698">
        <w:rPr>
          <w:sz w:val="24"/>
        </w:rPr>
        <w:t>Правописание</w:t>
      </w:r>
      <w:r w:rsidRPr="00E85698">
        <w:rPr>
          <w:spacing w:val="-4"/>
          <w:sz w:val="24"/>
        </w:rPr>
        <w:t xml:space="preserve"> </w:t>
      </w:r>
      <w:r w:rsidRPr="00E85698">
        <w:rPr>
          <w:b/>
          <w:i/>
          <w:sz w:val="24"/>
        </w:rPr>
        <w:t>-</w:t>
      </w:r>
      <w:proofErr w:type="spellStart"/>
      <w:r w:rsidRPr="00E85698">
        <w:rPr>
          <w:b/>
          <w:i/>
          <w:sz w:val="24"/>
        </w:rPr>
        <w:t>тся</w:t>
      </w:r>
      <w:proofErr w:type="spellEnd"/>
      <w:r w:rsidRPr="00E85698">
        <w:rPr>
          <w:b/>
          <w:i/>
          <w:spacing w:val="6"/>
          <w:sz w:val="24"/>
        </w:rPr>
        <w:t xml:space="preserve"> </w:t>
      </w:r>
      <w:r w:rsidRPr="00E85698">
        <w:rPr>
          <w:sz w:val="24"/>
        </w:rPr>
        <w:t>и</w:t>
      </w:r>
      <w:r w:rsidRPr="00E85698">
        <w:rPr>
          <w:spacing w:val="2"/>
          <w:sz w:val="24"/>
        </w:rPr>
        <w:t xml:space="preserve"> </w:t>
      </w:r>
      <w:r w:rsidRPr="00E85698">
        <w:rPr>
          <w:b/>
          <w:i/>
          <w:sz w:val="24"/>
        </w:rPr>
        <w:t>-</w:t>
      </w:r>
      <w:proofErr w:type="spellStart"/>
      <w:r w:rsidRPr="00E85698">
        <w:rPr>
          <w:b/>
          <w:i/>
          <w:sz w:val="24"/>
        </w:rPr>
        <w:t>ться</w:t>
      </w:r>
      <w:proofErr w:type="spellEnd"/>
      <w:r w:rsidRPr="00E85698">
        <w:rPr>
          <w:b/>
          <w:i/>
          <w:spacing w:val="4"/>
          <w:sz w:val="24"/>
        </w:rPr>
        <w:t xml:space="preserve"> </w:t>
      </w:r>
      <w:r w:rsidRPr="00E85698">
        <w:rPr>
          <w:sz w:val="24"/>
        </w:rPr>
        <w:t>в</w:t>
      </w:r>
      <w:r w:rsidRPr="00E85698">
        <w:rPr>
          <w:spacing w:val="-2"/>
          <w:sz w:val="24"/>
        </w:rPr>
        <w:t xml:space="preserve"> </w:t>
      </w:r>
      <w:r w:rsidRPr="00E85698">
        <w:rPr>
          <w:sz w:val="24"/>
        </w:rPr>
        <w:t>глаголах,</w:t>
      </w:r>
      <w:r w:rsidRPr="00E85698">
        <w:rPr>
          <w:spacing w:val="-1"/>
          <w:sz w:val="24"/>
        </w:rPr>
        <w:t xml:space="preserve"> </w:t>
      </w:r>
      <w:r w:rsidRPr="00E85698">
        <w:rPr>
          <w:sz w:val="24"/>
        </w:rPr>
        <w:t>суффиксов</w:t>
      </w:r>
      <w:r w:rsidRPr="00E85698">
        <w:rPr>
          <w:spacing w:val="-2"/>
          <w:sz w:val="24"/>
        </w:rPr>
        <w:t xml:space="preserve"> </w:t>
      </w:r>
      <w:r w:rsidRPr="00E85698">
        <w:rPr>
          <w:b/>
          <w:i/>
          <w:sz w:val="24"/>
        </w:rPr>
        <w:t>-</w:t>
      </w:r>
      <w:proofErr w:type="spellStart"/>
      <w:r w:rsidRPr="00E85698">
        <w:rPr>
          <w:b/>
          <w:i/>
          <w:sz w:val="24"/>
        </w:rPr>
        <w:t>ова</w:t>
      </w:r>
      <w:proofErr w:type="spellEnd"/>
      <w:r w:rsidRPr="00E85698">
        <w:rPr>
          <w:sz w:val="24"/>
        </w:rPr>
        <w:t>-</w:t>
      </w:r>
      <w:r w:rsidRPr="00E85698">
        <w:rPr>
          <w:spacing w:val="-2"/>
          <w:sz w:val="24"/>
        </w:rPr>
        <w:t xml:space="preserve"> </w:t>
      </w:r>
      <w:r w:rsidRPr="00E85698">
        <w:rPr>
          <w:sz w:val="24"/>
        </w:rPr>
        <w:t>—-</w:t>
      </w:r>
      <w:proofErr w:type="spellStart"/>
      <w:r w:rsidRPr="00E85698">
        <w:rPr>
          <w:b/>
          <w:i/>
          <w:sz w:val="24"/>
        </w:rPr>
        <w:t>ева</w:t>
      </w:r>
      <w:proofErr w:type="spellEnd"/>
      <w:r w:rsidRPr="00E85698">
        <w:rPr>
          <w:sz w:val="24"/>
        </w:rPr>
        <w:t>-,</w:t>
      </w:r>
      <w:r w:rsidRPr="00E85698">
        <w:rPr>
          <w:spacing w:val="3"/>
          <w:sz w:val="24"/>
        </w:rPr>
        <w:t xml:space="preserve"> </w:t>
      </w:r>
      <w:r w:rsidRPr="00E85698">
        <w:rPr>
          <w:b/>
          <w:i/>
          <w:sz w:val="24"/>
        </w:rPr>
        <w:t>-</w:t>
      </w:r>
      <w:proofErr w:type="spellStart"/>
      <w:r w:rsidRPr="00E85698">
        <w:rPr>
          <w:b/>
          <w:i/>
          <w:sz w:val="24"/>
        </w:rPr>
        <w:t>ыва</w:t>
      </w:r>
      <w:proofErr w:type="spellEnd"/>
      <w:r w:rsidRPr="00E85698">
        <w:rPr>
          <w:b/>
          <w:i/>
          <w:sz w:val="24"/>
        </w:rPr>
        <w:t>-</w:t>
      </w:r>
      <w:r w:rsidRPr="00E85698">
        <w:rPr>
          <w:sz w:val="24"/>
        </w:rPr>
        <w:t>—</w:t>
      </w:r>
      <w:r w:rsidRPr="00E85698">
        <w:rPr>
          <w:spacing w:val="-1"/>
          <w:sz w:val="24"/>
        </w:rPr>
        <w:t xml:space="preserve"> </w:t>
      </w:r>
      <w:r w:rsidRPr="00E85698">
        <w:rPr>
          <w:b/>
          <w:i/>
          <w:sz w:val="24"/>
        </w:rPr>
        <w:t>-ива-</w:t>
      </w:r>
      <w:r w:rsidRPr="00E85698">
        <w:rPr>
          <w:i/>
          <w:sz w:val="24"/>
        </w:rPr>
        <w:t>.</w:t>
      </w:r>
    </w:p>
    <w:p w:rsidR="00624C8A" w:rsidRPr="00E85698" w:rsidRDefault="00CB6516">
      <w:pPr>
        <w:pStyle w:val="a5"/>
        <w:spacing w:before="60"/>
        <w:ind w:left="286"/>
      </w:pPr>
      <w:r w:rsidRPr="00E85698">
        <w:t>Правописание</w:t>
      </w:r>
      <w:r w:rsidRPr="00E85698">
        <w:rPr>
          <w:spacing w:val="-4"/>
        </w:rPr>
        <w:t xml:space="preserve"> </w:t>
      </w:r>
      <w:r w:rsidRPr="00E85698">
        <w:t>безударных</w:t>
      </w:r>
      <w:r w:rsidRPr="00E85698">
        <w:rPr>
          <w:spacing w:val="-4"/>
        </w:rPr>
        <w:t xml:space="preserve"> </w:t>
      </w:r>
      <w:r w:rsidRPr="00E85698">
        <w:t>личных</w:t>
      </w:r>
      <w:r w:rsidRPr="00E85698">
        <w:rPr>
          <w:spacing w:val="-3"/>
        </w:rPr>
        <w:t xml:space="preserve"> </w:t>
      </w:r>
      <w:r w:rsidRPr="00E85698">
        <w:t>окончаний</w:t>
      </w:r>
      <w:r w:rsidRPr="00E85698">
        <w:rPr>
          <w:spacing w:val="-4"/>
        </w:rPr>
        <w:t xml:space="preserve"> </w:t>
      </w:r>
      <w:r w:rsidRPr="00E85698">
        <w:t>глагола.</w:t>
      </w:r>
    </w:p>
    <w:p w:rsidR="00624C8A" w:rsidRPr="00E85698" w:rsidRDefault="00CB6516">
      <w:pPr>
        <w:pStyle w:val="a5"/>
        <w:spacing w:before="60" w:line="292" w:lineRule="auto"/>
        <w:ind w:left="286" w:right="1788"/>
      </w:pPr>
      <w:r w:rsidRPr="00E85698">
        <w:t xml:space="preserve">Правописание гласной перед суффиксом </w:t>
      </w:r>
      <w:r w:rsidRPr="00E85698">
        <w:rPr>
          <w:b/>
          <w:i/>
        </w:rPr>
        <w:t xml:space="preserve">-л- </w:t>
      </w:r>
      <w:r w:rsidRPr="00E85698">
        <w:t>в формах прошедшего времени глагола.</w:t>
      </w:r>
      <w:r w:rsidRPr="00E85698">
        <w:rPr>
          <w:spacing w:val="-57"/>
        </w:rPr>
        <w:t xml:space="preserve"> </w:t>
      </w:r>
      <w:r w:rsidRPr="00E85698">
        <w:t>Слитное</w:t>
      </w:r>
      <w:r w:rsidRPr="00E85698">
        <w:rPr>
          <w:spacing w:val="-1"/>
        </w:rPr>
        <w:t xml:space="preserve"> </w:t>
      </w:r>
      <w:r w:rsidRPr="00E85698">
        <w:t>и раздельное написание</w:t>
      </w:r>
      <w:r w:rsidRPr="00E85698">
        <w:rPr>
          <w:spacing w:val="-6"/>
        </w:rPr>
        <w:t xml:space="preserve"> </w:t>
      </w:r>
      <w:r w:rsidRPr="00E85698">
        <w:rPr>
          <w:b/>
          <w:i/>
        </w:rPr>
        <w:t>не</w:t>
      </w:r>
      <w:r w:rsidRPr="00E85698">
        <w:rPr>
          <w:b/>
          <w:i/>
          <w:spacing w:val="-1"/>
        </w:rPr>
        <w:t xml:space="preserve"> </w:t>
      </w:r>
      <w:r w:rsidRPr="00E85698">
        <w:t>с глаголами.</w:t>
      </w:r>
    </w:p>
    <w:p w:rsidR="00624C8A" w:rsidRPr="00E85698" w:rsidRDefault="00CB6516">
      <w:pPr>
        <w:pStyle w:val="11"/>
        <w:spacing w:line="275" w:lineRule="exact"/>
      </w:pPr>
      <w:r w:rsidRPr="00E85698">
        <w:t>Синтаксис.</w:t>
      </w:r>
      <w:r w:rsidRPr="00E85698">
        <w:rPr>
          <w:spacing w:val="-6"/>
        </w:rPr>
        <w:t xml:space="preserve"> </w:t>
      </w:r>
      <w:r w:rsidRPr="00E85698">
        <w:t>Культура</w:t>
      </w:r>
      <w:r w:rsidRPr="00E85698">
        <w:rPr>
          <w:spacing w:val="-5"/>
        </w:rPr>
        <w:t xml:space="preserve"> </w:t>
      </w:r>
      <w:r w:rsidRPr="00E85698">
        <w:t>речи.</w:t>
      </w:r>
      <w:r w:rsidRPr="00E85698">
        <w:rPr>
          <w:spacing w:val="-5"/>
        </w:rPr>
        <w:t xml:space="preserve"> </w:t>
      </w:r>
      <w:r w:rsidRPr="00E85698">
        <w:t>Пунктуация</w:t>
      </w:r>
    </w:p>
    <w:p w:rsidR="00624C8A" w:rsidRPr="00E85698" w:rsidRDefault="00CB6516">
      <w:pPr>
        <w:pStyle w:val="a5"/>
        <w:spacing w:before="60"/>
        <w:ind w:left="286"/>
      </w:pPr>
      <w:r w:rsidRPr="00E85698">
        <w:t>Синтаксис</w:t>
      </w:r>
      <w:r w:rsidRPr="00E85698">
        <w:rPr>
          <w:spacing w:val="-4"/>
        </w:rPr>
        <w:t xml:space="preserve"> </w:t>
      </w:r>
      <w:r w:rsidRPr="00E85698">
        <w:t>как</w:t>
      </w:r>
      <w:r w:rsidRPr="00E85698">
        <w:rPr>
          <w:spacing w:val="-5"/>
        </w:rPr>
        <w:t xml:space="preserve"> </w:t>
      </w:r>
      <w:r w:rsidRPr="00E85698">
        <w:t>раздел</w:t>
      </w:r>
      <w:r w:rsidRPr="00E85698">
        <w:rPr>
          <w:spacing w:val="-5"/>
        </w:rPr>
        <w:t xml:space="preserve"> </w:t>
      </w:r>
      <w:r w:rsidRPr="00E85698">
        <w:t>грамматики.</w:t>
      </w:r>
      <w:r w:rsidRPr="00E85698">
        <w:rPr>
          <w:spacing w:val="-4"/>
        </w:rPr>
        <w:t xml:space="preserve"> </w:t>
      </w:r>
      <w:r w:rsidRPr="00E85698">
        <w:t>Словосочетание</w:t>
      </w:r>
      <w:r w:rsidRPr="00E85698">
        <w:rPr>
          <w:spacing w:val="-3"/>
        </w:rPr>
        <w:t xml:space="preserve"> </w:t>
      </w:r>
      <w:r w:rsidRPr="00E85698">
        <w:t>и</w:t>
      </w:r>
      <w:r w:rsidRPr="00E85698">
        <w:rPr>
          <w:spacing w:val="-4"/>
        </w:rPr>
        <w:t xml:space="preserve"> </w:t>
      </w:r>
      <w:r w:rsidRPr="00E85698">
        <w:t>предложение</w:t>
      </w:r>
      <w:r w:rsidRPr="00E85698">
        <w:rPr>
          <w:spacing w:val="-4"/>
        </w:rPr>
        <w:t xml:space="preserve"> </w:t>
      </w:r>
      <w:r w:rsidRPr="00E85698">
        <w:t>как</w:t>
      </w:r>
      <w:r w:rsidRPr="00E85698">
        <w:rPr>
          <w:spacing w:val="-5"/>
        </w:rPr>
        <w:t xml:space="preserve"> </w:t>
      </w:r>
      <w:r w:rsidRPr="00E85698">
        <w:t>единицы</w:t>
      </w:r>
      <w:r w:rsidRPr="00E85698">
        <w:rPr>
          <w:spacing w:val="-3"/>
        </w:rPr>
        <w:t xml:space="preserve"> </w:t>
      </w:r>
      <w:r w:rsidRPr="00E85698">
        <w:t>синтаксиса.</w:t>
      </w:r>
    </w:p>
    <w:p w:rsidR="00624C8A" w:rsidRPr="00E85698" w:rsidRDefault="00624C8A">
      <w:pPr>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469" w:firstLine="180"/>
      </w:pPr>
      <w:r w:rsidRPr="00E85698">
        <w:lastRenderedPageBreak/>
        <w:t>Словосочетание и его признаки. Основные виды словосочетаний по морфологическим свойствам</w:t>
      </w:r>
      <w:r w:rsidRPr="00E85698">
        <w:rPr>
          <w:spacing w:val="-58"/>
        </w:rPr>
        <w:t xml:space="preserve"> </w:t>
      </w:r>
      <w:r w:rsidRPr="00E85698">
        <w:t>главного</w:t>
      </w:r>
      <w:r w:rsidRPr="00E85698">
        <w:rPr>
          <w:spacing w:val="-2"/>
        </w:rPr>
        <w:t xml:space="preserve"> </w:t>
      </w:r>
      <w:r w:rsidRPr="00E85698">
        <w:t>слова</w:t>
      </w:r>
      <w:r w:rsidRPr="00E85698">
        <w:rPr>
          <w:spacing w:val="-1"/>
        </w:rPr>
        <w:t xml:space="preserve"> </w:t>
      </w:r>
      <w:r w:rsidRPr="00E85698">
        <w:t>(именные,</w:t>
      </w:r>
      <w:r w:rsidRPr="00E85698">
        <w:rPr>
          <w:spacing w:val="-2"/>
        </w:rPr>
        <w:t xml:space="preserve"> </w:t>
      </w:r>
      <w:r w:rsidRPr="00E85698">
        <w:t>глагольные,</w:t>
      </w:r>
      <w:r w:rsidRPr="00E85698">
        <w:rPr>
          <w:spacing w:val="-1"/>
        </w:rPr>
        <w:t xml:space="preserve"> </w:t>
      </w:r>
      <w:r w:rsidRPr="00E85698">
        <w:t>наречные).</w:t>
      </w:r>
      <w:r w:rsidRPr="00E85698">
        <w:rPr>
          <w:spacing w:val="-2"/>
        </w:rPr>
        <w:t xml:space="preserve"> </w:t>
      </w:r>
      <w:r w:rsidRPr="00E85698">
        <w:t>Средства</w:t>
      </w:r>
      <w:r w:rsidRPr="00E85698">
        <w:rPr>
          <w:spacing w:val="-1"/>
        </w:rPr>
        <w:t xml:space="preserve"> </w:t>
      </w:r>
      <w:r w:rsidRPr="00E85698">
        <w:t>связи</w:t>
      </w:r>
      <w:r w:rsidRPr="00E85698">
        <w:rPr>
          <w:spacing w:val="-2"/>
        </w:rPr>
        <w:t xml:space="preserve"> </w:t>
      </w:r>
      <w:r w:rsidRPr="00E85698">
        <w:t>слов</w:t>
      </w:r>
      <w:r w:rsidRPr="00E85698">
        <w:rPr>
          <w:spacing w:val="-2"/>
        </w:rPr>
        <w:t xml:space="preserve"> </w:t>
      </w:r>
      <w:r w:rsidRPr="00E85698">
        <w:t>в</w:t>
      </w:r>
      <w:r w:rsidRPr="00E85698">
        <w:rPr>
          <w:spacing w:val="-2"/>
        </w:rPr>
        <w:t xml:space="preserve"> </w:t>
      </w:r>
      <w:r w:rsidRPr="00E85698">
        <w:t>словосочетании.</w:t>
      </w:r>
    </w:p>
    <w:p w:rsidR="00624C8A" w:rsidRPr="00E85698" w:rsidRDefault="00CB6516">
      <w:pPr>
        <w:pStyle w:val="a5"/>
        <w:spacing w:line="275" w:lineRule="exact"/>
        <w:ind w:left="286"/>
      </w:pPr>
      <w:r w:rsidRPr="00E85698">
        <w:t>Синтаксический</w:t>
      </w:r>
      <w:r w:rsidRPr="00E85698">
        <w:rPr>
          <w:spacing w:val="-7"/>
        </w:rPr>
        <w:t xml:space="preserve"> </w:t>
      </w:r>
      <w:r w:rsidRPr="00E85698">
        <w:t>анализ</w:t>
      </w:r>
      <w:r w:rsidRPr="00E85698">
        <w:rPr>
          <w:spacing w:val="-7"/>
        </w:rPr>
        <w:t xml:space="preserve"> </w:t>
      </w:r>
      <w:r w:rsidRPr="00E85698">
        <w:t>словосочетания.</w:t>
      </w:r>
    </w:p>
    <w:p w:rsidR="00624C8A" w:rsidRPr="00E85698" w:rsidRDefault="00CB6516">
      <w:pPr>
        <w:pStyle w:val="a5"/>
        <w:spacing w:before="60" w:line="292" w:lineRule="auto"/>
        <w:ind w:right="272" w:firstLine="180"/>
      </w:pPr>
      <w:r w:rsidRPr="00E85698">
        <w:t>Предложение и его признаки. Виды предложений по цели высказывания и эмоциональной окраске.</w:t>
      </w:r>
      <w:r w:rsidRPr="00E85698">
        <w:rPr>
          <w:spacing w:val="-57"/>
        </w:rPr>
        <w:t xml:space="preserve"> </w:t>
      </w:r>
      <w:r w:rsidRPr="00E85698">
        <w:t>Смысловые и интонационные особенности повествовательных, вопросительных, побудительных;</w:t>
      </w:r>
      <w:r w:rsidRPr="00E85698">
        <w:rPr>
          <w:spacing w:val="1"/>
        </w:rPr>
        <w:t xml:space="preserve"> </w:t>
      </w:r>
      <w:r w:rsidRPr="00E85698">
        <w:t>восклицательных</w:t>
      </w:r>
      <w:r w:rsidRPr="00E85698">
        <w:rPr>
          <w:spacing w:val="-1"/>
        </w:rPr>
        <w:t xml:space="preserve"> </w:t>
      </w:r>
      <w:r w:rsidRPr="00E85698">
        <w:t>и невосклицательных предложений.</w:t>
      </w:r>
    </w:p>
    <w:p w:rsidR="00624C8A" w:rsidRPr="00E85698" w:rsidRDefault="00CB6516">
      <w:pPr>
        <w:pStyle w:val="a5"/>
        <w:spacing w:line="292" w:lineRule="auto"/>
        <w:ind w:right="133" w:firstLine="180"/>
      </w:pPr>
      <w:r w:rsidRPr="00E85698">
        <w:t>Главные</w:t>
      </w:r>
      <w:r w:rsidRPr="00E85698">
        <w:rPr>
          <w:spacing w:val="1"/>
        </w:rPr>
        <w:t xml:space="preserve"> </w:t>
      </w:r>
      <w:r w:rsidRPr="00E85698">
        <w:t>члены</w:t>
      </w:r>
      <w:r w:rsidRPr="00E85698">
        <w:rPr>
          <w:spacing w:val="2"/>
        </w:rPr>
        <w:t xml:space="preserve"> </w:t>
      </w:r>
      <w:r w:rsidRPr="00E85698">
        <w:t>предложения</w:t>
      </w:r>
      <w:r w:rsidRPr="00E85698">
        <w:rPr>
          <w:spacing w:val="1"/>
        </w:rPr>
        <w:t xml:space="preserve"> </w:t>
      </w:r>
      <w:r w:rsidRPr="00E85698">
        <w:t>(грамматическая основа).</w:t>
      </w:r>
      <w:r w:rsidRPr="00E85698">
        <w:rPr>
          <w:spacing w:val="2"/>
        </w:rPr>
        <w:t xml:space="preserve"> </w:t>
      </w:r>
      <w:r w:rsidRPr="00E85698">
        <w:t>Подлежащее</w:t>
      </w:r>
      <w:r w:rsidRPr="00E85698">
        <w:rPr>
          <w:spacing w:val="2"/>
        </w:rPr>
        <w:t xml:space="preserve"> </w:t>
      </w:r>
      <w:r w:rsidRPr="00E85698">
        <w:t>и</w:t>
      </w:r>
      <w:r w:rsidRPr="00E85698">
        <w:rPr>
          <w:spacing w:val="2"/>
        </w:rPr>
        <w:t xml:space="preserve"> </w:t>
      </w:r>
      <w:r w:rsidRPr="00E85698">
        <w:t>морфологические</w:t>
      </w:r>
      <w:r w:rsidRPr="00E85698">
        <w:rPr>
          <w:spacing w:val="1"/>
        </w:rPr>
        <w:t xml:space="preserve"> </w:t>
      </w:r>
      <w:r w:rsidRPr="00E85698">
        <w:t>средства</w:t>
      </w:r>
      <w:r w:rsidRPr="00E85698">
        <w:rPr>
          <w:spacing w:val="1"/>
        </w:rPr>
        <w:t xml:space="preserve"> </w:t>
      </w:r>
      <w:r w:rsidRPr="00E85698">
        <w:t>его выражения: именем существительным или местоимением в именительном падеже, сочетанием</w:t>
      </w:r>
      <w:r w:rsidRPr="00E85698">
        <w:rPr>
          <w:spacing w:val="1"/>
        </w:rPr>
        <w:t xml:space="preserve"> </w:t>
      </w:r>
      <w:r w:rsidRPr="00E85698">
        <w:t>имени существительного в форме именительного падежа с существительным или местоимением в</w:t>
      </w:r>
      <w:r w:rsidRPr="00E85698">
        <w:rPr>
          <w:spacing w:val="1"/>
        </w:rPr>
        <w:t xml:space="preserve"> </w:t>
      </w:r>
      <w:r w:rsidRPr="00E85698">
        <w:t>форме творительного падежа с предлогом; сочетанием имени числительного в форме именительного</w:t>
      </w:r>
      <w:r w:rsidRPr="00E85698">
        <w:rPr>
          <w:spacing w:val="1"/>
        </w:rPr>
        <w:t xml:space="preserve"> </w:t>
      </w:r>
      <w:r w:rsidRPr="00E85698">
        <w:t>падежа с существительным в форме родительного падежа. Сказуемое и морфологические средства его</w:t>
      </w:r>
      <w:r w:rsidRPr="00E85698">
        <w:rPr>
          <w:spacing w:val="-58"/>
        </w:rPr>
        <w:t xml:space="preserve"> </w:t>
      </w:r>
      <w:r w:rsidRPr="00E85698">
        <w:t>выражения:</w:t>
      </w:r>
      <w:r w:rsidRPr="00E85698">
        <w:rPr>
          <w:spacing w:val="-2"/>
        </w:rPr>
        <w:t xml:space="preserve"> </w:t>
      </w:r>
      <w:r w:rsidRPr="00E85698">
        <w:t>глаголом,</w:t>
      </w:r>
      <w:r w:rsidRPr="00E85698">
        <w:rPr>
          <w:spacing w:val="-1"/>
        </w:rPr>
        <w:t xml:space="preserve"> </w:t>
      </w:r>
      <w:r w:rsidRPr="00E85698">
        <w:t>именем существительным,</w:t>
      </w:r>
      <w:r w:rsidRPr="00E85698">
        <w:rPr>
          <w:spacing w:val="-1"/>
        </w:rPr>
        <w:t xml:space="preserve"> </w:t>
      </w:r>
      <w:r w:rsidRPr="00E85698">
        <w:t>именем прилагательным.</w:t>
      </w:r>
    </w:p>
    <w:p w:rsidR="00624C8A" w:rsidRPr="00E85698" w:rsidRDefault="00CB6516">
      <w:pPr>
        <w:pStyle w:val="a5"/>
        <w:spacing w:line="272" w:lineRule="exact"/>
        <w:ind w:left="286"/>
      </w:pPr>
      <w:r w:rsidRPr="00E85698">
        <w:t>Тире</w:t>
      </w:r>
      <w:r w:rsidRPr="00E85698">
        <w:rPr>
          <w:spacing w:val="-3"/>
        </w:rPr>
        <w:t xml:space="preserve"> </w:t>
      </w:r>
      <w:r w:rsidRPr="00E85698">
        <w:t>между</w:t>
      </w:r>
      <w:r w:rsidRPr="00E85698">
        <w:rPr>
          <w:spacing w:val="-3"/>
        </w:rPr>
        <w:t xml:space="preserve"> </w:t>
      </w:r>
      <w:r w:rsidRPr="00E85698">
        <w:t>подлежащим</w:t>
      </w:r>
      <w:r w:rsidRPr="00E85698">
        <w:rPr>
          <w:spacing w:val="-3"/>
        </w:rPr>
        <w:t xml:space="preserve"> </w:t>
      </w:r>
      <w:r w:rsidRPr="00E85698">
        <w:t>и</w:t>
      </w:r>
      <w:r w:rsidRPr="00E85698">
        <w:rPr>
          <w:spacing w:val="-3"/>
        </w:rPr>
        <w:t xml:space="preserve"> </w:t>
      </w:r>
      <w:r w:rsidRPr="00E85698">
        <w:t>сказуемым.</w:t>
      </w:r>
    </w:p>
    <w:p w:rsidR="00624C8A" w:rsidRPr="00E85698" w:rsidRDefault="00CB6516">
      <w:pPr>
        <w:pStyle w:val="a5"/>
        <w:spacing w:before="58" w:line="292" w:lineRule="auto"/>
        <w:ind w:right="748" w:firstLine="180"/>
      </w:pPr>
      <w:r w:rsidRPr="00E85698">
        <w:t>Предложения распространённые и нераспространённые. Второстепенные члены предложения:</w:t>
      </w:r>
      <w:r w:rsidRPr="00E85698">
        <w:rPr>
          <w:spacing w:val="-58"/>
        </w:rPr>
        <w:t xml:space="preserve"> </w:t>
      </w:r>
      <w:r w:rsidRPr="00E85698">
        <w:t>определение,</w:t>
      </w:r>
      <w:r w:rsidRPr="00E85698">
        <w:rPr>
          <w:spacing w:val="-3"/>
        </w:rPr>
        <w:t xml:space="preserve"> </w:t>
      </w:r>
      <w:r w:rsidRPr="00E85698">
        <w:t>дополнение,</w:t>
      </w:r>
      <w:r w:rsidRPr="00E85698">
        <w:rPr>
          <w:spacing w:val="-3"/>
        </w:rPr>
        <w:t xml:space="preserve"> </w:t>
      </w:r>
      <w:r w:rsidRPr="00E85698">
        <w:t>обстоятельство.</w:t>
      </w:r>
      <w:r w:rsidRPr="00E85698">
        <w:rPr>
          <w:spacing w:val="-3"/>
        </w:rPr>
        <w:t xml:space="preserve"> </w:t>
      </w:r>
      <w:r w:rsidRPr="00E85698">
        <w:t>Определение</w:t>
      </w:r>
      <w:r w:rsidRPr="00E85698">
        <w:rPr>
          <w:spacing w:val="-3"/>
        </w:rPr>
        <w:t xml:space="preserve"> </w:t>
      </w:r>
      <w:r w:rsidRPr="00E85698">
        <w:t>и</w:t>
      </w:r>
      <w:r w:rsidRPr="00E85698">
        <w:rPr>
          <w:spacing w:val="-3"/>
        </w:rPr>
        <w:t xml:space="preserve"> </w:t>
      </w:r>
      <w:r w:rsidRPr="00E85698">
        <w:t>типичные</w:t>
      </w:r>
      <w:r w:rsidRPr="00E85698">
        <w:rPr>
          <w:spacing w:val="-3"/>
        </w:rPr>
        <w:t xml:space="preserve"> </w:t>
      </w:r>
      <w:r w:rsidRPr="00E85698">
        <w:t>средства</w:t>
      </w:r>
      <w:r w:rsidRPr="00E85698">
        <w:rPr>
          <w:spacing w:val="-3"/>
        </w:rPr>
        <w:t xml:space="preserve"> </w:t>
      </w:r>
      <w:r w:rsidRPr="00E85698">
        <w:t>его</w:t>
      </w:r>
      <w:r w:rsidRPr="00E85698">
        <w:rPr>
          <w:spacing w:val="-3"/>
        </w:rPr>
        <w:t xml:space="preserve"> </w:t>
      </w:r>
      <w:r w:rsidRPr="00E85698">
        <w:t>выражения.</w:t>
      </w:r>
    </w:p>
    <w:p w:rsidR="00624C8A" w:rsidRPr="00E85698" w:rsidRDefault="00CB6516">
      <w:pPr>
        <w:pStyle w:val="a5"/>
        <w:spacing w:line="292" w:lineRule="auto"/>
        <w:ind w:right="532"/>
        <w:jc w:val="both"/>
      </w:pPr>
      <w:r w:rsidRPr="00E85698">
        <w:t>Дополнение (прямое и косвенное) и типичные средства его выражения. Обстоятельство, типичные</w:t>
      </w:r>
      <w:r w:rsidRPr="00E85698">
        <w:rPr>
          <w:spacing w:val="-58"/>
        </w:rPr>
        <w:t xml:space="preserve"> </w:t>
      </w:r>
      <w:r w:rsidRPr="00E85698">
        <w:t>средства его выражения, виды обстоятельств по значению (времени, места, образа действия, цели,</w:t>
      </w:r>
      <w:r w:rsidRPr="00E85698">
        <w:rPr>
          <w:spacing w:val="-57"/>
        </w:rPr>
        <w:t xml:space="preserve"> </w:t>
      </w:r>
      <w:r w:rsidRPr="00E85698">
        <w:t>причины,</w:t>
      </w:r>
      <w:r w:rsidRPr="00E85698">
        <w:rPr>
          <w:spacing w:val="-1"/>
        </w:rPr>
        <w:t xml:space="preserve"> </w:t>
      </w:r>
      <w:r w:rsidRPr="00E85698">
        <w:t>меры и степени, условия, уступки).</w:t>
      </w:r>
    </w:p>
    <w:p w:rsidR="00624C8A" w:rsidRPr="00E85698" w:rsidRDefault="00CB6516">
      <w:pPr>
        <w:pStyle w:val="a5"/>
        <w:spacing w:line="292" w:lineRule="auto"/>
        <w:ind w:right="173" w:firstLine="180"/>
        <w:jc w:val="both"/>
      </w:pPr>
      <w:r w:rsidRPr="00E85698">
        <w:t>Простое осложнённое предложение. Однородные члены предложения, их роль в речи. Особенности</w:t>
      </w:r>
      <w:r w:rsidRPr="00E85698">
        <w:rPr>
          <w:spacing w:val="-57"/>
        </w:rPr>
        <w:t xml:space="preserve"> </w:t>
      </w:r>
      <w:r w:rsidRPr="00E85698">
        <w:t>интонации предложений с однородными членами. Предложения с однородными членами (без союзов,</w:t>
      </w:r>
      <w:r w:rsidRPr="00E85698">
        <w:rPr>
          <w:spacing w:val="-58"/>
        </w:rPr>
        <w:t xml:space="preserve"> </w:t>
      </w:r>
      <w:r w:rsidRPr="00E85698">
        <w:t>с</w:t>
      </w:r>
      <w:r w:rsidRPr="00E85698">
        <w:rPr>
          <w:spacing w:val="-2"/>
        </w:rPr>
        <w:t xml:space="preserve"> </w:t>
      </w:r>
      <w:r w:rsidRPr="00E85698">
        <w:t>одиночным</w:t>
      </w:r>
      <w:r w:rsidRPr="00E85698">
        <w:rPr>
          <w:spacing w:val="-1"/>
        </w:rPr>
        <w:t xml:space="preserve"> </w:t>
      </w:r>
      <w:r w:rsidRPr="00E85698">
        <w:t>союзом</w:t>
      </w:r>
      <w:r w:rsidRPr="00E85698">
        <w:rPr>
          <w:spacing w:val="3"/>
        </w:rPr>
        <w:t xml:space="preserve"> </w:t>
      </w:r>
      <w:r w:rsidRPr="00E85698">
        <w:rPr>
          <w:b/>
          <w:i/>
        </w:rPr>
        <w:t>и</w:t>
      </w:r>
      <w:r w:rsidRPr="00E85698">
        <w:t>,</w:t>
      </w:r>
      <w:r w:rsidRPr="00E85698">
        <w:rPr>
          <w:spacing w:val="-1"/>
        </w:rPr>
        <w:t xml:space="preserve"> </w:t>
      </w:r>
      <w:proofErr w:type="gramStart"/>
      <w:r w:rsidRPr="00E85698">
        <w:t>союзами</w:t>
      </w:r>
      <w:proofErr w:type="gramEnd"/>
      <w:r w:rsidRPr="00E85698">
        <w:rPr>
          <w:spacing w:val="-1"/>
        </w:rPr>
        <w:t xml:space="preserve"> </w:t>
      </w:r>
      <w:r w:rsidRPr="00E85698">
        <w:rPr>
          <w:b/>
          <w:i/>
        </w:rPr>
        <w:t>а</w:t>
      </w:r>
      <w:r w:rsidRPr="00E85698">
        <w:t>,</w:t>
      </w:r>
      <w:r w:rsidRPr="00E85698">
        <w:rPr>
          <w:spacing w:val="-2"/>
        </w:rPr>
        <w:t xml:space="preserve"> </w:t>
      </w:r>
      <w:r w:rsidRPr="00E85698">
        <w:rPr>
          <w:b/>
          <w:i/>
        </w:rPr>
        <w:t>но</w:t>
      </w:r>
      <w:r w:rsidRPr="00E85698">
        <w:t>,</w:t>
      </w:r>
      <w:r w:rsidRPr="00E85698">
        <w:rPr>
          <w:spacing w:val="-1"/>
        </w:rPr>
        <w:t xml:space="preserve"> </w:t>
      </w:r>
      <w:r w:rsidRPr="00E85698">
        <w:rPr>
          <w:b/>
          <w:i/>
        </w:rPr>
        <w:t>однако</w:t>
      </w:r>
      <w:r w:rsidRPr="00E85698">
        <w:t>,</w:t>
      </w:r>
      <w:r w:rsidRPr="00E85698">
        <w:rPr>
          <w:spacing w:val="-1"/>
        </w:rPr>
        <w:t xml:space="preserve"> </w:t>
      </w:r>
      <w:r w:rsidRPr="00E85698">
        <w:rPr>
          <w:b/>
          <w:i/>
        </w:rPr>
        <w:t>зато</w:t>
      </w:r>
      <w:r w:rsidRPr="00E85698">
        <w:t>,</w:t>
      </w:r>
      <w:r w:rsidRPr="00E85698">
        <w:rPr>
          <w:spacing w:val="-1"/>
        </w:rPr>
        <w:t xml:space="preserve"> </w:t>
      </w:r>
      <w:r w:rsidRPr="00E85698">
        <w:rPr>
          <w:b/>
          <w:i/>
        </w:rPr>
        <w:t>да</w:t>
      </w:r>
      <w:r w:rsidRPr="00E85698">
        <w:rPr>
          <w:b/>
          <w:i/>
          <w:spacing w:val="-1"/>
        </w:rPr>
        <w:t xml:space="preserve"> </w:t>
      </w:r>
      <w:r w:rsidRPr="00E85698">
        <w:t>(в</w:t>
      </w:r>
      <w:r w:rsidRPr="00E85698">
        <w:rPr>
          <w:spacing w:val="-3"/>
        </w:rPr>
        <w:t xml:space="preserve"> </w:t>
      </w:r>
      <w:r w:rsidRPr="00E85698">
        <w:t>значении</w:t>
      </w:r>
      <w:r w:rsidRPr="00E85698">
        <w:rPr>
          <w:spacing w:val="3"/>
        </w:rPr>
        <w:t xml:space="preserve"> </w:t>
      </w:r>
      <w:r w:rsidRPr="00E85698">
        <w:rPr>
          <w:b/>
          <w:i/>
        </w:rPr>
        <w:t>и</w:t>
      </w:r>
      <w:r w:rsidRPr="00E85698">
        <w:t>),</w:t>
      </w:r>
      <w:r w:rsidRPr="00E85698">
        <w:rPr>
          <w:spacing w:val="3"/>
        </w:rPr>
        <w:t xml:space="preserve"> </w:t>
      </w:r>
      <w:r w:rsidRPr="00E85698">
        <w:rPr>
          <w:b/>
          <w:i/>
        </w:rPr>
        <w:t>да</w:t>
      </w:r>
      <w:r w:rsidRPr="00E85698">
        <w:rPr>
          <w:b/>
          <w:i/>
          <w:spacing w:val="-1"/>
        </w:rPr>
        <w:t xml:space="preserve"> </w:t>
      </w:r>
      <w:r w:rsidRPr="00E85698">
        <w:t>(в</w:t>
      </w:r>
      <w:r w:rsidRPr="00E85698">
        <w:rPr>
          <w:spacing w:val="-2"/>
        </w:rPr>
        <w:t xml:space="preserve"> </w:t>
      </w:r>
      <w:r w:rsidRPr="00E85698">
        <w:t>значении</w:t>
      </w:r>
      <w:r w:rsidRPr="00E85698">
        <w:rPr>
          <w:spacing w:val="2"/>
        </w:rPr>
        <w:t xml:space="preserve"> </w:t>
      </w:r>
      <w:r w:rsidRPr="00E85698">
        <w:rPr>
          <w:b/>
          <w:i/>
        </w:rPr>
        <w:t>но</w:t>
      </w:r>
      <w:r w:rsidRPr="00E85698">
        <w:t>).</w:t>
      </w:r>
    </w:p>
    <w:p w:rsidR="00624C8A" w:rsidRPr="00E85698" w:rsidRDefault="00CB6516">
      <w:pPr>
        <w:pStyle w:val="a5"/>
        <w:spacing w:line="274" w:lineRule="exact"/>
        <w:jc w:val="both"/>
      </w:pPr>
      <w:r w:rsidRPr="00E85698">
        <w:t>Предложения</w:t>
      </w:r>
      <w:r w:rsidRPr="00E85698">
        <w:rPr>
          <w:spacing w:val="-4"/>
        </w:rPr>
        <w:t xml:space="preserve"> </w:t>
      </w:r>
      <w:r w:rsidRPr="00E85698">
        <w:t>с</w:t>
      </w:r>
      <w:r w:rsidRPr="00E85698">
        <w:rPr>
          <w:spacing w:val="-3"/>
        </w:rPr>
        <w:t xml:space="preserve"> </w:t>
      </w:r>
      <w:r w:rsidRPr="00E85698">
        <w:t>обобщающим</w:t>
      </w:r>
      <w:r w:rsidRPr="00E85698">
        <w:rPr>
          <w:spacing w:val="-3"/>
        </w:rPr>
        <w:t xml:space="preserve"> </w:t>
      </w:r>
      <w:r w:rsidRPr="00E85698">
        <w:t>словом</w:t>
      </w:r>
      <w:r w:rsidRPr="00E85698">
        <w:rPr>
          <w:spacing w:val="-3"/>
        </w:rPr>
        <w:t xml:space="preserve"> </w:t>
      </w:r>
      <w:r w:rsidRPr="00E85698">
        <w:t>при</w:t>
      </w:r>
      <w:r w:rsidRPr="00E85698">
        <w:rPr>
          <w:spacing w:val="-3"/>
        </w:rPr>
        <w:t xml:space="preserve"> </w:t>
      </w:r>
      <w:r w:rsidRPr="00E85698">
        <w:t>однородных</w:t>
      </w:r>
      <w:r w:rsidRPr="00E85698">
        <w:rPr>
          <w:spacing w:val="-3"/>
        </w:rPr>
        <w:t xml:space="preserve"> </w:t>
      </w:r>
      <w:r w:rsidRPr="00E85698">
        <w:t>членах.</w:t>
      </w:r>
    </w:p>
    <w:p w:rsidR="00624C8A" w:rsidRPr="00E85698" w:rsidRDefault="00CB6516">
      <w:pPr>
        <w:pStyle w:val="a5"/>
        <w:spacing w:before="57" w:line="292" w:lineRule="auto"/>
        <w:ind w:left="286" w:right="957"/>
        <w:jc w:val="both"/>
      </w:pPr>
      <w:r w:rsidRPr="00E85698">
        <w:t>Предложения с обращением, особенности интонации. Обращение и средства его выражения.</w:t>
      </w:r>
      <w:r w:rsidRPr="00E85698">
        <w:rPr>
          <w:spacing w:val="-58"/>
        </w:rPr>
        <w:t xml:space="preserve"> </w:t>
      </w:r>
      <w:r w:rsidRPr="00E85698">
        <w:t>Синтаксический</w:t>
      </w:r>
      <w:r w:rsidRPr="00E85698">
        <w:rPr>
          <w:spacing w:val="-1"/>
        </w:rPr>
        <w:t xml:space="preserve"> </w:t>
      </w:r>
      <w:r w:rsidRPr="00E85698">
        <w:t>анализ</w:t>
      </w:r>
      <w:r w:rsidRPr="00E85698">
        <w:rPr>
          <w:spacing w:val="-2"/>
        </w:rPr>
        <w:t xml:space="preserve"> </w:t>
      </w:r>
      <w:r w:rsidRPr="00E85698">
        <w:t>простого и</w:t>
      </w:r>
      <w:r w:rsidRPr="00E85698">
        <w:rPr>
          <w:spacing w:val="-1"/>
        </w:rPr>
        <w:t xml:space="preserve"> </w:t>
      </w:r>
      <w:r w:rsidRPr="00E85698">
        <w:t>простого</w:t>
      </w:r>
      <w:r w:rsidRPr="00E85698">
        <w:rPr>
          <w:spacing w:val="-1"/>
        </w:rPr>
        <w:t xml:space="preserve"> </w:t>
      </w:r>
      <w:r w:rsidRPr="00E85698">
        <w:t>осложнённого предложений.</w:t>
      </w:r>
    </w:p>
    <w:p w:rsidR="00624C8A" w:rsidRPr="00E85698" w:rsidRDefault="00CB6516">
      <w:pPr>
        <w:pStyle w:val="a5"/>
        <w:spacing w:line="292" w:lineRule="auto"/>
        <w:ind w:right="732" w:firstLine="180"/>
      </w:pPr>
      <w:r w:rsidRPr="00E85698">
        <w:t>Пунктуационное оформление предложений, осложнённых однородными членами, связанными</w:t>
      </w:r>
      <w:r w:rsidRPr="00E85698">
        <w:rPr>
          <w:spacing w:val="-57"/>
        </w:rPr>
        <w:t xml:space="preserve"> </w:t>
      </w:r>
      <w:r w:rsidRPr="00E85698">
        <w:t xml:space="preserve">бессоюзной связью, одиночным союзом </w:t>
      </w:r>
      <w:r w:rsidRPr="00E85698">
        <w:rPr>
          <w:b/>
          <w:i/>
        </w:rPr>
        <w:t>и</w:t>
      </w:r>
      <w:r w:rsidRPr="00E85698">
        <w:t xml:space="preserve">, </w:t>
      </w:r>
      <w:proofErr w:type="gramStart"/>
      <w:r w:rsidRPr="00E85698">
        <w:t>союзами</w:t>
      </w:r>
      <w:proofErr w:type="gramEnd"/>
      <w:r w:rsidRPr="00E85698">
        <w:t xml:space="preserve"> </w:t>
      </w:r>
      <w:r w:rsidRPr="00E85698">
        <w:rPr>
          <w:b/>
          <w:i/>
        </w:rPr>
        <w:t>а</w:t>
      </w:r>
      <w:r w:rsidRPr="00E85698">
        <w:t xml:space="preserve">, </w:t>
      </w:r>
      <w:r w:rsidRPr="00E85698">
        <w:rPr>
          <w:b/>
          <w:i/>
        </w:rPr>
        <w:t>но</w:t>
      </w:r>
      <w:r w:rsidRPr="00E85698">
        <w:t xml:space="preserve">, </w:t>
      </w:r>
      <w:r w:rsidRPr="00E85698">
        <w:rPr>
          <w:b/>
          <w:i/>
        </w:rPr>
        <w:t>однако</w:t>
      </w:r>
      <w:r w:rsidRPr="00E85698">
        <w:t xml:space="preserve">, </w:t>
      </w:r>
      <w:r w:rsidRPr="00E85698">
        <w:rPr>
          <w:b/>
          <w:i/>
        </w:rPr>
        <w:t>зато</w:t>
      </w:r>
      <w:r w:rsidRPr="00E85698">
        <w:t xml:space="preserve">, </w:t>
      </w:r>
      <w:r w:rsidRPr="00E85698">
        <w:rPr>
          <w:b/>
          <w:i/>
        </w:rPr>
        <w:t xml:space="preserve">да </w:t>
      </w:r>
      <w:r w:rsidRPr="00E85698">
        <w:t xml:space="preserve">(в значении </w:t>
      </w:r>
      <w:r w:rsidRPr="00E85698">
        <w:rPr>
          <w:b/>
          <w:i/>
        </w:rPr>
        <w:t>и</w:t>
      </w:r>
      <w:r w:rsidRPr="00E85698">
        <w:t xml:space="preserve">), </w:t>
      </w:r>
      <w:r w:rsidRPr="00E85698">
        <w:rPr>
          <w:b/>
          <w:i/>
        </w:rPr>
        <w:t xml:space="preserve">да </w:t>
      </w:r>
      <w:r w:rsidRPr="00E85698">
        <w:t>(в</w:t>
      </w:r>
      <w:r w:rsidRPr="00E85698">
        <w:rPr>
          <w:spacing w:val="1"/>
        </w:rPr>
        <w:t xml:space="preserve"> </w:t>
      </w:r>
      <w:r w:rsidRPr="00E85698">
        <w:t>значении</w:t>
      </w:r>
      <w:r w:rsidRPr="00E85698">
        <w:rPr>
          <w:spacing w:val="5"/>
        </w:rPr>
        <w:t xml:space="preserve"> </w:t>
      </w:r>
      <w:r w:rsidRPr="00E85698">
        <w:rPr>
          <w:b/>
          <w:i/>
        </w:rPr>
        <w:t>но</w:t>
      </w:r>
      <w:r w:rsidRPr="00E85698">
        <w:t>).</w:t>
      </w:r>
    </w:p>
    <w:p w:rsidR="00624C8A" w:rsidRPr="00E85698" w:rsidRDefault="00CB6516">
      <w:pPr>
        <w:pStyle w:val="a5"/>
        <w:spacing w:line="292" w:lineRule="auto"/>
        <w:ind w:right="988" w:firstLine="180"/>
      </w:pPr>
      <w:r w:rsidRPr="00E85698">
        <w:t>Предложения простые и сложные. Сложные предложения с бессоюзной и союзной связью.</w:t>
      </w:r>
      <w:r w:rsidRPr="00E85698">
        <w:rPr>
          <w:spacing w:val="1"/>
        </w:rPr>
        <w:t xml:space="preserve"> </w:t>
      </w:r>
      <w:r w:rsidRPr="00E85698">
        <w:t>Предложения сложносочинённые и сложноподчинённые (общее представление, практическое</w:t>
      </w:r>
      <w:r w:rsidRPr="00E85698">
        <w:rPr>
          <w:spacing w:val="-58"/>
        </w:rPr>
        <w:t xml:space="preserve"> </w:t>
      </w:r>
      <w:r w:rsidRPr="00E85698">
        <w:t>усвоение).</w:t>
      </w:r>
    </w:p>
    <w:p w:rsidR="00624C8A" w:rsidRPr="00E85698" w:rsidRDefault="00CB6516">
      <w:pPr>
        <w:pStyle w:val="a5"/>
        <w:spacing w:line="292" w:lineRule="auto"/>
        <w:ind w:right="329" w:firstLine="180"/>
      </w:pPr>
      <w:r w:rsidRPr="00E85698">
        <w:t>Пунктуационное оформление сложных предложений, состоящих из частей, связанных бессоюзной</w:t>
      </w:r>
      <w:r w:rsidRPr="00E85698">
        <w:rPr>
          <w:spacing w:val="-58"/>
        </w:rPr>
        <w:t xml:space="preserve"> </w:t>
      </w:r>
      <w:r w:rsidRPr="00E85698">
        <w:t>связью</w:t>
      </w:r>
      <w:r w:rsidRPr="00E85698">
        <w:rPr>
          <w:spacing w:val="-2"/>
        </w:rPr>
        <w:t xml:space="preserve"> </w:t>
      </w:r>
      <w:r w:rsidRPr="00E85698">
        <w:t>и союзами</w:t>
      </w:r>
      <w:r w:rsidRPr="00E85698">
        <w:rPr>
          <w:spacing w:val="-1"/>
        </w:rPr>
        <w:t xml:space="preserve"> </w:t>
      </w:r>
      <w:r w:rsidRPr="00E85698">
        <w:rPr>
          <w:b/>
          <w:i/>
        </w:rPr>
        <w:t>и</w:t>
      </w:r>
      <w:r w:rsidRPr="00E85698">
        <w:t xml:space="preserve">, </w:t>
      </w:r>
      <w:r w:rsidRPr="00E85698">
        <w:rPr>
          <w:b/>
          <w:i/>
        </w:rPr>
        <w:t>но</w:t>
      </w:r>
      <w:r w:rsidRPr="00E85698">
        <w:t>,</w:t>
      </w:r>
      <w:r w:rsidRPr="00E85698">
        <w:rPr>
          <w:spacing w:val="-1"/>
        </w:rPr>
        <w:t xml:space="preserve"> </w:t>
      </w:r>
      <w:r w:rsidRPr="00E85698">
        <w:rPr>
          <w:b/>
          <w:i/>
        </w:rPr>
        <w:t>а</w:t>
      </w:r>
      <w:r w:rsidRPr="00E85698">
        <w:t xml:space="preserve">, </w:t>
      </w:r>
      <w:r w:rsidRPr="00E85698">
        <w:rPr>
          <w:b/>
          <w:i/>
        </w:rPr>
        <w:t>однако</w:t>
      </w:r>
      <w:r w:rsidRPr="00E85698">
        <w:t xml:space="preserve">, </w:t>
      </w:r>
      <w:r w:rsidRPr="00E85698">
        <w:rPr>
          <w:b/>
          <w:i/>
        </w:rPr>
        <w:t>зато</w:t>
      </w:r>
      <w:r w:rsidRPr="00E85698">
        <w:t xml:space="preserve">, </w:t>
      </w:r>
      <w:r w:rsidRPr="00E85698">
        <w:rPr>
          <w:b/>
          <w:i/>
        </w:rPr>
        <w:t>да</w:t>
      </w:r>
      <w:r w:rsidRPr="00E85698">
        <w:t>.</w:t>
      </w:r>
    </w:p>
    <w:p w:rsidR="00624C8A" w:rsidRPr="00E85698" w:rsidRDefault="00CB6516">
      <w:pPr>
        <w:pStyle w:val="a5"/>
        <w:spacing w:line="275" w:lineRule="exact"/>
        <w:ind w:left="286"/>
      </w:pPr>
      <w:r w:rsidRPr="00E85698">
        <w:t>Предложения</w:t>
      </w:r>
      <w:r w:rsidRPr="00E85698">
        <w:rPr>
          <w:spacing w:val="-4"/>
        </w:rPr>
        <w:t xml:space="preserve"> </w:t>
      </w:r>
      <w:r w:rsidRPr="00E85698">
        <w:t>с</w:t>
      </w:r>
      <w:r w:rsidRPr="00E85698">
        <w:rPr>
          <w:spacing w:val="-3"/>
        </w:rPr>
        <w:t xml:space="preserve"> </w:t>
      </w:r>
      <w:r w:rsidRPr="00E85698">
        <w:t>прямой</w:t>
      </w:r>
      <w:r w:rsidRPr="00E85698">
        <w:rPr>
          <w:spacing w:val="-2"/>
        </w:rPr>
        <w:t xml:space="preserve"> </w:t>
      </w:r>
      <w:r w:rsidRPr="00E85698">
        <w:t>речью.</w:t>
      </w:r>
    </w:p>
    <w:p w:rsidR="00624C8A" w:rsidRPr="00E85698" w:rsidRDefault="00CB6516">
      <w:pPr>
        <w:pStyle w:val="a5"/>
        <w:spacing w:before="56" w:line="292" w:lineRule="auto"/>
        <w:ind w:left="286" w:right="4270"/>
      </w:pPr>
      <w:r w:rsidRPr="00E85698">
        <w:t>Пунктуационное оформление предложений с прямой речью.</w:t>
      </w:r>
      <w:r w:rsidRPr="00E85698">
        <w:rPr>
          <w:spacing w:val="-58"/>
        </w:rPr>
        <w:t xml:space="preserve"> </w:t>
      </w:r>
      <w:r w:rsidRPr="00E85698">
        <w:t>Диалог.</w:t>
      </w:r>
    </w:p>
    <w:p w:rsidR="00624C8A" w:rsidRPr="00E85698" w:rsidRDefault="00CB6516">
      <w:pPr>
        <w:pStyle w:val="a5"/>
        <w:spacing w:line="292" w:lineRule="auto"/>
        <w:ind w:left="286" w:right="5438"/>
      </w:pPr>
      <w:r w:rsidRPr="00E85698">
        <w:t>Пунктуационное оформление диалога на письме.</w:t>
      </w:r>
      <w:r w:rsidRPr="00E85698">
        <w:rPr>
          <w:spacing w:val="-58"/>
        </w:rPr>
        <w:t xml:space="preserve"> </w:t>
      </w:r>
      <w:r w:rsidRPr="00E85698">
        <w:t>Пунктуация</w:t>
      </w:r>
      <w:r w:rsidRPr="00E85698">
        <w:rPr>
          <w:spacing w:val="-2"/>
        </w:rPr>
        <w:t xml:space="preserve"> </w:t>
      </w:r>
      <w:r w:rsidRPr="00E85698">
        <w:t>как</w:t>
      </w:r>
      <w:r w:rsidRPr="00E85698">
        <w:rPr>
          <w:spacing w:val="-2"/>
        </w:rPr>
        <w:t xml:space="preserve"> </w:t>
      </w:r>
      <w:r w:rsidRPr="00E85698">
        <w:t>раздел</w:t>
      </w:r>
      <w:r w:rsidRPr="00E85698">
        <w:rPr>
          <w:spacing w:val="-1"/>
        </w:rPr>
        <w:t xml:space="preserve"> </w:t>
      </w:r>
      <w:r w:rsidRPr="00E85698">
        <w:t>лингвистики.</w:t>
      </w:r>
    </w:p>
    <w:p w:rsidR="00624C8A" w:rsidRPr="00E85698" w:rsidRDefault="00CB6516">
      <w:pPr>
        <w:pStyle w:val="11"/>
        <w:numPr>
          <w:ilvl w:val="0"/>
          <w:numId w:val="7"/>
        </w:numPr>
        <w:tabs>
          <w:tab w:val="left" w:pos="287"/>
        </w:tabs>
        <w:spacing w:before="189"/>
        <w:jc w:val="both"/>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1" w:line="292" w:lineRule="auto"/>
        <w:ind w:left="286" w:right="205"/>
      </w:pPr>
      <w:r w:rsidRPr="00E85698">
        <w:t>Русский язык — государственный язык Российской Федерации и язык межнационального общения.</w:t>
      </w:r>
      <w:r w:rsidRPr="00E85698">
        <w:rPr>
          <w:spacing w:val="-58"/>
        </w:rPr>
        <w:t xml:space="preserve"> </w:t>
      </w:r>
      <w:r w:rsidRPr="00E85698">
        <w:t>Понятие</w:t>
      </w:r>
      <w:r w:rsidRPr="00E85698">
        <w:rPr>
          <w:spacing w:val="-1"/>
        </w:rPr>
        <w:t xml:space="preserve"> </w:t>
      </w:r>
      <w:r w:rsidRPr="00E85698">
        <w:t>о литературном языке.</w:t>
      </w:r>
    </w:p>
    <w:p w:rsidR="00624C8A" w:rsidRPr="00E85698" w:rsidRDefault="00CB6516">
      <w:pPr>
        <w:pStyle w:val="11"/>
        <w:spacing w:before="118"/>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0" w:line="292" w:lineRule="auto"/>
        <w:ind w:right="198" w:firstLine="180"/>
      </w:pPr>
      <w:r w:rsidRPr="00E85698">
        <w:t>Монолог-описание, монолог-повествование, монолог-рассуждение; сообщение на лингвистическую</w:t>
      </w:r>
      <w:r w:rsidRPr="00E85698">
        <w:rPr>
          <w:spacing w:val="-58"/>
        </w:rPr>
        <w:t xml:space="preserve"> </w:t>
      </w:r>
      <w:r w:rsidRPr="00E85698">
        <w:t>тему.</w:t>
      </w:r>
    </w:p>
    <w:p w:rsidR="00624C8A" w:rsidRPr="00E85698" w:rsidRDefault="00CB6516">
      <w:pPr>
        <w:pStyle w:val="a5"/>
        <w:spacing w:line="275" w:lineRule="exact"/>
        <w:ind w:left="286"/>
      </w:pPr>
      <w:r w:rsidRPr="00E85698">
        <w:t>Виды</w:t>
      </w:r>
      <w:r w:rsidRPr="00E85698">
        <w:rPr>
          <w:spacing w:val="-3"/>
        </w:rPr>
        <w:t xml:space="preserve"> </w:t>
      </w:r>
      <w:r w:rsidRPr="00E85698">
        <w:t>диалога:</w:t>
      </w:r>
      <w:r w:rsidRPr="00E85698">
        <w:rPr>
          <w:spacing w:val="-4"/>
        </w:rPr>
        <w:t xml:space="preserve"> </w:t>
      </w:r>
      <w:r w:rsidRPr="00E85698">
        <w:t>побуждение</w:t>
      </w:r>
      <w:r w:rsidRPr="00E85698">
        <w:rPr>
          <w:spacing w:val="-3"/>
        </w:rPr>
        <w:t xml:space="preserve"> </w:t>
      </w:r>
      <w:r w:rsidRPr="00E85698">
        <w:t>к</w:t>
      </w:r>
      <w:r w:rsidRPr="00E85698">
        <w:rPr>
          <w:spacing w:val="-3"/>
        </w:rPr>
        <w:t xml:space="preserve"> </w:t>
      </w:r>
      <w:r w:rsidRPr="00E85698">
        <w:t>действию,</w:t>
      </w:r>
      <w:r w:rsidRPr="00E85698">
        <w:rPr>
          <w:spacing w:val="-3"/>
        </w:rPr>
        <w:t xml:space="preserve"> </w:t>
      </w:r>
      <w:r w:rsidRPr="00E85698">
        <w:t>обмен</w:t>
      </w:r>
      <w:r w:rsidRPr="00E85698">
        <w:rPr>
          <w:spacing w:val="-3"/>
        </w:rPr>
        <w:t xml:space="preserve"> </w:t>
      </w:r>
      <w:r w:rsidRPr="00E85698">
        <w:t>мнениями.</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11"/>
        <w:spacing w:before="66"/>
      </w:pPr>
      <w:r w:rsidRPr="00E85698">
        <w:lastRenderedPageBreak/>
        <w:t>Текст</w:t>
      </w:r>
    </w:p>
    <w:p w:rsidR="00624C8A" w:rsidRPr="00E85698" w:rsidRDefault="00CB6516">
      <w:pPr>
        <w:pStyle w:val="a5"/>
        <w:spacing w:before="60" w:line="292" w:lineRule="auto"/>
        <w:ind w:right="584" w:firstLine="180"/>
      </w:pPr>
      <w:r w:rsidRPr="00E85698">
        <w:t xml:space="preserve">Смысловой анализ текста: его композиционных особенностей, </w:t>
      </w:r>
      <w:proofErr w:type="spellStart"/>
      <w:r w:rsidRPr="00E85698">
        <w:t>микротем</w:t>
      </w:r>
      <w:proofErr w:type="spellEnd"/>
      <w:r w:rsidRPr="00E85698">
        <w:t xml:space="preserve"> и абзацев, способов и</w:t>
      </w:r>
      <w:r w:rsidRPr="00E85698">
        <w:rPr>
          <w:spacing w:val="1"/>
        </w:rPr>
        <w:t xml:space="preserve"> </w:t>
      </w:r>
      <w:r w:rsidRPr="00E85698">
        <w:t>средств связи предложений в тексте; использование языковых средств выразительности (в рамках</w:t>
      </w:r>
      <w:r w:rsidRPr="00E85698">
        <w:rPr>
          <w:spacing w:val="-58"/>
        </w:rPr>
        <w:t xml:space="preserve"> </w:t>
      </w:r>
      <w:r w:rsidRPr="00E85698">
        <w:t>изученного).</w:t>
      </w:r>
    </w:p>
    <w:p w:rsidR="00624C8A" w:rsidRPr="00E85698" w:rsidRDefault="00CB6516">
      <w:pPr>
        <w:pStyle w:val="a5"/>
        <w:spacing w:line="292" w:lineRule="auto"/>
        <w:ind w:right="790" w:firstLine="180"/>
      </w:pPr>
      <w:r w:rsidRPr="00E85698">
        <w:t>Информационная переработка текста. План текста (простой, сложный; назывной, вопросный);</w:t>
      </w:r>
      <w:r w:rsidRPr="00E85698">
        <w:rPr>
          <w:spacing w:val="-58"/>
        </w:rPr>
        <w:t xml:space="preserve"> </w:t>
      </w:r>
      <w:r w:rsidRPr="00E85698">
        <w:t>главная</w:t>
      </w:r>
      <w:r w:rsidRPr="00E85698">
        <w:rPr>
          <w:spacing w:val="-2"/>
        </w:rPr>
        <w:t xml:space="preserve"> </w:t>
      </w:r>
      <w:r w:rsidRPr="00E85698">
        <w:t>и второстепенная</w:t>
      </w:r>
      <w:r w:rsidRPr="00E85698">
        <w:rPr>
          <w:spacing w:val="-2"/>
        </w:rPr>
        <w:t xml:space="preserve"> </w:t>
      </w:r>
      <w:r w:rsidRPr="00E85698">
        <w:t>информация</w:t>
      </w:r>
      <w:r w:rsidRPr="00E85698">
        <w:rPr>
          <w:spacing w:val="-1"/>
        </w:rPr>
        <w:t xml:space="preserve"> </w:t>
      </w:r>
      <w:r w:rsidRPr="00E85698">
        <w:t>текста;</w:t>
      </w:r>
      <w:r w:rsidRPr="00E85698">
        <w:rPr>
          <w:spacing w:val="-2"/>
        </w:rPr>
        <w:t xml:space="preserve"> </w:t>
      </w:r>
      <w:r w:rsidRPr="00E85698">
        <w:t>пересказ</w:t>
      </w:r>
      <w:r w:rsidRPr="00E85698">
        <w:rPr>
          <w:spacing w:val="-1"/>
        </w:rPr>
        <w:t xml:space="preserve"> </w:t>
      </w:r>
      <w:r w:rsidRPr="00E85698">
        <w:t>текста.</w:t>
      </w:r>
    </w:p>
    <w:p w:rsidR="00624C8A" w:rsidRPr="00E85698" w:rsidRDefault="00CB6516">
      <w:pPr>
        <w:pStyle w:val="a5"/>
        <w:spacing w:line="292" w:lineRule="auto"/>
        <w:ind w:left="286" w:right="7276"/>
      </w:pPr>
      <w:r w:rsidRPr="00E85698">
        <w:t>Описание как тип речи.</w:t>
      </w:r>
      <w:r w:rsidRPr="00E85698">
        <w:rPr>
          <w:spacing w:val="1"/>
        </w:rPr>
        <w:t xml:space="preserve"> </w:t>
      </w:r>
      <w:r w:rsidRPr="00E85698">
        <w:t>Описание внешности человека.</w:t>
      </w:r>
      <w:r w:rsidRPr="00E85698">
        <w:rPr>
          <w:spacing w:val="-58"/>
        </w:rPr>
        <w:t xml:space="preserve"> </w:t>
      </w:r>
      <w:r w:rsidRPr="00E85698">
        <w:t>Описание</w:t>
      </w:r>
      <w:r w:rsidRPr="00E85698">
        <w:rPr>
          <w:spacing w:val="-1"/>
        </w:rPr>
        <w:t xml:space="preserve"> </w:t>
      </w:r>
      <w:r w:rsidRPr="00E85698">
        <w:t>помещения.</w:t>
      </w:r>
    </w:p>
    <w:p w:rsidR="00624C8A" w:rsidRPr="00E85698" w:rsidRDefault="00CB6516">
      <w:pPr>
        <w:pStyle w:val="a5"/>
        <w:spacing w:line="292" w:lineRule="auto"/>
        <w:ind w:left="286" w:right="8309"/>
      </w:pPr>
      <w:r w:rsidRPr="00E85698">
        <w:t>Описание природы.</w:t>
      </w:r>
      <w:r w:rsidRPr="00E85698">
        <w:rPr>
          <w:spacing w:val="1"/>
        </w:rPr>
        <w:t xml:space="preserve"> </w:t>
      </w:r>
      <w:r w:rsidRPr="00E85698">
        <w:t>Описание местности.</w:t>
      </w:r>
      <w:r w:rsidRPr="00E85698">
        <w:rPr>
          <w:spacing w:val="-57"/>
        </w:rPr>
        <w:t xml:space="preserve"> </w:t>
      </w:r>
      <w:r w:rsidRPr="00E85698">
        <w:t>Описание</w:t>
      </w:r>
      <w:r w:rsidRPr="00E85698">
        <w:rPr>
          <w:spacing w:val="-3"/>
        </w:rPr>
        <w:t xml:space="preserve"> </w:t>
      </w:r>
      <w:r w:rsidRPr="00E85698">
        <w:t>действий.</w:t>
      </w:r>
    </w:p>
    <w:p w:rsidR="00624C8A" w:rsidRPr="00E85698" w:rsidRDefault="00CB6516">
      <w:pPr>
        <w:pStyle w:val="a5"/>
        <w:spacing w:line="274"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55" w:line="292" w:lineRule="auto"/>
        <w:ind w:firstLine="180"/>
      </w:pPr>
      <w:r w:rsidRPr="00E85698">
        <w:t>Официально-деловой</w:t>
      </w:r>
      <w:r w:rsidRPr="00E85698">
        <w:rPr>
          <w:spacing w:val="-6"/>
        </w:rPr>
        <w:t xml:space="preserve"> </w:t>
      </w:r>
      <w:r w:rsidRPr="00E85698">
        <w:t>стиль.</w:t>
      </w:r>
      <w:r w:rsidRPr="00E85698">
        <w:rPr>
          <w:spacing w:val="-5"/>
        </w:rPr>
        <w:t xml:space="preserve"> </w:t>
      </w:r>
      <w:r w:rsidRPr="00E85698">
        <w:t>Заявление.</w:t>
      </w:r>
      <w:r w:rsidRPr="00E85698">
        <w:rPr>
          <w:spacing w:val="-6"/>
        </w:rPr>
        <w:t xml:space="preserve"> </w:t>
      </w:r>
      <w:r w:rsidRPr="00E85698">
        <w:t>Расписка.</w:t>
      </w:r>
      <w:r w:rsidRPr="00E85698">
        <w:rPr>
          <w:spacing w:val="-5"/>
        </w:rPr>
        <w:t xml:space="preserve"> </w:t>
      </w:r>
      <w:r w:rsidRPr="00E85698">
        <w:t>Научный</w:t>
      </w:r>
      <w:r w:rsidRPr="00E85698">
        <w:rPr>
          <w:spacing w:val="-6"/>
        </w:rPr>
        <w:t xml:space="preserve"> </w:t>
      </w:r>
      <w:r w:rsidRPr="00E85698">
        <w:t>стиль.</w:t>
      </w:r>
      <w:r w:rsidRPr="00E85698">
        <w:rPr>
          <w:spacing w:val="-5"/>
        </w:rPr>
        <w:t xml:space="preserve"> </w:t>
      </w:r>
      <w:r w:rsidRPr="00E85698">
        <w:t>Словарная</w:t>
      </w:r>
      <w:r w:rsidRPr="00E85698">
        <w:rPr>
          <w:spacing w:val="-6"/>
        </w:rPr>
        <w:t xml:space="preserve"> </w:t>
      </w:r>
      <w:r w:rsidRPr="00E85698">
        <w:t>статья.</w:t>
      </w:r>
      <w:r w:rsidRPr="00E85698">
        <w:rPr>
          <w:spacing w:val="-6"/>
        </w:rPr>
        <w:t xml:space="preserve"> </w:t>
      </w:r>
      <w:r w:rsidRPr="00E85698">
        <w:t>Научное</w:t>
      </w:r>
      <w:r w:rsidRPr="00E85698">
        <w:rPr>
          <w:spacing w:val="-57"/>
        </w:rPr>
        <w:t xml:space="preserve"> </w:t>
      </w:r>
      <w:r w:rsidRPr="00E85698">
        <w:t>сообщение.</w:t>
      </w:r>
    </w:p>
    <w:p w:rsidR="00624C8A" w:rsidRPr="00E85698" w:rsidRDefault="00CB6516">
      <w:pPr>
        <w:pStyle w:val="11"/>
        <w:spacing w:before="119"/>
      </w:pPr>
      <w:r w:rsidRPr="00E85698">
        <w:t>СИСТЕМА</w:t>
      </w:r>
      <w:r w:rsidRPr="00E85698">
        <w:rPr>
          <w:spacing w:val="-6"/>
        </w:rPr>
        <w:t xml:space="preserve"> </w:t>
      </w:r>
      <w:r w:rsidRPr="00E85698">
        <w:t>ЯЗЫКА</w:t>
      </w:r>
    </w:p>
    <w:p w:rsidR="00624C8A" w:rsidRPr="00E85698" w:rsidRDefault="00CB6516">
      <w:pPr>
        <w:spacing w:before="60"/>
        <w:ind w:left="286"/>
        <w:rPr>
          <w:b/>
          <w:sz w:val="24"/>
        </w:rPr>
      </w:pPr>
      <w:r w:rsidRPr="00E85698">
        <w:rPr>
          <w:b/>
          <w:sz w:val="24"/>
        </w:rPr>
        <w:t>Лексикология.</w:t>
      </w:r>
      <w:r w:rsidRPr="00E85698">
        <w:rPr>
          <w:b/>
          <w:spacing w:val="-6"/>
          <w:sz w:val="24"/>
        </w:rPr>
        <w:t xml:space="preserve"> </w:t>
      </w:r>
      <w:r w:rsidRPr="00E85698">
        <w:rPr>
          <w:b/>
          <w:sz w:val="24"/>
        </w:rPr>
        <w:t>Культура</w:t>
      </w:r>
      <w:r w:rsidRPr="00E85698">
        <w:rPr>
          <w:b/>
          <w:spacing w:val="-5"/>
          <w:sz w:val="24"/>
        </w:rPr>
        <w:t xml:space="preserve"> </w:t>
      </w:r>
      <w:r w:rsidRPr="00E85698">
        <w:rPr>
          <w:b/>
          <w:sz w:val="24"/>
        </w:rPr>
        <w:t>речи</w:t>
      </w:r>
    </w:p>
    <w:p w:rsidR="00624C8A" w:rsidRPr="00E85698" w:rsidRDefault="00CB6516">
      <w:pPr>
        <w:pStyle w:val="a5"/>
        <w:spacing w:before="60" w:line="292" w:lineRule="auto"/>
        <w:ind w:right="769" w:firstLine="180"/>
      </w:pPr>
      <w:r w:rsidRPr="00E85698">
        <w:t>Лексика русского языка с точки зрения её происхождения: исконно русские и заимствованные</w:t>
      </w:r>
      <w:r w:rsidRPr="00E85698">
        <w:rPr>
          <w:spacing w:val="-58"/>
        </w:rPr>
        <w:t xml:space="preserve"> </w:t>
      </w:r>
      <w:r w:rsidRPr="00E85698">
        <w:t>слова.</w:t>
      </w:r>
    </w:p>
    <w:p w:rsidR="00624C8A" w:rsidRPr="00E85698" w:rsidRDefault="00CB6516">
      <w:pPr>
        <w:pStyle w:val="a5"/>
        <w:spacing w:line="292" w:lineRule="auto"/>
        <w:ind w:right="1117" w:firstLine="180"/>
      </w:pPr>
      <w:r w:rsidRPr="00E85698">
        <w:t>Лексика русского языка с точки зрения принадлежности к активному и пассивному запасу:</w:t>
      </w:r>
      <w:r w:rsidRPr="00E85698">
        <w:rPr>
          <w:spacing w:val="-58"/>
        </w:rPr>
        <w:t xml:space="preserve"> </w:t>
      </w:r>
      <w:r w:rsidRPr="00E85698">
        <w:t>неологизмы,</w:t>
      </w:r>
      <w:r w:rsidRPr="00E85698">
        <w:rPr>
          <w:spacing w:val="-1"/>
        </w:rPr>
        <w:t xml:space="preserve"> </w:t>
      </w:r>
      <w:r w:rsidRPr="00E85698">
        <w:t>устаревшие слова (историзмы</w:t>
      </w:r>
      <w:r w:rsidRPr="00E85698">
        <w:rPr>
          <w:spacing w:val="-1"/>
        </w:rPr>
        <w:t xml:space="preserve"> </w:t>
      </w:r>
      <w:r w:rsidRPr="00E85698">
        <w:t>и архаизмы).</w:t>
      </w:r>
    </w:p>
    <w:p w:rsidR="00624C8A" w:rsidRPr="00E85698" w:rsidRDefault="00CB6516">
      <w:pPr>
        <w:pStyle w:val="a5"/>
        <w:spacing w:line="292" w:lineRule="auto"/>
        <w:ind w:right="689" w:firstLine="15"/>
        <w:jc w:val="center"/>
      </w:pPr>
      <w:r w:rsidRPr="00E85698">
        <w:t>Лексика русского языка с точки зрения сферы употребления: общеупотребительная лексика и</w:t>
      </w:r>
      <w:r w:rsidRPr="00E85698">
        <w:rPr>
          <w:spacing w:val="1"/>
        </w:rPr>
        <w:t xml:space="preserve"> </w:t>
      </w:r>
      <w:r w:rsidRPr="00E85698">
        <w:t>лексика ограниченного употребления (диалектизмы, термины, профессионализмы, жаргонизмы).</w:t>
      </w:r>
      <w:r w:rsidRPr="00E85698">
        <w:rPr>
          <w:spacing w:val="-57"/>
        </w:rPr>
        <w:t xml:space="preserve"> </w:t>
      </w:r>
      <w:r w:rsidRPr="00E85698">
        <w:t>Стилистические</w:t>
      </w:r>
      <w:r w:rsidRPr="00E85698">
        <w:rPr>
          <w:spacing w:val="-3"/>
        </w:rPr>
        <w:t xml:space="preserve"> </w:t>
      </w:r>
      <w:r w:rsidRPr="00E85698">
        <w:t>пласты</w:t>
      </w:r>
      <w:r w:rsidRPr="00E85698">
        <w:rPr>
          <w:spacing w:val="-3"/>
        </w:rPr>
        <w:t xml:space="preserve"> </w:t>
      </w:r>
      <w:r w:rsidRPr="00E85698">
        <w:t>лексики:</w:t>
      </w:r>
      <w:r w:rsidRPr="00E85698">
        <w:rPr>
          <w:spacing w:val="-4"/>
        </w:rPr>
        <w:t xml:space="preserve"> </w:t>
      </w:r>
      <w:r w:rsidRPr="00E85698">
        <w:t>стилистически</w:t>
      </w:r>
      <w:r w:rsidRPr="00E85698">
        <w:rPr>
          <w:spacing w:val="-3"/>
        </w:rPr>
        <w:t xml:space="preserve"> </w:t>
      </w:r>
      <w:r w:rsidRPr="00E85698">
        <w:t>нейтральная,</w:t>
      </w:r>
      <w:r w:rsidRPr="00E85698">
        <w:rPr>
          <w:spacing w:val="-3"/>
        </w:rPr>
        <w:t xml:space="preserve"> </w:t>
      </w:r>
      <w:r w:rsidRPr="00E85698">
        <w:t>высокая</w:t>
      </w:r>
      <w:r w:rsidRPr="00E85698">
        <w:rPr>
          <w:spacing w:val="-4"/>
        </w:rPr>
        <w:t xml:space="preserve"> </w:t>
      </w:r>
      <w:r w:rsidRPr="00E85698">
        <w:t>и</w:t>
      </w:r>
      <w:r w:rsidRPr="00E85698">
        <w:rPr>
          <w:spacing w:val="-3"/>
        </w:rPr>
        <w:t xml:space="preserve"> </w:t>
      </w:r>
      <w:r w:rsidRPr="00E85698">
        <w:t>сниженная</w:t>
      </w:r>
      <w:r w:rsidRPr="00E85698">
        <w:rPr>
          <w:spacing w:val="-3"/>
        </w:rPr>
        <w:t xml:space="preserve"> </w:t>
      </w:r>
      <w:r w:rsidRPr="00E85698">
        <w:t>лексика.</w:t>
      </w:r>
    </w:p>
    <w:p w:rsidR="00624C8A" w:rsidRPr="00E85698" w:rsidRDefault="00CB6516">
      <w:pPr>
        <w:pStyle w:val="a5"/>
        <w:spacing w:line="292" w:lineRule="auto"/>
        <w:ind w:left="286" w:right="6242"/>
      </w:pPr>
      <w:r w:rsidRPr="00E85698">
        <w:t>Лексический анализ слов.</w:t>
      </w:r>
      <w:r w:rsidRPr="00E85698">
        <w:rPr>
          <w:spacing w:val="1"/>
        </w:rPr>
        <w:t xml:space="preserve"> </w:t>
      </w:r>
      <w:r w:rsidRPr="00E85698">
        <w:t>Фразеологизмы.</w:t>
      </w:r>
      <w:r w:rsidRPr="00E85698">
        <w:rPr>
          <w:spacing w:val="-4"/>
        </w:rPr>
        <w:t xml:space="preserve"> </w:t>
      </w:r>
      <w:r w:rsidRPr="00E85698">
        <w:t>Их</w:t>
      </w:r>
      <w:r w:rsidRPr="00E85698">
        <w:rPr>
          <w:spacing w:val="-3"/>
        </w:rPr>
        <w:t xml:space="preserve"> </w:t>
      </w:r>
      <w:r w:rsidRPr="00E85698">
        <w:t>признаки</w:t>
      </w:r>
      <w:r w:rsidRPr="00E85698">
        <w:rPr>
          <w:spacing w:val="-4"/>
        </w:rPr>
        <w:t xml:space="preserve"> </w:t>
      </w:r>
      <w:r w:rsidRPr="00E85698">
        <w:t>и</w:t>
      </w:r>
      <w:r w:rsidRPr="00E85698">
        <w:rPr>
          <w:spacing w:val="-3"/>
        </w:rPr>
        <w:t xml:space="preserve"> </w:t>
      </w:r>
      <w:r w:rsidRPr="00E85698">
        <w:t>значение.</w:t>
      </w:r>
    </w:p>
    <w:p w:rsidR="00624C8A" w:rsidRPr="00E85698" w:rsidRDefault="00CB6516">
      <w:pPr>
        <w:pStyle w:val="a5"/>
        <w:spacing w:line="275" w:lineRule="exact"/>
        <w:ind w:left="286"/>
      </w:pPr>
      <w:r w:rsidRPr="00E85698">
        <w:t>Употребление</w:t>
      </w:r>
      <w:r w:rsidRPr="00E85698">
        <w:rPr>
          <w:spacing w:val="-5"/>
        </w:rPr>
        <w:t xml:space="preserve"> </w:t>
      </w:r>
      <w:r w:rsidRPr="00E85698">
        <w:t>лексических</w:t>
      </w:r>
      <w:r w:rsidRPr="00E85698">
        <w:rPr>
          <w:spacing w:val="-4"/>
        </w:rPr>
        <w:t xml:space="preserve"> </w:t>
      </w:r>
      <w:r w:rsidRPr="00E85698">
        <w:t>средств</w:t>
      </w:r>
      <w:r w:rsidRPr="00E85698">
        <w:rPr>
          <w:spacing w:val="-5"/>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5"/>
        </w:rPr>
        <w:t xml:space="preserve"> </w:t>
      </w:r>
      <w:r w:rsidRPr="00E85698">
        <w:t>ситуацией</w:t>
      </w:r>
      <w:r w:rsidRPr="00E85698">
        <w:rPr>
          <w:spacing w:val="-4"/>
        </w:rPr>
        <w:t xml:space="preserve"> </w:t>
      </w:r>
      <w:r w:rsidRPr="00E85698">
        <w:t>общения.</w:t>
      </w:r>
    </w:p>
    <w:p w:rsidR="00624C8A" w:rsidRPr="00E85698" w:rsidRDefault="00CB6516">
      <w:pPr>
        <w:pStyle w:val="a5"/>
        <w:spacing w:before="56" w:line="292" w:lineRule="auto"/>
        <w:ind w:right="2165" w:firstLine="180"/>
      </w:pPr>
      <w:r w:rsidRPr="00E85698">
        <w:t>Оценка своей и чужой речи с точки зрения точного, уместного и выразительного</w:t>
      </w:r>
      <w:r w:rsidRPr="00E85698">
        <w:rPr>
          <w:spacing w:val="-58"/>
        </w:rPr>
        <w:t xml:space="preserve"> </w:t>
      </w:r>
      <w:r w:rsidRPr="00E85698">
        <w:t>словоупотребления.</w:t>
      </w:r>
    </w:p>
    <w:p w:rsidR="00624C8A" w:rsidRPr="00E85698" w:rsidRDefault="00CB6516">
      <w:pPr>
        <w:pStyle w:val="a5"/>
        <w:spacing w:line="292" w:lineRule="auto"/>
        <w:ind w:left="286" w:right="6739"/>
      </w:pPr>
      <w:r w:rsidRPr="00E85698">
        <w:t>Эпитеты, метафоры, олицетворения.</w:t>
      </w:r>
      <w:r w:rsidRPr="00E85698">
        <w:rPr>
          <w:spacing w:val="-58"/>
        </w:rPr>
        <w:t xml:space="preserve"> </w:t>
      </w:r>
      <w:r w:rsidRPr="00E85698">
        <w:t>Лексические</w:t>
      </w:r>
      <w:r w:rsidRPr="00E85698">
        <w:rPr>
          <w:spacing w:val="-1"/>
        </w:rPr>
        <w:t xml:space="preserve"> </w:t>
      </w:r>
      <w:r w:rsidRPr="00E85698">
        <w:t>словари.</w:t>
      </w:r>
    </w:p>
    <w:p w:rsidR="00624C8A" w:rsidRPr="00E85698" w:rsidRDefault="00CB6516">
      <w:pPr>
        <w:spacing w:before="118" w:line="292" w:lineRule="auto"/>
        <w:ind w:left="286" w:right="4270"/>
        <w:rPr>
          <w:sz w:val="24"/>
        </w:rPr>
      </w:pPr>
      <w:r w:rsidRPr="00E85698">
        <w:rPr>
          <w:b/>
          <w:sz w:val="24"/>
        </w:rPr>
        <w:t>Словообразование.</w:t>
      </w:r>
      <w:r w:rsidRPr="00E85698">
        <w:rPr>
          <w:b/>
          <w:spacing w:val="-8"/>
          <w:sz w:val="24"/>
        </w:rPr>
        <w:t xml:space="preserve"> </w:t>
      </w:r>
      <w:r w:rsidRPr="00E85698">
        <w:rPr>
          <w:b/>
          <w:sz w:val="24"/>
        </w:rPr>
        <w:t>Культура</w:t>
      </w:r>
      <w:r w:rsidRPr="00E85698">
        <w:rPr>
          <w:b/>
          <w:spacing w:val="-7"/>
          <w:sz w:val="24"/>
        </w:rPr>
        <w:t xml:space="preserve"> </w:t>
      </w:r>
      <w:r w:rsidRPr="00E85698">
        <w:rPr>
          <w:b/>
          <w:sz w:val="24"/>
        </w:rPr>
        <w:t>речи.</w:t>
      </w:r>
      <w:r w:rsidRPr="00E85698">
        <w:rPr>
          <w:b/>
          <w:spacing w:val="-7"/>
          <w:sz w:val="24"/>
        </w:rPr>
        <w:t xml:space="preserve"> </w:t>
      </w:r>
      <w:r w:rsidRPr="00E85698">
        <w:rPr>
          <w:b/>
          <w:sz w:val="24"/>
        </w:rPr>
        <w:t>Орфография</w:t>
      </w:r>
      <w:r w:rsidRPr="00E85698">
        <w:rPr>
          <w:b/>
          <w:spacing w:val="-57"/>
          <w:sz w:val="24"/>
        </w:rPr>
        <w:t xml:space="preserve"> </w:t>
      </w:r>
      <w:r w:rsidRPr="00E85698">
        <w:rPr>
          <w:sz w:val="24"/>
        </w:rPr>
        <w:t>Формообразующие и словообразующие морфемы.</w:t>
      </w:r>
      <w:r w:rsidRPr="00E85698">
        <w:rPr>
          <w:spacing w:val="1"/>
          <w:sz w:val="24"/>
        </w:rPr>
        <w:t xml:space="preserve"> </w:t>
      </w:r>
      <w:r w:rsidRPr="00E85698">
        <w:rPr>
          <w:sz w:val="24"/>
        </w:rPr>
        <w:t>Производящая</w:t>
      </w:r>
      <w:r w:rsidRPr="00E85698">
        <w:rPr>
          <w:spacing w:val="-2"/>
          <w:sz w:val="24"/>
        </w:rPr>
        <w:t xml:space="preserve"> </w:t>
      </w:r>
      <w:r w:rsidRPr="00E85698">
        <w:rPr>
          <w:sz w:val="24"/>
        </w:rPr>
        <w:t>основа.</w:t>
      </w:r>
    </w:p>
    <w:p w:rsidR="00624C8A" w:rsidRPr="00E85698" w:rsidRDefault="00CB6516">
      <w:pPr>
        <w:pStyle w:val="a5"/>
        <w:spacing w:line="292" w:lineRule="auto"/>
        <w:ind w:right="605" w:firstLine="180"/>
      </w:pPr>
      <w:r w:rsidRPr="00E85698">
        <w:t>Основные способы образования слов в русском языке (приставочный, суффиксальный,</w:t>
      </w:r>
      <w:r w:rsidRPr="00E85698">
        <w:rPr>
          <w:spacing w:val="1"/>
        </w:rPr>
        <w:t xml:space="preserve"> </w:t>
      </w:r>
      <w:r w:rsidRPr="00E85698">
        <w:t>приставочно-суффиксальный,</w:t>
      </w:r>
      <w:r w:rsidRPr="00E85698">
        <w:rPr>
          <w:spacing w:val="-5"/>
        </w:rPr>
        <w:t xml:space="preserve"> </w:t>
      </w:r>
      <w:proofErr w:type="spellStart"/>
      <w:r w:rsidRPr="00E85698">
        <w:t>бессуффиксный</w:t>
      </w:r>
      <w:proofErr w:type="spellEnd"/>
      <w:r w:rsidRPr="00E85698">
        <w:t>,</w:t>
      </w:r>
      <w:r w:rsidRPr="00E85698">
        <w:rPr>
          <w:spacing w:val="-4"/>
        </w:rPr>
        <w:t xml:space="preserve"> </w:t>
      </w:r>
      <w:r w:rsidRPr="00E85698">
        <w:t>сложение,</w:t>
      </w:r>
      <w:r w:rsidRPr="00E85698">
        <w:rPr>
          <w:spacing w:val="-4"/>
        </w:rPr>
        <w:t xml:space="preserve"> </w:t>
      </w:r>
      <w:r w:rsidRPr="00E85698">
        <w:t>переход</w:t>
      </w:r>
      <w:r w:rsidRPr="00E85698">
        <w:rPr>
          <w:spacing w:val="-5"/>
        </w:rPr>
        <w:t xml:space="preserve"> </w:t>
      </w:r>
      <w:r w:rsidRPr="00E85698">
        <w:t>из</w:t>
      </w:r>
      <w:r w:rsidRPr="00E85698">
        <w:rPr>
          <w:spacing w:val="-4"/>
        </w:rPr>
        <w:t xml:space="preserve"> </w:t>
      </w:r>
      <w:r w:rsidRPr="00E85698">
        <w:t>одной</w:t>
      </w:r>
      <w:r w:rsidRPr="00E85698">
        <w:rPr>
          <w:spacing w:val="-4"/>
        </w:rPr>
        <w:t xml:space="preserve"> </w:t>
      </w:r>
      <w:r w:rsidRPr="00E85698">
        <w:t>части</w:t>
      </w:r>
      <w:r w:rsidRPr="00E85698">
        <w:rPr>
          <w:spacing w:val="-5"/>
        </w:rPr>
        <w:t xml:space="preserve"> </w:t>
      </w:r>
      <w:r w:rsidRPr="00E85698">
        <w:t>речи</w:t>
      </w:r>
      <w:r w:rsidRPr="00E85698">
        <w:rPr>
          <w:spacing w:val="-4"/>
        </w:rPr>
        <w:t xml:space="preserve"> </w:t>
      </w:r>
      <w:r w:rsidRPr="00E85698">
        <w:t>в</w:t>
      </w:r>
      <w:r w:rsidRPr="00E85698">
        <w:rPr>
          <w:spacing w:val="-4"/>
        </w:rPr>
        <w:t xml:space="preserve"> </w:t>
      </w:r>
      <w:r w:rsidRPr="00E85698">
        <w:t>другую).</w:t>
      </w:r>
    </w:p>
    <w:p w:rsidR="00624C8A" w:rsidRPr="00E85698" w:rsidRDefault="00CB6516">
      <w:pPr>
        <w:pStyle w:val="a5"/>
        <w:spacing w:line="292" w:lineRule="auto"/>
        <w:ind w:left="286" w:right="4270"/>
      </w:pPr>
      <w:r w:rsidRPr="00E85698">
        <w:t>Морфемный и словообразовательный анализ слов.</w:t>
      </w:r>
      <w:r w:rsidRPr="00E85698">
        <w:rPr>
          <w:spacing w:val="1"/>
        </w:rPr>
        <w:t xml:space="preserve"> </w:t>
      </w:r>
      <w:r w:rsidRPr="00E85698">
        <w:t>Правописание</w:t>
      </w:r>
      <w:r w:rsidRPr="00E85698">
        <w:rPr>
          <w:spacing w:val="-5"/>
        </w:rPr>
        <w:t xml:space="preserve"> </w:t>
      </w:r>
      <w:r w:rsidRPr="00E85698">
        <w:t>сложных</w:t>
      </w:r>
      <w:r w:rsidRPr="00E85698">
        <w:rPr>
          <w:spacing w:val="-4"/>
        </w:rPr>
        <w:t xml:space="preserve"> </w:t>
      </w:r>
      <w:r w:rsidRPr="00E85698">
        <w:t>и</w:t>
      </w:r>
      <w:r w:rsidRPr="00E85698">
        <w:rPr>
          <w:spacing w:val="-5"/>
        </w:rPr>
        <w:t xml:space="preserve"> </w:t>
      </w:r>
      <w:r w:rsidRPr="00E85698">
        <w:t>сложносокращённых</w:t>
      </w:r>
      <w:r w:rsidRPr="00E85698">
        <w:rPr>
          <w:spacing w:val="-4"/>
        </w:rPr>
        <w:t xml:space="preserve"> </w:t>
      </w:r>
      <w:r w:rsidRPr="00E85698">
        <w:t>слов.</w:t>
      </w:r>
    </w:p>
    <w:p w:rsidR="00624C8A" w:rsidRPr="00E85698" w:rsidRDefault="00CB6516">
      <w:pPr>
        <w:pStyle w:val="a5"/>
        <w:spacing w:line="292" w:lineRule="auto"/>
        <w:ind w:left="286"/>
      </w:pPr>
      <w:r w:rsidRPr="00E85698">
        <w:t>Нормы правописания корня -</w:t>
      </w:r>
      <w:proofErr w:type="spellStart"/>
      <w:r w:rsidRPr="00E85698">
        <w:rPr>
          <w:b/>
          <w:i/>
        </w:rPr>
        <w:t>кас</w:t>
      </w:r>
      <w:proofErr w:type="spellEnd"/>
      <w:r w:rsidRPr="00E85698">
        <w:t>- — -</w:t>
      </w:r>
      <w:r w:rsidRPr="00E85698">
        <w:rPr>
          <w:b/>
          <w:i/>
        </w:rPr>
        <w:t>кос</w:t>
      </w:r>
      <w:r w:rsidRPr="00E85698">
        <w:t xml:space="preserve">- с </w:t>
      </w:r>
      <w:proofErr w:type="gramStart"/>
      <w:r w:rsidRPr="00E85698">
        <w:t>чередованием</w:t>
      </w:r>
      <w:proofErr w:type="gramEnd"/>
      <w:r w:rsidRPr="00E85698">
        <w:t xml:space="preserve"> </w:t>
      </w:r>
      <w:r w:rsidRPr="00E85698">
        <w:rPr>
          <w:b/>
          <w:i/>
        </w:rPr>
        <w:t xml:space="preserve">а </w:t>
      </w:r>
      <w:r w:rsidRPr="00E85698">
        <w:t xml:space="preserve">// </w:t>
      </w:r>
      <w:r w:rsidRPr="00E85698">
        <w:rPr>
          <w:b/>
          <w:i/>
        </w:rPr>
        <w:t>о</w:t>
      </w:r>
      <w:r w:rsidRPr="00E85698">
        <w:t xml:space="preserve">, гласных в приставках </w:t>
      </w:r>
      <w:r w:rsidRPr="00E85698">
        <w:rPr>
          <w:b/>
          <w:i/>
        </w:rPr>
        <w:t>пре</w:t>
      </w:r>
      <w:r w:rsidRPr="00E85698">
        <w:t xml:space="preserve">- и </w:t>
      </w:r>
      <w:r w:rsidRPr="00E85698">
        <w:rPr>
          <w:b/>
          <w:i/>
        </w:rPr>
        <w:t>при</w:t>
      </w:r>
      <w:r w:rsidRPr="00E85698">
        <w:t>-.</w:t>
      </w:r>
      <w:r w:rsidRPr="00E85698">
        <w:rPr>
          <w:spacing w:val="-57"/>
        </w:rPr>
        <w:t xml:space="preserve"> </w:t>
      </w:r>
      <w:r w:rsidRPr="00E85698">
        <w:t>Морфология.</w:t>
      </w:r>
      <w:r w:rsidRPr="00E85698">
        <w:rPr>
          <w:spacing w:val="-1"/>
        </w:rPr>
        <w:t xml:space="preserve"> </w:t>
      </w:r>
      <w:r w:rsidRPr="00E85698">
        <w:t>Культура речи. Орфография</w:t>
      </w:r>
    </w:p>
    <w:p w:rsidR="00624C8A" w:rsidRPr="00E85698" w:rsidRDefault="00CB6516">
      <w:pPr>
        <w:pStyle w:val="11"/>
        <w:spacing w:before="114"/>
      </w:pPr>
      <w:r w:rsidRPr="00E85698">
        <w:t>Имя</w:t>
      </w:r>
      <w:r w:rsidRPr="00E85698">
        <w:rPr>
          <w:spacing w:val="-7"/>
        </w:rPr>
        <w:t xml:space="preserve"> </w:t>
      </w:r>
      <w:r w:rsidRPr="00E85698">
        <w:t>существительное</w:t>
      </w:r>
    </w:p>
    <w:p w:rsidR="00624C8A" w:rsidRPr="00E85698" w:rsidRDefault="00CB6516">
      <w:pPr>
        <w:pStyle w:val="a5"/>
        <w:spacing w:before="61"/>
        <w:ind w:left="286"/>
      </w:pPr>
      <w:r w:rsidRPr="00E85698">
        <w:t>Особенности</w:t>
      </w:r>
      <w:r w:rsidRPr="00E85698">
        <w:rPr>
          <w:spacing w:val="-7"/>
        </w:rPr>
        <w:t xml:space="preserve"> </w:t>
      </w:r>
      <w:r w:rsidRPr="00E85698">
        <w:t>словообразования.</w:t>
      </w:r>
    </w:p>
    <w:p w:rsidR="00624C8A" w:rsidRPr="00E85698" w:rsidRDefault="00CB6516">
      <w:pPr>
        <w:pStyle w:val="a5"/>
        <w:spacing w:before="60" w:line="292" w:lineRule="auto"/>
        <w:ind w:left="286" w:right="314"/>
      </w:pPr>
      <w:r w:rsidRPr="00E85698">
        <w:t>Нормы произношения имён существительных, нормы постановки ударения (в рамках изученного).</w:t>
      </w:r>
      <w:r w:rsidRPr="00E85698">
        <w:rPr>
          <w:spacing w:val="-58"/>
        </w:rPr>
        <w:t xml:space="preserve"> </w:t>
      </w:r>
      <w:r w:rsidRPr="00E85698">
        <w:t>Нормы</w:t>
      </w:r>
      <w:r w:rsidRPr="00E85698">
        <w:rPr>
          <w:spacing w:val="-1"/>
        </w:rPr>
        <w:t xml:space="preserve"> </w:t>
      </w:r>
      <w:r w:rsidRPr="00E85698">
        <w:t>словоизменения</w:t>
      </w:r>
      <w:r w:rsidRPr="00E85698">
        <w:rPr>
          <w:spacing w:val="-1"/>
        </w:rPr>
        <w:t xml:space="preserve"> </w:t>
      </w:r>
      <w:r w:rsidRPr="00E85698">
        <w:t>имён существительных.</w:t>
      </w:r>
    </w:p>
    <w:p w:rsidR="00624C8A" w:rsidRPr="00E85698" w:rsidRDefault="00CB6516">
      <w:pPr>
        <w:pStyle w:val="a5"/>
        <w:spacing w:line="275" w:lineRule="exact"/>
        <w:ind w:left="286"/>
      </w:pPr>
      <w:r w:rsidRPr="00E85698">
        <w:t>Нормы</w:t>
      </w:r>
      <w:r w:rsidRPr="00E85698">
        <w:rPr>
          <w:spacing w:val="-3"/>
        </w:rPr>
        <w:t xml:space="preserve"> </w:t>
      </w:r>
      <w:r w:rsidRPr="00E85698">
        <w:t>слитного</w:t>
      </w:r>
      <w:r w:rsidRPr="00E85698">
        <w:rPr>
          <w:spacing w:val="-3"/>
        </w:rPr>
        <w:t xml:space="preserve"> </w:t>
      </w:r>
      <w:r w:rsidRPr="00E85698">
        <w:t>и</w:t>
      </w:r>
      <w:r w:rsidRPr="00E85698">
        <w:rPr>
          <w:spacing w:val="-2"/>
        </w:rPr>
        <w:t xml:space="preserve"> </w:t>
      </w:r>
      <w:r w:rsidRPr="00E85698">
        <w:t>дефисного</w:t>
      </w:r>
      <w:r w:rsidRPr="00E85698">
        <w:rPr>
          <w:spacing w:val="-3"/>
        </w:rPr>
        <w:t xml:space="preserve"> </w:t>
      </w:r>
      <w:r w:rsidRPr="00E85698">
        <w:t>написания</w:t>
      </w:r>
      <w:r w:rsidRPr="00E85698">
        <w:rPr>
          <w:spacing w:val="-5"/>
        </w:rPr>
        <w:t xml:space="preserve"> </w:t>
      </w:r>
      <w:proofErr w:type="gramStart"/>
      <w:r w:rsidRPr="00E85698">
        <w:rPr>
          <w:b/>
          <w:i/>
        </w:rPr>
        <w:t>пол</w:t>
      </w:r>
      <w:r w:rsidRPr="00E85698">
        <w:t>-</w:t>
      </w:r>
      <w:r w:rsidRPr="00E85698">
        <w:rPr>
          <w:spacing w:val="-4"/>
        </w:rPr>
        <w:t xml:space="preserve"> </w:t>
      </w:r>
      <w:r w:rsidRPr="00E85698">
        <w:t>и</w:t>
      </w:r>
      <w:proofErr w:type="gramEnd"/>
      <w:r w:rsidRPr="00E85698">
        <w:rPr>
          <w:spacing w:val="4"/>
        </w:rPr>
        <w:t xml:space="preserve"> </w:t>
      </w:r>
      <w:r w:rsidRPr="00E85698">
        <w:rPr>
          <w:b/>
          <w:i/>
        </w:rPr>
        <w:t>полу</w:t>
      </w:r>
      <w:r w:rsidRPr="00E85698">
        <w:t>-</w:t>
      </w:r>
      <w:r w:rsidRPr="00E85698">
        <w:rPr>
          <w:spacing w:val="-3"/>
        </w:rPr>
        <w:t xml:space="preserve"> </w:t>
      </w:r>
      <w:r w:rsidRPr="00E85698">
        <w:t>со</w:t>
      </w:r>
      <w:r w:rsidRPr="00E85698">
        <w:rPr>
          <w:spacing w:val="-3"/>
        </w:rPr>
        <w:t xml:space="preserve"> </w:t>
      </w:r>
      <w:r w:rsidRPr="00E85698">
        <w:t>словами.</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11"/>
        <w:spacing w:before="66"/>
      </w:pPr>
      <w:r w:rsidRPr="00E85698">
        <w:lastRenderedPageBreak/>
        <w:t>Имя</w:t>
      </w:r>
      <w:r w:rsidRPr="00E85698">
        <w:rPr>
          <w:spacing w:val="-7"/>
        </w:rPr>
        <w:t xml:space="preserve"> </w:t>
      </w:r>
      <w:r w:rsidRPr="00E85698">
        <w:t>прилагательное</w:t>
      </w:r>
    </w:p>
    <w:p w:rsidR="00624C8A" w:rsidRPr="00E85698" w:rsidRDefault="00CB6516">
      <w:pPr>
        <w:pStyle w:val="a5"/>
        <w:spacing w:before="60" w:line="292" w:lineRule="auto"/>
        <w:ind w:left="286" w:right="2982"/>
      </w:pPr>
      <w:r w:rsidRPr="00E85698">
        <w:t>Качественные, относительные и притяжательные имена прилагательные.</w:t>
      </w:r>
      <w:r w:rsidRPr="00E85698">
        <w:rPr>
          <w:spacing w:val="-58"/>
        </w:rPr>
        <w:t xml:space="preserve"> </w:t>
      </w:r>
      <w:r w:rsidRPr="00E85698">
        <w:t>Степени</w:t>
      </w:r>
      <w:r w:rsidRPr="00E85698">
        <w:rPr>
          <w:spacing w:val="-1"/>
        </w:rPr>
        <w:t xml:space="preserve"> </w:t>
      </w:r>
      <w:r w:rsidRPr="00E85698">
        <w:t>сравнения</w:t>
      </w:r>
      <w:r w:rsidRPr="00E85698">
        <w:rPr>
          <w:spacing w:val="-2"/>
        </w:rPr>
        <w:t xml:space="preserve"> </w:t>
      </w:r>
      <w:r w:rsidRPr="00E85698">
        <w:t>качественных</w:t>
      </w:r>
      <w:r w:rsidRPr="00E85698">
        <w:rPr>
          <w:spacing w:val="-1"/>
        </w:rPr>
        <w:t xml:space="preserve"> </w:t>
      </w:r>
      <w:r w:rsidRPr="00E85698">
        <w:t>имён прилагательных.</w:t>
      </w:r>
    </w:p>
    <w:p w:rsidR="00624C8A" w:rsidRPr="00E85698" w:rsidRDefault="00CB6516">
      <w:pPr>
        <w:pStyle w:val="a5"/>
        <w:spacing w:line="292" w:lineRule="auto"/>
        <w:ind w:left="286" w:right="4437"/>
      </w:pPr>
      <w:r w:rsidRPr="00E85698">
        <w:t>Словообразование имён прилагательных.</w:t>
      </w:r>
      <w:r w:rsidRPr="00E85698">
        <w:rPr>
          <w:spacing w:val="1"/>
        </w:rPr>
        <w:t xml:space="preserve"> </w:t>
      </w:r>
      <w:r w:rsidRPr="00E85698">
        <w:t>Морфологический анализ имён прилагательных.</w:t>
      </w:r>
      <w:r w:rsidRPr="00E85698">
        <w:rPr>
          <w:spacing w:val="1"/>
        </w:rPr>
        <w:t xml:space="preserve"> </w:t>
      </w:r>
      <w:r w:rsidRPr="00E85698">
        <w:t xml:space="preserve">Правописание </w:t>
      </w:r>
      <w:r w:rsidRPr="00E85698">
        <w:rPr>
          <w:b/>
          <w:i/>
        </w:rPr>
        <w:t xml:space="preserve">н </w:t>
      </w:r>
      <w:r w:rsidRPr="00E85698">
        <w:t xml:space="preserve">и </w:t>
      </w:r>
      <w:proofErr w:type="spellStart"/>
      <w:r w:rsidRPr="00E85698">
        <w:rPr>
          <w:b/>
          <w:i/>
        </w:rPr>
        <w:t>нн</w:t>
      </w:r>
      <w:proofErr w:type="spellEnd"/>
      <w:r w:rsidRPr="00E85698">
        <w:rPr>
          <w:b/>
          <w:i/>
        </w:rPr>
        <w:t xml:space="preserve"> </w:t>
      </w:r>
      <w:r w:rsidRPr="00E85698">
        <w:t>в именах прилагательных.</w:t>
      </w:r>
      <w:r w:rsidRPr="00E85698">
        <w:rPr>
          <w:spacing w:val="1"/>
        </w:rPr>
        <w:t xml:space="preserve"> </w:t>
      </w:r>
      <w:r w:rsidRPr="00E85698">
        <w:t>Правописание суффиксов -</w:t>
      </w:r>
      <w:r w:rsidRPr="00E85698">
        <w:rPr>
          <w:b/>
          <w:i/>
        </w:rPr>
        <w:t>к</w:t>
      </w:r>
      <w:r w:rsidRPr="00E85698">
        <w:t>- и -</w:t>
      </w:r>
      <w:proofErr w:type="spellStart"/>
      <w:r w:rsidRPr="00E85698">
        <w:rPr>
          <w:b/>
          <w:i/>
        </w:rPr>
        <w:t>ск</w:t>
      </w:r>
      <w:proofErr w:type="spellEnd"/>
      <w:r w:rsidRPr="00E85698">
        <w:t>- имён прилагательных.</w:t>
      </w:r>
      <w:r w:rsidRPr="00E85698">
        <w:rPr>
          <w:spacing w:val="-57"/>
        </w:rPr>
        <w:t xml:space="preserve"> </w:t>
      </w:r>
      <w:r w:rsidRPr="00E85698">
        <w:t>Правописание</w:t>
      </w:r>
      <w:r w:rsidRPr="00E85698">
        <w:rPr>
          <w:spacing w:val="-1"/>
        </w:rPr>
        <w:t xml:space="preserve"> </w:t>
      </w:r>
      <w:r w:rsidRPr="00E85698">
        <w:t>сложных</w:t>
      </w:r>
      <w:r w:rsidRPr="00E85698">
        <w:rPr>
          <w:spacing w:val="-1"/>
        </w:rPr>
        <w:t xml:space="preserve"> </w:t>
      </w:r>
      <w:r w:rsidRPr="00E85698">
        <w:t>имён</w:t>
      </w:r>
      <w:r w:rsidRPr="00E85698">
        <w:rPr>
          <w:spacing w:val="-1"/>
        </w:rPr>
        <w:t xml:space="preserve"> </w:t>
      </w:r>
      <w:r w:rsidRPr="00E85698">
        <w:t>прилагательных.</w:t>
      </w:r>
    </w:p>
    <w:p w:rsidR="00624C8A" w:rsidRPr="00E85698" w:rsidRDefault="00CB6516">
      <w:pPr>
        <w:pStyle w:val="a5"/>
        <w:spacing w:line="273" w:lineRule="exact"/>
        <w:ind w:left="286"/>
      </w:pPr>
      <w:r w:rsidRPr="00E85698">
        <w:t>Нормы</w:t>
      </w:r>
      <w:r w:rsidRPr="00E85698">
        <w:rPr>
          <w:spacing w:val="-3"/>
        </w:rPr>
        <w:t xml:space="preserve"> </w:t>
      </w:r>
      <w:r w:rsidRPr="00E85698">
        <w:t>произношения</w:t>
      </w:r>
      <w:r w:rsidRPr="00E85698">
        <w:rPr>
          <w:spacing w:val="-3"/>
        </w:rPr>
        <w:t xml:space="preserve"> </w:t>
      </w:r>
      <w:r w:rsidRPr="00E85698">
        <w:t>имён</w:t>
      </w:r>
      <w:r w:rsidRPr="00E85698">
        <w:rPr>
          <w:spacing w:val="-3"/>
        </w:rPr>
        <w:t xml:space="preserve"> </w:t>
      </w:r>
      <w:r w:rsidRPr="00E85698">
        <w:t>прилагательных,</w:t>
      </w:r>
      <w:r w:rsidRPr="00E85698">
        <w:rPr>
          <w:spacing w:val="-2"/>
        </w:rPr>
        <w:t xml:space="preserve"> </w:t>
      </w:r>
      <w:r w:rsidRPr="00E85698">
        <w:t>нормы</w:t>
      </w:r>
      <w:r w:rsidRPr="00E85698">
        <w:rPr>
          <w:spacing w:val="-3"/>
        </w:rPr>
        <w:t xml:space="preserve"> </w:t>
      </w:r>
      <w:r w:rsidRPr="00E85698">
        <w:t>ударения</w:t>
      </w:r>
      <w:r w:rsidRPr="00E85698">
        <w:rPr>
          <w:spacing w:val="-3"/>
        </w:rPr>
        <w:t xml:space="preserve"> </w:t>
      </w:r>
      <w:r w:rsidRPr="00E85698">
        <w:t>(в</w:t>
      </w:r>
      <w:r w:rsidRPr="00E85698">
        <w:rPr>
          <w:spacing w:val="-4"/>
        </w:rPr>
        <w:t xml:space="preserve"> </w:t>
      </w:r>
      <w:r w:rsidRPr="00E85698">
        <w:t>рамках</w:t>
      </w:r>
      <w:r w:rsidRPr="00E85698">
        <w:rPr>
          <w:spacing w:val="-2"/>
        </w:rPr>
        <w:t xml:space="preserve"> </w:t>
      </w:r>
      <w:r w:rsidRPr="00E85698">
        <w:t>изученного).</w:t>
      </w:r>
    </w:p>
    <w:p w:rsidR="00624C8A" w:rsidRPr="00E85698" w:rsidRDefault="00CB6516">
      <w:pPr>
        <w:pStyle w:val="11"/>
        <w:spacing w:before="179"/>
      </w:pPr>
      <w:r w:rsidRPr="00E85698">
        <w:t>Имя</w:t>
      </w:r>
      <w:r w:rsidRPr="00E85698">
        <w:rPr>
          <w:spacing w:val="-7"/>
        </w:rPr>
        <w:t xml:space="preserve"> </w:t>
      </w:r>
      <w:r w:rsidRPr="00E85698">
        <w:t>числительное</w:t>
      </w:r>
    </w:p>
    <w:p w:rsidR="00624C8A" w:rsidRPr="00E85698" w:rsidRDefault="00CB6516">
      <w:pPr>
        <w:pStyle w:val="a5"/>
        <w:spacing w:before="60" w:line="292" w:lineRule="auto"/>
        <w:ind w:right="1513" w:firstLine="180"/>
      </w:pPr>
      <w:r w:rsidRPr="00E85698">
        <w:t>Общее грамматическое значение имени числительного. Синтаксические функции имён</w:t>
      </w:r>
      <w:r w:rsidRPr="00E85698">
        <w:rPr>
          <w:spacing w:val="-58"/>
        </w:rPr>
        <w:t xml:space="preserve"> </w:t>
      </w:r>
      <w:r w:rsidRPr="00E85698">
        <w:t>числительных.</w:t>
      </w:r>
    </w:p>
    <w:p w:rsidR="00624C8A" w:rsidRPr="00E85698" w:rsidRDefault="00CB6516">
      <w:pPr>
        <w:pStyle w:val="a5"/>
        <w:spacing w:line="292" w:lineRule="auto"/>
        <w:ind w:firstLine="180"/>
      </w:pPr>
      <w:r w:rsidRPr="00E85698">
        <w:t>Разряды</w:t>
      </w:r>
      <w:r w:rsidRPr="00E85698">
        <w:rPr>
          <w:spacing w:val="-5"/>
        </w:rPr>
        <w:t xml:space="preserve"> </w:t>
      </w:r>
      <w:r w:rsidRPr="00E85698">
        <w:t>имён</w:t>
      </w:r>
      <w:r w:rsidRPr="00E85698">
        <w:rPr>
          <w:spacing w:val="-5"/>
        </w:rPr>
        <w:t xml:space="preserve"> </w:t>
      </w:r>
      <w:r w:rsidRPr="00E85698">
        <w:t>числительных</w:t>
      </w:r>
      <w:r w:rsidRPr="00E85698">
        <w:rPr>
          <w:spacing w:val="-5"/>
        </w:rPr>
        <w:t xml:space="preserve"> </w:t>
      </w:r>
      <w:r w:rsidRPr="00E85698">
        <w:t>по</w:t>
      </w:r>
      <w:r w:rsidRPr="00E85698">
        <w:rPr>
          <w:spacing w:val="-5"/>
        </w:rPr>
        <w:t xml:space="preserve"> </w:t>
      </w:r>
      <w:r w:rsidRPr="00E85698">
        <w:t>значению:</w:t>
      </w:r>
      <w:r w:rsidRPr="00E85698">
        <w:rPr>
          <w:spacing w:val="-5"/>
        </w:rPr>
        <w:t xml:space="preserve"> </w:t>
      </w:r>
      <w:r w:rsidRPr="00E85698">
        <w:t>количественные</w:t>
      </w:r>
      <w:r w:rsidRPr="00E85698">
        <w:rPr>
          <w:spacing w:val="-5"/>
        </w:rPr>
        <w:t xml:space="preserve"> </w:t>
      </w:r>
      <w:r w:rsidRPr="00E85698">
        <w:t>(целые,</w:t>
      </w:r>
      <w:r w:rsidRPr="00E85698">
        <w:rPr>
          <w:spacing w:val="-5"/>
        </w:rPr>
        <w:t xml:space="preserve"> </w:t>
      </w:r>
      <w:r w:rsidRPr="00E85698">
        <w:t>дробные,</w:t>
      </w:r>
      <w:r w:rsidRPr="00E85698">
        <w:rPr>
          <w:spacing w:val="-5"/>
        </w:rPr>
        <w:t xml:space="preserve"> </w:t>
      </w:r>
      <w:r w:rsidRPr="00E85698">
        <w:t>собирательные),</w:t>
      </w:r>
      <w:r w:rsidRPr="00E85698">
        <w:rPr>
          <w:spacing w:val="-57"/>
        </w:rPr>
        <w:t xml:space="preserve"> </w:t>
      </w:r>
      <w:r w:rsidRPr="00E85698">
        <w:t>порядковые</w:t>
      </w:r>
      <w:r w:rsidRPr="00E85698">
        <w:rPr>
          <w:spacing w:val="-1"/>
        </w:rPr>
        <w:t xml:space="preserve"> </w:t>
      </w:r>
      <w:r w:rsidRPr="00E85698">
        <w:t>числительные.</w:t>
      </w:r>
    </w:p>
    <w:p w:rsidR="00624C8A" w:rsidRPr="00E85698" w:rsidRDefault="00CB6516">
      <w:pPr>
        <w:pStyle w:val="a5"/>
        <w:spacing w:line="292" w:lineRule="auto"/>
        <w:ind w:left="286" w:right="1456"/>
      </w:pPr>
      <w:r w:rsidRPr="00E85698">
        <w:t>Разряды имён числительных по строению: простые, сложные, составные числительные.</w:t>
      </w:r>
      <w:r w:rsidRPr="00E85698">
        <w:rPr>
          <w:spacing w:val="-58"/>
        </w:rPr>
        <w:t xml:space="preserve"> </w:t>
      </w:r>
      <w:r w:rsidRPr="00E85698">
        <w:t>Словообразование</w:t>
      </w:r>
      <w:r w:rsidRPr="00E85698">
        <w:rPr>
          <w:spacing w:val="-1"/>
        </w:rPr>
        <w:t xml:space="preserve"> </w:t>
      </w:r>
      <w:r w:rsidRPr="00E85698">
        <w:t>имён числительных.</w:t>
      </w:r>
    </w:p>
    <w:p w:rsidR="00624C8A" w:rsidRPr="00E85698" w:rsidRDefault="00CB6516">
      <w:pPr>
        <w:pStyle w:val="a5"/>
        <w:spacing w:line="292" w:lineRule="auto"/>
        <w:ind w:left="286" w:right="2912"/>
      </w:pPr>
      <w:r w:rsidRPr="00E85698">
        <w:t>Склонение</w:t>
      </w:r>
      <w:r w:rsidRPr="00E85698">
        <w:rPr>
          <w:spacing w:val="-5"/>
        </w:rPr>
        <w:t xml:space="preserve"> </w:t>
      </w:r>
      <w:r w:rsidRPr="00E85698">
        <w:t>количественных</w:t>
      </w:r>
      <w:r w:rsidRPr="00E85698">
        <w:rPr>
          <w:spacing w:val="-4"/>
        </w:rPr>
        <w:t xml:space="preserve"> </w:t>
      </w:r>
      <w:r w:rsidRPr="00E85698">
        <w:t>и</w:t>
      </w:r>
      <w:r w:rsidRPr="00E85698">
        <w:rPr>
          <w:spacing w:val="-5"/>
        </w:rPr>
        <w:t xml:space="preserve"> </w:t>
      </w:r>
      <w:r w:rsidRPr="00E85698">
        <w:t>порядковых</w:t>
      </w:r>
      <w:r w:rsidRPr="00E85698">
        <w:rPr>
          <w:spacing w:val="-4"/>
        </w:rPr>
        <w:t xml:space="preserve"> </w:t>
      </w:r>
      <w:r w:rsidRPr="00E85698">
        <w:t>имён</w:t>
      </w:r>
      <w:r w:rsidRPr="00E85698">
        <w:rPr>
          <w:spacing w:val="-5"/>
        </w:rPr>
        <w:t xml:space="preserve"> </w:t>
      </w:r>
      <w:r w:rsidRPr="00E85698">
        <w:t>числительных.</w:t>
      </w:r>
      <w:r w:rsidRPr="00E85698">
        <w:rPr>
          <w:spacing w:val="-57"/>
        </w:rPr>
        <w:t xml:space="preserve"> </w:t>
      </w:r>
      <w:r w:rsidRPr="00E85698">
        <w:t>Правильное</w:t>
      </w:r>
      <w:r w:rsidRPr="00E85698">
        <w:rPr>
          <w:spacing w:val="-1"/>
        </w:rPr>
        <w:t xml:space="preserve"> </w:t>
      </w:r>
      <w:r w:rsidRPr="00E85698">
        <w:t>образование</w:t>
      </w:r>
      <w:r w:rsidRPr="00E85698">
        <w:rPr>
          <w:spacing w:val="-1"/>
        </w:rPr>
        <w:t xml:space="preserve"> </w:t>
      </w:r>
      <w:r w:rsidRPr="00E85698">
        <w:t>форм</w:t>
      </w:r>
      <w:r w:rsidRPr="00E85698">
        <w:rPr>
          <w:spacing w:val="-1"/>
        </w:rPr>
        <w:t xml:space="preserve"> </w:t>
      </w:r>
      <w:r w:rsidRPr="00E85698">
        <w:t>имён</w:t>
      </w:r>
      <w:r w:rsidRPr="00E85698">
        <w:rPr>
          <w:spacing w:val="-1"/>
        </w:rPr>
        <w:t xml:space="preserve"> </w:t>
      </w:r>
      <w:r w:rsidRPr="00E85698">
        <w:t>числительных.</w:t>
      </w:r>
    </w:p>
    <w:p w:rsidR="00624C8A" w:rsidRPr="00E85698" w:rsidRDefault="00CB6516">
      <w:pPr>
        <w:pStyle w:val="a5"/>
        <w:spacing w:line="292" w:lineRule="auto"/>
        <w:ind w:left="286" w:right="3452"/>
      </w:pPr>
      <w:r w:rsidRPr="00E85698">
        <w:t>Правильное употребление собирательных имён числительных.</w:t>
      </w:r>
      <w:r w:rsidRPr="00E85698">
        <w:rPr>
          <w:spacing w:val="1"/>
        </w:rPr>
        <w:t xml:space="preserve"> </w:t>
      </w:r>
      <w:r w:rsidRPr="00E85698">
        <w:t>Употребление имён числительных в научных текстах, деловой речи.</w:t>
      </w:r>
      <w:r w:rsidRPr="00E85698">
        <w:rPr>
          <w:spacing w:val="-58"/>
        </w:rPr>
        <w:t xml:space="preserve"> </w:t>
      </w:r>
      <w:r w:rsidRPr="00E85698">
        <w:t>Морфологический</w:t>
      </w:r>
      <w:r w:rsidRPr="00E85698">
        <w:rPr>
          <w:spacing w:val="-1"/>
        </w:rPr>
        <w:t xml:space="preserve"> </w:t>
      </w:r>
      <w:r w:rsidRPr="00E85698">
        <w:t>анализ</w:t>
      </w:r>
      <w:r w:rsidRPr="00E85698">
        <w:rPr>
          <w:spacing w:val="-1"/>
        </w:rPr>
        <w:t xml:space="preserve"> </w:t>
      </w:r>
      <w:r w:rsidRPr="00E85698">
        <w:t>имён</w:t>
      </w:r>
      <w:r w:rsidRPr="00E85698">
        <w:rPr>
          <w:spacing w:val="-1"/>
        </w:rPr>
        <w:t xml:space="preserve"> </w:t>
      </w:r>
      <w:r w:rsidRPr="00E85698">
        <w:t>числительных.</w:t>
      </w:r>
    </w:p>
    <w:p w:rsidR="00624C8A" w:rsidRPr="00E85698" w:rsidRDefault="00CB6516">
      <w:pPr>
        <w:pStyle w:val="a5"/>
        <w:spacing w:line="292" w:lineRule="auto"/>
        <w:ind w:right="196" w:firstLine="180"/>
        <w:jc w:val="both"/>
      </w:pPr>
      <w:r w:rsidRPr="00E85698">
        <w:t xml:space="preserve">Нормы правописания имён числительных: написание </w:t>
      </w:r>
      <w:r w:rsidRPr="00E85698">
        <w:rPr>
          <w:b/>
          <w:i/>
        </w:rPr>
        <w:t xml:space="preserve">ь </w:t>
      </w:r>
      <w:r w:rsidRPr="00E85698">
        <w:t>в именах числительных; написание двойных</w:t>
      </w:r>
      <w:r w:rsidRPr="00E85698">
        <w:rPr>
          <w:spacing w:val="-57"/>
        </w:rPr>
        <w:t xml:space="preserve"> </w:t>
      </w:r>
      <w:r w:rsidRPr="00E85698">
        <w:t>согласных; слитное, раздельное, дефисное написание числительных; нормы правописания окончаний</w:t>
      </w:r>
      <w:r w:rsidRPr="00E85698">
        <w:rPr>
          <w:spacing w:val="-57"/>
        </w:rPr>
        <w:t xml:space="preserve"> </w:t>
      </w:r>
      <w:r w:rsidRPr="00E85698">
        <w:t>числительных.</w:t>
      </w:r>
    </w:p>
    <w:p w:rsidR="00624C8A" w:rsidRPr="00E85698" w:rsidRDefault="00CB6516">
      <w:pPr>
        <w:pStyle w:val="11"/>
        <w:spacing w:before="112"/>
      </w:pPr>
      <w:r w:rsidRPr="00E85698">
        <w:t>Местоимение</w:t>
      </w:r>
    </w:p>
    <w:p w:rsidR="00624C8A" w:rsidRPr="00E85698" w:rsidRDefault="00CB6516">
      <w:pPr>
        <w:pStyle w:val="a5"/>
        <w:spacing w:before="60" w:line="292" w:lineRule="auto"/>
        <w:ind w:left="286" w:right="878"/>
      </w:pPr>
      <w:r w:rsidRPr="00E85698">
        <w:t>Общее грамматическое значение местоимения. Синтаксические функции местоимений.</w:t>
      </w:r>
      <w:r w:rsidRPr="00E85698">
        <w:rPr>
          <w:spacing w:val="1"/>
        </w:rPr>
        <w:t xml:space="preserve"> </w:t>
      </w:r>
      <w:r w:rsidRPr="00E85698">
        <w:t>Разряды</w:t>
      </w:r>
      <w:r w:rsidRPr="00E85698">
        <w:rPr>
          <w:spacing w:val="-7"/>
        </w:rPr>
        <w:t xml:space="preserve"> </w:t>
      </w:r>
      <w:r w:rsidRPr="00E85698">
        <w:t>местоимений:</w:t>
      </w:r>
      <w:r w:rsidRPr="00E85698">
        <w:rPr>
          <w:spacing w:val="-7"/>
        </w:rPr>
        <w:t xml:space="preserve"> </w:t>
      </w:r>
      <w:r w:rsidRPr="00E85698">
        <w:t>личные,</w:t>
      </w:r>
      <w:r w:rsidRPr="00E85698">
        <w:rPr>
          <w:spacing w:val="-6"/>
        </w:rPr>
        <w:t xml:space="preserve"> </w:t>
      </w:r>
      <w:r w:rsidRPr="00E85698">
        <w:t>возвратное,</w:t>
      </w:r>
      <w:r w:rsidRPr="00E85698">
        <w:rPr>
          <w:spacing w:val="-6"/>
        </w:rPr>
        <w:t xml:space="preserve"> </w:t>
      </w:r>
      <w:r w:rsidRPr="00E85698">
        <w:t>вопросительные,</w:t>
      </w:r>
      <w:r w:rsidRPr="00E85698">
        <w:rPr>
          <w:spacing w:val="-6"/>
        </w:rPr>
        <w:t xml:space="preserve"> </w:t>
      </w:r>
      <w:r w:rsidRPr="00E85698">
        <w:t>относительные,</w:t>
      </w:r>
      <w:r w:rsidRPr="00E85698">
        <w:rPr>
          <w:spacing w:val="-6"/>
        </w:rPr>
        <w:t xml:space="preserve"> </w:t>
      </w:r>
      <w:r w:rsidRPr="00E85698">
        <w:t>указательные,</w:t>
      </w:r>
    </w:p>
    <w:p w:rsidR="00624C8A" w:rsidRPr="00E85698" w:rsidRDefault="00CB6516">
      <w:pPr>
        <w:pStyle w:val="a5"/>
        <w:spacing w:line="292" w:lineRule="auto"/>
        <w:ind w:left="286" w:right="3530" w:hanging="181"/>
      </w:pPr>
      <w:r w:rsidRPr="00E85698">
        <w:t>притяжательные, неопределённые, отрицательные, определительные.</w:t>
      </w:r>
      <w:r w:rsidRPr="00E85698">
        <w:rPr>
          <w:spacing w:val="-57"/>
        </w:rPr>
        <w:t xml:space="preserve"> </w:t>
      </w:r>
      <w:r w:rsidRPr="00E85698">
        <w:t>Склонение</w:t>
      </w:r>
      <w:r w:rsidRPr="00E85698">
        <w:rPr>
          <w:spacing w:val="-1"/>
        </w:rPr>
        <w:t xml:space="preserve"> </w:t>
      </w:r>
      <w:r w:rsidRPr="00E85698">
        <w:t>местоимений.</w:t>
      </w:r>
    </w:p>
    <w:p w:rsidR="00624C8A" w:rsidRPr="00E85698" w:rsidRDefault="00CB6516">
      <w:pPr>
        <w:pStyle w:val="a5"/>
        <w:spacing w:line="275" w:lineRule="exact"/>
        <w:ind w:left="286"/>
      </w:pPr>
      <w:r w:rsidRPr="00E85698">
        <w:t>Словообразование</w:t>
      </w:r>
      <w:r w:rsidRPr="00E85698">
        <w:rPr>
          <w:spacing w:val="-6"/>
        </w:rPr>
        <w:t xml:space="preserve"> </w:t>
      </w:r>
      <w:r w:rsidRPr="00E85698">
        <w:t>местоимений.</w:t>
      </w:r>
    </w:p>
    <w:p w:rsidR="00624C8A" w:rsidRPr="00E85698" w:rsidRDefault="00CB6516">
      <w:pPr>
        <w:pStyle w:val="a5"/>
        <w:spacing w:before="59" w:line="292" w:lineRule="auto"/>
        <w:ind w:right="217" w:firstLine="180"/>
      </w:pPr>
      <w:r w:rsidRPr="00E85698">
        <w:t>Роль местоимений в речи. Употребление местоимений в соответствии с требованиями русского</w:t>
      </w:r>
      <w:r w:rsidRPr="00E85698">
        <w:rPr>
          <w:spacing w:val="1"/>
        </w:rPr>
        <w:t xml:space="preserve"> </w:t>
      </w:r>
      <w:r w:rsidRPr="00E85698">
        <w:t>речевого этикета, в том числе местоимения 3-го лица в соответствии со смыслом предшествующего</w:t>
      </w:r>
      <w:r w:rsidRPr="00E85698">
        <w:rPr>
          <w:spacing w:val="1"/>
        </w:rPr>
        <w:t xml:space="preserve"> </w:t>
      </w:r>
      <w:r w:rsidRPr="00E85698">
        <w:t>текста (устранение двусмысленности, неточности); притяжательные и указательные местоимения как</w:t>
      </w:r>
      <w:r w:rsidRPr="00E85698">
        <w:rPr>
          <w:spacing w:val="-58"/>
        </w:rPr>
        <w:t xml:space="preserve"> </w:t>
      </w:r>
      <w:r w:rsidRPr="00E85698">
        <w:t>средства</w:t>
      </w:r>
      <w:r w:rsidRPr="00E85698">
        <w:rPr>
          <w:spacing w:val="-1"/>
        </w:rPr>
        <w:t xml:space="preserve"> </w:t>
      </w:r>
      <w:r w:rsidRPr="00E85698">
        <w:t>связи предложений в</w:t>
      </w:r>
      <w:r w:rsidRPr="00E85698">
        <w:rPr>
          <w:spacing w:val="-1"/>
        </w:rPr>
        <w:t xml:space="preserve"> </w:t>
      </w:r>
      <w:r w:rsidRPr="00E85698">
        <w:t>тексте.</w:t>
      </w:r>
    </w:p>
    <w:p w:rsidR="00624C8A" w:rsidRPr="00E85698" w:rsidRDefault="00CB6516">
      <w:pPr>
        <w:pStyle w:val="a5"/>
        <w:spacing w:line="274" w:lineRule="exact"/>
        <w:ind w:left="286"/>
      </w:pPr>
      <w:r w:rsidRPr="00E85698">
        <w:t>Морфологический</w:t>
      </w:r>
      <w:r w:rsidRPr="00E85698">
        <w:rPr>
          <w:spacing w:val="-5"/>
        </w:rPr>
        <w:t xml:space="preserve"> </w:t>
      </w:r>
      <w:r w:rsidRPr="00E85698">
        <w:t>анализ</w:t>
      </w:r>
      <w:r w:rsidRPr="00E85698">
        <w:rPr>
          <w:spacing w:val="-5"/>
        </w:rPr>
        <w:t xml:space="preserve"> </w:t>
      </w:r>
      <w:r w:rsidRPr="00E85698">
        <w:t>местоимений.</w:t>
      </w:r>
    </w:p>
    <w:p w:rsidR="00624C8A" w:rsidRPr="00E85698" w:rsidRDefault="00CB6516">
      <w:pPr>
        <w:pStyle w:val="a5"/>
        <w:spacing w:before="60" w:line="292" w:lineRule="auto"/>
        <w:ind w:right="524" w:firstLine="180"/>
      </w:pPr>
      <w:r w:rsidRPr="00E85698">
        <w:t xml:space="preserve">Нормы правописания местоимений: правописание местоимений с </w:t>
      </w:r>
      <w:r w:rsidRPr="00E85698">
        <w:rPr>
          <w:b/>
          <w:i/>
        </w:rPr>
        <w:t xml:space="preserve">не </w:t>
      </w:r>
      <w:r w:rsidRPr="00E85698">
        <w:t xml:space="preserve">и </w:t>
      </w:r>
      <w:r w:rsidRPr="00E85698">
        <w:rPr>
          <w:b/>
          <w:i/>
        </w:rPr>
        <w:t>ни</w:t>
      </w:r>
      <w:r w:rsidRPr="00E85698">
        <w:t>; слитное, раздельное и</w:t>
      </w:r>
      <w:r w:rsidRPr="00E85698">
        <w:rPr>
          <w:spacing w:val="-58"/>
        </w:rPr>
        <w:t xml:space="preserve"> </w:t>
      </w:r>
      <w:r w:rsidRPr="00E85698">
        <w:t>дефисное</w:t>
      </w:r>
      <w:r w:rsidRPr="00E85698">
        <w:rPr>
          <w:spacing w:val="-1"/>
        </w:rPr>
        <w:t xml:space="preserve"> </w:t>
      </w:r>
      <w:r w:rsidRPr="00E85698">
        <w:t>написание местоимений.</w:t>
      </w:r>
    </w:p>
    <w:p w:rsidR="00624C8A" w:rsidRPr="00E85698" w:rsidRDefault="00CB6516">
      <w:pPr>
        <w:pStyle w:val="11"/>
        <w:spacing w:before="119"/>
      </w:pPr>
      <w:r w:rsidRPr="00E85698">
        <w:t>Глагол</w:t>
      </w:r>
    </w:p>
    <w:p w:rsidR="00624C8A" w:rsidRPr="00E85698" w:rsidRDefault="00CB6516">
      <w:pPr>
        <w:pStyle w:val="a5"/>
        <w:spacing w:before="60" w:line="292" w:lineRule="auto"/>
        <w:ind w:left="286" w:right="6581"/>
      </w:pPr>
      <w:r w:rsidRPr="00E85698">
        <w:t>Переходные и непереходные глаголы.</w:t>
      </w:r>
      <w:r w:rsidRPr="00E85698">
        <w:rPr>
          <w:spacing w:val="-58"/>
        </w:rPr>
        <w:t xml:space="preserve"> </w:t>
      </w:r>
      <w:r w:rsidRPr="00E85698">
        <w:t>Разноспрягаемые</w:t>
      </w:r>
      <w:r w:rsidRPr="00E85698">
        <w:rPr>
          <w:spacing w:val="-1"/>
        </w:rPr>
        <w:t xml:space="preserve"> </w:t>
      </w:r>
      <w:r w:rsidRPr="00E85698">
        <w:t>глаголы.</w:t>
      </w:r>
    </w:p>
    <w:p w:rsidR="00624C8A" w:rsidRPr="00E85698" w:rsidRDefault="00CB6516">
      <w:pPr>
        <w:pStyle w:val="a5"/>
        <w:spacing w:line="292" w:lineRule="auto"/>
        <w:ind w:left="286" w:right="1712"/>
      </w:pPr>
      <w:r w:rsidRPr="00E85698">
        <w:t>Безличные</w:t>
      </w:r>
      <w:r w:rsidRPr="00E85698">
        <w:rPr>
          <w:spacing w:val="-4"/>
        </w:rPr>
        <w:t xml:space="preserve"> </w:t>
      </w:r>
      <w:r w:rsidRPr="00E85698">
        <w:t>глаголы.</w:t>
      </w:r>
      <w:r w:rsidRPr="00E85698">
        <w:rPr>
          <w:spacing w:val="-4"/>
        </w:rPr>
        <w:t xml:space="preserve"> </w:t>
      </w:r>
      <w:r w:rsidRPr="00E85698">
        <w:t>Использование</w:t>
      </w:r>
      <w:r w:rsidRPr="00E85698">
        <w:rPr>
          <w:spacing w:val="-4"/>
        </w:rPr>
        <w:t xml:space="preserve"> </w:t>
      </w:r>
      <w:r w:rsidRPr="00E85698">
        <w:t>личных</w:t>
      </w:r>
      <w:r w:rsidRPr="00E85698">
        <w:rPr>
          <w:spacing w:val="-3"/>
        </w:rPr>
        <w:t xml:space="preserve"> </w:t>
      </w:r>
      <w:r w:rsidRPr="00E85698">
        <w:t>глаголов</w:t>
      </w:r>
      <w:r w:rsidRPr="00E85698">
        <w:rPr>
          <w:spacing w:val="-5"/>
        </w:rPr>
        <w:t xml:space="preserve"> </w:t>
      </w:r>
      <w:r w:rsidRPr="00E85698">
        <w:t>в</w:t>
      </w:r>
      <w:r w:rsidRPr="00E85698">
        <w:rPr>
          <w:spacing w:val="-5"/>
        </w:rPr>
        <w:t xml:space="preserve"> </w:t>
      </w:r>
      <w:r w:rsidRPr="00E85698">
        <w:t>безличном</w:t>
      </w:r>
      <w:r w:rsidRPr="00E85698">
        <w:rPr>
          <w:spacing w:val="-4"/>
        </w:rPr>
        <w:t xml:space="preserve"> </w:t>
      </w:r>
      <w:r w:rsidRPr="00E85698">
        <w:t>значении.</w:t>
      </w:r>
      <w:r w:rsidRPr="00E85698">
        <w:rPr>
          <w:spacing w:val="-57"/>
        </w:rPr>
        <w:t xml:space="preserve"> </w:t>
      </w:r>
      <w:r w:rsidRPr="00E85698">
        <w:t>Изъявительное,</w:t>
      </w:r>
      <w:r w:rsidRPr="00E85698">
        <w:rPr>
          <w:spacing w:val="-1"/>
        </w:rPr>
        <w:t xml:space="preserve"> </w:t>
      </w:r>
      <w:r w:rsidRPr="00E85698">
        <w:t>условное</w:t>
      </w:r>
      <w:r w:rsidRPr="00E85698">
        <w:rPr>
          <w:spacing w:val="-1"/>
        </w:rPr>
        <w:t xml:space="preserve"> </w:t>
      </w:r>
      <w:r w:rsidRPr="00E85698">
        <w:t>и</w:t>
      </w:r>
      <w:r w:rsidRPr="00E85698">
        <w:rPr>
          <w:spacing w:val="-1"/>
        </w:rPr>
        <w:t xml:space="preserve"> </w:t>
      </w:r>
      <w:r w:rsidRPr="00E85698">
        <w:t>повелительное</w:t>
      </w:r>
      <w:r w:rsidRPr="00E85698">
        <w:rPr>
          <w:spacing w:val="-1"/>
        </w:rPr>
        <w:t xml:space="preserve"> </w:t>
      </w:r>
      <w:r w:rsidRPr="00E85698">
        <w:t>наклонения</w:t>
      </w:r>
      <w:r w:rsidRPr="00E85698">
        <w:rPr>
          <w:spacing w:val="-2"/>
        </w:rPr>
        <w:t xml:space="preserve"> </w:t>
      </w:r>
      <w:r w:rsidRPr="00E85698">
        <w:t>глагола.</w:t>
      </w:r>
    </w:p>
    <w:p w:rsidR="00624C8A" w:rsidRPr="00E85698" w:rsidRDefault="00CB6516">
      <w:pPr>
        <w:pStyle w:val="a5"/>
        <w:spacing w:line="292" w:lineRule="auto"/>
        <w:ind w:left="286" w:right="4115"/>
      </w:pPr>
      <w:r w:rsidRPr="00E85698">
        <w:t>Нормы ударения в глагольных формах (в рамках изученного).</w:t>
      </w:r>
      <w:r w:rsidRPr="00E85698">
        <w:rPr>
          <w:spacing w:val="-58"/>
        </w:rPr>
        <w:t xml:space="preserve"> </w:t>
      </w:r>
      <w:r w:rsidRPr="00E85698">
        <w:t>Нормы</w:t>
      </w:r>
      <w:r w:rsidRPr="00E85698">
        <w:rPr>
          <w:spacing w:val="-1"/>
        </w:rPr>
        <w:t xml:space="preserve"> </w:t>
      </w:r>
      <w:r w:rsidRPr="00E85698">
        <w:t>словоизменения</w:t>
      </w:r>
      <w:r w:rsidRPr="00E85698">
        <w:rPr>
          <w:spacing w:val="-1"/>
        </w:rPr>
        <w:t xml:space="preserve"> </w:t>
      </w:r>
      <w:r w:rsidRPr="00E85698">
        <w:t>глаголов.</w:t>
      </w:r>
    </w:p>
    <w:p w:rsidR="00624C8A" w:rsidRPr="00E85698" w:rsidRDefault="00CB6516">
      <w:pPr>
        <w:pStyle w:val="a5"/>
        <w:spacing w:line="275" w:lineRule="exact"/>
        <w:ind w:left="286"/>
      </w:pPr>
      <w:proofErr w:type="spellStart"/>
      <w:proofErr w:type="gramStart"/>
      <w:r w:rsidRPr="00E85698">
        <w:t>Видо</w:t>
      </w:r>
      <w:proofErr w:type="spellEnd"/>
      <w:r w:rsidRPr="00E85698">
        <w:t>-временная</w:t>
      </w:r>
      <w:proofErr w:type="gramEnd"/>
      <w:r w:rsidRPr="00E85698">
        <w:rPr>
          <w:spacing w:val="-5"/>
        </w:rPr>
        <w:t xml:space="preserve"> </w:t>
      </w:r>
      <w:r w:rsidRPr="00E85698">
        <w:t>соотнесённость</w:t>
      </w:r>
      <w:r w:rsidRPr="00E85698">
        <w:rPr>
          <w:spacing w:val="-5"/>
        </w:rPr>
        <w:t xml:space="preserve"> </w:t>
      </w:r>
      <w:r w:rsidRPr="00E85698">
        <w:t>глагольных</w:t>
      </w:r>
      <w:r w:rsidRPr="00E85698">
        <w:rPr>
          <w:spacing w:val="-4"/>
        </w:rPr>
        <w:t xml:space="preserve"> </w:t>
      </w:r>
      <w:r w:rsidRPr="00E85698">
        <w:t>форм</w:t>
      </w:r>
      <w:r w:rsidRPr="00E85698">
        <w:rPr>
          <w:spacing w:val="-4"/>
        </w:rPr>
        <w:t xml:space="preserve"> </w:t>
      </w:r>
      <w:r w:rsidRPr="00E85698">
        <w:t>в</w:t>
      </w:r>
      <w:r w:rsidRPr="00E85698">
        <w:rPr>
          <w:spacing w:val="-5"/>
        </w:rPr>
        <w:t xml:space="preserve"> </w:t>
      </w:r>
      <w:r w:rsidRPr="00E85698">
        <w:t>тексте.</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6"/>
        <w:ind w:left="286"/>
      </w:pPr>
      <w:r w:rsidRPr="00E85698">
        <w:lastRenderedPageBreak/>
        <w:t>Морфологический</w:t>
      </w:r>
      <w:r w:rsidRPr="00E85698">
        <w:rPr>
          <w:spacing w:val="-5"/>
        </w:rPr>
        <w:t xml:space="preserve"> </w:t>
      </w:r>
      <w:r w:rsidRPr="00E85698">
        <w:t>анализ</w:t>
      </w:r>
      <w:r w:rsidRPr="00E85698">
        <w:rPr>
          <w:spacing w:val="-5"/>
        </w:rPr>
        <w:t xml:space="preserve"> </w:t>
      </w:r>
      <w:r w:rsidRPr="00E85698">
        <w:t>глаголов.</w:t>
      </w:r>
    </w:p>
    <w:p w:rsidR="00624C8A" w:rsidRPr="00E85698" w:rsidRDefault="00CB6516">
      <w:pPr>
        <w:pStyle w:val="a5"/>
        <w:spacing w:before="60"/>
        <w:ind w:left="286"/>
      </w:pPr>
      <w:r w:rsidRPr="00E85698">
        <w:t xml:space="preserve">Использование </w:t>
      </w:r>
      <w:r w:rsidRPr="00E85698">
        <w:rPr>
          <w:b/>
          <w:i/>
        </w:rPr>
        <w:t>ь</w:t>
      </w:r>
      <w:r w:rsidRPr="00E85698">
        <w:rPr>
          <w:b/>
          <w:i/>
          <w:spacing w:val="-5"/>
        </w:rPr>
        <w:t xml:space="preserve"> </w:t>
      </w:r>
      <w:r w:rsidRPr="00E85698">
        <w:t>как</w:t>
      </w:r>
      <w:r w:rsidRPr="00E85698">
        <w:rPr>
          <w:spacing w:val="-5"/>
        </w:rPr>
        <w:t xml:space="preserve"> </w:t>
      </w:r>
      <w:r w:rsidRPr="00E85698">
        <w:t>показателя</w:t>
      </w:r>
      <w:r w:rsidRPr="00E85698">
        <w:rPr>
          <w:spacing w:val="-5"/>
        </w:rPr>
        <w:t xml:space="preserve"> </w:t>
      </w:r>
      <w:r w:rsidRPr="00E85698">
        <w:t>грамматической</w:t>
      </w:r>
      <w:r w:rsidRPr="00E85698">
        <w:rPr>
          <w:spacing w:val="-3"/>
        </w:rPr>
        <w:t xml:space="preserve"> </w:t>
      </w:r>
      <w:r w:rsidRPr="00E85698">
        <w:t>формы</w:t>
      </w:r>
      <w:r w:rsidRPr="00E85698">
        <w:rPr>
          <w:spacing w:val="-4"/>
        </w:rPr>
        <w:t xml:space="preserve"> </w:t>
      </w:r>
      <w:r w:rsidRPr="00E85698">
        <w:t>в</w:t>
      </w:r>
      <w:r w:rsidRPr="00E85698">
        <w:rPr>
          <w:spacing w:val="-5"/>
        </w:rPr>
        <w:t xml:space="preserve"> </w:t>
      </w:r>
      <w:r w:rsidRPr="00E85698">
        <w:t>повелительном</w:t>
      </w:r>
      <w:r w:rsidRPr="00E85698">
        <w:rPr>
          <w:spacing w:val="-4"/>
        </w:rPr>
        <w:t xml:space="preserve"> </w:t>
      </w:r>
      <w:r w:rsidRPr="00E85698">
        <w:t>наклонении</w:t>
      </w:r>
      <w:r w:rsidRPr="00E85698">
        <w:rPr>
          <w:spacing w:val="-3"/>
        </w:rPr>
        <w:t xml:space="preserve"> </w:t>
      </w:r>
      <w:r w:rsidRPr="00E85698">
        <w:t>глагола.</w:t>
      </w:r>
    </w:p>
    <w:p w:rsidR="00624C8A" w:rsidRPr="00E85698" w:rsidRDefault="00624C8A">
      <w:pPr>
        <w:pStyle w:val="a5"/>
        <w:spacing w:before="10"/>
        <w:ind w:left="0"/>
        <w:rPr>
          <w:sz w:val="21"/>
        </w:rPr>
      </w:pPr>
    </w:p>
    <w:p w:rsidR="00624C8A" w:rsidRPr="00E85698" w:rsidRDefault="00CB6516">
      <w:pPr>
        <w:pStyle w:val="11"/>
        <w:numPr>
          <w:ilvl w:val="0"/>
          <w:numId w:val="7"/>
        </w:numPr>
        <w:tabs>
          <w:tab w:val="left" w:pos="287"/>
        </w:tabs>
        <w:spacing w:before="1"/>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ind w:left="286"/>
      </w:pPr>
      <w:r w:rsidRPr="00E85698">
        <w:t>Русский</w:t>
      </w:r>
      <w:r w:rsidRPr="00E85698">
        <w:rPr>
          <w:spacing w:val="-4"/>
        </w:rPr>
        <w:t xml:space="preserve"> </w:t>
      </w:r>
      <w:r w:rsidRPr="00E85698">
        <w:t>язык</w:t>
      </w:r>
      <w:r w:rsidRPr="00E85698">
        <w:rPr>
          <w:spacing w:val="-5"/>
        </w:rPr>
        <w:t xml:space="preserve"> </w:t>
      </w:r>
      <w:r w:rsidRPr="00E85698">
        <w:t>как</w:t>
      </w:r>
      <w:r w:rsidRPr="00E85698">
        <w:rPr>
          <w:spacing w:val="-5"/>
        </w:rPr>
        <w:t xml:space="preserve"> </w:t>
      </w:r>
      <w:r w:rsidRPr="00E85698">
        <w:t>развивающееся</w:t>
      </w:r>
      <w:r w:rsidRPr="00E85698">
        <w:rPr>
          <w:spacing w:val="-5"/>
        </w:rPr>
        <w:t xml:space="preserve"> </w:t>
      </w:r>
      <w:r w:rsidRPr="00E85698">
        <w:t>явление.</w:t>
      </w:r>
      <w:r w:rsidRPr="00E85698">
        <w:rPr>
          <w:spacing w:val="-3"/>
        </w:rPr>
        <w:t xml:space="preserve"> </w:t>
      </w:r>
      <w:r w:rsidRPr="00E85698">
        <w:t>Взаимосвязь</w:t>
      </w:r>
      <w:r w:rsidRPr="00E85698">
        <w:rPr>
          <w:spacing w:val="-5"/>
        </w:rPr>
        <w:t xml:space="preserve"> </w:t>
      </w:r>
      <w:r w:rsidRPr="00E85698">
        <w:t>языка,</w:t>
      </w:r>
      <w:r w:rsidRPr="00E85698">
        <w:rPr>
          <w:spacing w:val="-4"/>
        </w:rPr>
        <w:t xml:space="preserve"> </w:t>
      </w:r>
      <w:r w:rsidRPr="00E85698">
        <w:t>культуры</w:t>
      </w:r>
      <w:r w:rsidRPr="00E85698">
        <w:rPr>
          <w:spacing w:val="-4"/>
        </w:rPr>
        <w:t xml:space="preserve"> </w:t>
      </w:r>
      <w:r w:rsidRPr="00E85698">
        <w:t>и</w:t>
      </w:r>
      <w:r w:rsidRPr="00E85698">
        <w:rPr>
          <w:spacing w:val="-4"/>
        </w:rPr>
        <w:t xml:space="preserve"> </w:t>
      </w:r>
      <w:r w:rsidRPr="00E85698">
        <w:t>истории</w:t>
      </w:r>
      <w:r w:rsidRPr="00E85698">
        <w:rPr>
          <w:spacing w:val="-3"/>
        </w:rPr>
        <w:t xml:space="preserve"> </w:t>
      </w:r>
      <w:r w:rsidRPr="00E85698">
        <w:t>народа.</w:t>
      </w:r>
    </w:p>
    <w:p w:rsidR="00624C8A" w:rsidRPr="00E85698" w:rsidRDefault="00CB6516">
      <w:pPr>
        <w:pStyle w:val="11"/>
        <w:spacing w:before="180"/>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0"/>
        <w:ind w:left="286"/>
      </w:pPr>
      <w:r w:rsidRPr="00E85698">
        <w:t>Монолог-описание,</w:t>
      </w:r>
      <w:r w:rsidRPr="00E85698">
        <w:rPr>
          <w:spacing w:val="-8"/>
        </w:rPr>
        <w:t xml:space="preserve"> </w:t>
      </w:r>
      <w:r w:rsidRPr="00E85698">
        <w:t>монолог-рассуждение,</w:t>
      </w:r>
      <w:r w:rsidRPr="00E85698">
        <w:rPr>
          <w:spacing w:val="-7"/>
        </w:rPr>
        <w:t xml:space="preserve"> </w:t>
      </w:r>
      <w:r w:rsidRPr="00E85698">
        <w:t>монолог-повествование.</w:t>
      </w:r>
    </w:p>
    <w:p w:rsidR="00624C8A" w:rsidRPr="00E85698" w:rsidRDefault="00CB6516">
      <w:pPr>
        <w:pStyle w:val="a5"/>
        <w:spacing w:before="60" w:line="292" w:lineRule="auto"/>
        <w:ind w:right="1220" w:firstLine="180"/>
      </w:pPr>
      <w:r w:rsidRPr="00E85698">
        <w:t>Виды диалога: побуждение к действию, обмен мнениями, запрос информации, сообщение</w:t>
      </w:r>
      <w:r w:rsidRPr="00E85698">
        <w:rPr>
          <w:spacing w:val="-57"/>
        </w:rPr>
        <w:t xml:space="preserve"> </w:t>
      </w:r>
      <w:r w:rsidRPr="00E85698">
        <w:t>информации.</w:t>
      </w:r>
    </w:p>
    <w:p w:rsidR="00624C8A" w:rsidRPr="00E85698" w:rsidRDefault="00CB6516">
      <w:pPr>
        <w:pStyle w:val="11"/>
        <w:spacing w:before="119"/>
      </w:pPr>
      <w:r w:rsidRPr="00E85698">
        <w:t>Текст</w:t>
      </w:r>
    </w:p>
    <w:p w:rsidR="00624C8A" w:rsidRPr="00E85698" w:rsidRDefault="00CB6516">
      <w:pPr>
        <w:pStyle w:val="a5"/>
        <w:spacing w:before="60" w:line="292" w:lineRule="auto"/>
        <w:ind w:left="286" w:right="2912"/>
      </w:pPr>
      <w:r w:rsidRPr="00E85698">
        <w:t>Текст</w:t>
      </w:r>
      <w:r w:rsidRPr="00E85698">
        <w:rPr>
          <w:spacing w:val="-6"/>
        </w:rPr>
        <w:t xml:space="preserve"> </w:t>
      </w:r>
      <w:r w:rsidRPr="00E85698">
        <w:t>как</w:t>
      </w:r>
      <w:r w:rsidRPr="00E85698">
        <w:rPr>
          <w:spacing w:val="-5"/>
        </w:rPr>
        <w:t xml:space="preserve"> </w:t>
      </w:r>
      <w:r w:rsidRPr="00E85698">
        <w:t>речевое</w:t>
      </w:r>
      <w:r w:rsidRPr="00E85698">
        <w:rPr>
          <w:spacing w:val="-5"/>
        </w:rPr>
        <w:t xml:space="preserve"> </w:t>
      </w:r>
      <w:r w:rsidRPr="00E85698">
        <w:t>произведение.</w:t>
      </w:r>
      <w:r w:rsidRPr="00E85698">
        <w:rPr>
          <w:spacing w:val="-4"/>
        </w:rPr>
        <w:t xml:space="preserve"> </w:t>
      </w:r>
      <w:r w:rsidRPr="00E85698">
        <w:t>Основные</w:t>
      </w:r>
      <w:r w:rsidRPr="00E85698">
        <w:rPr>
          <w:spacing w:val="-5"/>
        </w:rPr>
        <w:t xml:space="preserve"> </w:t>
      </w:r>
      <w:r w:rsidRPr="00E85698">
        <w:t>признаки</w:t>
      </w:r>
      <w:r w:rsidRPr="00E85698">
        <w:rPr>
          <w:spacing w:val="-4"/>
        </w:rPr>
        <w:t xml:space="preserve"> </w:t>
      </w:r>
      <w:r w:rsidRPr="00E85698">
        <w:t>текста</w:t>
      </w:r>
      <w:r w:rsidRPr="00E85698">
        <w:rPr>
          <w:spacing w:val="-5"/>
        </w:rPr>
        <w:t xml:space="preserve"> </w:t>
      </w:r>
      <w:r w:rsidRPr="00E85698">
        <w:t>(обобщение).</w:t>
      </w:r>
      <w:r w:rsidRPr="00E85698">
        <w:rPr>
          <w:spacing w:val="-57"/>
        </w:rPr>
        <w:t xml:space="preserve"> </w:t>
      </w:r>
      <w:r w:rsidRPr="00E85698">
        <w:t>Структура</w:t>
      </w:r>
      <w:r w:rsidRPr="00E85698">
        <w:rPr>
          <w:spacing w:val="-1"/>
        </w:rPr>
        <w:t xml:space="preserve"> </w:t>
      </w:r>
      <w:r w:rsidRPr="00E85698">
        <w:t>текста. Абзац.</w:t>
      </w:r>
    </w:p>
    <w:p w:rsidR="00624C8A" w:rsidRPr="00E85698" w:rsidRDefault="00CB6516">
      <w:pPr>
        <w:pStyle w:val="a5"/>
        <w:spacing w:line="292" w:lineRule="auto"/>
        <w:ind w:right="915" w:firstLine="180"/>
      </w:pPr>
      <w:r w:rsidRPr="00E85698">
        <w:t>Информационная переработка текста: план текста (простой, сложный; назывной, вопросный,</w:t>
      </w:r>
      <w:r w:rsidRPr="00E85698">
        <w:rPr>
          <w:spacing w:val="-57"/>
        </w:rPr>
        <w:t xml:space="preserve"> </w:t>
      </w:r>
      <w:r w:rsidRPr="00E85698">
        <w:t>тезисный);</w:t>
      </w:r>
      <w:r w:rsidRPr="00E85698">
        <w:rPr>
          <w:spacing w:val="-2"/>
        </w:rPr>
        <w:t xml:space="preserve"> </w:t>
      </w:r>
      <w:r w:rsidRPr="00E85698">
        <w:t>главная</w:t>
      </w:r>
      <w:r w:rsidRPr="00E85698">
        <w:rPr>
          <w:spacing w:val="-1"/>
        </w:rPr>
        <w:t xml:space="preserve"> </w:t>
      </w:r>
      <w:r w:rsidRPr="00E85698">
        <w:t>и</w:t>
      </w:r>
      <w:r w:rsidRPr="00E85698">
        <w:rPr>
          <w:spacing w:val="-1"/>
        </w:rPr>
        <w:t xml:space="preserve"> </w:t>
      </w:r>
      <w:r w:rsidRPr="00E85698">
        <w:t>второстепенная</w:t>
      </w:r>
      <w:r w:rsidRPr="00E85698">
        <w:rPr>
          <w:spacing w:val="-1"/>
        </w:rPr>
        <w:t xml:space="preserve"> </w:t>
      </w:r>
      <w:r w:rsidRPr="00E85698">
        <w:t>информация</w:t>
      </w:r>
      <w:r w:rsidRPr="00E85698">
        <w:rPr>
          <w:spacing w:val="-1"/>
        </w:rPr>
        <w:t xml:space="preserve"> </w:t>
      </w:r>
      <w:r w:rsidRPr="00E85698">
        <w:t>текста.</w:t>
      </w:r>
    </w:p>
    <w:p w:rsidR="00624C8A" w:rsidRPr="00E85698" w:rsidRDefault="00CB6516">
      <w:pPr>
        <w:pStyle w:val="a5"/>
        <w:spacing w:line="275" w:lineRule="exact"/>
        <w:ind w:left="286"/>
      </w:pPr>
      <w:r w:rsidRPr="00E85698">
        <w:t>Способы</w:t>
      </w:r>
      <w:r w:rsidRPr="00E85698">
        <w:rPr>
          <w:spacing w:val="-4"/>
        </w:rPr>
        <w:t xml:space="preserve"> </w:t>
      </w:r>
      <w:r w:rsidRPr="00E85698">
        <w:t>и</w:t>
      </w:r>
      <w:r w:rsidRPr="00E85698">
        <w:rPr>
          <w:spacing w:val="-4"/>
        </w:rPr>
        <w:t xml:space="preserve"> </w:t>
      </w:r>
      <w:r w:rsidRPr="00E85698">
        <w:t>средства</w:t>
      </w:r>
      <w:r w:rsidRPr="00E85698">
        <w:rPr>
          <w:spacing w:val="-3"/>
        </w:rPr>
        <w:t xml:space="preserve"> </w:t>
      </w:r>
      <w:r w:rsidRPr="00E85698">
        <w:t>связи</w:t>
      </w:r>
      <w:r w:rsidRPr="00E85698">
        <w:rPr>
          <w:spacing w:val="-4"/>
        </w:rPr>
        <w:t xml:space="preserve"> </w:t>
      </w:r>
      <w:r w:rsidRPr="00E85698">
        <w:t>предложений</w:t>
      </w:r>
      <w:r w:rsidRPr="00E85698">
        <w:rPr>
          <w:spacing w:val="-4"/>
        </w:rPr>
        <w:t xml:space="preserve"> </w:t>
      </w:r>
      <w:r w:rsidRPr="00E85698">
        <w:t>в</w:t>
      </w:r>
      <w:r w:rsidRPr="00E85698">
        <w:rPr>
          <w:spacing w:val="-4"/>
        </w:rPr>
        <w:t xml:space="preserve"> </w:t>
      </w:r>
      <w:r w:rsidRPr="00E85698">
        <w:t>тексте</w:t>
      </w:r>
      <w:r w:rsidRPr="00E85698">
        <w:rPr>
          <w:spacing w:val="-4"/>
        </w:rPr>
        <w:t xml:space="preserve"> </w:t>
      </w:r>
      <w:r w:rsidRPr="00E85698">
        <w:t>(обобщение).</w:t>
      </w:r>
    </w:p>
    <w:p w:rsidR="00624C8A" w:rsidRPr="00E85698" w:rsidRDefault="00CB6516">
      <w:pPr>
        <w:pStyle w:val="a5"/>
        <w:spacing w:before="59" w:line="292" w:lineRule="auto"/>
        <w:ind w:firstLine="180"/>
      </w:pPr>
      <w:r w:rsidRPr="00E85698">
        <w:t>Языковые</w:t>
      </w:r>
      <w:r w:rsidRPr="00E85698">
        <w:rPr>
          <w:spacing w:val="-7"/>
        </w:rPr>
        <w:t xml:space="preserve"> </w:t>
      </w:r>
      <w:r w:rsidRPr="00E85698">
        <w:t>средства</w:t>
      </w:r>
      <w:r w:rsidRPr="00E85698">
        <w:rPr>
          <w:spacing w:val="-7"/>
        </w:rPr>
        <w:t xml:space="preserve"> </w:t>
      </w:r>
      <w:r w:rsidRPr="00E85698">
        <w:t>выразительности</w:t>
      </w:r>
      <w:r w:rsidRPr="00E85698">
        <w:rPr>
          <w:spacing w:val="-6"/>
        </w:rPr>
        <w:t xml:space="preserve"> </w:t>
      </w:r>
      <w:r w:rsidRPr="00E85698">
        <w:t>в</w:t>
      </w:r>
      <w:r w:rsidRPr="00E85698">
        <w:rPr>
          <w:spacing w:val="-8"/>
        </w:rPr>
        <w:t xml:space="preserve"> </w:t>
      </w:r>
      <w:r w:rsidRPr="00E85698">
        <w:t>тексте:</w:t>
      </w:r>
      <w:r w:rsidRPr="00E85698">
        <w:rPr>
          <w:spacing w:val="-7"/>
        </w:rPr>
        <w:t xml:space="preserve"> </w:t>
      </w:r>
      <w:r w:rsidRPr="00E85698">
        <w:t>фонетические</w:t>
      </w:r>
      <w:r w:rsidRPr="00E85698">
        <w:rPr>
          <w:spacing w:val="-7"/>
        </w:rPr>
        <w:t xml:space="preserve"> </w:t>
      </w:r>
      <w:r w:rsidRPr="00E85698">
        <w:t>(звукопись),</w:t>
      </w:r>
      <w:r w:rsidRPr="00E85698">
        <w:rPr>
          <w:spacing w:val="-6"/>
        </w:rPr>
        <w:t xml:space="preserve"> </w:t>
      </w:r>
      <w:r w:rsidRPr="00E85698">
        <w:t>словообразовательные,</w:t>
      </w:r>
      <w:r w:rsidRPr="00E85698">
        <w:rPr>
          <w:spacing w:val="-57"/>
        </w:rPr>
        <w:t xml:space="preserve"> </w:t>
      </w:r>
      <w:r w:rsidRPr="00E85698">
        <w:t>лексические</w:t>
      </w:r>
      <w:r w:rsidRPr="00E85698">
        <w:rPr>
          <w:spacing w:val="-1"/>
        </w:rPr>
        <w:t xml:space="preserve"> </w:t>
      </w:r>
      <w:r w:rsidRPr="00E85698">
        <w:t>(обобщение).</w:t>
      </w:r>
    </w:p>
    <w:p w:rsidR="00624C8A" w:rsidRPr="00E85698" w:rsidRDefault="00CB6516">
      <w:pPr>
        <w:pStyle w:val="a5"/>
        <w:spacing w:line="292" w:lineRule="auto"/>
        <w:ind w:left="286" w:right="4868"/>
      </w:pPr>
      <w:r w:rsidRPr="00E85698">
        <w:t>Рассуждение как функционально-смысловой тип речи.</w:t>
      </w:r>
      <w:r w:rsidRPr="00E85698">
        <w:rPr>
          <w:spacing w:val="-58"/>
        </w:rPr>
        <w:t xml:space="preserve"> </w:t>
      </w:r>
      <w:r w:rsidRPr="00E85698">
        <w:t>Структурные</w:t>
      </w:r>
      <w:r w:rsidRPr="00E85698">
        <w:rPr>
          <w:spacing w:val="-2"/>
        </w:rPr>
        <w:t xml:space="preserve"> </w:t>
      </w:r>
      <w:r w:rsidRPr="00E85698">
        <w:t>особенности</w:t>
      </w:r>
      <w:r w:rsidRPr="00E85698">
        <w:rPr>
          <w:spacing w:val="-2"/>
        </w:rPr>
        <w:t xml:space="preserve"> </w:t>
      </w:r>
      <w:r w:rsidRPr="00E85698">
        <w:t>текста-рассуждения.</w:t>
      </w:r>
    </w:p>
    <w:p w:rsidR="00624C8A" w:rsidRPr="00E85698" w:rsidRDefault="00CB6516">
      <w:pPr>
        <w:pStyle w:val="a5"/>
        <w:spacing w:line="292" w:lineRule="auto"/>
        <w:ind w:right="584" w:firstLine="180"/>
      </w:pPr>
      <w:r w:rsidRPr="00E85698">
        <w:t xml:space="preserve">Смысловой анализ текста: его композиционных особенностей, </w:t>
      </w:r>
      <w:proofErr w:type="spellStart"/>
      <w:r w:rsidRPr="00E85698">
        <w:t>микротем</w:t>
      </w:r>
      <w:proofErr w:type="spellEnd"/>
      <w:r w:rsidRPr="00E85698">
        <w:t xml:space="preserve"> и абзацев, способов и</w:t>
      </w:r>
      <w:r w:rsidRPr="00E85698">
        <w:rPr>
          <w:spacing w:val="1"/>
        </w:rPr>
        <w:t xml:space="preserve"> </w:t>
      </w:r>
      <w:r w:rsidRPr="00E85698">
        <w:t>средств связи предложений в тексте; использование языковых средств выразительности (в рамках</w:t>
      </w:r>
      <w:r w:rsidRPr="00E85698">
        <w:rPr>
          <w:spacing w:val="-58"/>
        </w:rPr>
        <w:t xml:space="preserve"> </w:t>
      </w:r>
      <w:r w:rsidRPr="00E85698">
        <w:t>изученного).</w:t>
      </w:r>
    </w:p>
    <w:p w:rsidR="00624C8A" w:rsidRPr="00E85698" w:rsidRDefault="00CB6516">
      <w:pPr>
        <w:pStyle w:val="a5"/>
        <w:spacing w:line="274"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58" w:line="292" w:lineRule="auto"/>
        <w:ind w:firstLine="180"/>
      </w:pPr>
      <w:r w:rsidRPr="00E85698">
        <w:t>Понятие</w:t>
      </w:r>
      <w:r w:rsidRPr="00E85698">
        <w:rPr>
          <w:spacing w:val="-4"/>
        </w:rPr>
        <w:t xml:space="preserve"> </w:t>
      </w:r>
      <w:r w:rsidRPr="00E85698">
        <w:t>о</w:t>
      </w:r>
      <w:r w:rsidRPr="00E85698">
        <w:rPr>
          <w:spacing w:val="-4"/>
        </w:rPr>
        <w:t xml:space="preserve"> </w:t>
      </w:r>
      <w:r w:rsidRPr="00E85698">
        <w:t>функциональных</w:t>
      </w:r>
      <w:r w:rsidRPr="00E85698">
        <w:rPr>
          <w:spacing w:val="-4"/>
        </w:rPr>
        <w:t xml:space="preserve"> </w:t>
      </w:r>
      <w:r w:rsidRPr="00E85698">
        <w:t>разновидностях</w:t>
      </w:r>
      <w:r w:rsidRPr="00E85698">
        <w:rPr>
          <w:spacing w:val="-4"/>
        </w:rPr>
        <w:t xml:space="preserve"> </w:t>
      </w:r>
      <w:r w:rsidRPr="00E85698">
        <w:t>языка:</w:t>
      </w:r>
      <w:r w:rsidRPr="00E85698">
        <w:rPr>
          <w:spacing w:val="-5"/>
        </w:rPr>
        <w:t xml:space="preserve"> </w:t>
      </w:r>
      <w:r w:rsidRPr="00E85698">
        <w:t>разговорная</w:t>
      </w:r>
      <w:r w:rsidRPr="00E85698">
        <w:rPr>
          <w:spacing w:val="-5"/>
        </w:rPr>
        <w:t xml:space="preserve"> </w:t>
      </w:r>
      <w:r w:rsidRPr="00E85698">
        <w:t>речь,</w:t>
      </w:r>
      <w:r w:rsidRPr="00E85698">
        <w:rPr>
          <w:spacing w:val="-4"/>
        </w:rPr>
        <w:t xml:space="preserve"> </w:t>
      </w:r>
      <w:r w:rsidRPr="00E85698">
        <w:t>функциональные</w:t>
      </w:r>
      <w:r w:rsidRPr="00E85698">
        <w:rPr>
          <w:spacing w:val="-4"/>
        </w:rPr>
        <w:t xml:space="preserve"> </w:t>
      </w:r>
      <w:r w:rsidRPr="00E85698">
        <w:t>стили</w:t>
      </w:r>
      <w:r w:rsidRPr="00E85698">
        <w:rPr>
          <w:spacing w:val="-57"/>
        </w:rPr>
        <w:t xml:space="preserve"> </w:t>
      </w:r>
      <w:r w:rsidRPr="00E85698">
        <w:t>(научный,</w:t>
      </w:r>
      <w:r w:rsidRPr="00E85698">
        <w:rPr>
          <w:spacing w:val="-2"/>
        </w:rPr>
        <w:t xml:space="preserve"> </w:t>
      </w:r>
      <w:r w:rsidRPr="00E85698">
        <w:t>публицистический,</w:t>
      </w:r>
      <w:r w:rsidRPr="00E85698">
        <w:rPr>
          <w:spacing w:val="-2"/>
        </w:rPr>
        <w:t xml:space="preserve"> </w:t>
      </w:r>
      <w:r w:rsidRPr="00E85698">
        <w:t>официально-деловой),</w:t>
      </w:r>
      <w:r w:rsidRPr="00E85698">
        <w:rPr>
          <w:spacing w:val="-2"/>
        </w:rPr>
        <w:t xml:space="preserve"> </w:t>
      </w:r>
      <w:r w:rsidRPr="00E85698">
        <w:t>язык</w:t>
      </w:r>
      <w:r w:rsidRPr="00E85698">
        <w:rPr>
          <w:spacing w:val="-3"/>
        </w:rPr>
        <w:t xml:space="preserve"> </w:t>
      </w:r>
      <w:r w:rsidRPr="00E85698">
        <w:t>художественной</w:t>
      </w:r>
      <w:r w:rsidRPr="00E85698">
        <w:rPr>
          <w:spacing w:val="-2"/>
        </w:rPr>
        <w:t xml:space="preserve"> </w:t>
      </w:r>
      <w:r w:rsidRPr="00E85698">
        <w:t>литературы.</w:t>
      </w:r>
    </w:p>
    <w:p w:rsidR="00624C8A" w:rsidRPr="00E85698" w:rsidRDefault="00CB6516">
      <w:pPr>
        <w:pStyle w:val="a5"/>
        <w:spacing w:line="292" w:lineRule="auto"/>
        <w:ind w:left="286" w:right="2111"/>
      </w:pPr>
      <w:r w:rsidRPr="00E85698">
        <w:t>Публицистический стиль. Сфера употребления, функции, языковые особенности.</w:t>
      </w:r>
      <w:r w:rsidRPr="00E85698">
        <w:rPr>
          <w:spacing w:val="-58"/>
        </w:rPr>
        <w:t xml:space="preserve"> </w:t>
      </w:r>
      <w:r w:rsidRPr="00E85698">
        <w:t>Жанры</w:t>
      </w:r>
      <w:r w:rsidRPr="00E85698">
        <w:rPr>
          <w:spacing w:val="-1"/>
        </w:rPr>
        <w:t xml:space="preserve"> </w:t>
      </w:r>
      <w:r w:rsidRPr="00E85698">
        <w:t>публицистического</w:t>
      </w:r>
      <w:r w:rsidRPr="00E85698">
        <w:rPr>
          <w:spacing w:val="-1"/>
        </w:rPr>
        <w:t xml:space="preserve"> </w:t>
      </w:r>
      <w:r w:rsidRPr="00E85698">
        <w:t>стиля</w:t>
      </w:r>
      <w:r w:rsidRPr="00E85698">
        <w:rPr>
          <w:spacing w:val="-2"/>
        </w:rPr>
        <w:t xml:space="preserve"> </w:t>
      </w:r>
      <w:r w:rsidRPr="00E85698">
        <w:t>(репортаж,</w:t>
      </w:r>
      <w:r w:rsidRPr="00E85698">
        <w:rPr>
          <w:spacing w:val="-1"/>
        </w:rPr>
        <w:t xml:space="preserve"> </w:t>
      </w:r>
      <w:r w:rsidRPr="00E85698">
        <w:t>заметка,</w:t>
      </w:r>
      <w:r w:rsidRPr="00E85698">
        <w:rPr>
          <w:spacing w:val="-1"/>
        </w:rPr>
        <w:t xml:space="preserve"> </w:t>
      </w:r>
      <w:r w:rsidRPr="00E85698">
        <w:t>интервью).</w:t>
      </w:r>
    </w:p>
    <w:p w:rsidR="00624C8A" w:rsidRPr="00E85698" w:rsidRDefault="00CB6516">
      <w:pPr>
        <w:pStyle w:val="a5"/>
        <w:spacing w:line="292" w:lineRule="auto"/>
        <w:ind w:left="286" w:right="531"/>
      </w:pPr>
      <w:r w:rsidRPr="00E85698">
        <w:t>Употребление языковых средств выразительности в текстах публицистического стиля.</w:t>
      </w:r>
      <w:r w:rsidRPr="00E85698">
        <w:rPr>
          <w:spacing w:val="1"/>
        </w:rPr>
        <w:t xml:space="preserve"> </w:t>
      </w:r>
      <w:r w:rsidRPr="00E85698">
        <w:t>Официально-деловой</w:t>
      </w:r>
      <w:r w:rsidRPr="00E85698">
        <w:rPr>
          <w:spacing w:val="-6"/>
        </w:rPr>
        <w:t xml:space="preserve"> </w:t>
      </w:r>
      <w:r w:rsidRPr="00E85698">
        <w:t>стиль.</w:t>
      </w:r>
      <w:r w:rsidRPr="00E85698">
        <w:rPr>
          <w:spacing w:val="-5"/>
        </w:rPr>
        <w:t xml:space="preserve"> </w:t>
      </w:r>
      <w:r w:rsidRPr="00E85698">
        <w:t>Сфера</w:t>
      </w:r>
      <w:r w:rsidRPr="00E85698">
        <w:rPr>
          <w:spacing w:val="-5"/>
        </w:rPr>
        <w:t xml:space="preserve"> </w:t>
      </w:r>
      <w:r w:rsidRPr="00E85698">
        <w:t>употребления,</w:t>
      </w:r>
      <w:r w:rsidRPr="00E85698">
        <w:rPr>
          <w:spacing w:val="-5"/>
        </w:rPr>
        <w:t xml:space="preserve"> </w:t>
      </w:r>
      <w:r w:rsidRPr="00E85698">
        <w:t>функции,</w:t>
      </w:r>
      <w:r w:rsidRPr="00E85698">
        <w:rPr>
          <w:spacing w:val="-5"/>
        </w:rPr>
        <w:t xml:space="preserve"> </w:t>
      </w:r>
      <w:r w:rsidRPr="00E85698">
        <w:t>языковые</w:t>
      </w:r>
      <w:r w:rsidRPr="00E85698">
        <w:rPr>
          <w:spacing w:val="-5"/>
        </w:rPr>
        <w:t xml:space="preserve"> </w:t>
      </w:r>
      <w:r w:rsidRPr="00E85698">
        <w:t>особенности.</w:t>
      </w:r>
      <w:r w:rsidRPr="00E85698">
        <w:rPr>
          <w:spacing w:val="-5"/>
        </w:rPr>
        <w:t xml:space="preserve"> </w:t>
      </w:r>
      <w:r w:rsidRPr="00E85698">
        <w:t>Инструкция.</w:t>
      </w:r>
    </w:p>
    <w:p w:rsidR="00624C8A" w:rsidRPr="00E85698" w:rsidRDefault="00CB6516">
      <w:pPr>
        <w:pStyle w:val="11"/>
        <w:spacing w:before="116" w:line="292" w:lineRule="auto"/>
        <w:ind w:right="7369"/>
      </w:pPr>
      <w:r w:rsidRPr="00E85698">
        <w:t>Система</w:t>
      </w:r>
      <w:r w:rsidRPr="00E85698">
        <w:rPr>
          <w:spacing w:val="60"/>
        </w:rPr>
        <w:t xml:space="preserve"> </w:t>
      </w:r>
      <w:r w:rsidRPr="00E85698">
        <w:t>языка</w:t>
      </w:r>
      <w:r w:rsidRPr="00E85698">
        <w:rPr>
          <w:spacing w:val="1"/>
        </w:rPr>
        <w:t xml:space="preserve"> </w:t>
      </w:r>
      <w:r w:rsidRPr="00E85698">
        <w:t>Морфология.</w:t>
      </w:r>
      <w:r w:rsidRPr="00E85698">
        <w:rPr>
          <w:spacing w:val="-7"/>
        </w:rPr>
        <w:t xml:space="preserve"> </w:t>
      </w:r>
      <w:r w:rsidRPr="00E85698">
        <w:t>Культура</w:t>
      </w:r>
      <w:r w:rsidRPr="00E85698">
        <w:rPr>
          <w:spacing w:val="-7"/>
        </w:rPr>
        <w:t xml:space="preserve"> </w:t>
      </w:r>
      <w:r w:rsidRPr="00E85698">
        <w:t>речи</w:t>
      </w:r>
    </w:p>
    <w:p w:rsidR="00624C8A" w:rsidRPr="00E85698" w:rsidRDefault="00CB6516">
      <w:pPr>
        <w:pStyle w:val="a5"/>
        <w:spacing w:line="275" w:lineRule="exact"/>
        <w:ind w:left="286"/>
      </w:pPr>
      <w:r w:rsidRPr="00E85698">
        <w:t>Морфология</w:t>
      </w:r>
      <w:r w:rsidRPr="00E85698">
        <w:rPr>
          <w:spacing w:val="-4"/>
        </w:rPr>
        <w:t xml:space="preserve"> </w:t>
      </w:r>
      <w:r w:rsidRPr="00E85698">
        <w:t>как</w:t>
      </w:r>
      <w:r w:rsidRPr="00E85698">
        <w:rPr>
          <w:spacing w:val="-4"/>
        </w:rPr>
        <w:t xml:space="preserve"> </w:t>
      </w:r>
      <w:r w:rsidRPr="00E85698">
        <w:t>раздел</w:t>
      </w:r>
      <w:r w:rsidRPr="00E85698">
        <w:rPr>
          <w:spacing w:val="-4"/>
        </w:rPr>
        <w:t xml:space="preserve"> </w:t>
      </w:r>
      <w:r w:rsidRPr="00E85698">
        <w:t>науки</w:t>
      </w:r>
      <w:r w:rsidRPr="00E85698">
        <w:rPr>
          <w:spacing w:val="-3"/>
        </w:rPr>
        <w:t xml:space="preserve"> </w:t>
      </w:r>
      <w:r w:rsidRPr="00E85698">
        <w:t>о</w:t>
      </w:r>
      <w:r w:rsidRPr="00E85698">
        <w:rPr>
          <w:spacing w:val="-3"/>
        </w:rPr>
        <w:t xml:space="preserve"> </w:t>
      </w:r>
      <w:r w:rsidRPr="00E85698">
        <w:t>языке</w:t>
      </w:r>
      <w:r w:rsidRPr="00E85698">
        <w:rPr>
          <w:spacing w:val="-3"/>
        </w:rPr>
        <w:t xml:space="preserve"> </w:t>
      </w:r>
      <w:r w:rsidRPr="00E85698">
        <w:t>(обобщение).</w:t>
      </w:r>
    </w:p>
    <w:p w:rsidR="00624C8A" w:rsidRPr="00E85698" w:rsidRDefault="00CB6516">
      <w:pPr>
        <w:pStyle w:val="11"/>
        <w:spacing w:before="60"/>
      </w:pPr>
      <w:r w:rsidRPr="00E85698">
        <w:t>Причастие</w:t>
      </w:r>
    </w:p>
    <w:p w:rsidR="00624C8A" w:rsidRPr="00E85698" w:rsidRDefault="00CB6516">
      <w:pPr>
        <w:pStyle w:val="a5"/>
        <w:spacing w:before="60" w:line="292" w:lineRule="auto"/>
        <w:ind w:left="286"/>
      </w:pPr>
      <w:r w:rsidRPr="00E85698">
        <w:t>Причастия как особая группа слов. Признаки глагола и имени прилагательного в причастии.</w:t>
      </w:r>
      <w:r w:rsidRPr="00E85698">
        <w:rPr>
          <w:spacing w:val="-57"/>
        </w:rPr>
        <w:t xml:space="preserve"> </w:t>
      </w:r>
      <w:r w:rsidRPr="00E85698">
        <w:t>Причастия</w:t>
      </w:r>
      <w:r w:rsidRPr="00E85698">
        <w:rPr>
          <w:spacing w:val="-6"/>
        </w:rPr>
        <w:t xml:space="preserve"> </w:t>
      </w:r>
      <w:r w:rsidRPr="00E85698">
        <w:t>настоящего</w:t>
      </w:r>
      <w:r w:rsidRPr="00E85698">
        <w:rPr>
          <w:spacing w:val="-5"/>
        </w:rPr>
        <w:t xml:space="preserve"> </w:t>
      </w:r>
      <w:r w:rsidRPr="00E85698">
        <w:t>и</w:t>
      </w:r>
      <w:r w:rsidRPr="00E85698">
        <w:rPr>
          <w:spacing w:val="-5"/>
        </w:rPr>
        <w:t xml:space="preserve"> </w:t>
      </w:r>
      <w:r w:rsidRPr="00E85698">
        <w:t>прошедшего</w:t>
      </w:r>
      <w:r w:rsidRPr="00E85698">
        <w:rPr>
          <w:spacing w:val="-5"/>
        </w:rPr>
        <w:t xml:space="preserve"> </w:t>
      </w:r>
      <w:r w:rsidRPr="00E85698">
        <w:t>времени.</w:t>
      </w:r>
      <w:r w:rsidRPr="00E85698">
        <w:rPr>
          <w:spacing w:val="-4"/>
        </w:rPr>
        <w:t xml:space="preserve"> </w:t>
      </w:r>
      <w:r w:rsidRPr="00E85698">
        <w:t>Действительные</w:t>
      </w:r>
      <w:r w:rsidRPr="00E85698">
        <w:rPr>
          <w:spacing w:val="-5"/>
        </w:rPr>
        <w:t xml:space="preserve"> </w:t>
      </w:r>
      <w:r w:rsidRPr="00E85698">
        <w:t>и</w:t>
      </w:r>
      <w:r w:rsidRPr="00E85698">
        <w:rPr>
          <w:spacing w:val="-5"/>
        </w:rPr>
        <w:t xml:space="preserve"> </w:t>
      </w:r>
      <w:r w:rsidRPr="00E85698">
        <w:t>страдательные</w:t>
      </w:r>
      <w:r w:rsidRPr="00E85698">
        <w:rPr>
          <w:spacing w:val="-5"/>
        </w:rPr>
        <w:t xml:space="preserve"> </w:t>
      </w:r>
      <w:r w:rsidRPr="00E85698">
        <w:t>причастия.</w:t>
      </w:r>
    </w:p>
    <w:p w:rsidR="00624C8A" w:rsidRPr="00E85698" w:rsidRDefault="00CB6516">
      <w:pPr>
        <w:pStyle w:val="a5"/>
        <w:spacing w:line="292" w:lineRule="auto"/>
        <w:ind w:left="286" w:right="2912" w:hanging="181"/>
      </w:pPr>
      <w:r w:rsidRPr="00E85698">
        <w:t>Полные и краткие формы страдательных причастий. Склонение причастий.</w:t>
      </w:r>
      <w:r w:rsidRPr="00E85698">
        <w:rPr>
          <w:spacing w:val="-57"/>
        </w:rPr>
        <w:t xml:space="preserve"> </w:t>
      </w:r>
      <w:r w:rsidRPr="00E85698">
        <w:t>Причастие</w:t>
      </w:r>
      <w:r w:rsidRPr="00E85698">
        <w:rPr>
          <w:spacing w:val="-1"/>
        </w:rPr>
        <w:t xml:space="preserve"> </w:t>
      </w:r>
      <w:r w:rsidRPr="00E85698">
        <w:t>в</w:t>
      </w:r>
      <w:r w:rsidRPr="00E85698">
        <w:rPr>
          <w:spacing w:val="-2"/>
        </w:rPr>
        <w:t xml:space="preserve"> </w:t>
      </w:r>
      <w:r w:rsidRPr="00E85698">
        <w:t>составе</w:t>
      </w:r>
      <w:r w:rsidRPr="00E85698">
        <w:rPr>
          <w:spacing w:val="-1"/>
        </w:rPr>
        <w:t xml:space="preserve"> </w:t>
      </w:r>
      <w:r w:rsidRPr="00E85698">
        <w:t>словосочетаний.</w:t>
      </w:r>
      <w:r w:rsidRPr="00E85698">
        <w:rPr>
          <w:spacing w:val="-1"/>
        </w:rPr>
        <w:t xml:space="preserve"> </w:t>
      </w:r>
      <w:r w:rsidRPr="00E85698">
        <w:t>Причастный оборот.</w:t>
      </w:r>
    </w:p>
    <w:p w:rsidR="00624C8A" w:rsidRPr="00E85698" w:rsidRDefault="00CB6516">
      <w:pPr>
        <w:pStyle w:val="a5"/>
        <w:spacing w:line="275" w:lineRule="exact"/>
        <w:ind w:left="286"/>
      </w:pPr>
      <w:r w:rsidRPr="00E85698">
        <w:t>Морфологический</w:t>
      </w:r>
      <w:r w:rsidRPr="00E85698">
        <w:rPr>
          <w:spacing w:val="-5"/>
        </w:rPr>
        <w:t xml:space="preserve"> </w:t>
      </w:r>
      <w:r w:rsidRPr="00E85698">
        <w:t>анализ</w:t>
      </w:r>
      <w:r w:rsidRPr="00E85698">
        <w:rPr>
          <w:spacing w:val="-5"/>
        </w:rPr>
        <w:t xml:space="preserve"> </w:t>
      </w:r>
      <w:r w:rsidRPr="00E85698">
        <w:t>причастий.</w:t>
      </w:r>
    </w:p>
    <w:p w:rsidR="00624C8A" w:rsidRPr="00E85698" w:rsidRDefault="00CB6516">
      <w:pPr>
        <w:pStyle w:val="a5"/>
        <w:spacing w:before="59" w:line="292" w:lineRule="auto"/>
        <w:ind w:right="174" w:firstLine="180"/>
      </w:pPr>
      <w:r w:rsidRPr="00E85698">
        <w:t>Употребление причастия в речи. Созвучные причастия и имена прилагательные (</w:t>
      </w:r>
      <w:r w:rsidRPr="00E85698">
        <w:rPr>
          <w:b/>
          <w:i/>
        </w:rPr>
        <w:t xml:space="preserve">висящий </w:t>
      </w:r>
      <w:r w:rsidRPr="00E85698">
        <w:t>—</w:t>
      </w:r>
      <w:r w:rsidRPr="00E85698">
        <w:rPr>
          <w:spacing w:val="1"/>
        </w:rPr>
        <w:t xml:space="preserve"> </w:t>
      </w:r>
      <w:r w:rsidRPr="00E85698">
        <w:rPr>
          <w:b/>
          <w:i/>
        </w:rPr>
        <w:t>висячий</w:t>
      </w:r>
      <w:r w:rsidRPr="00E85698">
        <w:t xml:space="preserve">, </w:t>
      </w:r>
      <w:r w:rsidRPr="00E85698">
        <w:rPr>
          <w:b/>
          <w:i/>
        </w:rPr>
        <w:t xml:space="preserve">горящий </w:t>
      </w:r>
      <w:r w:rsidRPr="00E85698">
        <w:t xml:space="preserve">— </w:t>
      </w:r>
      <w:r w:rsidRPr="00E85698">
        <w:rPr>
          <w:b/>
          <w:i/>
        </w:rPr>
        <w:t>горячий</w:t>
      </w:r>
      <w:r w:rsidRPr="00E85698">
        <w:t>). Употребление причастий с суффиксом -</w:t>
      </w:r>
      <w:proofErr w:type="spellStart"/>
      <w:r w:rsidRPr="00E85698">
        <w:rPr>
          <w:b/>
          <w:i/>
        </w:rPr>
        <w:t>ся</w:t>
      </w:r>
      <w:proofErr w:type="spellEnd"/>
      <w:r w:rsidRPr="00E85698">
        <w:t>. Согласование причастий в</w:t>
      </w:r>
      <w:r w:rsidRPr="00E85698">
        <w:rPr>
          <w:spacing w:val="-57"/>
        </w:rPr>
        <w:t xml:space="preserve"> </w:t>
      </w:r>
      <w:r w:rsidRPr="00E85698">
        <w:t>словосочетаниях</w:t>
      </w:r>
      <w:r w:rsidRPr="00E85698">
        <w:rPr>
          <w:spacing w:val="-1"/>
        </w:rPr>
        <w:t xml:space="preserve"> </w:t>
      </w:r>
      <w:r w:rsidRPr="00E85698">
        <w:t>типа</w:t>
      </w:r>
      <w:r w:rsidRPr="00E85698">
        <w:rPr>
          <w:spacing w:val="-4"/>
        </w:rPr>
        <w:t xml:space="preserve"> </w:t>
      </w:r>
      <w:r w:rsidRPr="00E85698">
        <w:rPr>
          <w:i/>
        </w:rPr>
        <w:t>прич</w:t>
      </w:r>
      <w:r w:rsidRPr="00E85698">
        <w:t>. +</w:t>
      </w:r>
      <w:r w:rsidRPr="00E85698">
        <w:rPr>
          <w:spacing w:val="-4"/>
        </w:rPr>
        <w:t xml:space="preserve"> </w:t>
      </w:r>
      <w:r w:rsidRPr="00E85698">
        <w:rPr>
          <w:i/>
        </w:rPr>
        <w:t>сущ</w:t>
      </w:r>
      <w:r w:rsidRPr="00E85698">
        <w:t>.</w:t>
      </w:r>
    </w:p>
    <w:p w:rsidR="00624C8A" w:rsidRPr="00E85698" w:rsidRDefault="00CB6516">
      <w:pPr>
        <w:pStyle w:val="a5"/>
        <w:spacing w:line="274" w:lineRule="exact"/>
        <w:ind w:left="286"/>
      </w:pPr>
      <w:r w:rsidRPr="00E85698">
        <w:t>Ударение</w:t>
      </w:r>
      <w:r w:rsidRPr="00E85698">
        <w:rPr>
          <w:spacing w:val="-3"/>
        </w:rPr>
        <w:t xml:space="preserve"> </w:t>
      </w:r>
      <w:r w:rsidRPr="00E85698">
        <w:t>в</w:t>
      </w:r>
      <w:r w:rsidRPr="00E85698">
        <w:rPr>
          <w:spacing w:val="-3"/>
        </w:rPr>
        <w:t xml:space="preserve"> </w:t>
      </w:r>
      <w:r w:rsidRPr="00E85698">
        <w:t>некоторых</w:t>
      </w:r>
      <w:r w:rsidRPr="00E85698">
        <w:rPr>
          <w:spacing w:val="-3"/>
        </w:rPr>
        <w:t xml:space="preserve"> </w:t>
      </w:r>
      <w:r w:rsidRPr="00E85698">
        <w:t>формах</w:t>
      </w:r>
      <w:r w:rsidRPr="00E85698">
        <w:rPr>
          <w:spacing w:val="-2"/>
        </w:rPr>
        <w:t xml:space="preserve"> </w:t>
      </w:r>
      <w:r w:rsidRPr="00E85698">
        <w:t>причастий.</w:t>
      </w:r>
    </w:p>
    <w:p w:rsidR="00624C8A" w:rsidRPr="00E85698" w:rsidRDefault="00CB6516">
      <w:pPr>
        <w:pStyle w:val="a5"/>
        <w:spacing w:before="60" w:line="292" w:lineRule="auto"/>
        <w:ind w:firstLine="180"/>
      </w:pPr>
      <w:r w:rsidRPr="00E85698">
        <w:t>Правописание падежных окончаний причастий. Правописание гласных в суффиксах причастий.</w:t>
      </w:r>
      <w:r w:rsidRPr="00E85698">
        <w:rPr>
          <w:spacing w:val="1"/>
        </w:rPr>
        <w:t xml:space="preserve"> </w:t>
      </w:r>
      <w:r w:rsidRPr="00E85698">
        <w:t>Правописание</w:t>
      </w:r>
      <w:r w:rsidRPr="00E85698">
        <w:rPr>
          <w:spacing w:val="-6"/>
        </w:rPr>
        <w:t xml:space="preserve"> </w:t>
      </w:r>
      <w:r w:rsidRPr="00E85698">
        <w:rPr>
          <w:b/>
          <w:i/>
        </w:rPr>
        <w:t>н</w:t>
      </w:r>
      <w:r w:rsidRPr="00E85698">
        <w:rPr>
          <w:b/>
          <w:i/>
          <w:spacing w:val="-5"/>
        </w:rPr>
        <w:t xml:space="preserve"> </w:t>
      </w:r>
      <w:r w:rsidRPr="00E85698">
        <w:t xml:space="preserve">и </w:t>
      </w:r>
      <w:proofErr w:type="spellStart"/>
      <w:r w:rsidRPr="00E85698">
        <w:rPr>
          <w:b/>
          <w:i/>
        </w:rPr>
        <w:t>нн</w:t>
      </w:r>
      <w:proofErr w:type="spellEnd"/>
      <w:r w:rsidRPr="00E85698">
        <w:rPr>
          <w:b/>
          <w:i/>
          <w:spacing w:val="-6"/>
        </w:rPr>
        <w:t xml:space="preserve"> </w:t>
      </w:r>
      <w:r w:rsidRPr="00E85698">
        <w:t>в</w:t>
      </w:r>
      <w:r w:rsidRPr="00E85698">
        <w:rPr>
          <w:spacing w:val="-4"/>
        </w:rPr>
        <w:t xml:space="preserve"> </w:t>
      </w:r>
      <w:r w:rsidRPr="00E85698">
        <w:t>суффиксах</w:t>
      </w:r>
      <w:r w:rsidRPr="00E85698">
        <w:rPr>
          <w:spacing w:val="-3"/>
        </w:rPr>
        <w:t xml:space="preserve"> </w:t>
      </w:r>
      <w:r w:rsidRPr="00E85698">
        <w:t>причастий</w:t>
      </w:r>
      <w:r w:rsidRPr="00E85698">
        <w:rPr>
          <w:spacing w:val="-3"/>
        </w:rPr>
        <w:t xml:space="preserve"> </w:t>
      </w:r>
      <w:r w:rsidRPr="00E85698">
        <w:t>и</w:t>
      </w:r>
      <w:r w:rsidRPr="00E85698">
        <w:rPr>
          <w:spacing w:val="-3"/>
        </w:rPr>
        <w:t xml:space="preserve"> </w:t>
      </w:r>
      <w:r w:rsidRPr="00E85698">
        <w:t>отглагольных</w:t>
      </w:r>
      <w:r w:rsidRPr="00E85698">
        <w:rPr>
          <w:spacing w:val="-3"/>
        </w:rPr>
        <w:t xml:space="preserve"> </w:t>
      </w:r>
      <w:r w:rsidRPr="00E85698">
        <w:t>имён</w:t>
      </w:r>
      <w:r w:rsidRPr="00E85698">
        <w:rPr>
          <w:spacing w:val="-3"/>
        </w:rPr>
        <w:t xml:space="preserve"> </w:t>
      </w:r>
      <w:r w:rsidRPr="00E85698">
        <w:t>прилагательных.</w:t>
      </w:r>
      <w:r w:rsidRPr="00E85698">
        <w:rPr>
          <w:spacing w:val="-3"/>
        </w:rPr>
        <w:t xml:space="preserve"> </w:t>
      </w:r>
      <w:r w:rsidRPr="00E85698">
        <w:t>Правописание</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a5"/>
        <w:spacing w:before="62" w:line="292" w:lineRule="auto"/>
        <w:ind w:left="286" w:right="2912" w:hanging="181"/>
      </w:pPr>
      <w:r w:rsidRPr="00E85698">
        <w:lastRenderedPageBreak/>
        <w:t>окончаний</w:t>
      </w:r>
      <w:r w:rsidRPr="00E85698">
        <w:rPr>
          <w:spacing w:val="-3"/>
        </w:rPr>
        <w:t xml:space="preserve"> </w:t>
      </w:r>
      <w:r w:rsidRPr="00E85698">
        <w:t>причастий.</w:t>
      </w:r>
      <w:r w:rsidRPr="00E85698">
        <w:rPr>
          <w:spacing w:val="-3"/>
        </w:rPr>
        <w:t xml:space="preserve"> </w:t>
      </w:r>
      <w:r w:rsidRPr="00E85698">
        <w:t>Слитное</w:t>
      </w:r>
      <w:r w:rsidRPr="00E85698">
        <w:rPr>
          <w:spacing w:val="-3"/>
        </w:rPr>
        <w:t xml:space="preserve"> </w:t>
      </w:r>
      <w:r w:rsidRPr="00E85698">
        <w:t>и</w:t>
      </w:r>
      <w:r w:rsidRPr="00E85698">
        <w:rPr>
          <w:spacing w:val="-3"/>
        </w:rPr>
        <w:t xml:space="preserve"> </w:t>
      </w:r>
      <w:r w:rsidRPr="00E85698">
        <w:t>раздельное</w:t>
      </w:r>
      <w:r w:rsidRPr="00E85698">
        <w:rPr>
          <w:spacing w:val="-3"/>
        </w:rPr>
        <w:t xml:space="preserve"> </w:t>
      </w:r>
      <w:r w:rsidRPr="00E85698">
        <w:t>написание</w:t>
      </w:r>
      <w:r w:rsidRPr="00E85698">
        <w:rPr>
          <w:spacing w:val="-7"/>
        </w:rPr>
        <w:t xml:space="preserve"> </w:t>
      </w:r>
      <w:r w:rsidRPr="00E85698">
        <w:rPr>
          <w:b/>
          <w:i/>
        </w:rPr>
        <w:t>не</w:t>
      </w:r>
      <w:r w:rsidRPr="00E85698">
        <w:rPr>
          <w:b/>
          <w:i/>
          <w:spacing w:val="-3"/>
        </w:rPr>
        <w:t xml:space="preserve"> </w:t>
      </w:r>
      <w:r w:rsidRPr="00E85698">
        <w:t>с</w:t>
      </w:r>
      <w:r w:rsidRPr="00E85698">
        <w:rPr>
          <w:spacing w:val="-3"/>
        </w:rPr>
        <w:t xml:space="preserve"> </w:t>
      </w:r>
      <w:r w:rsidRPr="00E85698">
        <w:t>причастиями.</w:t>
      </w:r>
      <w:r w:rsidRPr="00E85698">
        <w:rPr>
          <w:spacing w:val="-57"/>
        </w:rPr>
        <w:t xml:space="preserve"> </w:t>
      </w:r>
      <w:r w:rsidRPr="00E85698">
        <w:t>Знаки</w:t>
      </w:r>
      <w:r w:rsidRPr="00E85698">
        <w:rPr>
          <w:spacing w:val="-1"/>
        </w:rPr>
        <w:t xml:space="preserve"> </w:t>
      </w:r>
      <w:r w:rsidRPr="00E85698">
        <w:t>препинания</w:t>
      </w:r>
      <w:r w:rsidRPr="00E85698">
        <w:rPr>
          <w:spacing w:val="-2"/>
        </w:rPr>
        <w:t xml:space="preserve"> </w:t>
      </w:r>
      <w:r w:rsidRPr="00E85698">
        <w:t>в</w:t>
      </w:r>
      <w:r w:rsidRPr="00E85698">
        <w:rPr>
          <w:spacing w:val="-1"/>
        </w:rPr>
        <w:t xml:space="preserve"> </w:t>
      </w:r>
      <w:r w:rsidRPr="00E85698">
        <w:t>предложениях</w:t>
      </w:r>
      <w:r w:rsidRPr="00E85698">
        <w:rPr>
          <w:spacing w:val="-1"/>
        </w:rPr>
        <w:t xml:space="preserve"> </w:t>
      </w:r>
      <w:r w:rsidRPr="00E85698">
        <w:t>с</w:t>
      </w:r>
      <w:r w:rsidRPr="00E85698">
        <w:rPr>
          <w:spacing w:val="-1"/>
        </w:rPr>
        <w:t xml:space="preserve"> </w:t>
      </w:r>
      <w:r w:rsidRPr="00E85698">
        <w:t>причастным оборотом.</w:t>
      </w:r>
    </w:p>
    <w:p w:rsidR="00624C8A" w:rsidRPr="00E85698" w:rsidRDefault="00CB6516">
      <w:pPr>
        <w:pStyle w:val="11"/>
        <w:spacing w:line="275" w:lineRule="exact"/>
      </w:pPr>
      <w:r w:rsidRPr="00E85698">
        <w:t>Деепричастие</w:t>
      </w:r>
    </w:p>
    <w:p w:rsidR="00624C8A" w:rsidRPr="00E85698" w:rsidRDefault="00CB6516">
      <w:pPr>
        <w:pStyle w:val="a5"/>
        <w:spacing w:before="60" w:line="292" w:lineRule="auto"/>
        <w:ind w:firstLine="180"/>
      </w:pPr>
      <w:r w:rsidRPr="00E85698">
        <w:t>Деепричастия</w:t>
      </w:r>
      <w:r w:rsidRPr="00E85698">
        <w:rPr>
          <w:spacing w:val="-5"/>
        </w:rPr>
        <w:t xml:space="preserve"> </w:t>
      </w:r>
      <w:r w:rsidRPr="00E85698">
        <w:t>как</w:t>
      </w:r>
      <w:r w:rsidRPr="00E85698">
        <w:rPr>
          <w:spacing w:val="-5"/>
        </w:rPr>
        <w:t xml:space="preserve"> </w:t>
      </w:r>
      <w:r w:rsidRPr="00E85698">
        <w:t>особая</w:t>
      </w:r>
      <w:r w:rsidRPr="00E85698">
        <w:rPr>
          <w:spacing w:val="-4"/>
        </w:rPr>
        <w:t xml:space="preserve"> </w:t>
      </w:r>
      <w:r w:rsidRPr="00E85698">
        <w:t>группа</w:t>
      </w:r>
      <w:r w:rsidRPr="00E85698">
        <w:rPr>
          <w:spacing w:val="-4"/>
        </w:rPr>
        <w:t xml:space="preserve"> </w:t>
      </w:r>
      <w:r w:rsidRPr="00E85698">
        <w:t>слов.</w:t>
      </w:r>
      <w:r w:rsidRPr="00E85698">
        <w:rPr>
          <w:spacing w:val="-3"/>
        </w:rPr>
        <w:t xml:space="preserve"> </w:t>
      </w:r>
      <w:r w:rsidRPr="00E85698">
        <w:t>Признаки</w:t>
      </w:r>
      <w:r w:rsidRPr="00E85698">
        <w:rPr>
          <w:spacing w:val="-4"/>
        </w:rPr>
        <w:t xml:space="preserve"> </w:t>
      </w:r>
      <w:r w:rsidRPr="00E85698">
        <w:t>глагола</w:t>
      </w:r>
      <w:r w:rsidRPr="00E85698">
        <w:rPr>
          <w:spacing w:val="-3"/>
        </w:rPr>
        <w:t xml:space="preserve"> </w:t>
      </w:r>
      <w:r w:rsidRPr="00E85698">
        <w:t>и</w:t>
      </w:r>
      <w:r w:rsidRPr="00E85698">
        <w:rPr>
          <w:spacing w:val="-4"/>
        </w:rPr>
        <w:t xml:space="preserve"> </w:t>
      </w:r>
      <w:r w:rsidRPr="00E85698">
        <w:t>наречия</w:t>
      </w:r>
      <w:r w:rsidRPr="00E85698">
        <w:rPr>
          <w:spacing w:val="-4"/>
        </w:rPr>
        <w:t xml:space="preserve"> </w:t>
      </w:r>
      <w:r w:rsidRPr="00E85698">
        <w:t>в</w:t>
      </w:r>
      <w:r w:rsidRPr="00E85698">
        <w:rPr>
          <w:spacing w:val="-5"/>
        </w:rPr>
        <w:t xml:space="preserve"> </w:t>
      </w:r>
      <w:r w:rsidRPr="00E85698">
        <w:t>деепричастии.</w:t>
      </w:r>
      <w:r w:rsidRPr="00E85698">
        <w:rPr>
          <w:spacing w:val="-4"/>
        </w:rPr>
        <w:t xml:space="preserve"> </w:t>
      </w:r>
      <w:r w:rsidRPr="00E85698">
        <w:t>Синтаксическая</w:t>
      </w:r>
      <w:r w:rsidRPr="00E85698">
        <w:rPr>
          <w:spacing w:val="-57"/>
        </w:rPr>
        <w:t xml:space="preserve"> </w:t>
      </w:r>
      <w:r w:rsidRPr="00E85698">
        <w:t>функция</w:t>
      </w:r>
      <w:r w:rsidRPr="00E85698">
        <w:rPr>
          <w:spacing w:val="-2"/>
        </w:rPr>
        <w:t xml:space="preserve"> </w:t>
      </w:r>
      <w:r w:rsidRPr="00E85698">
        <w:t>деепричастия, роль</w:t>
      </w:r>
      <w:r w:rsidRPr="00E85698">
        <w:rPr>
          <w:spacing w:val="-1"/>
        </w:rPr>
        <w:t xml:space="preserve"> </w:t>
      </w:r>
      <w:r w:rsidRPr="00E85698">
        <w:t>в</w:t>
      </w:r>
      <w:r w:rsidRPr="00E85698">
        <w:rPr>
          <w:spacing w:val="-1"/>
        </w:rPr>
        <w:t xml:space="preserve"> </w:t>
      </w:r>
      <w:r w:rsidRPr="00E85698">
        <w:t>речи.</w:t>
      </w:r>
    </w:p>
    <w:p w:rsidR="00624C8A" w:rsidRPr="00E85698" w:rsidRDefault="00CB6516">
      <w:pPr>
        <w:pStyle w:val="a5"/>
        <w:spacing w:line="292" w:lineRule="auto"/>
        <w:ind w:left="286" w:right="3821"/>
      </w:pPr>
      <w:r w:rsidRPr="00E85698">
        <w:t>Деепричастия совершенного и несовершенного вида.</w:t>
      </w:r>
      <w:r w:rsidRPr="00E85698">
        <w:rPr>
          <w:spacing w:val="1"/>
        </w:rPr>
        <w:t xml:space="preserve"> </w:t>
      </w:r>
      <w:r w:rsidRPr="00E85698">
        <w:t>Деепричастие в составе словосочетаний. Деепричастный оборот.</w:t>
      </w:r>
      <w:r w:rsidRPr="00E85698">
        <w:rPr>
          <w:spacing w:val="-58"/>
        </w:rPr>
        <w:t xml:space="preserve"> </w:t>
      </w:r>
      <w:r w:rsidRPr="00E85698">
        <w:t>Морфологический</w:t>
      </w:r>
      <w:r w:rsidRPr="00E85698">
        <w:rPr>
          <w:spacing w:val="-1"/>
        </w:rPr>
        <w:t xml:space="preserve"> </w:t>
      </w:r>
      <w:r w:rsidRPr="00E85698">
        <w:t>анализ</w:t>
      </w:r>
      <w:r w:rsidRPr="00E85698">
        <w:rPr>
          <w:spacing w:val="-1"/>
        </w:rPr>
        <w:t xml:space="preserve"> </w:t>
      </w:r>
      <w:r w:rsidRPr="00E85698">
        <w:t>деепричастий.</w:t>
      </w:r>
    </w:p>
    <w:p w:rsidR="00624C8A" w:rsidRPr="00E85698" w:rsidRDefault="00CB6516">
      <w:pPr>
        <w:pStyle w:val="a5"/>
        <w:spacing w:line="274" w:lineRule="exact"/>
        <w:ind w:left="286"/>
      </w:pPr>
      <w:r w:rsidRPr="00E85698">
        <w:t>Постановка</w:t>
      </w:r>
      <w:r w:rsidRPr="00E85698">
        <w:rPr>
          <w:spacing w:val="-4"/>
        </w:rPr>
        <w:t xml:space="preserve"> </w:t>
      </w:r>
      <w:r w:rsidRPr="00E85698">
        <w:t>ударения</w:t>
      </w:r>
      <w:r w:rsidRPr="00E85698">
        <w:rPr>
          <w:spacing w:val="-5"/>
        </w:rPr>
        <w:t xml:space="preserve"> </w:t>
      </w:r>
      <w:r w:rsidRPr="00E85698">
        <w:t>в</w:t>
      </w:r>
      <w:r w:rsidRPr="00E85698">
        <w:rPr>
          <w:spacing w:val="-5"/>
        </w:rPr>
        <w:t xml:space="preserve"> </w:t>
      </w:r>
      <w:r w:rsidRPr="00E85698">
        <w:t>деепричастиях.</w:t>
      </w:r>
    </w:p>
    <w:p w:rsidR="00624C8A" w:rsidRPr="00E85698" w:rsidRDefault="00CB6516">
      <w:pPr>
        <w:pStyle w:val="a5"/>
        <w:spacing w:before="59" w:line="292" w:lineRule="auto"/>
        <w:ind w:firstLine="180"/>
      </w:pPr>
      <w:r w:rsidRPr="00E85698">
        <w:rPr>
          <w:spacing w:val="-1"/>
        </w:rPr>
        <w:t xml:space="preserve">Правописание гласных в суффиксах деепричастий. </w:t>
      </w:r>
      <w:r w:rsidRPr="00E85698">
        <w:t xml:space="preserve">Слитное и раздельное написание </w:t>
      </w:r>
      <w:r w:rsidRPr="00E85698">
        <w:rPr>
          <w:b/>
          <w:i/>
        </w:rPr>
        <w:t xml:space="preserve">не </w:t>
      </w:r>
      <w:r w:rsidRPr="00E85698">
        <w:t>с</w:t>
      </w:r>
      <w:r w:rsidRPr="00E85698">
        <w:rPr>
          <w:spacing w:val="-57"/>
        </w:rPr>
        <w:t xml:space="preserve"> </w:t>
      </w:r>
      <w:r w:rsidRPr="00E85698">
        <w:t>деепричастиями.</w:t>
      </w:r>
    </w:p>
    <w:p w:rsidR="00624C8A" w:rsidRPr="00E85698" w:rsidRDefault="00CB6516">
      <w:pPr>
        <w:pStyle w:val="a5"/>
        <w:spacing w:line="292" w:lineRule="auto"/>
        <w:ind w:left="286" w:right="155"/>
      </w:pPr>
      <w:r w:rsidRPr="00E85698">
        <w:t>Правильное построение предложений с одиночными деепричастиями и деепричастными оборотами.</w:t>
      </w:r>
      <w:r w:rsidRPr="00E85698">
        <w:rPr>
          <w:spacing w:val="-57"/>
        </w:rPr>
        <w:t xml:space="preserve"> </w:t>
      </w:r>
      <w:r w:rsidRPr="00E85698">
        <w:t>Знаки</w:t>
      </w:r>
      <w:r w:rsidRPr="00E85698">
        <w:rPr>
          <w:spacing w:val="-2"/>
        </w:rPr>
        <w:t xml:space="preserve"> </w:t>
      </w:r>
      <w:r w:rsidRPr="00E85698">
        <w:t>препинания</w:t>
      </w:r>
      <w:r w:rsidRPr="00E85698">
        <w:rPr>
          <w:spacing w:val="-2"/>
        </w:rPr>
        <w:t xml:space="preserve"> </w:t>
      </w:r>
      <w:r w:rsidRPr="00E85698">
        <w:t>в</w:t>
      </w:r>
      <w:r w:rsidRPr="00E85698">
        <w:rPr>
          <w:spacing w:val="-2"/>
        </w:rPr>
        <w:t xml:space="preserve"> </w:t>
      </w:r>
      <w:r w:rsidRPr="00E85698">
        <w:t>предложениях</w:t>
      </w:r>
      <w:r w:rsidRPr="00E85698">
        <w:rPr>
          <w:spacing w:val="-2"/>
        </w:rPr>
        <w:t xml:space="preserve"> </w:t>
      </w:r>
      <w:r w:rsidRPr="00E85698">
        <w:t>с</w:t>
      </w:r>
      <w:r w:rsidRPr="00E85698">
        <w:rPr>
          <w:spacing w:val="-1"/>
        </w:rPr>
        <w:t xml:space="preserve"> </w:t>
      </w:r>
      <w:r w:rsidRPr="00E85698">
        <w:t>одиночным</w:t>
      </w:r>
      <w:r w:rsidRPr="00E85698">
        <w:rPr>
          <w:spacing w:val="-1"/>
        </w:rPr>
        <w:t xml:space="preserve"> </w:t>
      </w:r>
      <w:r w:rsidRPr="00E85698">
        <w:t>деепричастием</w:t>
      </w:r>
      <w:r w:rsidRPr="00E85698">
        <w:rPr>
          <w:spacing w:val="-2"/>
        </w:rPr>
        <w:t xml:space="preserve"> </w:t>
      </w:r>
      <w:r w:rsidRPr="00E85698">
        <w:t>и</w:t>
      </w:r>
      <w:r w:rsidRPr="00E85698">
        <w:rPr>
          <w:spacing w:val="-1"/>
        </w:rPr>
        <w:t xml:space="preserve"> </w:t>
      </w:r>
      <w:r w:rsidRPr="00E85698">
        <w:t>деепричастным</w:t>
      </w:r>
      <w:r w:rsidRPr="00E85698">
        <w:rPr>
          <w:spacing w:val="-1"/>
        </w:rPr>
        <w:t xml:space="preserve"> </w:t>
      </w:r>
      <w:r w:rsidRPr="00E85698">
        <w:t>оборотом.</w:t>
      </w:r>
    </w:p>
    <w:p w:rsidR="00624C8A" w:rsidRPr="00E85698" w:rsidRDefault="00CB6516">
      <w:pPr>
        <w:pStyle w:val="11"/>
        <w:spacing w:line="275" w:lineRule="exact"/>
      </w:pPr>
      <w:r w:rsidRPr="00E85698">
        <w:t>Наречие</w:t>
      </w:r>
    </w:p>
    <w:p w:rsidR="00624C8A" w:rsidRPr="00E85698" w:rsidRDefault="00CB6516">
      <w:pPr>
        <w:pStyle w:val="a5"/>
        <w:spacing w:before="59"/>
        <w:ind w:left="286"/>
      </w:pPr>
      <w:r w:rsidRPr="00E85698">
        <w:t>Общее</w:t>
      </w:r>
      <w:r w:rsidRPr="00E85698">
        <w:rPr>
          <w:spacing w:val="-5"/>
        </w:rPr>
        <w:t xml:space="preserve"> </w:t>
      </w:r>
      <w:r w:rsidRPr="00E85698">
        <w:t>грамматическое</w:t>
      </w:r>
      <w:r w:rsidRPr="00E85698">
        <w:rPr>
          <w:spacing w:val="-4"/>
        </w:rPr>
        <w:t xml:space="preserve"> </w:t>
      </w:r>
      <w:r w:rsidRPr="00E85698">
        <w:t>значение</w:t>
      </w:r>
      <w:r w:rsidRPr="00E85698">
        <w:rPr>
          <w:spacing w:val="-4"/>
        </w:rPr>
        <w:t xml:space="preserve"> </w:t>
      </w:r>
      <w:r w:rsidRPr="00E85698">
        <w:t>наречий.</w:t>
      </w:r>
    </w:p>
    <w:p w:rsidR="00624C8A" w:rsidRPr="00E85698" w:rsidRDefault="00CB6516">
      <w:pPr>
        <w:pStyle w:val="a5"/>
        <w:spacing w:before="60" w:line="292" w:lineRule="auto"/>
        <w:ind w:right="163" w:firstLine="180"/>
      </w:pPr>
      <w:r w:rsidRPr="00E85698">
        <w:t>Разряды наречий по значению. Простая и составная формы сравнительной и превосходной степеней</w:t>
      </w:r>
      <w:r w:rsidRPr="00E85698">
        <w:rPr>
          <w:spacing w:val="-58"/>
        </w:rPr>
        <w:t xml:space="preserve"> </w:t>
      </w:r>
      <w:r w:rsidRPr="00E85698">
        <w:t>сравнения</w:t>
      </w:r>
      <w:r w:rsidRPr="00E85698">
        <w:rPr>
          <w:spacing w:val="-2"/>
        </w:rPr>
        <w:t xml:space="preserve"> </w:t>
      </w:r>
      <w:r w:rsidRPr="00E85698">
        <w:t>наречий.</w:t>
      </w:r>
    </w:p>
    <w:p w:rsidR="00624C8A" w:rsidRPr="00E85698" w:rsidRDefault="00CB6516">
      <w:pPr>
        <w:pStyle w:val="a5"/>
        <w:spacing w:line="292" w:lineRule="auto"/>
        <w:ind w:left="286" w:right="6900"/>
      </w:pPr>
      <w:r w:rsidRPr="00E85698">
        <w:t>Словообразование наречий.</w:t>
      </w:r>
      <w:r w:rsidRPr="00E85698">
        <w:rPr>
          <w:spacing w:val="1"/>
        </w:rPr>
        <w:t xml:space="preserve"> </w:t>
      </w:r>
      <w:r w:rsidRPr="00E85698">
        <w:t>Синтаксические свойства наречий.</w:t>
      </w:r>
      <w:r w:rsidRPr="00E85698">
        <w:rPr>
          <w:spacing w:val="-57"/>
        </w:rPr>
        <w:t xml:space="preserve"> </w:t>
      </w:r>
      <w:r w:rsidRPr="00E85698">
        <w:t>Морфологический</w:t>
      </w:r>
      <w:r w:rsidRPr="00E85698">
        <w:rPr>
          <w:spacing w:val="-6"/>
        </w:rPr>
        <w:t xml:space="preserve"> </w:t>
      </w:r>
      <w:r w:rsidRPr="00E85698">
        <w:t>анализ</w:t>
      </w:r>
      <w:r w:rsidRPr="00E85698">
        <w:rPr>
          <w:spacing w:val="-7"/>
        </w:rPr>
        <w:t xml:space="preserve"> </w:t>
      </w:r>
      <w:r w:rsidRPr="00E85698">
        <w:t>наречий.</w:t>
      </w:r>
    </w:p>
    <w:p w:rsidR="00624C8A" w:rsidRPr="00E85698" w:rsidRDefault="00CB6516">
      <w:pPr>
        <w:pStyle w:val="a5"/>
        <w:spacing w:line="292" w:lineRule="auto"/>
        <w:ind w:right="921" w:firstLine="180"/>
      </w:pPr>
      <w:r w:rsidRPr="00E85698">
        <w:t>Нормы постановки ударения в наречиях, нормы произношения наречий. Нормы образования</w:t>
      </w:r>
      <w:r w:rsidRPr="00E85698">
        <w:rPr>
          <w:spacing w:val="-57"/>
        </w:rPr>
        <w:t xml:space="preserve"> </w:t>
      </w:r>
      <w:r w:rsidRPr="00E85698">
        <w:t>степеней</w:t>
      </w:r>
      <w:r w:rsidRPr="00E85698">
        <w:rPr>
          <w:spacing w:val="-1"/>
        </w:rPr>
        <w:t xml:space="preserve"> </w:t>
      </w:r>
      <w:r w:rsidRPr="00E85698">
        <w:t>сравнения</w:t>
      </w:r>
      <w:r w:rsidRPr="00E85698">
        <w:rPr>
          <w:spacing w:val="-1"/>
        </w:rPr>
        <w:t xml:space="preserve"> </w:t>
      </w:r>
      <w:r w:rsidRPr="00E85698">
        <w:t>наречий.</w:t>
      </w:r>
    </w:p>
    <w:p w:rsidR="00624C8A" w:rsidRPr="00E85698" w:rsidRDefault="00CB6516">
      <w:pPr>
        <w:pStyle w:val="a5"/>
        <w:spacing w:line="275" w:lineRule="exact"/>
        <w:ind w:left="286"/>
      </w:pPr>
      <w:r w:rsidRPr="00E85698">
        <w:t>Роль</w:t>
      </w:r>
      <w:r w:rsidRPr="00E85698">
        <w:rPr>
          <w:spacing w:val="-4"/>
        </w:rPr>
        <w:t xml:space="preserve"> </w:t>
      </w:r>
      <w:r w:rsidRPr="00E85698">
        <w:t>наречий</w:t>
      </w:r>
      <w:r w:rsidRPr="00E85698">
        <w:rPr>
          <w:spacing w:val="-3"/>
        </w:rPr>
        <w:t xml:space="preserve"> </w:t>
      </w:r>
      <w:r w:rsidRPr="00E85698">
        <w:t>в</w:t>
      </w:r>
      <w:r w:rsidRPr="00E85698">
        <w:rPr>
          <w:spacing w:val="-3"/>
        </w:rPr>
        <w:t xml:space="preserve"> </w:t>
      </w:r>
      <w:r w:rsidRPr="00E85698">
        <w:t>тексте.</w:t>
      </w:r>
    </w:p>
    <w:p w:rsidR="00624C8A" w:rsidRPr="00E85698" w:rsidRDefault="00CB6516">
      <w:pPr>
        <w:pStyle w:val="a5"/>
        <w:spacing w:before="57" w:line="292" w:lineRule="auto"/>
        <w:ind w:right="276" w:firstLine="180"/>
      </w:pPr>
      <w:r w:rsidRPr="00E85698">
        <w:t>Правописание наречий: слитное, раздельное, дефисное написание; слитное и раздельное написание</w:t>
      </w:r>
      <w:r w:rsidRPr="00E85698">
        <w:rPr>
          <w:spacing w:val="-58"/>
        </w:rPr>
        <w:t xml:space="preserve"> </w:t>
      </w:r>
      <w:r w:rsidRPr="00E85698">
        <w:rPr>
          <w:b/>
          <w:i/>
        </w:rPr>
        <w:t xml:space="preserve">не </w:t>
      </w:r>
      <w:r w:rsidRPr="00E85698">
        <w:t xml:space="preserve">с наречиями; </w:t>
      </w:r>
      <w:r w:rsidRPr="00E85698">
        <w:rPr>
          <w:b/>
          <w:i/>
        </w:rPr>
        <w:t xml:space="preserve">н </w:t>
      </w:r>
      <w:r w:rsidRPr="00E85698">
        <w:t xml:space="preserve">и </w:t>
      </w:r>
      <w:proofErr w:type="spellStart"/>
      <w:r w:rsidRPr="00E85698">
        <w:rPr>
          <w:b/>
          <w:i/>
        </w:rPr>
        <w:t>нн</w:t>
      </w:r>
      <w:proofErr w:type="spellEnd"/>
      <w:r w:rsidRPr="00E85698">
        <w:rPr>
          <w:b/>
          <w:i/>
        </w:rPr>
        <w:t xml:space="preserve"> </w:t>
      </w:r>
      <w:r w:rsidRPr="00E85698">
        <w:t>в наречиях на -</w:t>
      </w:r>
      <w:r w:rsidRPr="00E85698">
        <w:rPr>
          <w:b/>
          <w:i/>
        </w:rPr>
        <w:t xml:space="preserve">о </w:t>
      </w:r>
      <w:r w:rsidRPr="00E85698">
        <w:t>(-</w:t>
      </w:r>
      <w:r w:rsidRPr="00E85698">
        <w:rPr>
          <w:b/>
          <w:i/>
        </w:rPr>
        <w:t>е</w:t>
      </w:r>
      <w:r w:rsidRPr="00E85698">
        <w:t>); правописание суффиксов -</w:t>
      </w:r>
      <w:r w:rsidRPr="00E85698">
        <w:rPr>
          <w:b/>
          <w:i/>
        </w:rPr>
        <w:t xml:space="preserve">а </w:t>
      </w:r>
      <w:r w:rsidRPr="00E85698">
        <w:t>и -</w:t>
      </w:r>
      <w:proofErr w:type="gramStart"/>
      <w:r w:rsidRPr="00E85698">
        <w:rPr>
          <w:b/>
          <w:i/>
        </w:rPr>
        <w:t xml:space="preserve">о </w:t>
      </w:r>
      <w:r w:rsidRPr="00E85698">
        <w:t>наречий</w:t>
      </w:r>
      <w:proofErr w:type="gramEnd"/>
      <w:r w:rsidRPr="00E85698">
        <w:t xml:space="preserve"> с приставками</w:t>
      </w:r>
      <w:r w:rsidRPr="00E85698">
        <w:rPr>
          <w:spacing w:val="1"/>
        </w:rPr>
        <w:t xml:space="preserve"> </w:t>
      </w:r>
      <w:r w:rsidRPr="00E85698">
        <w:rPr>
          <w:b/>
          <w:i/>
        </w:rPr>
        <w:t>из-</w:t>
      </w:r>
      <w:r w:rsidRPr="00E85698">
        <w:t xml:space="preserve">, </w:t>
      </w:r>
      <w:r w:rsidRPr="00E85698">
        <w:rPr>
          <w:b/>
          <w:i/>
        </w:rPr>
        <w:t>до-</w:t>
      </w:r>
      <w:r w:rsidRPr="00E85698">
        <w:t xml:space="preserve">, </w:t>
      </w:r>
      <w:r w:rsidRPr="00E85698">
        <w:rPr>
          <w:b/>
          <w:i/>
        </w:rPr>
        <w:t>с-</w:t>
      </w:r>
      <w:r w:rsidRPr="00E85698">
        <w:t xml:space="preserve">, </w:t>
      </w:r>
      <w:r w:rsidRPr="00E85698">
        <w:rPr>
          <w:b/>
          <w:i/>
        </w:rPr>
        <w:t>в-</w:t>
      </w:r>
      <w:r w:rsidRPr="00E85698">
        <w:t xml:space="preserve">, </w:t>
      </w:r>
      <w:r w:rsidRPr="00E85698">
        <w:rPr>
          <w:b/>
          <w:i/>
        </w:rPr>
        <w:t>на-</w:t>
      </w:r>
      <w:r w:rsidRPr="00E85698">
        <w:t xml:space="preserve">, </w:t>
      </w:r>
      <w:r w:rsidRPr="00E85698">
        <w:rPr>
          <w:b/>
          <w:i/>
        </w:rPr>
        <w:t>за-</w:t>
      </w:r>
      <w:r w:rsidRPr="00E85698">
        <w:t xml:space="preserve">; употребление </w:t>
      </w:r>
      <w:r w:rsidRPr="00E85698">
        <w:rPr>
          <w:b/>
          <w:i/>
        </w:rPr>
        <w:t xml:space="preserve">ь </w:t>
      </w:r>
      <w:r w:rsidRPr="00E85698">
        <w:t>после шипящих на конце наречий; правописание суффиксов</w:t>
      </w:r>
      <w:r w:rsidRPr="00E85698">
        <w:rPr>
          <w:spacing w:val="1"/>
        </w:rPr>
        <w:t xml:space="preserve"> </w:t>
      </w:r>
      <w:r w:rsidRPr="00E85698">
        <w:t>наречий -</w:t>
      </w:r>
      <w:r w:rsidRPr="00E85698">
        <w:rPr>
          <w:b/>
          <w:i/>
        </w:rPr>
        <w:t xml:space="preserve">о </w:t>
      </w:r>
      <w:r w:rsidRPr="00E85698">
        <w:t>и -</w:t>
      </w:r>
      <w:r w:rsidRPr="00E85698">
        <w:rPr>
          <w:b/>
          <w:i/>
        </w:rPr>
        <w:t>е</w:t>
      </w:r>
      <w:r w:rsidRPr="00E85698">
        <w:rPr>
          <w:b/>
          <w:i/>
          <w:spacing w:val="1"/>
        </w:rPr>
        <w:t xml:space="preserve"> </w:t>
      </w:r>
      <w:r w:rsidRPr="00E85698">
        <w:t>после шипящих.</w:t>
      </w:r>
    </w:p>
    <w:p w:rsidR="00624C8A" w:rsidRPr="00E85698" w:rsidRDefault="00CB6516">
      <w:pPr>
        <w:pStyle w:val="a5"/>
        <w:spacing w:line="274" w:lineRule="exact"/>
        <w:ind w:left="286"/>
      </w:pPr>
      <w:r w:rsidRPr="00E85698">
        <w:t>Слова</w:t>
      </w:r>
      <w:r w:rsidRPr="00E85698">
        <w:rPr>
          <w:spacing w:val="-4"/>
        </w:rPr>
        <w:t xml:space="preserve"> </w:t>
      </w:r>
      <w:r w:rsidRPr="00E85698">
        <w:t>категории</w:t>
      </w:r>
      <w:r w:rsidRPr="00E85698">
        <w:rPr>
          <w:spacing w:val="-3"/>
        </w:rPr>
        <w:t xml:space="preserve"> </w:t>
      </w:r>
      <w:r w:rsidRPr="00E85698">
        <w:t>состояния</w:t>
      </w:r>
    </w:p>
    <w:p w:rsidR="00624C8A" w:rsidRPr="00E85698" w:rsidRDefault="00CB6516">
      <w:pPr>
        <w:pStyle w:val="a5"/>
        <w:spacing w:before="60" w:line="292" w:lineRule="auto"/>
        <w:ind w:firstLine="180"/>
      </w:pPr>
      <w:r w:rsidRPr="00E85698">
        <w:t>Вопрос о словах категории состояния в системе частей речи. Общее грамматическое значение,</w:t>
      </w:r>
      <w:r w:rsidRPr="00E85698">
        <w:rPr>
          <w:spacing w:val="1"/>
        </w:rPr>
        <w:t xml:space="preserve"> </w:t>
      </w:r>
      <w:r w:rsidRPr="00E85698">
        <w:t>морфологические</w:t>
      </w:r>
      <w:r w:rsidRPr="00E85698">
        <w:rPr>
          <w:spacing w:val="-4"/>
        </w:rPr>
        <w:t xml:space="preserve"> </w:t>
      </w:r>
      <w:r w:rsidRPr="00E85698">
        <w:t>признаки</w:t>
      </w:r>
      <w:r w:rsidRPr="00E85698">
        <w:rPr>
          <w:spacing w:val="-4"/>
        </w:rPr>
        <w:t xml:space="preserve"> </w:t>
      </w:r>
      <w:r w:rsidRPr="00E85698">
        <w:t>и</w:t>
      </w:r>
      <w:r w:rsidRPr="00E85698">
        <w:rPr>
          <w:spacing w:val="-4"/>
        </w:rPr>
        <w:t xml:space="preserve"> </w:t>
      </w:r>
      <w:r w:rsidRPr="00E85698">
        <w:t>синтаксическая</w:t>
      </w:r>
      <w:r w:rsidRPr="00E85698">
        <w:rPr>
          <w:spacing w:val="-4"/>
        </w:rPr>
        <w:t xml:space="preserve"> </w:t>
      </w:r>
      <w:r w:rsidRPr="00E85698">
        <w:t>функция</w:t>
      </w:r>
      <w:r w:rsidRPr="00E85698">
        <w:rPr>
          <w:spacing w:val="-5"/>
        </w:rPr>
        <w:t xml:space="preserve"> </w:t>
      </w:r>
      <w:r w:rsidRPr="00E85698">
        <w:t>слов</w:t>
      </w:r>
      <w:r w:rsidRPr="00E85698">
        <w:rPr>
          <w:spacing w:val="-5"/>
        </w:rPr>
        <w:t xml:space="preserve"> </w:t>
      </w:r>
      <w:r w:rsidRPr="00E85698">
        <w:t>категории</w:t>
      </w:r>
      <w:r w:rsidRPr="00E85698">
        <w:rPr>
          <w:spacing w:val="-3"/>
        </w:rPr>
        <w:t xml:space="preserve"> </w:t>
      </w:r>
      <w:r w:rsidRPr="00E85698">
        <w:t>состояния.</w:t>
      </w:r>
      <w:r w:rsidRPr="00E85698">
        <w:rPr>
          <w:spacing w:val="-4"/>
        </w:rPr>
        <w:t xml:space="preserve"> </w:t>
      </w:r>
      <w:r w:rsidRPr="00E85698">
        <w:t>Роль</w:t>
      </w:r>
      <w:r w:rsidRPr="00E85698">
        <w:rPr>
          <w:spacing w:val="-5"/>
        </w:rPr>
        <w:t xml:space="preserve"> </w:t>
      </w:r>
      <w:r w:rsidRPr="00E85698">
        <w:t>слов</w:t>
      </w:r>
      <w:r w:rsidRPr="00E85698">
        <w:rPr>
          <w:spacing w:val="-5"/>
        </w:rPr>
        <w:t xml:space="preserve"> </w:t>
      </w:r>
      <w:r w:rsidRPr="00E85698">
        <w:t>категории</w:t>
      </w:r>
      <w:r w:rsidRPr="00E85698">
        <w:rPr>
          <w:spacing w:val="-57"/>
        </w:rPr>
        <w:t xml:space="preserve"> </w:t>
      </w:r>
      <w:r w:rsidRPr="00E85698">
        <w:t>состояния</w:t>
      </w:r>
      <w:r w:rsidRPr="00E85698">
        <w:rPr>
          <w:spacing w:val="-2"/>
        </w:rPr>
        <w:t xml:space="preserve"> </w:t>
      </w:r>
      <w:r w:rsidRPr="00E85698">
        <w:t>в</w:t>
      </w:r>
      <w:r w:rsidRPr="00E85698">
        <w:rPr>
          <w:spacing w:val="-1"/>
        </w:rPr>
        <w:t xml:space="preserve"> </w:t>
      </w:r>
      <w:r w:rsidRPr="00E85698">
        <w:t>речи.</w:t>
      </w:r>
    </w:p>
    <w:p w:rsidR="00624C8A" w:rsidRPr="00E85698" w:rsidRDefault="00CB6516">
      <w:pPr>
        <w:pStyle w:val="11"/>
        <w:spacing w:line="274" w:lineRule="exact"/>
      </w:pPr>
      <w:r w:rsidRPr="00E85698">
        <w:t>Служебные</w:t>
      </w:r>
      <w:r w:rsidRPr="00E85698">
        <w:rPr>
          <w:spacing w:val="-4"/>
        </w:rPr>
        <w:t xml:space="preserve"> </w:t>
      </w:r>
      <w:r w:rsidRPr="00E85698">
        <w:t>части</w:t>
      </w:r>
      <w:r w:rsidRPr="00E85698">
        <w:rPr>
          <w:spacing w:val="-5"/>
        </w:rPr>
        <w:t xml:space="preserve"> </w:t>
      </w:r>
      <w:r w:rsidRPr="00E85698">
        <w:t>речи</w:t>
      </w:r>
    </w:p>
    <w:p w:rsidR="00624C8A" w:rsidRPr="00E85698" w:rsidRDefault="00CB6516">
      <w:pPr>
        <w:pStyle w:val="a5"/>
        <w:spacing w:before="60" w:line="292" w:lineRule="auto"/>
        <w:ind w:right="396" w:firstLine="180"/>
      </w:pPr>
      <w:r w:rsidRPr="00E85698">
        <w:t>Общая</w:t>
      </w:r>
      <w:r w:rsidRPr="00E85698">
        <w:rPr>
          <w:spacing w:val="-6"/>
        </w:rPr>
        <w:t xml:space="preserve"> </w:t>
      </w:r>
      <w:r w:rsidRPr="00E85698">
        <w:t>характеристика</w:t>
      </w:r>
      <w:r w:rsidRPr="00E85698">
        <w:rPr>
          <w:spacing w:val="-4"/>
        </w:rPr>
        <w:t xml:space="preserve"> </w:t>
      </w:r>
      <w:r w:rsidRPr="00E85698">
        <w:t>служебных</w:t>
      </w:r>
      <w:r w:rsidRPr="00E85698">
        <w:rPr>
          <w:spacing w:val="-5"/>
        </w:rPr>
        <w:t xml:space="preserve"> </w:t>
      </w:r>
      <w:r w:rsidRPr="00E85698">
        <w:t>частей</w:t>
      </w:r>
      <w:r w:rsidRPr="00E85698">
        <w:rPr>
          <w:spacing w:val="-4"/>
        </w:rPr>
        <w:t xml:space="preserve"> </w:t>
      </w:r>
      <w:r w:rsidRPr="00E85698">
        <w:t>речи.</w:t>
      </w:r>
      <w:r w:rsidRPr="00E85698">
        <w:rPr>
          <w:spacing w:val="-5"/>
        </w:rPr>
        <w:t xml:space="preserve"> </w:t>
      </w:r>
      <w:r w:rsidRPr="00E85698">
        <w:t>Отличие</w:t>
      </w:r>
      <w:r w:rsidRPr="00E85698">
        <w:rPr>
          <w:spacing w:val="-4"/>
        </w:rPr>
        <w:t xml:space="preserve"> </w:t>
      </w:r>
      <w:r w:rsidRPr="00E85698">
        <w:t>самостоятельных</w:t>
      </w:r>
      <w:r w:rsidRPr="00E85698">
        <w:rPr>
          <w:spacing w:val="-5"/>
        </w:rPr>
        <w:t xml:space="preserve"> </w:t>
      </w:r>
      <w:r w:rsidRPr="00E85698">
        <w:t>частей</w:t>
      </w:r>
      <w:r w:rsidRPr="00E85698">
        <w:rPr>
          <w:spacing w:val="-4"/>
        </w:rPr>
        <w:t xml:space="preserve"> </w:t>
      </w:r>
      <w:r w:rsidRPr="00E85698">
        <w:t>речи</w:t>
      </w:r>
      <w:r w:rsidRPr="00E85698">
        <w:rPr>
          <w:spacing w:val="-5"/>
        </w:rPr>
        <w:t xml:space="preserve"> </w:t>
      </w:r>
      <w:r w:rsidRPr="00E85698">
        <w:t>от</w:t>
      </w:r>
      <w:r w:rsidRPr="00E85698">
        <w:rPr>
          <w:spacing w:val="-57"/>
        </w:rPr>
        <w:t xml:space="preserve"> </w:t>
      </w:r>
      <w:r w:rsidRPr="00E85698">
        <w:t>служебных.</w:t>
      </w:r>
    </w:p>
    <w:p w:rsidR="00624C8A" w:rsidRPr="00E85698" w:rsidRDefault="00CB6516">
      <w:pPr>
        <w:pStyle w:val="11"/>
        <w:spacing w:line="275" w:lineRule="exact"/>
      </w:pPr>
      <w:r w:rsidRPr="00E85698">
        <w:t>Предлог</w:t>
      </w:r>
    </w:p>
    <w:p w:rsidR="00624C8A" w:rsidRPr="00E85698" w:rsidRDefault="00CB6516">
      <w:pPr>
        <w:pStyle w:val="a5"/>
        <w:spacing w:before="60"/>
        <w:ind w:left="286"/>
      </w:pPr>
      <w:r w:rsidRPr="00E85698">
        <w:t>Предлог</w:t>
      </w:r>
      <w:r w:rsidRPr="00E85698">
        <w:rPr>
          <w:spacing w:val="-4"/>
        </w:rPr>
        <w:t xml:space="preserve"> </w:t>
      </w:r>
      <w:r w:rsidRPr="00E85698">
        <w:t>как</w:t>
      </w:r>
      <w:r w:rsidRPr="00E85698">
        <w:rPr>
          <w:spacing w:val="-5"/>
        </w:rPr>
        <w:t xml:space="preserve"> </w:t>
      </w:r>
      <w:r w:rsidRPr="00E85698">
        <w:t>служебная</w:t>
      </w:r>
      <w:r w:rsidRPr="00E85698">
        <w:rPr>
          <w:spacing w:val="-5"/>
        </w:rPr>
        <w:t xml:space="preserve"> </w:t>
      </w:r>
      <w:r w:rsidRPr="00E85698">
        <w:t>часть</w:t>
      </w:r>
      <w:r w:rsidRPr="00E85698">
        <w:rPr>
          <w:spacing w:val="-4"/>
        </w:rPr>
        <w:t xml:space="preserve"> </w:t>
      </w:r>
      <w:r w:rsidRPr="00E85698">
        <w:t>речи.</w:t>
      </w:r>
      <w:r w:rsidRPr="00E85698">
        <w:rPr>
          <w:spacing w:val="-4"/>
        </w:rPr>
        <w:t xml:space="preserve"> </w:t>
      </w:r>
      <w:r w:rsidRPr="00E85698">
        <w:t>Грамматические</w:t>
      </w:r>
      <w:r w:rsidRPr="00E85698">
        <w:rPr>
          <w:spacing w:val="-4"/>
        </w:rPr>
        <w:t xml:space="preserve"> </w:t>
      </w:r>
      <w:r w:rsidRPr="00E85698">
        <w:t>функции</w:t>
      </w:r>
      <w:r w:rsidRPr="00E85698">
        <w:rPr>
          <w:spacing w:val="-4"/>
        </w:rPr>
        <w:t xml:space="preserve"> </w:t>
      </w:r>
      <w:r w:rsidRPr="00E85698">
        <w:t>предлогов.</w:t>
      </w:r>
    </w:p>
    <w:p w:rsidR="00624C8A" w:rsidRPr="00E85698" w:rsidRDefault="00CB6516">
      <w:pPr>
        <w:pStyle w:val="a5"/>
        <w:spacing w:before="60" w:line="292" w:lineRule="auto"/>
        <w:ind w:right="1225" w:firstLine="180"/>
      </w:pPr>
      <w:r w:rsidRPr="00E85698">
        <w:t>Разряды предлогов по происхождению: предлоги производные и непроизводные. Разряды</w:t>
      </w:r>
      <w:r w:rsidRPr="00E85698">
        <w:rPr>
          <w:spacing w:val="-58"/>
        </w:rPr>
        <w:t xml:space="preserve"> </w:t>
      </w:r>
      <w:r w:rsidRPr="00E85698">
        <w:t>предлогов</w:t>
      </w:r>
      <w:r w:rsidRPr="00E85698">
        <w:rPr>
          <w:spacing w:val="-2"/>
        </w:rPr>
        <w:t xml:space="preserve"> </w:t>
      </w:r>
      <w:r w:rsidRPr="00E85698">
        <w:t>по строению:</w:t>
      </w:r>
      <w:r w:rsidRPr="00E85698">
        <w:rPr>
          <w:spacing w:val="-1"/>
        </w:rPr>
        <w:t xml:space="preserve"> </w:t>
      </w:r>
      <w:r w:rsidRPr="00E85698">
        <w:t>предлоги</w:t>
      </w:r>
      <w:r w:rsidRPr="00E85698">
        <w:rPr>
          <w:spacing w:val="-1"/>
        </w:rPr>
        <w:t xml:space="preserve"> </w:t>
      </w:r>
      <w:r w:rsidRPr="00E85698">
        <w:t>простые и составные.</w:t>
      </w:r>
    </w:p>
    <w:p w:rsidR="00624C8A" w:rsidRPr="00E85698" w:rsidRDefault="00CB6516">
      <w:pPr>
        <w:pStyle w:val="a5"/>
        <w:spacing w:line="275" w:lineRule="exact"/>
        <w:ind w:left="286"/>
      </w:pPr>
      <w:r w:rsidRPr="00E85698">
        <w:t>Морфологический</w:t>
      </w:r>
      <w:r w:rsidRPr="00E85698">
        <w:rPr>
          <w:spacing w:val="-5"/>
        </w:rPr>
        <w:t xml:space="preserve"> </w:t>
      </w:r>
      <w:r w:rsidRPr="00E85698">
        <w:t>анализ</w:t>
      </w:r>
      <w:r w:rsidRPr="00E85698">
        <w:rPr>
          <w:spacing w:val="-5"/>
        </w:rPr>
        <w:t xml:space="preserve"> </w:t>
      </w:r>
      <w:r w:rsidRPr="00E85698">
        <w:t>предлогов.</w:t>
      </w:r>
    </w:p>
    <w:p w:rsidR="00624C8A" w:rsidRPr="00E85698" w:rsidRDefault="00CB6516">
      <w:pPr>
        <w:pStyle w:val="a5"/>
        <w:spacing w:before="60"/>
        <w:ind w:left="286"/>
      </w:pPr>
      <w:r w:rsidRPr="00E85698">
        <w:t>Употребление</w:t>
      </w:r>
      <w:r w:rsidRPr="00E85698">
        <w:rPr>
          <w:spacing w:val="-4"/>
        </w:rPr>
        <w:t xml:space="preserve"> </w:t>
      </w:r>
      <w:r w:rsidRPr="00E85698">
        <w:t>предлогов</w:t>
      </w:r>
      <w:r w:rsidRPr="00E85698">
        <w:rPr>
          <w:spacing w:val="-4"/>
        </w:rPr>
        <w:t xml:space="preserve"> </w:t>
      </w:r>
      <w:r w:rsidRPr="00E85698">
        <w:t>в</w:t>
      </w:r>
      <w:r w:rsidRPr="00E85698">
        <w:rPr>
          <w:spacing w:val="-4"/>
        </w:rPr>
        <w:t xml:space="preserve"> </w:t>
      </w:r>
      <w:r w:rsidRPr="00E85698">
        <w:t>речи</w:t>
      </w:r>
      <w:r w:rsidRPr="00E85698">
        <w:rPr>
          <w:spacing w:val="-3"/>
        </w:rPr>
        <w:t xml:space="preserve"> </w:t>
      </w:r>
      <w:r w:rsidRPr="00E85698">
        <w:t>в</w:t>
      </w:r>
      <w:r w:rsidRPr="00E85698">
        <w:rPr>
          <w:spacing w:val="-4"/>
        </w:rPr>
        <w:t xml:space="preserve"> </w:t>
      </w:r>
      <w:r w:rsidRPr="00E85698">
        <w:t>соответствии</w:t>
      </w:r>
      <w:r w:rsidRPr="00E85698">
        <w:rPr>
          <w:spacing w:val="-3"/>
        </w:rPr>
        <w:t xml:space="preserve"> </w:t>
      </w:r>
      <w:r w:rsidRPr="00E85698">
        <w:t>с</w:t>
      </w:r>
      <w:r w:rsidRPr="00E85698">
        <w:rPr>
          <w:spacing w:val="-4"/>
        </w:rPr>
        <w:t xml:space="preserve"> </w:t>
      </w:r>
      <w:r w:rsidRPr="00E85698">
        <w:t>их</w:t>
      </w:r>
      <w:r w:rsidRPr="00E85698">
        <w:rPr>
          <w:spacing w:val="-3"/>
        </w:rPr>
        <w:t xml:space="preserve"> </w:t>
      </w:r>
      <w:r w:rsidRPr="00E85698">
        <w:t>значением</w:t>
      </w:r>
      <w:r w:rsidRPr="00E85698">
        <w:rPr>
          <w:spacing w:val="-3"/>
        </w:rPr>
        <w:t xml:space="preserve"> </w:t>
      </w:r>
      <w:r w:rsidRPr="00E85698">
        <w:t>и</w:t>
      </w:r>
      <w:r w:rsidRPr="00E85698">
        <w:rPr>
          <w:spacing w:val="-3"/>
        </w:rPr>
        <w:t xml:space="preserve"> </w:t>
      </w:r>
      <w:r w:rsidRPr="00E85698">
        <w:t>стилистическими</w:t>
      </w:r>
      <w:r w:rsidRPr="00E85698">
        <w:rPr>
          <w:spacing w:val="-3"/>
        </w:rPr>
        <w:t xml:space="preserve"> </w:t>
      </w:r>
      <w:r w:rsidRPr="00E85698">
        <w:t>особенностями.</w:t>
      </w:r>
    </w:p>
    <w:p w:rsidR="00624C8A" w:rsidRPr="00E85698" w:rsidRDefault="00CB6516">
      <w:pPr>
        <w:pStyle w:val="a5"/>
        <w:spacing w:before="61" w:line="292" w:lineRule="auto"/>
        <w:ind w:right="704" w:firstLine="180"/>
      </w:pPr>
      <w:r w:rsidRPr="00E85698">
        <w:t>Нормы употребления имён существительных и местоимений с предлогами. Правильное</w:t>
      </w:r>
      <w:r w:rsidRPr="00E85698">
        <w:rPr>
          <w:spacing w:val="1"/>
        </w:rPr>
        <w:t xml:space="preserve"> </w:t>
      </w:r>
      <w:r w:rsidRPr="00E85698">
        <w:t xml:space="preserve">использование предлогов </w:t>
      </w:r>
      <w:r w:rsidRPr="00E85698">
        <w:rPr>
          <w:b/>
          <w:i/>
        </w:rPr>
        <w:t xml:space="preserve">из </w:t>
      </w:r>
      <w:r w:rsidRPr="00E85698">
        <w:t xml:space="preserve">— </w:t>
      </w:r>
      <w:r w:rsidRPr="00E85698">
        <w:rPr>
          <w:b/>
          <w:i/>
        </w:rPr>
        <w:t>с</w:t>
      </w:r>
      <w:r w:rsidRPr="00E85698">
        <w:t xml:space="preserve">, </w:t>
      </w:r>
      <w:r w:rsidRPr="00E85698">
        <w:rPr>
          <w:b/>
          <w:i/>
        </w:rPr>
        <w:t xml:space="preserve">в </w:t>
      </w:r>
      <w:r w:rsidRPr="00E85698">
        <w:t xml:space="preserve">— </w:t>
      </w:r>
      <w:r w:rsidRPr="00E85698">
        <w:rPr>
          <w:b/>
          <w:i/>
        </w:rPr>
        <w:t>на</w:t>
      </w:r>
      <w:r w:rsidRPr="00E85698">
        <w:t>. Правильное образование предложно-падежных форм с</w:t>
      </w:r>
      <w:r w:rsidRPr="00E85698">
        <w:rPr>
          <w:spacing w:val="-58"/>
        </w:rPr>
        <w:t xml:space="preserve"> </w:t>
      </w:r>
      <w:r w:rsidRPr="00E85698">
        <w:t>предлогами</w:t>
      </w:r>
      <w:r w:rsidRPr="00E85698">
        <w:rPr>
          <w:spacing w:val="-3"/>
        </w:rPr>
        <w:t xml:space="preserve"> </w:t>
      </w:r>
      <w:r w:rsidRPr="00E85698">
        <w:rPr>
          <w:b/>
          <w:i/>
        </w:rPr>
        <w:t>по</w:t>
      </w:r>
      <w:r w:rsidRPr="00E85698">
        <w:t xml:space="preserve">, </w:t>
      </w:r>
      <w:r w:rsidRPr="00E85698">
        <w:rPr>
          <w:b/>
          <w:i/>
        </w:rPr>
        <w:t>благодаря</w:t>
      </w:r>
      <w:r w:rsidRPr="00E85698">
        <w:t>,</w:t>
      </w:r>
      <w:r w:rsidRPr="00E85698">
        <w:rPr>
          <w:spacing w:val="-1"/>
        </w:rPr>
        <w:t xml:space="preserve"> </w:t>
      </w:r>
      <w:r w:rsidRPr="00E85698">
        <w:rPr>
          <w:b/>
          <w:i/>
        </w:rPr>
        <w:t>согласно</w:t>
      </w:r>
      <w:r w:rsidRPr="00E85698">
        <w:t xml:space="preserve">, </w:t>
      </w:r>
      <w:r w:rsidRPr="00E85698">
        <w:rPr>
          <w:b/>
          <w:i/>
        </w:rPr>
        <w:t>вопреки</w:t>
      </w:r>
      <w:r w:rsidRPr="00E85698">
        <w:t xml:space="preserve">, </w:t>
      </w:r>
      <w:r w:rsidRPr="00E85698">
        <w:rPr>
          <w:b/>
          <w:i/>
        </w:rPr>
        <w:t>наперерез</w:t>
      </w:r>
      <w:r w:rsidRPr="00E85698">
        <w:t>.</w:t>
      </w:r>
    </w:p>
    <w:p w:rsidR="00624C8A" w:rsidRPr="00E85698" w:rsidRDefault="00CB6516">
      <w:pPr>
        <w:pStyle w:val="a5"/>
        <w:spacing w:line="274" w:lineRule="exact"/>
        <w:ind w:left="286"/>
      </w:pPr>
      <w:r w:rsidRPr="00E85698">
        <w:t>Правописание</w:t>
      </w:r>
      <w:r w:rsidRPr="00E85698">
        <w:rPr>
          <w:spacing w:val="-4"/>
        </w:rPr>
        <w:t xml:space="preserve"> </w:t>
      </w:r>
      <w:r w:rsidRPr="00E85698">
        <w:t>производных</w:t>
      </w:r>
      <w:r w:rsidRPr="00E85698">
        <w:rPr>
          <w:spacing w:val="-4"/>
        </w:rPr>
        <w:t xml:space="preserve"> </w:t>
      </w:r>
      <w:r w:rsidRPr="00E85698">
        <w:t>предлогов.</w:t>
      </w:r>
    </w:p>
    <w:p w:rsidR="00624C8A" w:rsidRPr="00E85698" w:rsidRDefault="00CB6516">
      <w:pPr>
        <w:pStyle w:val="11"/>
        <w:spacing w:before="60"/>
      </w:pPr>
      <w:r w:rsidRPr="00E85698">
        <w:t>Союз</w:t>
      </w:r>
    </w:p>
    <w:p w:rsidR="00624C8A" w:rsidRPr="00E85698" w:rsidRDefault="00CB6516">
      <w:pPr>
        <w:pStyle w:val="a5"/>
        <w:spacing w:before="60"/>
        <w:ind w:left="286"/>
      </w:pPr>
      <w:r w:rsidRPr="00E85698">
        <w:t>Союз</w:t>
      </w:r>
      <w:r w:rsidRPr="00E85698">
        <w:rPr>
          <w:spacing w:val="-5"/>
        </w:rPr>
        <w:t xml:space="preserve"> </w:t>
      </w:r>
      <w:r w:rsidRPr="00E85698">
        <w:t>как</w:t>
      </w:r>
      <w:r w:rsidRPr="00E85698">
        <w:rPr>
          <w:spacing w:val="-4"/>
        </w:rPr>
        <w:t xml:space="preserve"> </w:t>
      </w:r>
      <w:r w:rsidRPr="00E85698">
        <w:t>служебная</w:t>
      </w:r>
      <w:r w:rsidRPr="00E85698">
        <w:rPr>
          <w:spacing w:val="-4"/>
        </w:rPr>
        <w:t xml:space="preserve"> </w:t>
      </w:r>
      <w:r w:rsidRPr="00E85698">
        <w:t>часть</w:t>
      </w:r>
      <w:r w:rsidRPr="00E85698">
        <w:rPr>
          <w:spacing w:val="-4"/>
        </w:rPr>
        <w:t xml:space="preserve"> </w:t>
      </w:r>
      <w:r w:rsidRPr="00E85698">
        <w:t>речи.</w:t>
      </w:r>
      <w:r w:rsidRPr="00E85698">
        <w:rPr>
          <w:spacing w:val="-3"/>
        </w:rPr>
        <w:t xml:space="preserve"> </w:t>
      </w:r>
      <w:r w:rsidRPr="00E85698">
        <w:t>Союз</w:t>
      </w:r>
      <w:r w:rsidRPr="00E85698">
        <w:rPr>
          <w:spacing w:val="-4"/>
        </w:rPr>
        <w:t xml:space="preserve"> </w:t>
      </w:r>
      <w:r w:rsidRPr="00E85698">
        <w:t>как</w:t>
      </w:r>
      <w:r w:rsidRPr="00E85698">
        <w:rPr>
          <w:spacing w:val="-4"/>
        </w:rPr>
        <w:t xml:space="preserve"> </w:t>
      </w:r>
      <w:r w:rsidRPr="00E85698">
        <w:t>средство</w:t>
      </w:r>
      <w:r w:rsidRPr="00E85698">
        <w:rPr>
          <w:spacing w:val="-4"/>
        </w:rPr>
        <w:t xml:space="preserve"> </w:t>
      </w:r>
      <w:r w:rsidRPr="00E85698">
        <w:t>связи</w:t>
      </w:r>
      <w:r w:rsidRPr="00E85698">
        <w:rPr>
          <w:spacing w:val="-3"/>
        </w:rPr>
        <w:t xml:space="preserve"> </w:t>
      </w:r>
      <w:r w:rsidRPr="00E85698">
        <w:t>однородных</w:t>
      </w:r>
      <w:r w:rsidRPr="00E85698">
        <w:rPr>
          <w:spacing w:val="-3"/>
        </w:rPr>
        <w:t xml:space="preserve"> </w:t>
      </w:r>
      <w:r w:rsidRPr="00E85698">
        <w:t>членов</w:t>
      </w:r>
      <w:r w:rsidRPr="00E85698">
        <w:rPr>
          <w:spacing w:val="-4"/>
        </w:rPr>
        <w:t xml:space="preserve"> </w:t>
      </w:r>
      <w:r w:rsidRPr="00E85698">
        <w:t>предложения</w:t>
      </w:r>
      <w:r w:rsidRPr="00E85698">
        <w:rPr>
          <w:spacing w:val="-4"/>
        </w:rPr>
        <w:t xml:space="preserve"> </w:t>
      </w:r>
      <w:r w:rsidRPr="00E85698">
        <w:t>и</w:t>
      </w:r>
      <w:r w:rsidRPr="00E85698">
        <w:rPr>
          <w:spacing w:val="-3"/>
        </w:rPr>
        <w:t xml:space="preserve"> </w:t>
      </w:r>
      <w:r w:rsidRPr="00E85698">
        <w:t>частей</w:t>
      </w:r>
    </w:p>
    <w:p w:rsidR="00624C8A" w:rsidRPr="00E85698" w:rsidRDefault="00624C8A">
      <w:pPr>
        <w:sectPr w:rsidR="00624C8A" w:rsidRPr="00E85698">
          <w:pgSz w:w="11900" w:h="16840"/>
          <w:pgMar w:top="500" w:right="540" w:bottom="280" w:left="560" w:header="720" w:footer="720" w:gutter="0"/>
          <w:cols w:space="720"/>
        </w:sectPr>
      </w:pPr>
    </w:p>
    <w:p w:rsidR="00624C8A" w:rsidRPr="00E85698" w:rsidRDefault="00CB6516">
      <w:pPr>
        <w:pStyle w:val="a5"/>
        <w:spacing w:before="62"/>
        <w:jc w:val="both"/>
      </w:pPr>
      <w:r w:rsidRPr="00E85698">
        <w:lastRenderedPageBreak/>
        <w:t>сложного</w:t>
      </w:r>
      <w:r w:rsidRPr="00E85698">
        <w:rPr>
          <w:spacing w:val="-4"/>
        </w:rPr>
        <w:t xml:space="preserve"> </w:t>
      </w:r>
      <w:r w:rsidRPr="00E85698">
        <w:t>предложения.</w:t>
      </w:r>
    </w:p>
    <w:p w:rsidR="00624C8A" w:rsidRPr="00E85698" w:rsidRDefault="00CB6516">
      <w:pPr>
        <w:pStyle w:val="a5"/>
        <w:spacing w:before="60" w:line="292" w:lineRule="auto"/>
        <w:ind w:right="747" w:firstLine="180"/>
        <w:jc w:val="both"/>
      </w:pPr>
      <w:r w:rsidRPr="00E85698">
        <w:t>Разряды союзов по строению: простые и составные. Правописание составных союзов. Разряды</w:t>
      </w:r>
      <w:r w:rsidRPr="00E85698">
        <w:rPr>
          <w:spacing w:val="-57"/>
        </w:rPr>
        <w:t xml:space="preserve"> </w:t>
      </w:r>
      <w:r w:rsidRPr="00E85698">
        <w:t>союзов по значению: сочинительные и подчинительные. Одиночные, двойные и повторяющиеся</w:t>
      </w:r>
      <w:r w:rsidRPr="00E85698">
        <w:rPr>
          <w:spacing w:val="-58"/>
        </w:rPr>
        <w:t xml:space="preserve"> </w:t>
      </w:r>
      <w:r w:rsidRPr="00E85698">
        <w:t>сочинительные</w:t>
      </w:r>
      <w:r w:rsidRPr="00E85698">
        <w:rPr>
          <w:spacing w:val="-1"/>
        </w:rPr>
        <w:t xml:space="preserve"> </w:t>
      </w:r>
      <w:r w:rsidRPr="00E85698">
        <w:t>союзы.</w:t>
      </w:r>
    </w:p>
    <w:p w:rsidR="00624C8A" w:rsidRPr="00E85698" w:rsidRDefault="00CB6516">
      <w:pPr>
        <w:pStyle w:val="a5"/>
        <w:spacing w:line="274" w:lineRule="exact"/>
        <w:ind w:left="286"/>
        <w:jc w:val="both"/>
      </w:pPr>
      <w:r w:rsidRPr="00E85698">
        <w:t>Морфологический</w:t>
      </w:r>
      <w:r w:rsidRPr="00E85698">
        <w:rPr>
          <w:spacing w:val="-5"/>
        </w:rPr>
        <w:t xml:space="preserve"> </w:t>
      </w:r>
      <w:r w:rsidRPr="00E85698">
        <w:t>анализ</w:t>
      </w:r>
      <w:r w:rsidRPr="00E85698">
        <w:rPr>
          <w:spacing w:val="-5"/>
        </w:rPr>
        <w:t xml:space="preserve"> </w:t>
      </w:r>
      <w:r w:rsidRPr="00E85698">
        <w:t>союзов.</w:t>
      </w:r>
    </w:p>
    <w:p w:rsidR="00624C8A" w:rsidRPr="00E85698" w:rsidRDefault="00CB6516">
      <w:pPr>
        <w:pStyle w:val="a5"/>
        <w:spacing w:before="60" w:line="292" w:lineRule="auto"/>
        <w:ind w:right="487" w:firstLine="180"/>
      </w:pPr>
      <w:r w:rsidRPr="00E85698">
        <w:t>Роль союзов в тексте. Употребление союзов в речи в соответствии с их значением и</w:t>
      </w:r>
      <w:r w:rsidRPr="00E85698">
        <w:rPr>
          <w:spacing w:val="1"/>
        </w:rPr>
        <w:t xml:space="preserve"> </w:t>
      </w:r>
      <w:r w:rsidRPr="00E85698">
        <w:t>стилистическими особенностями. Использование союзов как средства связи предложений и частей</w:t>
      </w:r>
      <w:r w:rsidRPr="00E85698">
        <w:rPr>
          <w:spacing w:val="-58"/>
        </w:rPr>
        <w:t xml:space="preserve"> </w:t>
      </w:r>
      <w:r w:rsidRPr="00E85698">
        <w:t>текста.</w:t>
      </w:r>
    </w:p>
    <w:p w:rsidR="00624C8A" w:rsidRPr="00E85698" w:rsidRDefault="00CB6516">
      <w:pPr>
        <w:pStyle w:val="a5"/>
        <w:spacing w:line="274" w:lineRule="exact"/>
        <w:ind w:left="286"/>
      </w:pPr>
      <w:r w:rsidRPr="00E85698">
        <w:t>Правописание</w:t>
      </w:r>
      <w:r w:rsidRPr="00E85698">
        <w:rPr>
          <w:spacing w:val="-4"/>
        </w:rPr>
        <w:t xml:space="preserve"> </w:t>
      </w:r>
      <w:r w:rsidRPr="00E85698">
        <w:t>союзов.</w:t>
      </w:r>
    </w:p>
    <w:p w:rsidR="00624C8A" w:rsidRPr="00E85698" w:rsidRDefault="00CB6516">
      <w:pPr>
        <w:pStyle w:val="a5"/>
        <w:spacing w:before="60"/>
        <w:ind w:left="286"/>
      </w:pPr>
      <w:r w:rsidRPr="00E85698">
        <w:t>Знаки</w:t>
      </w:r>
      <w:r w:rsidRPr="00E85698">
        <w:rPr>
          <w:spacing w:val="-3"/>
        </w:rPr>
        <w:t xml:space="preserve"> </w:t>
      </w:r>
      <w:r w:rsidRPr="00E85698">
        <w:t>препинания</w:t>
      </w:r>
      <w:r w:rsidRPr="00E85698">
        <w:rPr>
          <w:spacing w:val="-4"/>
        </w:rPr>
        <w:t xml:space="preserve"> </w:t>
      </w:r>
      <w:r w:rsidRPr="00E85698">
        <w:t>в</w:t>
      </w:r>
      <w:r w:rsidRPr="00E85698">
        <w:rPr>
          <w:spacing w:val="-3"/>
        </w:rPr>
        <w:t xml:space="preserve"> </w:t>
      </w:r>
      <w:r w:rsidRPr="00E85698">
        <w:t>сложных</w:t>
      </w:r>
      <w:r w:rsidRPr="00E85698">
        <w:rPr>
          <w:spacing w:val="-3"/>
        </w:rPr>
        <w:t xml:space="preserve"> </w:t>
      </w:r>
      <w:r w:rsidRPr="00E85698">
        <w:t>союзных</w:t>
      </w:r>
      <w:r w:rsidRPr="00E85698">
        <w:rPr>
          <w:spacing w:val="-2"/>
        </w:rPr>
        <w:t xml:space="preserve"> </w:t>
      </w:r>
      <w:r w:rsidRPr="00E85698">
        <w:t>предложениях.</w:t>
      </w:r>
      <w:r w:rsidRPr="00E85698">
        <w:rPr>
          <w:spacing w:val="-3"/>
        </w:rPr>
        <w:t xml:space="preserve"> </w:t>
      </w:r>
      <w:r w:rsidRPr="00E85698">
        <w:t>Знаки</w:t>
      </w:r>
      <w:r w:rsidRPr="00E85698">
        <w:rPr>
          <w:spacing w:val="-2"/>
        </w:rPr>
        <w:t xml:space="preserve"> </w:t>
      </w:r>
      <w:r w:rsidRPr="00E85698">
        <w:t>препинания</w:t>
      </w:r>
      <w:r w:rsidRPr="00E85698">
        <w:rPr>
          <w:spacing w:val="-4"/>
        </w:rPr>
        <w:t xml:space="preserve"> </w:t>
      </w:r>
      <w:r w:rsidRPr="00E85698">
        <w:t>в</w:t>
      </w:r>
      <w:r w:rsidRPr="00E85698">
        <w:rPr>
          <w:spacing w:val="-3"/>
        </w:rPr>
        <w:t xml:space="preserve"> </w:t>
      </w:r>
      <w:r w:rsidRPr="00E85698">
        <w:t>предложениях</w:t>
      </w:r>
      <w:r w:rsidRPr="00E85698">
        <w:rPr>
          <w:spacing w:val="-3"/>
        </w:rPr>
        <w:t xml:space="preserve"> </w:t>
      </w:r>
      <w:r w:rsidRPr="00E85698">
        <w:t>с</w:t>
      </w:r>
      <w:r w:rsidRPr="00E85698">
        <w:rPr>
          <w:spacing w:val="-2"/>
        </w:rPr>
        <w:t xml:space="preserve"> </w:t>
      </w:r>
      <w:r w:rsidRPr="00E85698">
        <w:t>союзом</w:t>
      </w:r>
    </w:p>
    <w:p w:rsidR="00624C8A" w:rsidRPr="00E85698" w:rsidRDefault="00CB6516">
      <w:pPr>
        <w:pStyle w:val="a5"/>
        <w:spacing w:before="60"/>
      </w:pPr>
      <w:r w:rsidRPr="00E85698">
        <w:rPr>
          <w:b/>
          <w:i/>
        </w:rPr>
        <w:t>и</w:t>
      </w:r>
      <w:r w:rsidRPr="00E85698">
        <w:t>,</w:t>
      </w:r>
      <w:r w:rsidRPr="00E85698">
        <w:rPr>
          <w:spacing w:val="-4"/>
        </w:rPr>
        <w:t xml:space="preserve"> </w:t>
      </w:r>
      <w:r w:rsidRPr="00E85698">
        <w:t>связывающим</w:t>
      </w:r>
      <w:r w:rsidRPr="00E85698">
        <w:rPr>
          <w:spacing w:val="-3"/>
        </w:rPr>
        <w:t xml:space="preserve"> </w:t>
      </w:r>
      <w:r w:rsidRPr="00E85698">
        <w:t>однородные</w:t>
      </w:r>
      <w:r w:rsidRPr="00E85698">
        <w:rPr>
          <w:spacing w:val="-4"/>
        </w:rPr>
        <w:t xml:space="preserve"> </w:t>
      </w:r>
      <w:r w:rsidRPr="00E85698">
        <w:t>члены</w:t>
      </w:r>
      <w:r w:rsidRPr="00E85698">
        <w:rPr>
          <w:spacing w:val="-3"/>
        </w:rPr>
        <w:t xml:space="preserve"> </w:t>
      </w:r>
      <w:r w:rsidRPr="00E85698">
        <w:t>и</w:t>
      </w:r>
      <w:r w:rsidRPr="00E85698">
        <w:rPr>
          <w:spacing w:val="-3"/>
        </w:rPr>
        <w:t xml:space="preserve"> </w:t>
      </w:r>
      <w:r w:rsidRPr="00E85698">
        <w:t>части</w:t>
      </w:r>
      <w:r w:rsidRPr="00E85698">
        <w:rPr>
          <w:spacing w:val="-4"/>
        </w:rPr>
        <w:t xml:space="preserve"> </w:t>
      </w:r>
      <w:r w:rsidRPr="00E85698">
        <w:t>сложного</w:t>
      </w:r>
      <w:r w:rsidRPr="00E85698">
        <w:rPr>
          <w:spacing w:val="-3"/>
        </w:rPr>
        <w:t xml:space="preserve"> </w:t>
      </w:r>
      <w:r w:rsidRPr="00E85698">
        <w:t>предложения.</w:t>
      </w:r>
    </w:p>
    <w:p w:rsidR="00624C8A" w:rsidRPr="00E85698" w:rsidRDefault="00CB6516">
      <w:pPr>
        <w:pStyle w:val="11"/>
        <w:spacing w:before="60"/>
      </w:pPr>
      <w:r w:rsidRPr="00E85698">
        <w:t>Частица</w:t>
      </w:r>
    </w:p>
    <w:p w:rsidR="00624C8A" w:rsidRPr="00E85698" w:rsidRDefault="00CB6516">
      <w:pPr>
        <w:pStyle w:val="a5"/>
        <w:spacing w:before="60"/>
        <w:ind w:left="286"/>
      </w:pPr>
      <w:r w:rsidRPr="00E85698">
        <w:t>Частица</w:t>
      </w:r>
      <w:r w:rsidRPr="00E85698">
        <w:rPr>
          <w:spacing w:val="-4"/>
        </w:rPr>
        <w:t xml:space="preserve"> </w:t>
      </w:r>
      <w:r w:rsidRPr="00E85698">
        <w:t>как</w:t>
      </w:r>
      <w:r w:rsidRPr="00E85698">
        <w:rPr>
          <w:spacing w:val="-4"/>
        </w:rPr>
        <w:t xml:space="preserve"> </w:t>
      </w:r>
      <w:r w:rsidRPr="00E85698">
        <w:t>служебная</w:t>
      </w:r>
      <w:r w:rsidRPr="00E85698">
        <w:rPr>
          <w:spacing w:val="-5"/>
        </w:rPr>
        <w:t xml:space="preserve"> </w:t>
      </w:r>
      <w:r w:rsidRPr="00E85698">
        <w:t>часть</w:t>
      </w:r>
      <w:r w:rsidRPr="00E85698">
        <w:rPr>
          <w:spacing w:val="-4"/>
        </w:rPr>
        <w:t xml:space="preserve"> </w:t>
      </w:r>
      <w:r w:rsidRPr="00E85698">
        <w:t>речи.</w:t>
      </w:r>
    </w:p>
    <w:p w:rsidR="00624C8A" w:rsidRPr="00E85698" w:rsidRDefault="00CB6516">
      <w:pPr>
        <w:pStyle w:val="a5"/>
        <w:spacing w:before="61" w:line="292" w:lineRule="auto"/>
        <w:ind w:left="286" w:right="239"/>
      </w:pPr>
      <w:r w:rsidRPr="00E85698">
        <w:t>Разряды</w:t>
      </w:r>
      <w:r w:rsidRPr="00E85698">
        <w:rPr>
          <w:spacing w:val="6"/>
        </w:rPr>
        <w:t xml:space="preserve"> </w:t>
      </w:r>
      <w:r w:rsidRPr="00E85698">
        <w:t>частиц</w:t>
      </w:r>
      <w:r w:rsidRPr="00E85698">
        <w:rPr>
          <w:spacing w:val="7"/>
        </w:rPr>
        <w:t xml:space="preserve"> </w:t>
      </w:r>
      <w:r w:rsidRPr="00E85698">
        <w:t>по</w:t>
      </w:r>
      <w:r w:rsidRPr="00E85698">
        <w:rPr>
          <w:spacing w:val="7"/>
        </w:rPr>
        <w:t xml:space="preserve"> </w:t>
      </w:r>
      <w:r w:rsidRPr="00E85698">
        <w:t>значению</w:t>
      </w:r>
      <w:r w:rsidRPr="00E85698">
        <w:rPr>
          <w:spacing w:val="6"/>
        </w:rPr>
        <w:t xml:space="preserve"> </w:t>
      </w:r>
      <w:r w:rsidRPr="00E85698">
        <w:t>и</w:t>
      </w:r>
      <w:r w:rsidRPr="00E85698">
        <w:rPr>
          <w:spacing w:val="7"/>
        </w:rPr>
        <w:t xml:space="preserve"> </w:t>
      </w:r>
      <w:r w:rsidRPr="00E85698">
        <w:t>употреблению:</w:t>
      </w:r>
      <w:r w:rsidRPr="00E85698">
        <w:rPr>
          <w:spacing w:val="6"/>
        </w:rPr>
        <w:t xml:space="preserve"> </w:t>
      </w:r>
      <w:r w:rsidRPr="00E85698">
        <w:t>формообразующие,</w:t>
      </w:r>
      <w:r w:rsidRPr="00E85698">
        <w:rPr>
          <w:spacing w:val="7"/>
        </w:rPr>
        <w:t xml:space="preserve"> </w:t>
      </w:r>
      <w:r w:rsidRPr="00E85698">
        <w:t>отрицательные,</w:t>
      </w:r>
      <w:r w:rsidRPr="00E85698">
        <w:rPr>
          <w:spacing w:val="7"/>
        </w:rPr>
        <w:t xml:space="preserve"> </w:t>
      </w:r>
      <w:r w:rsidRPr="00E85698">
        <w:t>модальные.</w:t>
      </w:r>
      <w:r w:rsidRPr="00E85698">
        <w:rPr>
          <w:spacing w:val="1"/>
        </w:rPr>
        <w:t xml:space="preserve"> </w:t>
      </w:r>
      <w:r w:rsidRPr="00E85698">
        <w:t>Роль</w:t>
      </w:r>
      <w:r w:rsidRPr="00E85698">
        <w:rPr>
          <w:spacing w:val="-4"/>
        </w:rPr>
        <w:t xml:space="preserve"> </w:t>
      </w:r>
      <w:r w:rsidRPr="00E85698">
        <w:t>частиц</w:t>
      </w:r>
      <w:r w:rsidRPr="00E85698">
        <w:rPr>
          <w:spacing w:val="-3"/>
        </w:rPr>
        <w:t xml:space="preserve"> </w:t>
      </w:r>
      <w:r w:rsidRPr="00E85698">
        <w:t>в</w:t>
      </w:r>
      <w:r w:rsidRPr="00E85698">
        <w:rPr>
          <w:spacing w:val="-4"/>
        </w:rPr>
        <w:t xml:space="preserve"> </w:t>
      </w:r>
      <w:r w:rsidRPr="00E85698">
        <w:t>передаче</w:t>
      </w:r>
      <w:r w:rsidRPr="00E85698">
        <w:rPr>
          <w:spacing w:val="-3"/>
        </w:rPr>
        <w:t xml:space="preserve"> </w:t>
      </w:r>
      <w:r w:rsidRPr="00E85698">
        <w:t>различных</w:t>
      </w:r>
      <w:r w:rsidRPr="00E85698">
        <w:rPr>
          <w:spacing w:val="-3"/>
        </w:rPr>
        <w:t xml:space="preserve"> </w:t>
      </w:r>
      <w:r w:rsidRPr="00E85698">
        <w:t>оттенков</w:t>
      </w:r>
      <w:r w:rsidRPr="00E85698">
        <w:rPr>
          <w:spacing w:val="-3"/>
        </w:rPr>
        <w:t xml:space="preserve"> </w:t>
      </w:r>
      <w:r w:rsidRPr="00E85698">
        <w:t>значения</w:t>
      </w:r>
      <w:r w:rsidRPr="00E85698">
        <w:rPr>
          <w:spacing w:val="-4"/>
        </w:rPr>
        <w:t xml:space="preserve"> </w:t>
      </w:r>
      <w:r w:rsidRPr="00E85698">
        <w:t>в</w:t>
      </w:r>
      <w:r w:rsidRPr="00E85698">
        <w:rPr>
          <w:spacing w:val="-4"/>
        </w:rPr>
        <w:t xml:space="preserve"> </w:t>
      </w:r>
      <w:r w:rsidRPr="00E85698">
        <w:t>слове</w:t>
      </w:r>
      <w:r w:rsidRPr="00E85698">
        <w:rPr>
          <w:spacing w:val="-3"/>
        </w:rPr>
        <w:t xml:space="preserve"> </w:t>
      </w:r>
      <w:r w:rsidRPr="00E85698">
        <w:t>и</w:t>
      </w:r>
      <w:r w:rsidRPr="00E85698">
        <w:rPr>
          <w:spacing w:val="-3"/>
        </w:rPr>
        <w:t xml:space="preserve"> </w:t>
      </w:r>
      <w:r w:rsidRPr="00E85698">
        <w:t>тексте,</w:t>
      </w:r>
      <w:r w:rsidRPr="00E85698">
        <w:rPr>
          <w:spacing w:val="-3"/>
        </w:rPr>
        <w:t xml:space="preserve"> </w:t>
      </w:r>
      <w:r w:rsidRPr="00E85698">
        <w:t>в</w:t>
      </w:r>
      <w:r w:rsidRPr="00E85698">
        <w:rPr>
          <w:spacing w:val="-3"/>
        </w:rPr>
        <w:t xml:space="preserve"> </w:t>
      </w:r>
      <w:r w:rsidRPr="00E85698">
        <w:t>образовании</w:t>
      </w:r>
      <w:r w:rsidRPr="00E85698">
        <w:rPr>
          <w:spacing w:val="-3"/>
        </w:rPr>
        <w:t xml:space="preserve"> </w:t>
      </w:r>
      <w:r w:rsidRPr="00E85698">
        <w:t>форм</w:t>
      </w:r>
      <w:r w:rsidRPr="00E85698">
        <w:rPr>
          <w:spacing w:val="-3"/>
        </w:rPr>
        <w:t xml:space="preserve"> </w:t>
      </w:r>
      <w:r w:rsidRPr="00E85698">
        <w:t>глагола.</w:t>
      </w:r>
    </w:p>
    <w:p w:rsidR="00624C8A" w:rsidRPr="00E85698" w:rsidRDefault="00CB6516">
      <w:pPr>
        <w:pStyle w:val="a5"/>
        <w:spacing w:line="292" w:lineRule="auto"/>
        <w:ind w:right="881"/>
      </w:pPr>
      <w:r w:rsidRPr="00E85698">
        <w:t>Употребление частиц в предложении и тексте в соответствии с их значением и стилистической</w:t>
      </w:r>
      <w:r w:rsidRPr="00E85698">
        <w:rPr>
          <w:spacing w:val="-58"/>
        </w:rPr>
        <w:t xml:space="preserve"> </w:t>
      </w:r>
      <w:r w:rsidRPr="00E85698">
        <w:t>окраской.</w:t>
      </w:r>
      <w:r w:rsidRPr="00E85698">
        <w:rPr>
          <w:spacing w:val="-1"/>
        </w:rPr>
        <w:t xml:space="preserve"> </w:t>
      </w:r>
      <w:r w:rsidRPr="00E85698">
        <w:t>Интонационные особенности</w:t>
      </w:r>
      <w:r w:rsidRPr="00E85698">
        <w:rPr>
          <w:spacing w:val="-1"/>
        </w:rPr>
        <w:t xml:space="preserve"> </w:t>
      </w:r>
      <w:r w:rsidRPr="00E85698">
        <w:t>предложений с</w:t>
      </w:r>
      <w:r w:rsidRPr="00E85698">
        <w:rPr>
          <w:spacing w:val="-1"/>
        </w:rPr>
        <w:t xml:space="preserve"> </w:t>
      </w:r>
      <w:r w:rsidRPr="00E85698">
        <w:t>частицами.</w:t>
      </w:r>
    </w:p>
    <w:p w:rsidR="00624C8A" w:rsidRPr="00E85698" w:rsidRDefault="00CB6516">
      <w:pPr>
        <w:pStyle w:val="a5"/>
        <w:spacing w:line="275" w:lineRule="exact"/>
        <w:ind w:left="286"/>
      </w:pPr>
      <w:r w:rsidRPr="00E85698">
        <w:t>Морфологический</w:t>
      </w:r>
      <w:r w:rsidRPr="00E85698">
        <w:rPr>
          <w:spacing w:val="-5"/>
        </w:rPr>
        <w:t xml:space="preserve"> </w:t>
      </w:r>
      <w:r w:rsidRPr="00E85698">
        <w:t>анализ</w:t>
      </w:r>
      <w:r w:rsidRPr="00E85698">
        <w:rPr>
          <w:spacing w:val="-5"/>
        </w:rPr>
        <w:t xml:space="preserve"> </w:t>
      </w:r>
      <w:r w:rsidRPr="00E85698">
        <w:t>частиц.</w:t>
      </w:r>
    </w:p>
    <w:p w:rsidR="00624C8A" w:rsidRPr="00E85698" w:rsidRDefault="00CB6516">
      <w:pPr>
        <w:pStyle w:val="a5"/>
        <w:spacing w:before="58" w:line="292" w:lineRule="auto"/>
        <w:ind w:right="188" w:firstLine="180"/>
      </w:pPr>
      <w:r w:rsidRPr="00E85698">
        <w:t xml:space="preserve">Смысловые различия частиц </w:t>
      </w:r>
      <w:r w:rsidRPr="00E85698">
        <w:rPr>
          <w:b/>
          <w:i/>
        </w:rPr>
        <w:t xml:space="preserve">не </w:t>
      </w:r>
      <w:r w:rsidRPr="00E85698">
        <w:t xml:space="preserve">и </w:t>
      </w:r>
      <w:r w:rsidRPr="00E85698">
        <w:rPr>
          <w:b/>
          <w:i/>
        </w:rPr>
        <w:t>ни</w:t>
      </w:r>
      <w:r w:rsidRPr="00E85698">
        <w:t xml:space="preserve">. Использование частиц </w:t>
      </w:r>
      <w:r w:rsidRPr="00E85698">
        <w:rPr>
          <w:b/>
          <w:i/>
        </w:rPr>
        <w:t xml:space="preserve">не </w:t>
      </w:r>
      <w:r w:rsidRPr="00E85698">
        <w:t xml:space="preserve">и </w:t>
      </w:r>
      <w:r w:rsidRPr="00E85698">
        <w:rPr>
          <w:b/>
          <w:i/>
        </w:rPr>
        <w:t xml:space="preserve">ни </w:t>
      </w:r>
      <w:r w:rsidRPr="00E85698">
        <w:t>в письменной речи. Различение</w:t>
      </w:r>
      <w:r w:rsidRPr="00E85698">
        <w:rPr>
          <w:spacing w:val="-57"/>
        </w:rPr>
        <w:t xml:space="preserve"> </w:t>
      </w:r>
      <w:r w:rsidRPr="00E85698">
        <w:t xml:space="preserve">приставки </w:t>
      </w:r>
      <w:r w:rsidRPr="00E85698">
        <w:rPr>
          <w:b/>
          <w:i/>
        </w:rPr>
        <w:t>не</w:t>
      </w:r>
      <w:r w:rsidRPr="00E85698">
        <w:t xml:space="preserve">- и частицы </w:t>
      </w:r>
      <w:r w:rsidRPr="00E85698">
        <w:rPr>
          <w:b/>
          <w:i/>
        </w:rPr>
        <w:t>не</w:t>
      </w:r>
      <w:r w:rsidRPr="00E85698">
        <w:t xml:space="preserve">. Слитное и раздельное написание </w:t>
      </w:r>
      <w:r w:rsidRPr="00E85698">
        <w:rPr>
          <w:b/>
          <w:i/>
        </w:rPr>
        <w:t xml:space="preserve">не </w:t>
      </w:r>
      <w:r w:rsidRPr="00E85698">
        <w:t>с разными частями речи</w:t>
      </w:r>
      <w:r w:rsidRPr="00E85698">
        <w:rPr>
          <w:spacing w:val="1"/>
        </w:rPr>
        <w:t xml:space="preserve"> </w:t>
      </w:r>
      <w:r w:rsidRPr="00E85698">
        <w:t>(обобщение).</w:t>
      </w:r>
      <w:r w:rsidRPr="00E85698">
        <w:rPr>
          <w:spacing w:val="-2"/>
        </w:rPr>
        <w:t xml:space="preserve"> </w:t>
      </w:r>
      <w:r w:rsidRPr="00E85698">
        <w:t>Правописание</w:t>
      </w:r>
      <w:r w:rsidRPr="00E85698">
        <w:rPr>
          <w:spacing w:val="-2"/>
        </w:rPr>
        <w:t xml:space="preserve"> </w:t>
      </w:r>
      <w:r w:rsidRPr="00E85698">
        <w:t>частиц</w:t>
      </w:r>
      <w:r w:rsidRPr="00E85698">
        <w:rPr>
          <w:spacing w:val="-5"/>
        </w:rPr>
        <w:t xml:space="preserve"> </w:t>
      </w:r>
      <w:r w:rsidRPr="00E85698">
        <w:rPr>
          <w:b/>
          <w:i/>
        </w:rPr>
        <w:t>бы</w:t>
      </w:r>
      <w:r w:rsidRPr="00E85698">
        <w:t>,</w:t>
      </w:r>
      <w:r w:rsidRPr="00E85698">
        <w:rPr>
          <w:spacing w:val="-2"/>
        </w:rPr>
        <w:t xml:space="preserve"> </w:t>
      </w:r>
      <w:r w:rsidRPr="00E85698">
        <w:rPr>
          <w:b/>
          <w:i/>
        </w:rPr>
        <w:t>ли</w:t>
      </w:r>
      <w:r w:rsidRPr="00E85698">
        <w:t>,</w:t>
      </w:r>
      <w:r w:rsidRPr="00E85698">
        <w:rPr>
          <w:spacing w:val="-1"/>
        </w:rPr>
        <w:t xml:space="preserve"> </w:t>
      </w:r>
      <w:r w:rsidRPr="00E85698">
        <w:rPr>
          <w:b/>
          <w:i/>
        </w:rPr>
        <w:t>же</w:t>
      </w:r>
      <w:r w:rsidRPr="00E85698">
        <w:rPr>
          <w:b/>
          <w:i/>
          <w:spacing w:val="-1"/>
        </w:rPr>
        <w:t xml:space="preserve"> </w:t>
      </w:r>
      <w:proofErr w:type="gramStart"/>
      <w:r w:rsidRPr="00E85698">
        <w:t>с</w:t>
      </w:r>
      <w:proofErr w:type="gramEnd"/>
      <w:r w:rsidRPr="00E85698">
        <w:rPr>
          <w:spacing w:val="-2"/>
        </w:rPr>
        <w:t xml:space="preserve"> </w:t>
      </w:r>
      <w:r w:rsidRPr="00E85698">
        <w:t>другими</w:t>
      </w:r>
      <w:r w:rsidRPr="00E85698">
        <w:rPr>
          <w:spacing w:val="-1"/>
        </w:rPr>
        <w:t xml:space="preserve"> </w:t>
      </w:r>
      <w:r w:rsidRPr="00E85698">
        <w:t>словами.</w:t>
      </w:r>
      <w:r w:rsidRPr="00E85698">
        <w:rPr>
          <w:spacing w:val="-2"/>
        </w:rPr>
        <w:t xml:space="preserve"> </w:t>
      </w:r>
      <w:r w:rsidRPr="00E85698">
        <w:t>Дефисное</w:t>
      </w:r>
      <w:r w:rsidRPr="00E85698">
        <w:rPr>
          <w:spacing w:val="-2"/>
        </w:rPr>
        <w:t xml:space="preserve"> </w:t>
      </w:r>
      <w:r w:rsidRPr="00E85698">
        <w:t>написание</w:t>
      </w:r>
      <w:r w:rsidRPr="00E85698">
        <w:rPr>
          <w:spacing w:val="-1"/>
        </w:rPr>
        <w:t xml:space="preserve"> </w:t>
      </w:r>
      <w:r w:rsidRPr="00E85698">
        <w:t>частиц</w:t>
      </w:r>
      <w:r w:rsidRPr="00E85698">
        <w:rPr>
          <w:spacing w:val="-2"/>
        </w:rPr>
        <w:t xml:space="preserve"> </w:t>
      </w:r>
      <w:r w:rsidRPr="00E85698">
        <w:t>-</w:t>
      </w:r>
      <w:r w:rsidRPr="00E85698">
        <w:rPr>
          <w:b/>
          <w:i/>
        </w:rPr>
        <w:t>то</w:t>
      </w:r>
      <w:r w:rsidRPr="00E85698">
        <w:t>,</w:t>
      </w:r>
    </w:p>
    <w:p w:rsidR="00624C8A" w:rsidRPr="00E85698" w:rsidRDefault="00CB6516">
      <w:pPr>
        <w:spacing w:line="274" w:lineRule="exact"/>
        <w:ind w:left="106"/>
        <w:rPr>
          <w:sz w:val="24"/>
        </w:rPr>
      </w:pPr>
      <w:r w:rsidRPr="00E85698">
        <w:rPr>
          <w:sz w:val="24"/>
        </w:rPr>
        <w:t>-</w:t>
      </w:r>
      <w:r w:rsidRPr="00E85698">
        <w:rPr>
          <w:b/>
          <w:i/>
          <w:sz w:val="24"/>
        </w:rPr>
        <w:t>таки</w:t>
      </w:r>
      <w:r w:rsidRPr="00E85698">
        <w:rPr>
          <w:sz w:val="24"/>
        </w:rPr>
        <w:t>,</w:t>
      </w:r>
      <w:r w:rsidRPr="00E85698">
        <w:rPr>
          <w:spacing w:val="2"/>
          <w:sz w:val="24"/>
        </w:rPr>
        <w:t xml:space="preserve"> </w:t>
      </w:r>
      <w:r w:rsidRPr="00E85698">
        <w:rPr>
          <w:sz w:val="24"/>
        </w:rPr>
        <w:t>-</w:t>
      </w:r>
      <w:r w:rsidRPr="00E85698">
        <w:rPr>
          <w:b/>
          <w:i/>
          <w:sz w:val="24"/>
        </w:rPr>
        <w:t>ка</w:t>
      </w:r>
      <w:r w:rsidRPr="00E85698">
        <w:rPr>
          <w:sz w:val="24"/>
        </w:rPr>
        <w:t>.</w:t>
      </w:r>
    </w:p>
    <w:p w:rsidR="00624C8A" w:rsidRPr="00E85698" w:rsidRDefault="00CB6516">
      <w:pPr>
        <w:pStyle w:val="11"/>
        <w:spacing w:before="61"/>
      </w:pPr>
      <w:r w:rsidRPr="00E85698">
        <w:t>Междометия</w:t>
      </w:r>
      <w:r w:rsidRPr="00E85698">
        <w:rPr>
          <w:spacing w:val="-7"/>
        </w:rPr>
        <w:t xml:space="preserve"> </w:t>
      </w:r>
      <w:r w:rsidRPr="00E85698">
        <w:t>и</w:t>
      </w:r>
      <w:r w:rsidRPr="00E85698">
        <w:rPr>
          <w:spacing w:val="-6"/>
        </w:rPr>
        <w:t xml:space="preserve"> </w:t>
      </w:r>
      <w:r w:rsidRPr="00E85698">
        <w:t>звукоподражательные</w:t>
      </w:r>
      <w:r w:rsidRPr="00E85698">
        <w:rPr>
          <w:spacing w:val="-6"/>
        </w:rPr>
        <w:t xml:space="preserve"> </w:t>
      </w:r>
      <w:r w:rsidRPr="00E85698">
        <w:t>слова</w:t>
      </w:r>
    </w:p>
    <w:p w:rsidR="00624C8A" w:rsidRPr="00E85698" w:rsidRDefault="00CB6516">
      <w:pPr>
        <w:pStyle w:val="a5"/>
        <w:spacing w:before="60"/>
        <w:ind w:left="286"/>
      </w:pPr>
      <w:r w:rsidRPr="00E85698">
        <w:t>Междометия</w:t>
      </w:r>
      <w:r w:rsidRPr="00E85698">
        <w:rPr>
          <w:spacing w:val="-4"/>
        </w:rPr>
        <w:t xml:space="preserve"> </w:t>
      </w:r>
      <w:r w:rsidRPr="00E85698">
        <w:t>как</w:t>
      </w:r>
      <w:r w:rsidRPr="00E85698">
        <w:rPr>
          <w:spacing w:val="-4"/>
        </w:rPr>
        <w:t xml:space="preserve"> </w:t>
      </w:r>
      <w:r w:rsidRPr="00E85698">
        <w:t>особая</w:t>
      </w:r>
      <w:r w:rsidRPr="00E85698">
        <w:rPr>
          <w:spacing w:val="-3"/>
        </w:rPr>
        <w:t xml:space="preserve"> </w:t>
      </w:r>
      <w:r w:rsidRPr="00E85698">
        <w:t>группа</w:t>
      </w:r>
      <w:r w:rsidRPr="00E85698">
        <w:rPr>
          <w:spacing w:val="-3"/>
        </w:rPr>
        <w:t xml:space="preserve"> </w:t>
      </w:r>
      <w:r w:rsidRPr="00E85698">
        <w:t>слов.</w:t>
      </w:r>
    </w:p>
    <w:p w:rsidR="00624C8A" w:rsidRPr="00E85698" w:rsidRDefault="00CB6516">
      <w:pPr>
        <w:pStyle w:val="a5"/>
        <w:spacing w:before="60" w:line="292" w:lineRule="auto"/>
        <w:ind w:firstLine="180"/>
      </w:pPr>
      <w:r w:rsidRPr="00E85698">
        <w:t>Разряды</w:t>
      </w:r>
      <w:r w:rsidRPr="00E85698">
        <w:rPr>
          <w:spacing w:val="-5"/>
        </w:rPr>
        <w:t xml:space="preserve"> </w:t>
      </w:r>
      <w:r w:rsidRPr="00E85698">
        <w:t>междометий</w:t>
      </w:r>
      <w:r w:rsidRPr="00E85698">
        <w:rPr>
          <w:spacing w:val="-5"/>
        </w:rPr>
        <w:t xml:space="preserve"> </w:t>
      </w:r>
      <w:r w:rsidRPr="00E85698">
        <w:t>по</w:t>
      </w:r>
      <w:r w:rsidRPr="00E85698">
        <w:rPr>
          <w:spacing w:val="-4"/>
        </w:rPr>
        <w:t xml:space="preserve"> </w:t>
      </w:r>
      <w:r w:rsidRPr="00E85698">
        <w:t>значению</w:t>
      </w:r>
      <w:r w:rsidRPr="00E85698">
        <w:rPr>
          <w:spacing w:val="-5"/>
        </w:rPr>
        <w:t xml:space="preserve"> </w:t>
      </w:r>
      <w:r w:rsidRPr="00E85698">
        <w:t>(выражающие</w:t>
      </w:r>
      <w:r w:rsidRPr="00E85698">
        <w:rPr>
          <w:spacing w:val="-5"/>
        </w:rPr>
        <w:t xml:space="preserve"> </w:t>
      </w:r>
      <w:r w:rsidRPr="00E85698">
        <w:t>чувства,</w:t>
      </w:r>
      <w:r w:rsidRPr="00E85698">
        <w:rPr>
          <w:spacing w:val="-4"/>
        </w:rPr>
        <w:t xml:space="preserve"> </w:t>
      </w:r>
      <w:r w:rsidRPr="00E85698">
        <w:t>побуждающие</w:t>
      </w:r>
      <w:r w:rsidRPr="00E85698">
        <w:rPr>
          <w:spacing w:val="-5"/>
        </w:rPr>
        <w:t xml:space="preserve"> </w:t>
      </w:r>
      <w:r w:rsidRPr="00E85698">
        <w:t>к</w:t>
      </w:r>
      <w:r w:rsidRPr="00E85698">
        <w:rPr>
          <w:spacing w:val="-5"/>
        </w:rPr>
        <w:t xml:space="preserve"> </w:t>
      </w:r>
      <w:r w:rsidRPr="00E85698">
        <w:t>действию,</w:t>
      </w:r>
      <w:r w:rsidRPr="00E85698">
        <w:rPr>
          <w:spacing w:val="-5"/>
        </w:rPr>
        <w:t xml:space="preserve"> </w:t>
      </w:r>
      <w:r w:rsidRPr="00E85698">
        <w:t>этикетные</w:t>
      </w:r>
      <w:r w:rsidRPr="00E85698">
        <w:rPr>
          <w:spacing w:val="-57"/>
        </w:rPr>
        <w:t xml:space="preserve"> </w:t>
      </w:r>
      <w:r w:rsidRPr="00E85698">
        <w:t>междометия);</w:t>
      </w:r>
      <w:r w:rsidRPr="00E85698">
        <w:rPr>
          <w:spacing w:val="-2"/>
        </w:rPr>
        <w:t xml:space="preserve"> </w:t>
      </w:r>
      <w:r w:rsidRPr="00E85698">
        <w:t>междометия</w:t>
      </w:r>
      <w:r w:rsidRPr="00E85698">
        <w:rPr>
          <w:spacing w:val="-1"/>
        </w:rPr>
        <w:t xml:space="preserve"> </w:t>
      </w:r>
      <w:r w:rsidRPr="00E85698">
        <w:t>производные и</w:t>
      </w:r>
      <w:r w:rsidRPr="00E85698">
        <w:rPr>
          <w:spacing w:val="-1"/>
        </w:rPr>
        <w:t xml:space="preserve"> </w:t>
      </w:r>
      <w:r w:rsidRPr="00E85698">
        <w:t>непроизводные.</w:t>
      </w:r>
    </w:p>
    <w:p w:rsidR="00624C8A" w:rsidRPr="00E85698" w:rsidRDefault="00CB6516">
      <w:pPr>
        <w:pStyle w:val="a5"/>
        <w:spacing w:line="292" w:lineRule="auto"/>
        <w:ind w:left="286" w:right="6440"/>
      </w:pPr>
      <w:r w:rsidRPr="00E85698">
        <w:t>Морфологический анализ междометий.</w:t>
      </w:r>
      <w:r w:rsidRPr="00E85698">
        <w:rPr>
          <w:spacing w:val="-58"/>
        </w:rPr>
        <w:t xml:space="preserve"> </w:t>
      </w:r>
      <w:r w:rsidRPr="00E85698">
        <w:t>Звукоподражательные</w:t>
      </w:r>
      <w:r w:rsidRPr="00E85698">
        <w:rPr>
          <w:spacing w:val="-1"/>
        </w:rPr>
        <w:t xml:space="preserve"> </w:t>
      </w:r>
      <w:r w:rsidRPr="00E85698">
        <w:t>слова.</w:t>
      </w:r>
    </w:p>
    <w:p w:rsidR="00624C8A" w:rsidRPr="00E85698" w:rsidRDefault="00CB6516">
      <w:pPr>
        <w:pStyle w:val="a5"/>
        <w:spacing w:line="292" w:lineRule="auto"/>
        <w:ind w:right="161" w:firstLine="180"/>
      </w:pPr>
      <w:r w:rsidRPr="00E85698">
        <w:t>Использование междометий и звукоподражательных слов в разговорной и художественной речи как</w:t>
      </w:r>
      <w:r w:rsidRPr="00E85698">
        <w:rPr>
          <w:spacing w:val="-58"/>
        </w:rPr>
        <w:t xml:space="preserve"> </w:t>
      </w:r>
      <w:r w:rsidRPr="00E85698">
        <w:t>средства создания экспрессии. Интонационное и пунктуационное выделение междометий и</w:t>
      </w:r>
      <w:r w:rsidRPr="00E85698">
        <w:rPr>
          <w:spacing w:val="1"/>
        </w:rPr>
        <w:t xml:space="preserve"> </w:t>
      </w:r>
      <w:r w:rsidRPr="00E85698">
        <w:t>звукоподражательных</w:t>
      </w:r>
      <w:r w:rsidRPr="00E85698">
        <w:rPr>
          <w:spacing w:val="-1"/>
        </w:rPr>
        <w:t xml:space="preserve"> </w:t>
      </w:r>
      <w:r w:rsidRPr="00E85698">
        <w:t>слов</w:t>
      </w:r>
      <w:r w:rsidRPr="00E85698">
        <w:rPr>
          <w:spacing w:val="-1"/>
        </w:rPr>
        <w:t xml:space="preserve"> </w:t>
      </w:r>
      <w:r w:rsidRPr="00E85698">
        <w:t>в</w:t>
      </w:r>
      <w:r w:rsidRPr="00E85698">
        <w:rPr>
          <w:spacing w:val="-1"/>
        </w:rPr>
        <w:t xml:space="preserve"> </w:t>
      </w:r>
      <w:r w:rsidRPr="00E85698">
        <w:t>предложении.</w:t>
      </w:r>
    </w:p>
    <w:p w:rsidR="00624C8A" w:rsidRPr="00E85698" w:rsidRDefault="00CB6516">
      <w:pPr>
        <w:pStyle w:val="a5"/>
        <w:spacing w:line="292" w:lineRule="auto"/>
        <w:ind w:right="522" w:firstLine="180"/>
      </w:pPr>
      <w:r w:rsidRPr="00E85698">
        <w:t>Омонимия слов разных частей речи. Грамматическая омонимия. Использование грамматических</w:t>
      </w:r>
      <w:r w:rsidRPr="00E85698">
        <w:rPr>
          <w:spacing w:val="-58"/>
        </w:rPr>
        <w:t xml:space="preserve"> </w:t>
      </w:r>
      <w:r w:rsidRPr="00E85698">
        <w:t>омонимов</w:t>
      </w:r>
      <w:r w:rsidRPr="00E85698">
        <w:rPr>
          <w:spacing w:val="-2"/>
        </w:rPr>
        <w:t xml:space="preserve"> </w:t>
      </w:r>
      <w:r w:rsidRPr="00E85698">
        <w:t>в</w:t>
      </w:r>
      <w:r w:rsidRPr="00E85698">
        <w:rPr>
          <w:spacing w:val="-1"/>
        </w:rPr>
        <w:t xml:space="preserve"> </w:t>
      </w:r>
      <w:r w:rsidRPr="00E85698">
        <w:t>речи.</w:t>
      </w:r>
    </w:p>
    <w:p w:rsidR="00624C8A" w:rsidRPr="00E85698" w:rsidRDefault="00CB6516">
      <w:pPr>
        <w:pStyle w:val="11"/>
        <w:numPr>
          <w:ilvl w:val="0"/>
          <w:numId w:val="7"/>
        </w:numPr>
        <w:tabs>
          <w:tab w:val="left" w:pos="287"/>
        </w:tabs>
        <w:spacing w:before="186"/>
      </w:pPr>
      <w:r w:rsidRPr="00E85698">
        <w:t>КЛАСС</w:t>
      </w:r>
    </w:p>
    <w:p w:rsidR="00624C8A" w:rsidRPr="00E85698" w:rsidRDefault="00CB6516">
      <w:pPr>
        <w:spacing w:before="157"/>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line="292" w:lineRule="auto"/>
        <w:ind w:left="286" w:right="5438"/>
      </w:pPr>
      <w:r w:rsidRPr="00E85698">
        <w:t>Русский</w:t>
      </w:r>
      <w:r w:rsidRPr="00E85698">
        <w:rPr>
          <w:spacing w:val="-3"/>
        </w:rPr>
        <w:t xml:space="preserve"> </w:t>
      </w:r>
      <w:r w:rsidRPr="00E85698">
        <w:t>язык</w:t>
      </w:r>
      <w:r w:rsidRPr="00E85698">
        <w:rPr>
          <w:spacing w:val="-4"/>
        </w:rPr>
        <w:t xml:space="preserve"> </w:t>
      </w:r>
      <w:r w:rsidRPr="00E85698">
        <w:t>в</w:t>
      </w:r>
      <w:r w:rsidRPr="00E85698">
        <w:rPr>
          <w:spacing w:val="-4"/>
        </w:rPr>
        <w:t xml:space="preserve"> </w:t>
      </w:r>
      <w:r w:rsidRPr="00E85698">
        <w:t>кругу</w:t>
      </w:r>
      <w:r w:rsidRPr="00E85698">
        <w:rPr>
          <w:spacing w:val="-3"/>
        </w:rPr>
        <w:t xml:space="preserve"> </w:t>
      </w:r>
      <w:r w:rsidRPr="00E85698">
        <w:t>других</w:t>
      </w:r>
      <w:r w:rsidRPr="00E85698">
        <w:rPr>
          <w:spacing w:val="-3"/>
        </w:rPr>
        <w:t xml:space="preserve"> </w:t>
      </w:r>
      <w:r w:rsidRPr="00E85698">
        <w:t>славянских</w:t>
      </w:r>
      <w:r w:rsidRPr="00E85698">
        <w:rPr>
          <w:spacing w:val="-3"/>
        </w:rPr>
        <w:t xml:space="preserve"> </w:t>
      </w:r>
      <w:r w:rsidRPr="00E85698">
        <w:t>языков.</w:t>
      </w:r>
      <w:r w:rsidRPr="00E85698">
        <w:rPr>
          <w:spacing w:val="-57"/>
        </w:rPr>
        <w:t xml:space="preserve"> </w:t>
      </w:r>
      <w:r w:rsidRPr="00E85698">
        <w:t>Язык</w:t>
      </w:r>
      <w:r w:rsidRPr="00E85698">
        <w:rPr>
          <w:spacing w:val="-2"/>
        </w:rPr>
        <w:t xml:space="preserve"> </w:t>
      </w:r>
      <w:r w:rsidRPr="00E85698">
        <w:t>и речь</w:t>
      </w:r>
    </w:p>
    <w:p w:rsidR="00624C8A" w:rsidRPr="00E85698" w:rsidRDefault="00CB6516">
      <w:pPr>
        <w:pStyle w:val="a5"/>
        <w:spacing w:line="292" w:lineRule="auto"/>
        <w:ind w:right="1015" w:firstLine="180"/>
      </w:pPr>
      <w:r w:rsidRPr="00E85698">
        <w:t>Монолог-описание, монолог-рассуждение, монолог-повествование; выступление с научным</w:t>
      </w:r>
      <w:r w:rsidRPr="00E85698">
        <w:rPr>
          <w:spacing w:val="-57"/>
        </w:rPr>
        <w:t xml:space="preserve"> </w:t>
      </w:r>
      <w:r w:rsidRPr="00E85698">
        <w:t>сообщением.</w:t>
      </w:r>
    </w:p>
    <w:p w:rsidR="00624C8A" w:rsidRPr="00E85698" w:rsidRDefault="00CB6516">
      <w:pPr>
        <w:pStyle w:val="a5"/>
        <w:spacing w:line="275" w:lineRule="exact"/>
        <w:ind w:left="286"/>
      </w:pPr>
      <w:r w:rsidRPr="00E85698">
        <w:t>Диалог.</w:t>
      </w:r>
    </w:p>
    <w:p w:rsidR="00624C8A" w:rsidRPr="00E85698" w:rsidRDefault="00CB6516">
      <w:pPr>
        <w:pStyle w:val="11"/>
        <w:spacing w:before="179"/>
      </w:pPr>
      <w:r w:rsidRPr="00E85698">
        <w:t>Текст</w:t>
      </w:r>
    </w:p>
    <w:p w:rsidR="00624C8A" w:rsidRPr="00E85698" w:rsidRDefault="00CB6516">
      <w:pPr>
        <w:pStyle w:val="a5"/>
        <w:spacing w:before="60"/>
        <w:ind w:left="286"/>
      </w:pPr>
      <w:r w:rsidRPr="00E85698">
        <w:t>Текст</w:t>
      </w:r>
      <w:r w:rsidRPr="00E85698">
        <w:rPr>
          <w:spacing w:val="-3"/>
        </w:rPr>
        <w:t xml:space="preserve"> </w:t>
      </w:r>
      <w:r w:rsidRPr="00E85698">
        <w:t>и</w:t>
      </w:r>
      <w:r w:rsidRPr="00E85698">
        <w:rPr>
          <w:spacing w:val="-2"/>
        </w:rPr>
        <w:t xml:space="preserve"> </w:t>
      </w:r>
      <w:r w:rsidRPr="00E85698">
        <w:t>его</w:t>
      </w:r>
      <w:r w:rsidRPr="00E85698">
        <w:rPr>
          <w:spacing w:val="-2"/>
        </w:rPr>
        <w:t xml:space="preserve"> </w:t>
      </w:r>
      <w:r w:rsidRPr="00E85698">
        <w:t>основные</w:t>
      </w:r>
      <w:r w:rsidRPr="00E85698">
        <w:rPr>
          <w:spacing w:val="-2"/>
        </w:rPr>
        <w:t xml:space="preserve"> </w:t>
      </w:r>
      <w:r w:rsidRPr="00E85698">
        <w:t>признаки.</w:t>
      </w:r>
    </w:p>
    <w:p w:rsidR="00624C8A" w:rsidRPr="00E85698" w:rsidRDefault="00CB6516">
      <w:pPr>
        <w:pStyle w:val="a5"/>
        <w:spacing w:before="60" w:line="292" w:lineRule="auto"/>
        <w:ind w:left="286" w:right="760"/>
      </w:pPr>
      <w:r w:rsidRPr="00E85698">
        <w:t>Особенности функционально-смысловых типов речи (повествование, описание, рассуждение).</w:t>
      </w:r>
      <w:r w:rsidRPr="00E85698">
        <w:rPr>
          <w:spacing w:val="-58"/>
        </w:rPr>
        <w:t xml:space="preserve"> </w:t>
      </w:r>
      <w:r w:rsidRPr="00E85698">
        <w:t>Информационная</w:t>
      </w:r>
      <w:r w:rsidRPr="00E85698">
        <w:rPr>
          <w:spacing w:val="-4"/>
        </w:rPr>
        <w:t xml:space="preserve"> </w:t>
      </w:r>
      <w:r w:rsidRPr="00E85698">
        <w:t>переработка</w:t>
      </w:r>
      <w:r w:rsidRPr="00E85698">
        <w:rPr>
          <w:spacing w:val="-2"/>
        </w:rPr>
        <w:t xml:space="preserve"> </w:t>
      </w:r>
      <w:r w:rsidRPr="00E85698">
        <w:t>текста:</w:t>
      </w:r>
      <w:r w:rsidRPr="00E85698">
        <w:rPr>
          <w:spacing w:val="-3"/>
        </w:rPr>
        <w:t xml:space="preserve"> </w:t>
      </w:r>
      <w:r w:rsidRPr="00E85698">
        <w:t>извлечение</w:t>
      </w:r>
      <w:r w:rsidRPr="00E85698">
        <w:rPr>
          <w:spacing w:val="-2"/>
        </w:rPr>
        <w:t xml:space="preserve"> </w:t>
      </w:r>
      <w:r w:rsidRPr="00E85698">
        <w:t>информации</w:t>
      </w:r>
      <w:r w:rsidRPr="00E85698">
        <w:rPr>
          <w:spacing w:val="-2"/>
        </w:rPr>
        <w:t xml:space="preserve"> </w:t>
      </w:r>
      <w:r w:rsidRPr="00E85698">
        <w:t>из</w:t>
      </w:r>
      <w:r w:rsidRPr="00E85698">
        <w:rPr>
          <w:spacing w:val="-3"/>
        </w:rPr>
        <w:t xml:space="preserve"> </w:t>
      </w:r>
      <w:r w:rsidRPr="00E85698">
        <w:t>различных</w:t>
      </w:r>
      <w:r w:rsidRPr="00E85698">
        <w:rPr>
          <w:spacing w:val="-2"/>
        </w:rPr>
        <w:t xml:space="preserve"> </w:t>
      </w:r>
      <w:r w:rsidRPr="00E85698">
        <w:t>источников;</w:t>
      </w:r>
    </w:p>
    <w:p w:rsidR="00624C8A" w:rsidRPr="00E85698" w:rsidRDefault="00CB6516">
      <w:pPr>
        <w:pStyle w:val="a5"/>
        <w:spacing w:line="275" w:lineRule="exact"/>
      </w:pPr>
      <w:r w:rsidRPr="00E85698">
        <w:t>использование</w:t>
      </w:r>
      <w:r w:rsidRPr="00E85698">
        <w:rPr>
          <w:spacing w:val="-6"/>
        </w:rPr>
        <w:t xml:space="preserve"> </w:t>
      </w:r>
      <w:r w:rsidRPr="00E85698">
        <w:t>лингвистических</w:t>
      </w:r>
      <w:r w:rsidRPr="00E85698">
        <w:rPr>
          <w:spacing w:val="-5"/>
        </w:rPr>
        <w:t xml:space="preserve"> </w:t>
      </w:r>
      <w:r w:rsidRPr="00E85698">
        <w:t>словарей;</w:t>
      </w:r>
      <w:r w:rsidRPr="00E85698">
        <w:rPr>
          <w:spacing w:val="-6"/>
        </w:rPr>
        <w:t xml:space="preserve"> </w:t>
      </w:r>
      <w:r w:rsidRPr="00E85698">
        <w:t>тезисы,</w:t>
      </w:r>
      <w:r w:rsidRPr="00E85698">
        <w:rPr>
          <w:spacing w:val="-5"/>
        </w:rPr>
        <w:t xml:space="preserve"> </w:t>
      </w:r>
      <w:r w:rsidRPr="00E85698">
        <w:t>конспект.</w:t>
      </w:r>
    </w:p>
    <w:p w:rsidR="00624C8A" w:rsidRPr="00E85698" w:rsidRDefault="00624C8A">
      <w:pPr>
        <w:spacing w:line="275" w:lineRule="exact"/>
        <w:sectPr w:rsidR="00624C8A" w:rsidRPr="00E85698">
          <w:pgSz w:w="11900" w:h="16840"/>
          <w:pgMar w:top="500" w:right="540" w:bottom="280" w:left="560" w:header="720" w:footer="720" w:gutter="0"/>
          <w:cols w:space="720"/>
        </w:sectPr>
      </w:pPr>
    </w:p>
    <w:p w:rsidR="00624C8A" w:rsidRPr="00E85698" w:rsidRDefault="00CB6516">
      <w:pPr>
        <w:pStyle w:val="a5"/>
        <w:spacing w:before="66"/>
        <w:ind w:left="286"/>
      </w:pPr>
      <w:r w:rsidRPr="00E85698">
        <w:lastRenderedPageBreak/>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60" w:line="292" w:lineRule="auto"/>
        <w:ind w:left="286" w:right="1245"/>
      </w:pPr>
      <w:r w:rsidRPr="00E85698">
        <w:t>Официально-деловой стиль. Сфера употребления, функции, языковые особенности.</w:t>
      </w:r>
      <w:r w:rsidRPr="00E85698">
        <w:rPr>
          <w:spacing w:val="1"/>
        </w:rPr>
        <w:t xml:space="preserve"> </w:t>
      </w:r>
      <w:r w:rsidRPr="00E85698">
        <w:t>Жанры</w:t>
      </w:r>
      <w:r w:rsidRPr="00E85698">
        <w:rPr>
          <w:spacing w:val="-7"/>
        </w:rPr>
        <w:t xml:space="preserve"> </w:t>
      </w:r>
      <w:r w:rsidRPr="00E85698">
        <w:t>официально-делового</w:t>
      </w:r>
      <w:r w:rsidRPr="00E85698">
        <w:rPr>
          <w:spacing w:val="-6"/>
        </w:rPr>
        <w:t xml:space="preserve"> </w:t>
      </w:r>
      <w:r w:rsidRPr="00E85698">
        <w:t>стиля</w:t>
      </w:r>
      <w:r w:rsidRPr="00E85698">
        <w:rPr>
          <w:spacing w:val="-8"/>
        </w:rPr>
        <w:t xml:space="preserve"> </w:t>
      </w:r>
      <w:r w:rsidRPr="00E85698">
        <w:t>(заявление,</w:t>
      </w:r>
      <w:r w:rsidRPr="00E85698">
        <w:rPr>
          <w:spacing w:val="-6"/>
        </w:rPr>
        <w:t xml:space="preserve"> </w:t>
      </w:r>
      <w:r w:rsidRPr="00E85698">
        <w:t>объяснительная</w:t>
      </w:r>
      <w:r w:rsidRPr="00E85698">
        <w:rPr>
          <w:spacing w:val="-7"/>
        </w:rPr>
        <w:t xml:space="preserve"> </w:t>
      </w:r>
      <w:r w:rsidRPr="00E85698">
        <w:t>записка,</w:t>
      </w:r>
      <w:r w:rsidRPr="00E85698">
        <w:rPr>
          <w:spacing w:val="-7"/>
        </w:rPr>
        <w:t xml:space="preserve"> </w:t>
      </w:r>
      <w:r w:rsidRPr="00E85698">
        <w:t>автобиография,</w:t>
      </w:r>
    </w:p>
    <w:p w:rsidR="00624C8A" w:rsidRPr="00E85698" w:rsidRDefault="00CB6516">
      <w:pPr>
        <w:pStyle w:val="a5"/>
        <w:spacing w:line="275" w:lineRule="exact"/>
      </w:pPr>
      <w:r w:rsidRPr="00E85698">
        <w:t>характеристика).</w:t>
      </w:r>
    </w:p>
    <w:p w:rsidR="00624C8A" w:rsidRPr="00E85698" w:rsidRDefault="00CB6516">
      <w:pPr>
        <w:pStyle w:val="a5"/>
        <w:spacing w:before="60"/>
        <w:ind w:left="286"/>
      </w:pPr>
      <w:r w:rsidRPr="00E85698">
        <w:t>Научный</w:t>
      </w:r>
      <w:r w:rsidRPr="00E85698">
        <w:rPr>
          <w:spacing w:val="-4"/>
        </w:rPr>
        <w:t xml:space="preserve"> </w:t>
      </w:r>
      <w:r w:rsidRPr="00E85698">
        <w:t>стиль.</w:t>
      </w:r>
      <w:r w:rsidRPr="00E85698">
        <w:rPr>
          <w:spacing w:val="-4"/>
        </w:rPr>
        <w:t xml:space="preserve"> </w:t>
      </w:r>
      <w:r w:rsidRPr="00E85698">
        <w:t>Сфера</w:t>
      </w:r>
      <w:r w:rsidRPr="00E85698">
        <w:rPr>
          <w:spacing w:val="-4"/>
        </w:rPr>
        <w:t xml:space="preserve"> </w:t>
      </w:r>
      <w:r w:rsidRPr="00E85698">
        <w:t>употребления,</w:t>
      </w:r>
      <w:r w:rsidRPr="00E85698">
        <w:rPr>
          <w:spacing w:val="-3"/>
        </w:rPr>
        <w:t xml:space="preserve"> </w:t>
      </w:r>
      <w:r w:rsidRPr="00E85698">
        <w:t>функции,</w:t>
      </w:r>
      <w:r w:rsidRPr="00E85698">
        <w:rPr>
          <w:spacing w:val="-4"/>
        </w:rPr>
        <w:t xml:space="preserve"> </w:t>
      </w:r>
      <w:r w:rsidRPr="00E85698">
        <w:t>языковые</w:t>
      </w:r>
      <w:r w:rsidRPr="00E85698">
        <w:rPr>
          <w:spacing w:val="-4"/>
        </w:rPr>
        <w:t xml:space="preserve"> </w:t>
      </w:r>
      <w:r w:rsidRPr="00E85698">
        <w:t>особенности.</w:t>
      </w:r>
    </w:p>
    <w:p w:rsidR="00624C8A" w:rsidRPr="00E85698" w:rsidRDefault="00CB6516">
      <w:pPr>
        <w:pStyle w:val="a5"/>
        <w:spacing w:before="60" w:line="292" w:lineRule="auto"/>
        <w:ind w:right="268" w:firstLine="180"/>
      </w:pPr>
      <w:r w:rsidRPr="00E85698">
        <w:t>Жанры научного стиля (реферат, доклад на научную тему). Сочетание различных функциональных</w:t>
      </w:r>
      <w:r w:rsidRPr="00E85698">
        <w:rPr>
          <w:spacing w:val="-58"/>
        </w:rPr>
        <w:t xml:space="preserve"> </w:t>
      </w:r>
      <w:r w:rsidRPr="00E85698">
        <w:t>разновидностей</w:t>
      </w:r>
      <w:r w:rsidRPr="00E85698">
        <w:rPr>
          <w:spacing w:val="-1"/>
        </w:rPr>
        <w:t xml:space="preserve"> </w:t>
      </w:r>
      <w:r w:rsidRPr="00E85698">
        <w:t>языка</w:t>
      </w:r>
      <w:r w:rsidRPr="00E85698">
        <w:rPr>
          <w:spacing w:val="-1"/>
        </w:rPr>
        <w:t xml:space="preserve"> </w:t>
      </w:r>
      <w:r w:rsidRPr="00E85698">
        <w:t>в</w:t>
      </w:r>
      <w:r w:rsidRPr="00E85698">
        <w:rPr>
          <w:spacing w:val="-1"/>
        </w:rPr>
        <w:t xml:space="preserve"> </w:t>
      </w:r>
      <w:r w:rsidRPr="00E85698">
        <w:t>тексте,</w:t>
      </w:r>
      <w:r w:rsidRPr="00E85698">
        <w:rPr>
          <w:spacing w:val="-1"/>
        </w:rPr>
        <w:t xml:space="preserve"> </w:t>
      </w:r>
      <w:r w:rsidRPr="00E85698">
        <w:t>средства связи</w:t>
      </w:r>
      <w:r w:rsidRPr="00E85698">
        <w:rPr>
          <w:spacing w:val="-1"/>
        </w:rPr>
        <w:t xml:space="preserve"> </w:t>
      </w:r>
      <w:r w:rsidRPr="00E85698">
        <w:t>предложений</w:t>
      </w:r>
      <w:r w:rsidRPr="00E85698">
        <w:rPr>
          <w:spacing w:val="-1"/>
        </w:rPr>
        <w:t xml:space="preserve"> </w:t>
      </w:r>
      <w:r w:rsidRPr="00E85698">
        <w:t>в</w:t>
      </w:r>
      <w:r w:rsidRPr="00E85698">
        <w:rPr>
          <w:spacing w:val="-1"/>
        </w:rPr>
        <w:t xml:space="preserve"> </w:t>
      </w:r>
      <w:r w:rsidRPr="00E85698">
        <w:t>тексте.</w:t>
      </w:r>
    </w:p>
    <w:p w:rsidR="00624C8A" w:rsidRPr="00E85698" w:rsidRDefault="00CB6516">
      <w:pPr>
        <w:pStyle w:val="11"/>
        <w:spacing w:before="119"/>
      </w:pPr>
      <w:r w:rsidRPr="00E85698">
        <w:t>Система</w:t>
      </w:r>
      <w:r w:rsidRPr="00E85698">
        <w:rPr>
          <w:spacing w:val="-5"/>
        </w:rPr>
        <w:t xml:space="preserve"> </w:t>
      </w:r>
      <w:r w:rsidRPr="00E85698">
        <w:t>языка</w:t>
      </w:r>
    </w:p>
    <w:p w:rsidR="00624C8A" w:rsidRPr="00E85698" w:rsidRDefault="00CB6516">
      <w:pPr>
        <w:spacing w:before="60"/>
        <w:ind w:left="286"/>
        <w:rPr>
          <w:b/>
          <w:sz w:val="24"/>
        </w:rPr>
      </w:pPr>
      <w:r w:rsidRPr="00E85698">
        <w:rPr>
          <w:b/>
          <w:sz w:val="24"/>
        </w:rPr>
        <w:t>Синтаксис.</w:t>
      </w:r>
      <w:r w:rsidRPr="00E85698">
        <w:rPr>
          <w:b/>
          <w:spacing w:val="-6"/>
          <w:sz w:val="24"/>
        </w:rPr>
        <w:t xml:space="preserve"> </w:t>
      </w:r>
      <w:r w:rsidRPr="00E85698">
        <w:rPr>
          <w:b/>
          <w:sz w:val="24"/>
        </w:rPr>
        <w:t>Культура</w:t>
      </w:r>
      <w:r w:rsidRPr="00E85698">
        <w:rPr>
          <w:b/>
          <w:spacing w:val="-5"/>
          <w:sz w:val="24"/>
        </w:rPr>
        <w:t xml:space="preserve"> </w:t>
      </w:r>
      <w:r w:rsidRPr="00E85698">
        <w:rPr>
          <w:b/>
          <w:sz w:val="24"/>
        </w:rPr>
        <w:t>речи.</w:t>
      </w:r>
      <w:r w:rsidRPr="00E85698">
        <w:rPr>
          <w:b/>
          <w:spacing w:val="-5"/>
          <w:sz w:val="24"/>
        </w:rPr>
        <w:t xml:space="preserve"> </w:t>
      </w:r>
      <w:r w:rsidRPr="00E85698">
        <w:rPr>
          <w:b/>
          <w:sz w:val="24"/>
        </w:rPr>
        <w:t>Пунктуация</w:t>
      </w:r>
    </w:p>
    <w:p w:rsidR="00624C8A" w:rsidRPr="00E85698" w:rsidRDefault="00CB6516">
      <w:pPr>
        <w:pStyle w:val="a5"/>
        <w:spacing w:before="60"/>
        <w:ind w:left="286"/>
      </w:pPr>
      <w:r w:rsidRPr="00E85698">
        <w:t>Синтаксис</w:t>
      </w:r>
      <w:r w:rsidRPr="00E85698">
        <w:rPr>
          <w:spacing w:val="-4"/>
        </w:rPr>
        <w:t xml:space="preserve"> </w:t>
      </w:r>
      <w:r w:rsidRPr="00E85698">
        <w:t>как</w:t>
      </w:r>
      <w:r w:rsidRPr="00E85698">
        <w:rPr>
          <w:spacing w:val="-5"/>
        </w:rPr>
        <w:t xml:space="preserve"> </w:t>
      </w:r>
      <w:r w:rsidRPr="00E85698">
        <w:t>раздел</w:t>
      </w:r>
      <w:r w:rsidRPr="00E85698">
        <w:rPr>
          <w:spacing w:val="-5"/>
        </w:rPr>
        <w:t xml:space="preserve"> </w:t>
      </w:r>
      <w:r w:rsidRPr="00E85698">
        <w:t>лингвистики.</w:t>
      </w:r>
    </w:p>
    <w:p w:rsidR="00624C8A" w:rsidRPr="00E85698" w:rsidRDefault="00CB6516">
      <w:pPr>
        <w:pStyle w:val="a5"/>
        <w:spacing w:before="60" w:line="292" w:lineRule="auto"/>
        <w:ind w:left="286" w:right="4608"/>
      </w:pPr>
      <w:r w:rsidRPr="00E85698">
        <w:t>Словосочетание и предложение как единицы синтаксиса.</w:t>
      </w:r>
      <w:r w:rsidRPr="00E85698">
        <w:rPr>
          <w:spacing w:val="-58"/>
        </w:rPr>
        <w:t xml:space="preserve"> </w:t>
      </w:r>
      <w:r w:rsidRPr="00E85698">
        <w:t>Пунктуация.</w:t>
      </w:r>
      <w:r w:rsidRPr="00E85698">
        <w:rPr>
          <w:spacing w:val="-1"/>
        </w:rPr>
        <w:t xml:space="preserve"> </w:t>
      </w:r>
      <w:r w:rsidRPr="00E85698">
        <w:t>Функции знаков</w:t>
      </w:r>
      <w:r w:rsidRPr="00E85698">
        <w:rPr>
          <w:spacing w:val="-2"/>
        </w:rPr>
        <w:t xml:space="preserve"> </w:t>
      </w:r>
      <w:r w:rsidRPr="00E85698">
        <w:t>препинания.</w:t>
      </w:r>
    </w:p>
    <w:p w:rsidR="00624C8A" w:rsidRPr="00E85698" w:rsidRDefault="00CB6516">
      <w:pPr>
        <w:pStyle w:val="11"/>
        <w:spacing w:before="119"/>
      </w:pPr>
      <w:r w:rsidRPr="00E85698">
        <w:t>Словосочетание</w:t>
      </w:r>
    </w:p>
    <w:p w:rsidR="00624C8A" w:rsidRPr="00E85698" w:rsidRDefault="00CB6516">
      <w:pPr>
        <w:pStyle w:val="a5"/>
        <w:spacing w:before="60"/>
        <w:ind w:left="286"/>
      </w:pPr>
      <w:r w:rsidRPr="00E85698">
        <w:t>Основные</w:t>
      </w:r>
      <w:r w:rsidRPr="00E85698">
        <w:rPr>
          <w:spacing w:val="-5"/>
        </w:rPr>
        <w:t xml:space="preserve"> </w:t>
      </w:r>
      <w:r w:rsidRPr="00E85698">
        <w:t>признаки</w:t>
      </w:r>
      <w:r w:rsidRPr="00E85698">
        <w:rPr>
          <w:spacing w:val="-4"/>
        </w:rPr>
        <w:t xml:space="preserve"> </w:t>
      </w:r>
      <w:r w:rsidRPr="00E85698">
        <w:t>словосочетания.</w:t>
      </w:r>
    </w:p>
    <w:p w:rsidR="00624C8A" w:rsidRPr="00E85698" w:rsidRDefault="00CB6516">
      <w:pPr>
        <w:pStyle w:val="a5"/>
        <w:spacing w:before="60" w:line="292" w:lineRule="auto"/>
        <w:ind w:right="909" w:firstLine="180"/>
      </w:pPr>
      <w:r w:rsidRPr="00E85698">
        <w:t>Виды словосочетаний по морфологическим свойствам главного слова: глагольные, именные,</w:t>
      </w:r>
      <w:r w:rsidRPr="00E85698">
        <w:rPr>
          <w:spacing w:val="-58"/>
        </w:rPr>
        <w:t xml:space="preserve"> </w:t>
      </w:r>
      <w:r w:rsidRPr="00E85698">
        <w:t>наречные.</w:t>
      </w:r>
    </w:p>
    <w:p w:rsidR="00624C8A" w:rsidRPr="00E85698" w:rsidRDefault="00CB6516">
      <w:pPr>
        <w:pStyle w:val="a5"/>
        <w:spacing w:line="292" w:lineRule="auto"/>
        <w:ind w:left="286" w:right="936"/>
      </w:pPr>
      <w:r w:rsidRPr="00E85698">
        <w:t>Типы подчинительной связи слов в словосочетании: согласование, управление, примыкание.</w:t>
      </w:r>
      <w:r w:rsidRPr="00E85698">
        <w:rPr>
          <w:spacing w:val="-58"/>
        </w:rPr>
        <w:t xml:space="preserve"> </w:t>
      </w:r>
      <w:r w:rsidRPr="00E85698">
        <w:t>Синтаксический</w:t>
      </w:r>
      <w:r w:rsidRPr="00E85698">
        <w:rPr>
          <w:spacing w:val="-1"/>
        </w:rPr>
        <w:t xml:space="preserve"> </w:t>
      </w:r>
      <w:r w:rsidRPr="00E85698">
        <w:t>анализ</w:t>
      </w:r>
      <w:r w:rsidRPr="00E85698">
        <w:rPr>
          <w:spacing w:val="-1"/>
        </w:rPr>
        <w:t xml:space="preserve"> </w:t>
      </w:r>
      <w:r w:rsidRPr="00E85698">
        <w:t>словосочетаний.</w:t>
      </w:r>
    </w:p>
    <w:p w:rsidR="00624C8A" w:rsidRPr="00E85698" w:rsidRDefault="00CB6516">
      <w:pPr>
        <w:pStyle w:val="a5"/>
        <w:spacing w:line="292" w:lineRule="auto"/>
        <w:ind w:left="286" w:right="5876"/>
      </w:pPr>
      <w:r w:rsidRPr="00E85698">
        <w:t>Грамматическая синонимия словосочетаний.</w:t>
      </w:r>
      <w:r w:rsidRPr="00E85698">
        <w:rPr>
          <w:spacing w:val="-58"/>
        </w:rPr>
        <w:t xml:space="preserve"> </w:t>
      </w:r>
      <w:r w:rsidRPr="00E85698">
        <w:t>Нормы</w:t>
      </w:r>
      <w:r w:rsidRPr="00E85698">
        <w:rPr>
          <w:spacing w:val="-1"/>
        </w:rPr>
        <w:t xml:space="preserve"> </w:t>
      </w:r>
      <w:r w:rsidRPr="00E85698">
        <w:t>построения</w:t>
      </w:r>
      <w:r w:rsidRPr="00E85698">
        <w:rPr>
          <w:spacing w:val="-2"/>
        </w:rPr>
        <w:t xml:space="preserve"> </w:t>
      </w:r>
      <w:r w:rsidRPr="00E85698">
        <w:t>словосочетаний.</w:t>
      </w:r>
    </w:p>
    <w:p w:rsidR="00624C8A" w:rsidRPr="00E85698" w:rsidRDefault="00CB6516">
      <w:pPr>
        <w:pStyle w:val="11"/>
        <w:spacing w:before="117"/>
      </w:pPr>
      <w:r w:rsidRPr="00E85698">
        <w:t>Предложение</w:t>
      </w:r>
    </w:p>
    <w:p w:rsidR="00624C8A" w:rsidRPr="00E85698" w:rsidRDefault="00CB6516">
      <w:pPr>
        <w:pStyle w:val="a5"/>
        <w:spacing w:before="60" w:line="292" w:lineRule="auto"/>
        <w:ind w:right="860" w:firstLine="180"/>
      </w:pPr>
      <w:r w:rsidRPr="00E85698">
        <w:t>Предложение. Основные признаки предложения: смысловая и интонационная законченность,</w:t>
      </w:r>
      <w:r w:rsidRPr="00E85698">
        <w:rPr>
          <w:spacing w:val="-58"/>
        </w:rPr>
        <w:t xml:space="preserve"> </w:t>
      </w:r>
      <w:r w:rsidRPr="00E85698">
        <w:t>грамматическая</w:t>
      </w:r>
      <w:r w:rsidRPr="00E85698">
        <w:rPr>
          <w:spacing w:val="-2"/>
        </w:rPr>
        <w:t xml:space="preserve"> </w:t>
      </w:r>
      <w:proofErr w:type="spellStart"/>
      <w:r w:rsidRPr="00E85698">
        <w:t>оформленность</w:t>
      </w:r>
      <w:proofErr w:type="spellEnd"/>
      <w:r w:rsidRPr="00E85698">
        <w:t>.</w:t>
      </w:r>
    </w:p>
    <w:p w:rsidR="00624C8A" w:rsidRPr="00E85698" w:rsidRDefault="00CB6516">
      <w:pPr>
        <w:pStyle w:val="a5"/>
        <w:spacing w:line="292" w:lineRule="auto"/>
        <w:ind w:right="277" w:firstLine="180"/>
        <w:jc w:val="both"/>
      </w:pPr>
      <w:r w:rsidRPr="00E85698">
        <w:t>Виды предложений по цели высказывания (повествовательные, вопросительные, побудительные) и</w:t>
      </w:r>
      <w:r w:rsidRPr="00E85698">
        <w:rPr>
          <w:spacing w:val="-58"/>
        </w:rPr>
        <w:t xml:space="preserve"> </w:t>
      </w:r>
      <w:r w:rsidRPr="00E85698">
        <w:t>по эмоциональной окраске (восклицательные, невосклицательные). Их интонационные и смысловые</w:t>
      </w:r>
      <w:r w:rsidRPr="00E85698">
        <w:rPr>
          <w:spacing w:val="-57"/>
        </w:rPr>
        <w:t xml:space="preserve"> </w:t>
      </w:r>
      <w:r w:rsidRPr="00E85698">
        <w:t>особенности.</w:t>
      </w:r>
    </w:p>
    <w:p w:rsidR="00624C8A" w:rsidRPr="00E85698" w:rsidRDefault="00CB6516">
      <w:pPr>
        <w:pStyle w:val="a5"/>
        <w:spacing w:line="274" w:lineRule="exact"/>
        <w:ind w:left="286"/>
        <w:jc w:val="both"/>
      </w:pPr>
      <w:r w:rsidRPr="00E85698">
        <w:t>Употребление</w:t>
      </w:r>
      <w:r w:rsidRPr="00E85698">
        <w:rPr>
          <w:spacing w:val="-4"/>
        </w:rPr>
        <w:t xml:space="preserve"> </w:t>
      </w:r>
      <w:r w:rsidRPr="00E85698">
        <w:t>языковых</w:t>
      </w:r>
      <w:r w:rsidRPr="00E85698">
        <w:rPr>
          <w:spacing w:val="-4"/>
        </w:rPr>
        <w:t xml:space="preserve"> </w:t>
      </w:r>
      <w:r w:rsidRPr="00E85698">
        <w:t>форм</w:t>
      </w:r>
      <w:r w:rsidRPr="00E85698">
        <w:rPr>
          <w:spacing w:val="-4"/>
        </w:rPr>
        <w:t xml:space="preserve"> </w:t>
      </w:r>
      <w:r w:rsidRPr="00E85698">
        <w:t>выражения</w:t>
      </w:r>
      <w:r w:rsidRPr="00E85698">
        <w:rPr>
          <w:spacing w:val="-4"/>
        </w:rPr>
        <w:t xml:space="preserve"> </w:t>
      </w:r>
      <w:r w:rsidRPr="00E85698">
        <w:t>побуждения</w:t>
      </w:r>
      <w:r w:rsidRPr="00E85698">
        <w:rPr>
          <w:spacing w:val="-5"/>
        </w:rPr>
        <w:t xml:space="preserve"> </w:t>
      </w:r>
      <w:r w:rsidRPr="00E85698">
        <w:t>в</w:t>
      </w:r>
      <w:r w:rsidRPr="00E85698">
        <w:rPr>
          <w:spacing w:val="-5"/>
        </w:rPr>
        <w:t xml:space="preserve"> </w:t>
      </w:r>
      <w:r w:rsidRPr="00E85698">
        <w:t>побудительных</w:t>
      </w:r>
      <w:r w:rsidRPr="00E85698">
        <w:rPr>
          <w:spacing w:val="-4"/>
        </w:rPr>
        <w:t xml:space="preserve"> </w:t>
      </w:r>
      <w:r w:rsidRPr="00E85698">
        <w:t>предложениях.</w:t>
      </w:r>
    </w:p>
    <w:p w:rsidR="00624C8A" w:rsidRPr="00E85698" w:rsidRDefault="00CB6516">
      <w:pPr>
        <w:pStyle w:val="a5"/>
        <w:spacing w:before="59" w:line="292" w:lineRule="auto"/>
        <w:ind w:right="326" w:firstLine="180"/>
        <w:jc w:val="both"/>
      </w:pPr>
      <w:r w:rsidRPr="00E85698">
        <w:t>Средства оформления предложения в устной и письменной речи (интонация, логическое ударение,</w:t>
      </w:r>
      <w:r w:rsidRPr="00E85698">
        <w:rPr>
          <w:spacing w:val="-58"/>
        </w:rPr>
        <w:t xml:space="preserve"> </w:t>
      </w:r>
      <w:r w:rsidRPr="00E85698">
        <w:t>знаки</w:t>
      </w:r>
      <w:r w:rsidRPr="00E85698">
        <w:rPr>
          <w:spacing w:val="-1"/>
        </w:rPr>
        <w:t xml:space="preserve"> </w:t>
      </w:r>
      <w:r w:rsidRPr="00E85698">
        <w:t>препинания).</w:t>
      </w:r>
    </w:p>
    <w:p w:rsidR="00624C8A" w:rsidRPr="00E85698" w:rsidRDefault="00CB6516">
      <w:pPr>
        <w:pStyle w:val="a5"/>
        <w:spacing w:line="275" w:lineRule="exact"/>
        <w:ind w:left="286"/>
        <w:jc w:val="both"/>
      </w:pPr>
      <w:r w:rsidRPr="00E85698">
        <w:t>Виды</w:t>
      </w:r>
      <w:r w:rsidRPr="00E85698">
        <w:rPr>
          <w:spacing w:val="-4"/>
        </w:rPr>
        <w:t xml:space="preserve"> </w:t>
      </w:r>
      <w:r w:rsidRPr="00E85698">
        <w:t>предложений</w:t>
      </w:r>
      <w:r w:rsidRPr="00E85698">
        <w:rPr>
          <w:spacing w:val="-4"/>
        </w:rPr>
        <w:t xml:space="preserve"> </w:t>
      </w:r>
      <w:r w:rsidRPr="00E85698">
        <w:t>по</w:t>
      </w:r>
      <w:r w:rsidRPr="00E85698">
        <w:rPr>
          <w:spacing w:val="-4"/>
        </w:rPr>
        <w:t xml:space="preserve"> </w:t>
      </w:r>
      <w:r w:rsidRPr="00E85698">
        <w:t>количеству</w:t>
      </w:r>
      <w:r w:rsidRPr="00E85698">
        <w:rPr>
          <w:spacing w:val="-3"/>
        </w:rPr>
        <w:t xml:space="preserve"> </w:t>
      </w:r>
      <w:r w:rsidRPr="00E85698">
        <w:t>грамматических</w:t>
      </w:r>
      <w:r w:rsidRPr="00E85698">
        <w:rPr>
          <w:spacing w:val="-4"/>
        </w:rPr>
        <w:t xml:space="preserve"> </w:t>
      </w:r>
      <w:r w:rsidRPr="00E85698">
        <w:t>основ</w:t>
      </w:r>
      <w:r w:rsidRPr="00E85698">
        <w:rPr>
          <w:spacing w:val="-5"/>
        </w:rPr>
        <w:t xml:space="preserve"> </w:t>
      </w:r>
      <w:r w:rsidRPr="00E85698">
        <w:t>(простые,</w:t>
      </w:r>
      <w:r w:rsidRPr="00E85698">
        <w:rPr>
          <w:spacing w:val="-4"/>
        </w:rPr>
        <w:t xml:space="preserve"> </w:t>
      </w:r>
      <w:r w:rsidRPr="00E85698">
        <w:t>сложные).</w:t>
      </w:r>
    </w:p>
    <w:p w:rsidR="00624C8A" w:rsidRPr="00E85698" w:rsidRDefault="00CB6516">
      <w:pPr>
        <w:pStyle w:val="a5"/>
        <w:spacing w:before="60"/>
        <w:ind w:left="286"/>
        <w:jc w:val="both"/>
      </w:pPr>
      <w:r w:rsidRPr="00E85698">
        <w:t>Виды</w:t>
      </w:r>
      <w:r w:rsidRPr="00E85698">
        <w:rPr>
          <w:spacing w:val="-4"/>
        </w:rPr>
        <w:t xml:space="preserve"> </w:t>
      </w:r>
      <w:r w:rsidRPr="00E85698">
        <w:t>простых</w:t>
      </w:r>
      <w:r w:rsidRPr="00E85698">
        <w:rPr>
          <w:spacing w:val="-4"/>
        </w:rPr>
        <w:t xml:space="preserve"> </w:t>
      </w:r>
      <w:r w:rsidRPr="00E85698">
        <w:t>предложений</w:t>
      </w:r>
      <w:r w:rsidRPr="00E85698">
        <w:rPr>
          <w:spacing w:val="-4"/>
        </w:rPr>
        <w:t xml:space="preserve"> </w:t>
      </w:r>
      <w:r w:rsidRPr="00E85698">
        <w:t>по</w:t>
      </w:r>
      <w:r w:rsidRPr="00E85698">
        <w:rPr>
          <w:spacing w:val="-4"/>
        </w:rPr>
        <w:t xml:space="preserve"> </w:t>
      </w:r>
      <w:r w:rsidRPr="00E85698">
        <w:t>наличию</w:t>
      </w:r>
      <w:r w:rsidRPr="00E85698">
        <w:rPr>
          <w:spacing w:val="-4"/>
        </w:rPr>
        <w:t xml:space="preserve"> </w:t>
      </w:r>
      <w:r w:rsidRPr="00E85698">
        <w:t>главных</w:t>
      </w:r>
      <w:r w:rsidRPr="00E85698">
        <w:rPr>
          <w:spacing w:val="-4"/>
        </w:rPr>
        <w:t xml:space="preserve"> </w:t>
      </w:r>
      <w:r w:rsidRPr="00E85698">
        <w:t>членов</w:t>
      </w:r>
      <w:r w:rsidRPr="00E85698">
        <w:rPr>
          <w:spacing w:val="-5"/>
        </w:rPr>
        <w:t xml:space="preserve"> </w:t>
      </w:r>
      <w:r w:rsidRPr="00E85698">
        <w:t>(двусоставные,</w:t>
      </w:r>
      <w:r w:rsidRPr="00E85698">
        <w:rPr>
          <w:spacing w:val="-3"/>
        </w:rPr>
        <w:t xml:space="preserve"> </w:t>
      </w:r>
      <w:r w:rsidRPr="00E85698">
        <w:t>односоставные).</w:t>
      </w:r>
    </w:p>
    <w:p w:rsidR="00624C8A" w:rsidRPr="00E85698" w:rsidRDefault="00CB6516">
      <w:pPr>
        <w:pStyle w:val="a5"/>
        <w:spacing w:before="60" w:line="292" w:lineRule="auto"/>
        <w:ind w:left="286" w:right="293"/>
        <w:jc w:val="both"/>
      </w:pPr>
      <w:r w:rsidRPr="00E85698">
        <w:t>Виды предложений по наличию второстепенных членов (распространённые, нераспространённые).</w:t>
      </w:r>
      <w:r w:rsidRPr="00E85698">
        <w:rPr>
          <w:spacing w:val="-57"/>
        </w:rPr>
        <w:t xml:space="preserve"> </w:t>
      </w:r>
      <w:r w:rsidRPr="00E85698">
        <w:t>Предложения</w:t>
      </w:r>
      <w:r w:rsidRPr="00E85698">
        <w:rPr>
          <w:spacing w:val="-2"/>
        </w:rPr>
        <w:t xml:space="preserve"> </w:t>
      </w:r>
      <w:r w:rsidRPr="00E85698">
        <w:t>полные и неполные.</w:t>
      </w:r>
    </w:p>
    <w:p w:rsidR="00624C8A" w:rsidRPr="00E85698" w:rsidRDefault="00CB6516">
      <w:pPr>
        <w:pStyle w:val="a5"/>
        <w:spacing w:line="292" w:lineRule="auto"/>
        <w:ind w:right="252" w:firstLine="180"/>
        <w:jc w:val="both"/>
      </w:pPr>
      <w:r w:rsidRPr="00E85698">
        <w:t>Употребление неполных предложений в диалогической речи, соблюдение в устной речи интонации</w:t>
      </w:r>
      <w:r w:rsidRPr="00E85698">
        <w:rPr>
          <w:spacing w:val="-58"/>
        </w:rPr>
        <w:t xml:space="preserve"> </w:t>
      </w:r>
      <w:r w:rsidRPr="00E85698">
        <w:t>неполного</w:t>
      </w:r>
      <w:r w:rsidRPr="00E85698">
        <w:rPr>
          <w:spacing w:val="-1"/>
        </w:rPr>
        <w:t xml:space="preserve"> </w:t>
      </w:r>
      <w:r w:rsidRPr="00E85698">
        <w:t>предложения.</w:t>
      </w:r>
    </w:p>
    <w:p w:rsidR="00624C8A" w:rsidRPr="00E85698" w:rsidRDefault="00CB6516">
      <w:pPr>
        <w:pStyle w:val="a5"/>
        <w:spacing w:line="292" w:lineRule="auto"/>
        <w:ind w:left="286"/>
      </w:pPr>
      <w:r w:rsidRPr="00E85698">
        <w:t xml:space="preserve">Грамматические, интонационные и пунктуационные особенности предложений со словами </w:t>
      </w:r>
      <w:r w:rsidRPr="00E85698">
        <w:rPr>
          <w:b/>
          <w:i/>
        </w:rPr>
        <w:t>да</w:t>
      </w:r>
      <w:r w:rsidRPr="00E85698">
        <w:t xml:space="preserve">, </w:t>
      </w:r>
      <w:r w:rsidRPr="00E85698">
        <w:rPr>
          <w:b/>
          <w:i/>
        </w:rPr>
        <w:t>нет</w:t>
      </w:r>
      <w:r w:rsidRPr="00E85698">
        <w:t>.</w:t>
      </w:r>
      <w:r w:rsidRPr="00E85698">
        <w:rPr>
          <w:spacing w:val="-57"/>
        </w:rPr>
        <w:t xml:space="preserve"> </w:t>
      </w:r>
      <w:r w:rsidRPr="00E85698">
        <w:t>Нормы</w:t>
      </w:r>
      <w:r w:rsidRPr="00E85698">
        <w:rPr>
          <w:spacing w:val="-1"/>
        </w:rPr>
        <w:t xml:space="preserve"> </w:t>
      </w:r>
      <w:r w:rsidRPr="00E85698">
        <w:t>построения</w:t>
      </w:r>
      <w:r w:rsidRPr="00E85698">
        <w:rPr>
          <w:spacing w:val="-1"/>
        </w:rPr>
        <w:t xml:space="preserve"> </w:t>
      </w:r>
      <w:r w:rsidRPr="00E85698">
        <w:t>простого</w:t>
      </w:r>
      <w:r w:rsidRPr="00E85698">
        <w:rPr>
          <w:spacing w:val="-1"/>
        </w:rPr>
        <w:t xml:space="preserve"> </w:t>
      </w:r>
      <w:r w:rsidRPr="00E85698">
        <w:t>предложения, использования</w:t>
      </w:r>
      <w:r w:rsidRPr="00E85698">
        <w:rPr>
          <w:spacing w:val="-1"/>
        </w:rPr>
        <w:t xml:space="preserve"> </w:t>
      </w:r>
      <w:r w:rsidRPr="00E85698">
        <w:t>инверсии.</w:t>
      </w:r>
    </w:p>
    <w:p w:rsidR="00624C8A" w:rsidRPr="00E85698" w:rsidRDefault="00CB6516">
      <w:pPr>
        <w:pStyle w:val="11"/>
        <w:spacing w:before="116"/>
      </w:pPr>
      <w:r w:rsidRPr="00E85698">
        <w:t>Двусоставное</w:t>
      </w:r>
      <w:r w:rsidRPr="00E85698">
        <w:rPr>
          <w:spacing w:val="-7"/>
        </w:rPr>
        <w:t xml:space="preserve"> </w:t>
      </w:r>
      <w:r w:rsidRPr="00E85698">
        <w:t>предложение</w:t>
      </w:r>
    </w:p>
    <w:p w:rsidR="00624C8A" w:rsidRPr="00E85698" w:rsidRDefault="00CB6516">
      <w:pPr>
        <w:pStyle w:val="210"/>
        <w:spacing w:before="61"/>
      </w:pPr>
      <w:r w:rsidRPr="00E85698">
        <w:t>Главные</w:t>
      </w:r>
      <w:r w:rsidRPr="00E85698">
        <w:rPr>
          <w:spacing w:val="-5"/>
        </w:rPr>
        <w:t xml:space="preserve"> </w:t>
      </w:r>
      <w:r w:rsidRPr="00E85698">
        <w:t>члены</w:t>
      </w:r>
      <w:r w:rsidRPr="00E85698">
        <w:rPr>
          <w:spacing w:val="-5"/>
        </w:rPr>
        <w:t xml:space="preserve"> </w:t>
      </w:r>
      <w:r w:rsidRPr="00E85698">
        <w:t>предложения</w:t>
      </w:r>
    </w:p>
    <w:p w:rsidR="00624C8A" w:rsidRPr="00E85698" w:rsidRDefault="00CB6516">
      <w:pPr>
        <w:pStyle w:val="a5"/>
        <w:spacing w:before="60" w:line="292" w:lineRule="auto"/>
        <w:ind w:left="286" w:right="4437"/>
      </w:pPr>
      <w:r w:rsidRPr="00E85698">
        <w:t>Подлежащее и сказуемое как главные члены предложения.</w:t>
      </w:r>
      <w:r w:rsidRPr="00E85698">
        <w:rPr>
          <w:spacing w:val="-58"/>
        </w:rPr>
        <w:t xml:space="preserve"> </w:t>
      </w:r>
      <w:r w:rsidRPr="00E85698">
        <w:t>Способы</w:t>
      </w:r>
      <w:r w:rsidRPr="00E85698">
        <w:rPr>
          <w:spacing w:val="-1"/>
        </w:rPr>
        <w:t xml:space="preserve"> </w:t>
      </w:r>
      <w:r w:rsidRPr="00E85698">
        <w:t>выражения</w:t>
      </w:r>
      <w:r w:rsidRPr="00E85698">
        <w:rPr>
          <w:spacing w:val="-1"/>
        </w:rPr>
        <w:t xml:space="preserve"> </w:t>
      </w:r>
      <w:r w:rsidRPr="00E85698">
        <w:t>подлежащего.</w:t>
      </w:r>
    </w:p>
    <w:p w:rsidR="00624C8A" w:rsidRPr="00E85698" w:rsidRDefault="00CB6516">
      <w:pPr>
        <w:pStyle w:val="a5"/>
        <w:spacing w:line="292" w:lineRule="auto"/>
        <w:ind w:right="626" w:firstLine="180"/>
      </w:pPr>
      <w:r w:rsidRPr="00E85698">
        <w:t>Виды сказуемого (простое глагольное, составное глагольное, составное именное) и способы его</w:t>
      </w:r>
      <w:r w:rsidRPr="00E85698">
        <w:rPr>
          <w:spacing w:val="-58"/>
        </w:rPr>
        <w:t xml:space="preserve"> </w:t>
      </w:r>
      <w:r w:rsidRPr="00E85698">
        <w:t>выражения.</w:t>
      </w:r>
    </w:p>
    <w:p w:rsidR="00624C8A" w:rsidRPr="00E85698" w:rsidRDefault="00CB6516">
      <w:pPr>
        <w:pStyle w:val="a5"/>
        <w:spacing w:line="275" w:lineRule="exact"/>
        <w:ind w:left="286"/>
      </w:pPr>
      <w:r w:rsidRPr="00E85698">
        <w:t>Тире</w:t>
      </w:r>
      <w:r w:rsidRPr="00E85698">
        <w:rPr>
          <w:spacing w:val="-3"/>
        </w:rPr>
        <w:t xml:space="preserve"> </w:t>
      </w:r>
      <w:r w:rsidRPr="00E85698">
        <w:t>между</w:t>
      </w:r>
      <w:r w:rsidRPr="00E85698">
        <w:rPr>
          <w:spacing w:val="-3"/>
        </w:rPr>
        <w:t xml:space="preserve"> </w:t>
      </w:r>
      <w:r w:rsidRPr="00E85698">
        <w:t>подлежащим</w:t>
      </w:r>
      <w:r w:rsidRPr="00E85698">
        <w:rPr>
          <w:spacing w:val="-3"/>
        </w:rPr>
        <w:t xml:space="preserve"> </w:t>
      </w:r>
      <w:r w:rsidRPr="00E85698">
        <w:t>и</w:t>
      </w:r>
      <w:r w:rsidRPr="00E85698">
        <w:rPr>
          <w:spacing w:val="-3"/>
        </w:rPr>
        <w:t xml:space="preserve"> </w:t>
      </w:r>
      <w:r w:rsidRPr="00E85698">
        <w:t>сказуемым.</w:t>
      </w:r>
    </w:p>
    <w:p w:rsidR="00624C8A" w:rsidRPr="00E85698" w:rsidRDefault="00CB6516">
      <w:pPr>
        <w:pStyle w:val="a5"/>
        <w:spacing w:before="59"/>
        <w:ind w:left="286"/>
      </w:pPr>
      <w:r w:rsidRPr="00E85698">
        <w:t>Нормы</w:t>
      </w:r>
      <w:r w:rsidRPr="00E85698">
        <w:rPr>
          <w:spacing w:val="-5"/>
        </w:rPr>
        <w:t xml:space="preserve"> </w:t>
      </w:r>
      <w:r w:rsidRPr="00E85698">
        <w:t>согласования</w:t>
      </w:r>
      <w:r w:rsidRPr="00E85698">
        <w:rPr>
          <w:spacing w:val="-5"/>
        </w:rPr>
        <w:t xml:space="preserve"> </w:t>
      </w:r>
      <w:r w:rsidRPr="00E85698">
        <w:t>сказуемого</w:t>
      </w:r>
      <w:r w:rsidRPr="00E85698">
        <w:rPr>
          <w:spacing w:val="-4"/>
        </w:rPr>
        <w:t xml:space="preserve"> </w:t>
      </w:r>
      <w:r w:rsidRPr="00E85698">
        <w:t>с</w:t>
      </w:r>
      <w:r w:rsidRPr="00E85698">
        <w:rPr>
          <w:spacing w:val="-4"/>
        </w:rPr>
        <w:t xml:space="preserve"> </w:t>
      </w:r>
      <w:r w:rsidRPr="00E85698">
        <w:t>подлежащим,</w:t>
      </w:r>
      <w:r w:rsidRPr="00E85698">
        <w:rPr>
          <w:spacing w:val="-5"/>
        </w:rPr>
        <w:t xml:space="preserve"> </w:t>
      </w:r>
      <w:r w:rsidRPr="00E85698">
        <w:t>выраженным</w:t>
      </w:r>
      <w:r w:rsidRPr="00E85698">
        <w:rPr>
          <w:spacing w:val="-4"/>
        </w:rPr>
        <w:t xml:space="preserve"> </w:t>
      </w:r>
      <w:r w:rsidRPr="00E85698">
        <w:t>словосочетанием,</w:t>
      </w:r>
    </w:p>
    <w:p w:rsidR="00624C8A" w:rsidRPr="00E85698" w:rsidRDefault="00624C8A">
      <w:pPr>
        <w:sectPr w:rsidR="00624C8A" w:rsidRPr="00E85698">
          <w:pgSz w:w="11900" w:h="16840"/>
          <w:pgMar w:top="520" w:right="540" w:bottom="280" w:left="560" w:header="720" w:footer="720" w:gutter="0"/>
          <w:cols w:space="720"/>
        </w:sectPr>
      </w:pPr>
    </w:p>
    <w:p w:rsidR="00624C8A" w:rsidRPr="00E85698" w:rsidRDefault="00CB6516">
      <w:pPr>
        <w:spacing w:before="62" w:line="292" w:lineRule="auto"/>
        <w:ind w:left="106" w:right="1138"/>
        <w:rPr>
          <w:sz w:val="24"/>
        </w:rPr>
      </w:pPr>
      <w:r w:rsidRPr="00E85698">
        <w:rPr>
          <w:sz w:val="24"/>
        </w:rPr>
        <w:lastRenderedPageBreak/>
        <w:t xml:space="preserve">сложносокращёнными словами, словами </w:t>
      </w:r>
      <w:r w:rsidRPr="00E85698">
        <w:rPr>
          <w:b/>
          <w:i/>
          <w:sz w:val="24"/>
        </w:rPr>
        <w:t xml:space="preserve">большинство </w:t>
      </w:r>
      <w:r w:rsidRPr="00E85698">
        <w:rPr>
          <w:sz w:val="24"/>
        </w:rPr>
        <w:t xml:space="preserve">— </w:t>
      </w:r>
      <w:r w:rsidRPr="00E85698">
        <w:rPr>
          <w:b/>
          <w:i/>
          <w:sz w:val="24"/>
        </w:rPr>
        <w:t>меньшинство</w:t>
      </w:r>
      <w:r w:rsidRPr="00E85698">
        <w:rPr>
          <w:sz w:val="24"/>
        </w:rPr>
        <w:t>, количественными</w:t>
      </w:r>
      <w:r w:rsidRPr="00E85698">
        <w:rPr>
          <w:spacing w:val="-58"/>
          <w:sz w:val="24"/>
        </w:rPr>
        <w:t xml:space="preserve"> </w:t>
      </w:r>
      <w:r w:rsidRPr="00E85698">
        <w:rPr>
          <w:sz w:val="24"/>
        </w:rPr>
        <w:t>сочетаниями.</w:t>
      </w:r>
    </w:p>
    <w:p w:rsidR="00624C8A" w:rsidRPr="00E85698" w:rsidRDefault="00CB6516">
      <w:pPr>
        <w:pStyle w:val="210"/>
        <w:spacing w:line="275" w:lineRule="exact"/>
      </w:pPr>
      <w:r w:rsidRPr="00E85698">
        <w:t>Второстепенные</w:t>
      </w:r>
      <w:r w:rsidRPr="00E85698">
        <w:rPr>
          <w:spacing w:val="-7"/>
        </w:rPr>
        <w:t xml:space="preserve"> </w:t>
      </w:r>
      <w:r w:rsidRPr="00E85698">
        <w:t>члены</w:t>
      </w:r>
      <w:r w:rsidRPr="00E85698">
        <w:rPr>
          <w:spacing w:val="-6"/>
        </w:rPr>
        <w:t xml:space="preserve"> </w:t>
      </w:r>
      <w:r w:rsidRPr="00E85698">
        <w:t>предложения</w:t>
      </w:r>
    </w:p>
    <w:p w:rsidR="00624C8A" w:rsidRPr="00E85698" w:rsidRDefault="00CB6516">
      <w:pPr>
        <w:pStyle w:val="a5"/>
        <w:spacing w:before="60"/>
        <w:ind w:left="286"/>
      </w:pPr>
      <w:r w:rsidRPr="00E85698">
        <w:t>Второстепенные</w:t>
      </w:r>
      <w:r w:rsidRPr="00E85698">
        <w:rPr>
          <w:spacing w:val="-4"/>
        </w:rPr>
        <w:t xml:space="preserve"> </w:t>
      </w:r>
      <w:r w:rsidRPr="00E85698">
        <w:t>члены</w:t>
      </w:r>
      <w:r w:rsidRPr="00E85698">
        <w:rPr>
          <w:spacing w:val="-3"/>
        </w:rPr>
        <w:t xml:space="preserve"> </w:t>
      </w:r>
      <w:r w:rsidRPr="00E85698">
        <w:t>предложения,</w:t>
      </w:r>
      <w:r w:rsidRPr="00E85698">
        <w:rPr>
          <w:spacing w:val="-3"/>
        </w:rPr>
        <w:t xml:space="preserve"> </w:t>
      </w:r>
      <w:r w:rsidRPr="00E85698">
        <w:t>их</w:t>
      </w:r>
      <w:r w:rsidRPr="00E85698">
        <w:rPr>
          <w:spacing w:val="-3"/>
        </w:rPr>
        <w:t xml:space="preserve"> </w:t>
      </w:r>
      <w:r w:rsidRPr="00E85698">
        <w:t>виды.</w:t>
      </w:r>
    </w:p>
    <w:p w:rsidR="00624C8A" w:rsidRPr="00E85698" w:rsidRDefault="00CB6516">
      <w:pPr>
        <w:pStyle w:val="a5"/>
        <w:spacing w:before="60" w:line="292" w:lineRule="auto"/>
        <w:ind w:right="396" w:firstLine="180"/>
      </w:pPr>
      <w:r w:rsidRPr="00E85698">
        <w:t>Определение</w:t>
      </w:r>
      <w:r w:rsidRPr="00E85698">
        <w:rPr>
          <w:spacing w:val="-5"/>
        </w:rPr>
        <w:t xml:space="preserve"> </w:t>
      </w:r>
      <w:r w:rsidRPr="00E85698">
        <w:t>как</w:t>
      </w:r>
      <w:r w:rsidRPr="00E85698">
        <w:rPr>
          <w:spacing w:val="-6"/>
        </w:rPr>
        <w:t xml:space="preserve"> </w:t>
      </w:r>
      <w:r w:rsidRPr="00E85698">
        <w:t>второстепенный</w:t>
      </w:r>
      <w:r w:rsidRPr="00E85698">
        <w:rPr>
          <w:spacing w:val="-4"/>
        </w:rPr>
        <w:t xml:space="preserve"> </w:t>
      </w:r>
      <w:r w:rsidRPr="00E85698">
        <w:t>член</w:t>
      </w:r>
      <w:r w:rsidRPr="00E85698">
        <w:rPr>
          <w:spacing w:val="-5"/>
        </w:rPr>
        <w:t xml:space="preserve"> </w:t>
      </w:r>
      <w:r w:rsidRPr="00E85698">
        <w:t>предложения.</w:t>
      </w:r>
      <w:r w:rsidRPr="00E85698">
        <w:rPr>
          <w:spacing w:val="-4"/>
        </w:rPr>
        <w:t xml:space="preserve"> </w:t>
      </w:r>
      <w:r w:rsidRPr="00E85698">
        <w:t>Определения</w:t>
      </w:r>
      <w:r w:rsidRPr="00E85698">
        <w:rPr>
          <w:spacing w:val="-6"/>
        </w:rPr>
        <w:t xml:space="preserve"> </w:t>
      </w:r>
      <w:r w:rsidRPr="00E85698">
        <w:t>согласованные</w:t>
      </w:r>
      <w:r w:rsidRPr="00E85698">
        <w:rPr>
          <w:spacing w:val="-5"/>
        </w:rPr>
        <w:t xml:space="preserve"> </w:t>
      </w:r>
      <w:r w:rsidRPr="00E85698">
        <w:t>и</w:t>
      </w:r>
      <w:r w:rsidRPr="00E85698">
        <w:rPr>
          <w:spacing w:val="-57"/>
        </w:rPr>
        <w:t xml:space="preserve"> </w:t>
      </w:r>
      <w:r w:rsidRPr="00E85698">
        <w:t>несогласованные.</w:t>
      </w:r>
    </w:p>
    <w:p w:rsidR="00624C8A" w:rsidRPr="00E85698" w:rsidRDefault="00CB6516">
      <w:pPr>
        <w:pStyle w:val="a5"/>
        <w:spacing w:line="292" w:lineRule="auto"/>
        <w:ind w:left="286" w:right="5094"/>
      </w:pPr>
      <w:r w:rsidRPr="00E85698">
        <w:t>Приложение как особый вид определения.</w:t>
      </w:r>
      <w:r w:rsidRPr="00E85698">
        <w:rPr>
          <w:spacing w:val="1"/>
        </w:rPr>
        <w:t xml:space="preserve"> </w:t>
      </w:r>
      <w:r w:rsidRPr="00E85698">
        <w:t>Дополнение как второстепенный член предложения.</w:t>
      </w:r>
      <w:r w:rsidRPr="00E85698">
        <w:rPr>
          <w:spacing w:val="-58"/>
        </w:rPr>
        <w:t xml:space="preserve"> </w:t>
      </w:r>
      <w:r w:rsidRPr="00E85698">
        <w:t>Дополнения</w:t>
      </w:r>
      <w:r w:rsidRPr="00E85698">
        <w:rPr>
          <w:spacing w:val="-2"/>
        </w:rPr>
        <w:t xml:space="preserve"> </w:t>
      </w:r>
      <w:r w:rsidRPr="00E85698">
        <w:t>прямые и косвенные.</w:t>
      </w:r>
    </w:p>
    <w:p w:rsidR="00624C8A" w:rsidRPr="00E85698" w:rsidRDefault="00CB6516">
      <w:pPr>
        <w:pStyle w:val="a5"/>
        <w:spacing w:line="292" w:lineRule="auto"/>
        <w:ind w:firstLine="180"/>
      </w:pPr>
      <w:r w:rsidRPr="00E85698">
        <w:t>Обстоятельство</w:t>
      </w:r>
      <w:r w:rsidRPr="00E85698">
        <w:rPr>
          <w:spacing w:val="-6"/>
        </w:rPr>
        <w:t xml:space="preserve"> </w:t>
      </w:r>
      <w:r w:rsidRPr="00E85698">
        <w:t>как</w:t>
      </w:r>
      <w:r w:rsidRPr="00E85698">
        <w:rPr>
          <w:spacing w:val="-6"/>
        </w:rPr>
        <w:t xml:space="preserve"> </w:t>
      </w:r>
      <w:r w:rsidRPr="00E85698">
        <w:t>второстепенный</w:t>
      </w:r>
      <w:r w:rsidRPr="00E85698">
        <w:rPr>
          <w:spacing w:val="-6"/>
        </w:rPr>
        <w:t xml:space="preserve"> </w:t>
      </w:r>
      <w:r w:rsidRPr="00E85698">
        <w:t>член</w:t>
      </w:r>
      <w:r w:rsidRPr="00E85698">
        <w:rPr>
          <w:spacing w:val="-6"/>
        </w:rPr>
        <w:t xml:space="preserve"> </w:t>
      </w:r>
      <w:r w:rsidRPr="00E85698">
        <w:t>предложения.</w:t>
      </w:r>
      <w:r w:rsidRPr="00E85698">
        <w:rPr>
          <w:spacing w:val="-5"/>
        </w:rPr>
        <w:t xml:space="preserve"> </w:t>
      </w:r>
      <w:r w:rsidRPr="00E85698">
        <w:t>Виды</w:t>
      </w:r>
      <w:r w:rsidRPr="00E85698">
        <w:rPr>
          <w:spacing w:val="-6"/>
        </w:rPr>
        <w:t xml:space="preserve"> </w:t>
      </w:r>
      <w:r w:rsidRPr="00E85698">
        <w:t>обстоятельств</w:t>
      </w:r>
      <w:r w:rsidRPr="00E85698">
        <w:rPr>
          <w:spacing w:val="-6"/>
        </w:rPr>
        <w:t xml:space="preserve"> </w:t>
      </w:r>
      <w:r w:rsidRPr="00E85698">
        <w:t>(места,</w:t>
      </w:r>
      <w:r w:rsidRPr="00E85698">
        <w:rPr>
          <w:spacing w:val="-6"/>
        </w:rPr>
        <w:t xml:space="preserve"> </w:t>
      </w:r>
      <w:r w:rsidRPr="00E85698">
        <w:t>времени,</w:t>
      </w:r>
      <w:r w:rsidRPr="00E85698">
        <w:rPr>
          <w:spacing w:val="-57"/>
        </w:rPr>
        <w:t xml:space="preserve"> </w:t>
      </w:r>
      <w:r w:rsidRPr="00E85698">
        <w:t>причины,</w:t>
      </w:r>
      <w:r w:rsidRPr="00E85698">
        <w:rPr>
          <w:spacing w:val="-1"/>
        </w:rPr>
        <w:t xml:space="preserve"> </w:t>
      </w:r>
      <w:r w:rsidRPr="00E85698">
        <w:t>цели, образа</w:t>
      </w:r>
      <w:r w:rsidRPr="00E85698">
        <w:rPr>
          <w:spacing w:val="-1"/>
        </w:rPr>
        <w:t xml:space="preserve"> </w:t>
      </w:r>
      <w:r w:rsidRPr="00E85698">
        <w:t>действия, меры</w:t>
      </w:r>
      <w:r w:rsidRPr="00E85698">
        <w:rPr>
          <w:spacing w:val="-1"/>
        </w:rPr>
        <w:t xml:space="preserve"> </w:t>
      </w:r>
      <w:r w:rsidRPr="00E85698">
        <w:t>и степени,</w:t>
      </w:r>
      <w:r w:rsidRPr="00E85698">
        <w:rPr>
          <w:spacing w:val="-1"/>
        </w:rPr>
        <w:t xml:space="preserve"> </w:t>
      </w:r>
      <w:r w:rsidRPr="00E85698">
        <w:t>условия, уступки).</w:t>
      </w:r>
    </w:p>
    <w:p w:rsidR="00624C8A" w:rsidRPr="00E85698" w:rsidRDefault="00CB6516">
      <w:pPr>
        <w:pStyle w:val="a5"/>
        <w:spacing w:line="275" w:lineRule="exact"/>
        <w:ind w:left="286"/>
      </w:pPr>
      <w:r w:rsidRPr="00E85698">
        <w:t>Односоставные</w:t>
      </w:r>
      <w:r w:rsidRPr="00E85698">
        <w:rPr>
          <w:spacing w:val="-6"/>
        </w:rPr>
        <w:t xml:space="preserve"> </w:t>
      </w:r>
      <w:r w:rsidRPr="00E85698">
        <w:t>предложения</w:t>
      </w:r>
    </w:p>
    <w:p w:rsidR="00624C8A" w:rsidRPr="00E85698" w:rsidRDefault="00CB6516">
      <w:pPr>
        <w:pStyle w:val="a5"/>
        <w:spacing w:before="57"/>
        <w:ind w:left="286"/>
      </w:pPr>
      <w:r w:rsidRPr="00E85698">
        <w:t>Односоставные</w:t>
      </w:r>
      <w:r w:rsidRPr="00E85698">
        <w:rPr>
          <w:spacing w:val="-5"/>
        </w:rPr>
        <w:t xml:space="preserve"> </w:t>
      </w:r>
      <w:r w:rsidRPr="00E85698">
        <w:t>предложения,</w:t>
      </w:r>
      <w:r w:rsidRPr="00E85698">
        <w:rPr>
          <w:spacing w:val="-4"/>
        </w:rPr>
        <w:t xml:space="preserve"> </w:t>
      </w:r>
      <w:r w:rsidRPr="00E85698">
        <w:t>их</w:t>
      </w:r>
      <w:r w:rsidRPr="00E85698">
        <w:rPr>
          <w:spacing w:val="-4"/>
        </w:rPr>
        <w:t xml:space="preserve"> </w:t>
      </w:r>
      <w:r w:rsidRPr="00E85698">
        <w:t>грамматические</w:t>
      </w:r>
      <w:r w:rsidRPr="00E85698">
        <w:rPr>
          <w:spacing w:val="-5"/>
        </w:rPr>
        <w:t xml:space="preserve"> </w:t>
      </w:r>
      <w:r w:rsidRPr="00E85698">
        <w:t>признаки.</w:t>
      </w:r>
    </w:p>
    <w:p w:rsidR="00624C8A" w:rsidRPr="00E85698" w:rsidRDefault="00CB6516">
      <w:pPr>
        <w:pStyle w:val="a5"/>
        <w:spacing w:before="60" w:line="292" w:lineRule="auto"/>
        <w:ind w:left="286" w:right="519"/>
      </w:pPr>
      <w:r w:rsidRPr="00E85698">
        <w:t>Грамматические различия односоставных предложений и двусоставных неполных предложений.</w:t>
      </w:r>
      <w:r w:rsidRPr="00E85698">
        <w:rPr>
          <w:spacing w:val="-58"/>
        </w:rPr>
        <w:t xml:space="preserve"> </w:t>
      </w:r>
      <w:r w:rsidRPr="00E85698">
        <w:t>Виды</w:t>
      </w:r>
      <w:r w:rsidRPr="00E85698">
        <w:rPr>
          <w:spacing w:val="-3"/>
        </w:rPr>
        <w:t xml:space="preserve"> </w:t>
      </w:r>
      <w:r w:rsidRPr="00E85698">
        <w:t>односоставных</w:t>
      </w:r>
      <w:r w:rsidRPr="00E85698">
        <w:rPr>
          <w:spacing w:val="-3"/>
        </w:rPr>
        <w:t xml:space="preserve"> </w:t>
      </w:r>
      <w:r w:rsidRPr="00E85698">
        <w:t>предложений:</w:t>
      </w:r>
      <w:r w:rsidRPr="00E85698">
        <w:rPr>
          <w:spacing w:val="-4"/>
        </w:rPr>
        <w:t xml:space="preserve"> </w:t>
      </w:r>
      <w:r w:rsidRPr="00E85698">
        <w:t>назывные,</w:t>
      </w:r>
      <w:r w:rsidRPr="00E85698">
        <w:rPr>
          <w:spacing w:val="-3"/>
        </w:rPr>
        <w:t xml:space="preserve"> </w:t>
      </w:r>
      <w:r w:rsidRPr="00E85698">
        <w:t>определённо-личные,</w:t>
      </w:r>
      <w:r w:rsidRPr="00E85698">
        <w:rPr>
          <w:spacing w:val="-3"/>
        </w:rPr>
        <w:t xml:space="preserve"> </w:t>
      </w:r>
      <w:r w:rsidRPr="00E85698">
        <w:t>неопределённо-личные,</w:t>
      </w:r>
    </w:p>
    <w:p w:rsidR="00624C8A" w:rsidRPr="00E85698" w:rsidRDefault="00CB6516">
      <w:pPr>
        <w:pStyle w:val="a5"/>
        <w:spacing w:line="275" w:lineRule="exact"/>
      </w:pPr>
      <w:r w:rsidRPr="00E85698">
        <w:t>обобщённо-личные,</w:t>
      </w:r>
      <w:r w:rsidRPr="00E85698">
        <w:rPr>
          <w:spacing w:val="-6"/>
        </w:rPr>
        <w:t xml:space="preserve"> </w:t>
      </w:r>
      <w:r w:rsidRPr="00E85698">
        <w:t>безличные</w:t>
      </w:r>
      <w:r w:rsidRPr="00E85698">
        <w:rPr>
          <w:spacing w:val="-6"/>
        </w:rPr>
        <w:t xml:space="preserve"> </w:t>
      </w:r>
      <w:r w:rsidRPr="00E85698">
        <w:t>предложения.</w:t>
      </w:r>
    </w:p>
    <w:p w:rsidR="00624C8A" w:rsidRPr="00E85698" w:rsidRDefault="00CB6516">
      <w:pPr>
        <w:pStyle w:val="a5"/>
        <w:spacing w:before="60" w:line="292" w:lineRule="auto"/>
        <w:ind w:left="286" w:right="2872"/>
      </w:pPr>
      <w:r w:rsidRPr="00E85698">
        <w:t>Синтаксическая синонимия односоставных и двусоставных предложений.</w:t>
      </w:r>
      <w:r w:rsidRPr="00E85698">
        <w:rPr>
          <w:spacing w:val="-57"/>
        </w:rPr>
        <w:t xml:space="preserve"> </w:t>
      </w:r>
      <w:r w:rsidRPr="00E85698">
        <w:t>Употребление</w:t>
      </w:r>
      <w:r w:rsidRPr="00E85698">
        <w:rPr>
          <w:spacing w:val="-1"/>
        </w:rPr>
        <w:t xml:space="preserve"> </w:t>
      </w:r>
      <w:r w:rsidRPr="00E85698">
        <w:t>односоставных предложений</w:t>
      </w:r>
      <w:r w:rsidRPr="00E85698">
        <w:rPr>
          <w:spacing w:val="-1"/>
        </w:rPr>
        <w:t xml:space="preserve"> </w:t>
      </w:r>
      <w:r w:rsidRPr="00E85698">
        <w:t>в</w:t>
      </w:r>
      <w:r w:rsidRPr="00E85698">
        <w:rPr>
          <w:spacing w:val="-1"/>
        </w:rPr>
        <w:t xml:space="preserve"> </w:t>
      </w:r>
      <w:r w:rsidRPr="00E85698">
        <w:t>речи.</w:t>
      </w:r>
    </w:p>
    <w:p w:rsidR="00624C8A" w:rsidRPr="00E85698" w:rsidRDefault="00CB6516">
      <w:pPr>
        <w:pStyle w:val="a5"/>
        <w:spacing w:line="275" w:lineRule="exact"/>
        <w:ind w:left="286"/>
      </w:pPr>
      <w:r w:rsidRPr="00E85698">
        <w:t>Простое</w:t>
      </w:r>
      <w:r w:rsidRPr="00E85698">
        <w:rPr>
          <w:spacing w:val="-4"/>
        </w:rPr>
        <w:t xml:space="preserve"> </w:t>
      </w:r>
      <w:r w:rsidRPr="00E85698">
        <w:t>осложнённое</w:t>
      </w:r>
      <w:r w:rsidRPr="00E85698">
        <w:rPr>
          <w:spacing w:val="-4"/>
        </w:rPr>
        <w:t xml:space="preserve"> </w:t>
      </w:r>
      <w:r w:rsidRPr="00E85698">
        <w:t>предложение</w:t>
      </w:r>
    </w:p>
    <w:p w:rsidR="00624C8A" w:rsidRPr="00E85698" w:rsidRDefault="00CB6516">
      <w:pPr>
        <w:pStyle w:val="210"/>
        <w:spacing w:before="60"/>
      </w:pPr>
      <w:r w:rsidRPr="00E85698">
        <w:t>Предложения</w:t>
      </w:r>
      <w:r w:rsidRPr="00E85698">
        <w:rPr>
          <w:spacing w:val="-5"/>
        </w:rPr>
        <w:t xml:space="preserve"> </w:t>
      </w:r>
      <w:r w:rsidRPr="00E85698">
        <w:t>с</w:t>
      </w:r>
      <w:r w:rsidRPr="00E85698">
        <w:rPr>
          <w:spacing w:val="-4"/>
        </w:rPr>
        <w:t xml:space="preserve"> </w:t>
      </w:r>
      <w:r w:rsidRPr="00E85698">
        <w:t>однородными</w:t>
      </w:r>
      <w:r w:rsidRPr="00E85698">
        <w:rPr>
          <w:spacing w:val="-5"/>
        </w:rPr>
        <w:t xml:space="preserve"> </w:t>
      </w:r>
      <w:r w:rsidRPr="00E85698">
        <w:t>членами</w:t>
      </w:r>
    </w:p>
    <w:p w:rsidR="00624C8A" w:rsidRPr="00E85698" w:rsidRDefault="00CB6516">
      <w:pPr>
        <w:pStyle w:val="a5"/>
        <w:spacing w:before="61" w:line="292" w:lineRule="auto"/>
        <w:ind w:right="1035" w:firstLine="180"/>
      </w:pPr>
      <w:r w:rsidRPr="00E85698">
        <w:t>Однородные члены предложения, их признаки, средства связи. Союзная и бессоюзная связь</w:t>
      </w:r>
      <w:r w:rsidRPr="00E85698">
        <w:rPr>
          <w:spacing w:val="-58"/>
        </w:rPr>
        <w:t xml:space="preserve"> </w:t>
      </w:r>
      <w:r w:rsidRPr="00E85698">
        <w:t>однородных</w:t>
      </w:r>
      <w:r w:rsidRPr="00E85698">
        <w:rPr>
          <w:spacing w:val="-1"/>
        </w:rPr>
        <w:t xml:space="preserve"> </w:t>
      </w:r>
      <w:r w:rsidRPr="00E85698">
        <w:t>членов</w:t>
      </w:r>
      <w:r w:rsidRPr="00E85698">
        <w:rPr>
          <w:spacing w:val="-1"/>
        </w:rPr>
        <w:t xml:space="preserve"> </w:t>
      </w:r>
      <w:r w:rsidRPr="00E85698">
        <w:t>предложения.</w:t>
      </w:r>
    </w:p>
    <w:p w:rsidR="00624C8A" w:rsidRPr="00E85698" w:rsidRDefault="00CB6516">
      <w:pPr>
        <w:pStyle w:val="a5"/>
        <w:spacing w:line="275" w:lineRule="exact"/>
        <w:ind w:left="286"/>
      </w:pPr>
      <w:r w:rsidRPr="00E85698">
        <w:t>Однородные</w:t>
      </w:r>
      <w:r w:rsidRPr="00E85698">
        <w:rPr>
          <w:spacing w:val="-3"/>
        </w:rPr>
        <w:t xml:space="preserve"> </w:t>
      </w:r>
      <w:r w:rsidRPr="00E85698">
        <w:t>и</w:t>
      </w:r>
      <w:r w:rsidRPr="00E85698">
        <w:rPr>
          <w:spacing w:val="-3"/>
        </w:rPr>
        <w:t xml:space="preserve"> </w:t>
      </w:r>
      <w:r w:rsidRPr="00E85698">
        <w:t>неоднородные</w:t>
      </w:r>
      <w:r w:rsidRPr="00E85698">
        <w:rPr>
          <w:spacing w:val="-3"/>
        </w:rPr>
        <w:t xml:space="preserve"> </w:t>
      </w:r>
      <w:r w:rsidRPr="00E85698">
        <w:t>определения.</w:t>
      </w:r>
    </w:p>
    <w:p w:rsidR="00624C8A" w:rsidRPr="00E85698" w:rsidRDefault="00CB6516">
      <w:pPr>
        <w:pStyle w:val="a5"/>
        <w:spacing w:before="60"/>
        <w:ind w:left="286"/>
      </w:pPr>
      <w:r w:rsidRPr="00E85698">
        <w:t>Предложения</w:t>
      </w:r>
      <w:r w:rsidRPr="00E85698">
        <w:rPr>
          <w:spacing w:val="-4"/>
        </w:rPr>
        <w:t xml:space="preserve"> </w:t>
      </w:r>
      <w:r w:rsidRPr="00E85698">
        <w:t>с</w:t>
      </w:r>
      <w:r w:rsidRPr="00E85698">
        <w:rPr>
          <w:spacing w:val="-3"/>
        </w:rPr>
        <w:t xml:space="preserve"> </w:t>
      </w:r>
      <w:r w:rsidRPr="00E85698">
        <w:t>обобщающими</w:t>
      </w:r>
      <w:r w:rsidRPr="00E85698">
        <w:rPr>
          <w:spacing w:val="-3"/>
        </w:rPr>
        <w:t xml:space="preserve"> </w:t>
      </w:r>
      <w:r w:rsidRPr="00E85698">
        <w:t>словами</w:t>
      </w:r>
      <w:r w:rsidRPr="00E85698">
        <w:rPr>
          <w:spacing w:val="-3"/>
        </w:rPr>
        <w:t xml:space="preserve"> </w:t>
      </w:r>
      <w:r w:rsidRPr="00E85698">
        <w:t>при</w:t>
      </w:r>
      <w:r w:rsidRPr="00E85698">
        <w:rPr>
          <w:spacing w:val="-3"/>
        </w:rPr>
        <w:t xml:space="preserve"> </w:t>
      </w:r>
      <w:r w:rsidRPr="00E85698">
        <w:t>однородных</w:t>
      </w:r>
      <w:r w:rsidRPr="00E85698">
        <w:rPr>
          <w:spacing w:val="-3"/>
        </w:rPr>
        <w:t xml:space="preserve"> </w:t>
      </w:r>
      <w:r w:rsidRPr="00E85698">
        <w:t>членах.</w:t>
      </w:r>
    </w:p>
    <w:p w:rsidR="00624C8A" w:rsidRPr="00E85698" w:rsidRDefault="00CB6516">
      <w:pPr>
        <w:spacing w:before="60" w:line="292" w:lineRule="auto"/>
        <w:ind w:left="106" w:firstLine="180"/>
        <w:rPr>
          <w:b/>
          <w:i/>
          <w:sz w:val="24"/>
        </w:rPr>
      </w:pPr>
      <w:r w:rsidRPr="00E85698">
        <w:rPr>
          <w:sz w:val="24"/>
        </w:rPr>
        <w:t xml:space="preserve">Нормы построения предложений с однородными членами, связанными двойными союзами </w:t>
      </w:r>
      <w:r w:rsidRPr="00E85698">
        <w:rPr>
          <w:b/>
          <w:i/>
          <w:sz w:val="24"/>
        </w:rPr>
        <w:t>не</w:t>
      </w:r>
      <w:r w:rsidRPr="00E85698">
        <w:rPr>
          <w:b/>
          <w:i/>
          <w:spacing w:val="-57"/>
          <w:sz w:val="24"/>
        </w:rPr>
        <w:t xml:space="preserve"> </w:t>
      </w:r>
      <w:r w:rsidRPr="00E85698">
        <w:rPr>
          <w:b/>
          <w:i/>
          <w:sz w:val="24"/>
        </w:rPr>
        <w:t>только…но</w:t>
      </w:r>
      <w:r w:rsidRPr="00E85698">
        <w:rPr>
          <w:b/>
          <w:i/>
          <w:spacing w:val="-1"/>
          <w:sz w:val="24"/>
        </w:rPr>
        <w:t xml:space="preserve"> </w:t>
      </w:r>
      <w:r w:rsidRPr="00E85698">
        <w:rPr>
          <w:b/>
          <w:i/>
          <w:sz w:val="24"/>
        </w:rPr>
        <w:t>и</w:t>
      </w:r>
      <w:r w:rsidRPr="00E85698">
        <w:rPr>
          <w:sz w:val="24"/>
        </w:rPr>
        <w:t xml:space="preserve">, </w:t>
      </w:r>
      <w:r w:rsidRPr="00E85698">
        <w:rPr>
          <w:b/>
          <w:i/>
          <w:sz w:val="24"/>
        </w:rPr>
        <w:t>как… так</w:t>
      </w:r>
      <w:r w:rsidRPr="00E85698">
        <w:rPr>
          <w:b/>
          <w:i/>
          <w:spacing w:val="-1"/>
          <w:sz w:val="24"/>
        </w:rPr>
        <w:t xml:space="preserve"> </w:t>
      </w:r>
      <w:r w:rsidRPr="00E85698">
        <w:rPr>
          <w:b/>
          <w:i/>
          <w:sz w:val="24"/>
        </w:rPr>
        <w:t>и.</w:t>
      </w:r>
    </w:p>
    <w:p w:rsidR="00624C8A" w:rsidRPr="00E85698" w:rsidRDefault="00CB6516">
      <w:pPr>
        <w:spacing w:line="292" w:lineRule="auto"/>
        <w:ind w:left="106" w:right="396" w:firstLine="180"/>
        <w:rPr>
          <w:sz w:val="24"/>
        </w:rPr>
      </w:pPr>
      <w:r w:rsidRPr="00E85698">
        <w:rPr>
          <w:sz w:val="24"/>
        </w:rPr>
        <w:t>Нормы</w:t>
      </w:r>
      <w:r w:rsidRPr="00E85698">
        <w:rPr>
          <w:spacing w:val="-3"/>
          <w:sz w:val="24"/>
        </w:rPr>
        <w:t xml:space="preserve"> </w:t>
      </w:r>
      <w:r w:rsidRPr="00E85698">
        <w:rPr>
          <w:sz w:val="24"/>
        </w:rPr>
        <w:t>постановки</w:t>
      </w:r>
      <w:r w:rsidRPr="00E85698">
        <w:rPr>
          <w:spacing w:val="-3"/>
          <w:sz w:val="24"/>
        </w:rPr>
        <w:t xml:space="preserve"> </w:t>
      </w:r>
      <w:r w:rsidRPr="00E85698">
        <w:rPr>
          <w:sz w:val="24"/>
        </w:rPr>
        <w:t>знаков</w:t>
      </w:r>
      <w:r w:rsidRPr="00E85698">
        <w:rPr>
          <w:spacing w:val="-4"/>
          <w:sz w:val="24"/>
        </w:rPr>
        <w:t xml:space="preserve"> </w:t>
      </w:r>
      <w:r w:rsidRPr="00E85698">
        <w:rPr>
          <w:sz w:val="24"/>
        </w:rPr>
        <w:t>препинания</w:t>
      </w:r>
      <w:r w:rsidRPr="00E85698">
        <w:rPr>
          <w:spacing w:val="-4"/>
          <w:sz w:val="24"/>
        </w:rPr>
        <w:t xml:space="preserve"> </w:t>
      </w:r>
      <w:r w:rsidRPr="00E85698">
        <w:rPr>
          <w:sz w:val="24"/>
        </w:rPr>
        <w:t>в</w:t>
      </w:r>
      <w:r w:rsidRPr="00E85698">
        <w:rPr>
          <w:spacing w:val="-4"/>
          <w:sz w:val="24"/>
        </w:rPr>
        <w:t xml:space="preserve"> </w:t>
      </w:r>
      <w:r w:rsidRPr="00E85698">
        <w:rPr>
          <w:sz w:val="24"/>
        </w:rPr>
        <w:t>предложениях</w:t>
      </w:r>
      <w:r w:rsidRPr="00E85698">
        <w:rPr>
          <w:spacing w:val="-3"/>
          <w:sz w:val="24"/>
        </w:rPr>
        <w:t xml:space="preserve"> </w:t>
      </w:r>
      <w:r w:rsidRPr="00E85698">
        <w:rPr>
          <w:sz w:val="24"/>
        </w:rPr>
        <w:t>с</w:t>
      </w:r>
      <w:r w:rsidRPr="00E85698">
        <w:rPr>
          <w:spacing w:val="-3"/>
          <w:sz w:val="24"/>
        </w:rPr>
        <w:t xml:space="preserve"> </w:t>
      </w:r>
      <w:r w:rsidRPr="00E85698">
        <w:rPr>
          <w:sz w:val="24"/>
        </w:rPr>
        <w:t>однородными</w:t>
      </w:r>
      <w:r w:rsidRPr="00E85698">
        <w:rPr>
          <w:spacing w:val="-3"/>
          <w:sz w:val="24"/>
        </w:rPr>
        <w:t xml:space="preserve"> </w:t>
      </w:r>
      <w:r w:rsidRPr="00E85698">
        <w:rPr>
          <w:sz w:val="24"/>
        </w:rPr>
        <w:t>членами,</w:t>
      </w:r>
      <w:r w:rsidRPr="00E85698">
        <w:rPr>
          <w:spacing w:val="-3"/>
          <w:sz w:val="24"/>
        </w:rPr>
        <w:t xml:space="preserve"> </w:t>
      </w:r>
      <w:r w:rsidRPr="00E85698">
        <w:rPr>
          <w:sz w:val="24"/>
        </w:rPr>
        <w:t>связанными</w:t>
      </w:r>
      <w:r w:rsidRPr="00E85698">
        <w:rPr>
          <w:spacing w:val="-57"/>
          <w:sz w:val="24"/>
        </w:rPr>
        <w:t xml:space="preserve"> </w:t>
      </w:r>
      <w:r w:rsidRPr="00E85698">
        <w:rPr>
          <w:sz w:val="24"/>
        </w:rPr>
        <w:t>попарно,</w:t>
      </w:r>
      <w:r w:rsidRPr="00E85698">
        <w:rPr>
          <w:spacing w:val="-4"/>
          <w:sz w:val="24"/>
        </w:rPr>
        <w:t xml:space="preserve"> </w:t>
      </w:r>
      <w:r w:rsidRPr="00E85698">
        <w:rPr>
          <w:sz w:val="24"/>
        </w:rPr>
        <w:t>с</w:t>
      </w:r>
      <w:r w:rsidRPr="00E85698">
        <w:rPr>
          <w:spacing w:val="-3"/>
          <w:sz w:val="24"/>
        </w:rPr>
        <w:t xml:space="preserve"> </w:t>
      </w:r>
      <w:r w:rsidRPr="00E85698">
        <w:rPr>
          <w:sz w:val="24"/>
        </w:rPr>
        <w:t>помощью</w:t>
      </w:r>
      <w:r w:rsidRPr="00E85698">
        <w:rPr>
          <w:spacing w:val="-4"/>
          <w:sz w:val="24"/>
        </w:rPr>
        <w:t xml:space="preserve"> </w:t>
      </w:r>
      <w:r w:rsidRPr="00E85698">
        <w:rPr>
          <w:sz w:val="24"/>
        </w:rPr>
        <w:t>повторяющихся</w:t>
      </w:r>
      <w:r w:rsidRPr="00E85698">
        <w:rPr>
          <w:spacing w:val="-4"/>
          <w:sz w:val="24"/>
        </w:rPr>
        <w:t xml:space="preserve"> </w:t>
      </w:r>
      <w:r w:rsidRPr="00E85698">
        <w:rPr>
          <w:sz w:val="24"/>
        </w:rPr>
        <w:t>союзов</w:t>
      </w:r>
      <w:r w:rsidRPr="00E85698">
        <w:rPr>
          <w:spacing w:val="-3"/>
          <w:sz w:val="24"/>
        </w:rPr>
        <w:t xml:space="preserve"> </w:t>
      </w:r>
      <w:r w:rsidRPr="00E85698">
        <w:rPr>
          <w:sz w:val="24"/>
        </w:rPr>
        <w:t>(</w:t>
      </w:r>
      <w:proofErr w:type="gramStart"/>
      <w:r w:rsidRPr="00E85698">
        <w:rPr>
          <w:b/>
          <w:i/>
          <w:sz w:val="24"/>
        </w:rPr>
        <w:t>и...</w:t>
      </w:r>
      <w:proofErr w:type="gramEnd"/>
      <w:r w:rsidRPr="00E85698">
        <w:rPr>
          <w:b/>
          <w:i/>
          <w:spacing w:val="-4"/>
          <w:sz w:val="24"/>
        </w:rPr>
        <w:t xml:space="preserve"> </w:t>
      </w:r>
      <w:r w:rsidRPr="00E85698">
        <w:rPr>
          <w:b/>
          <w:i/>
          <w:sz w:val="24"/>
        </w:rPr>
        <w:t>и</w:t>
      </w:r>
      <w:r w:rsidRPr="00E85698">
        <w:rPr>
          <w:sz w:val="24"/>
        </w:rPr>
        <w:t>,</w:t>
      </w:r>
      <w:r w:rsidRPr="00E85698">
        <w:rPr>
          <w:spacing w:val="-3"/>
          <w:sz w:val="24"/>
        </w:rPr>
        <w:t xml:space="preserve"> </w:t>
      </w:r>
      <w:r w:rsidRPr="00E85698">
        <w:rPr>
          <w:b/>
          <w:i/>
          <w:sz w:val="24"/>
        </w:rPr>
        <w:t>или...</w:t>
      </w:r>
      <w:r w:rsidRPr="00E85698">
        <w:rPr>
          <w:b/>
          <w:i/>
          <w:spacing w:val="-3"/>
          <w:sz w:val="24"/>
        </w:rPr>
        <w:t xml:space="preserve"> </w:t>
      </w:r>
      <w:r w:rsidRPr="00E85698">
        <w:rPr>
          <w:b/>
          <w:i/>
          <w:sz w:val="24"/>
        </w:rPr>
        <w:t>или</w:t>
      </w:r>
      <w:r w:rsidRPr="00E85698">
        <w:rPr>
          <w:sz w:val="24"/>
        </w:rPr>
        <w:t>,</w:t>
      </w:r>
      <w:r w:rsidRPr="00E85698">
        <w:rPr>
          <w:spacing w:val="-3"/>
          <w:sz w:val="24"/>
        </w:rPr>
        <w:t xml:space="preserve"> </w:t>
      </w:r>
      <w:proofErr w:type="spellStart"/>
      <w:r w:rsidRPr="00E85698">
        <w:rPr>
          <w:b/>
          <w:i/>
          <w:sz w:val="24"/>
        </w:rPr>
        <w:t>либo</w:t>
      </w:r>
      <w:proofErr w:type="spellEnd"/>
      <w:r w:rsidRPr="00E85698">
        <w:rPr>
          <w:b/>
          <w:i/>
          <w:sz w:val="24"/>
        </w:rPr>
        <w:t>...</w:t>
      </w:r>
      <w:r w:rsidRPr="00E85698">
        <w:rPr>
          <w:b/>
          <w:i/>
          <w:spacing w:val="-3"/>
          <w:sz w:val="24"/>
        </w:rPr>
        <w:t xml:space="preserve"> </w:t>
      </w:r>
      <w:proofErr w:type="spellStart"/>
      <w:r w:rsidRPr="00E85698">
        <w:rPr>
          <w:b/>
          <w:i/>
          <w:sz w:val="24"/>
        </w:rPr>
        <w:t>либo</w:t>
      </w:r>
      <w:proofErr w:type="spellEnd"/>
      <w:r w:rsidRPr="00E85698">
        <w:rPr>
          <w:sz w:val="24"/>
        </w:rPr>
        <w:t>,</w:t>
      </w:r>
      <w:r w:rsidRPr="00E85698">
        <w:rPr>
          <w:spacing w:val="-3"/>
          <w:sz w:val="24"/>
        </w:rPr>
        <w:t xml:space="preserve"> </w:t>
      </w:r>
      <w:r w:rsidRPr="00E85698">
        <w:rPr>
          <w:b/>
          <w:i/>
          <w:sz w:val="24"/>
        </w:rPr>
        <w:t>ни...</w:t>
      </w:r>
      <w:r w:rsidRPr="00E85698">
        <w:rPr>
          <w:b/>
          <w:i/>
          <w:spacing w:val="-3"/>
          <w:sz w:val="24"/>
        </w:rPr>
        <w:t xml:space="preserve"> </w:t>
      </w:r>
      <w:r w:rsidRPr="00E85698">
        <w:rPr>
          <w:b/>
          <w:i/>
          <w:sz w:val="24"/>
        </w:rPr>
        <w:t>ни</w:t>
      </w:r>
      <w:r w:rsidRPr="00E85698">
        <w:rPr>
          <w:sz w:val="24"/>
        </w:rPr>
        <w:t>,</w:t>
      </w:r>
      <w:r w:rsidRPr="00E85698">
        <w:rPr>
          <w:spacing w:val="-3"/>
          <w:sz w:val="24"/>
        </w:rPr>
        <w:t xml:space="preserve"> </w:t>
      </w:r>
      <w:proofErr w:type="spellStart"/>
      <w:r w:rsidRPr="00E85698">
        <w:rPr>
          <w:b/>
          <w:i/>
          <w:sz w:val="24"/>
        </w:rPr>
        <w:t>тo</w:t>
      </w:r>
      <w:proofErr w:type="spellEnd"/>
      <w:r w:rsidRPr="00E85698">
        <w:rPr>
          <w:b/>
          <w:i/>
          <w:sz w:val="24"/>
        </w:rPr>
        <w:t>...</w:t>
      </w:r>
      <w:r w:rsidRPr="00E85698">
        <w:rPr>
          <w:b/>
          <w:i/>
          <w:spacing w:val="-3"/>
          <w:sz w:val="24"/>
        </w:rPr>
        <w:t xml:space="preserve"> </w:t>
      </w:r>
      <w:proofErr w:type="spellStart"/>
      <w:r w:rsidRPr="00E85698">
        <w:rPr>
          <w:b/>
          <w:i/>
          <w:sz w:val="24"/>
        </w:rPr>
        <w:t>тo</w:t>
      </w:r>
      <w:proofErr w:type="spellEnd"/>
      <w:r w:rsidRPr="00E85698">
        <w:rPr>
          <w:sz w:val="24"/>
        </w:rPr>
        <w:t>).</w:t>
      </w:r>
    </w:p>
    <w:p w:rsidR="00624C8A" w:rsidRPr="00E85698" w:rsidRDefault="00CB6516">
      <w:pPr>
        <w:pStyle w:val="a5"/>
        <w:spacing w:line="292" w:lineRule="auto"/>
        <w:ind w:right="370" w:firstLine="180"/>
      </w:pPr>
      <w:r w:rsidRPr="00E85698">
        <w:t>Нормы постановки знаков препинания в предложениях с обобщающими словами при однородных</w:t>
      </w:r>
      <w:r w:rsidRPr="00E85698">
        <w:rPr>
          <w:spacing w:val="-57"/>
        </w:rPr>
        <w:t xml:space="preserve"> </w:t>
      </w:r>
      <w:r w:rsidRPr="00E85698">
        <w:t>членах.</w:t>
      </w:r>
    </w:p>
    <w:p w:rsidR="00624C8A" w:rsidRPr="00E85698" w:rsidRDefault="00CB6516">
      <w:pPr>
        <w:spacing w:line="292" w:lineRule="auto"/>
        <w:ind w:left="286" w:right="1485"/>
        <w:rPr>
          <w:b/>
          <w:i/>
          <w:sz w:val="24"/>
        </w:rPr>
      </w:pPr>
      <w:r w:rsidRPr="00E85698">
        <w:rPr>
          <w:sz w:val="24"/>
        </w:rPr>
        <w:t xml:space="preserve">Нормы постановки знаков препинания в простом и сложном предложениях с союзом </w:t>
      </w:r>
      <w:r w:rsidRPr="00E85698">
        <w:rPr>
          <w:b/>
          <w:i/>
          <w:sz w:val="24"/>
        </w:rPr>
        <w:t>и</w:t>
      </w:r>
      <w:r w:rsidRPr="00E85698">
        <w:rPr>
          <w:sz w:val="24"/>
        </w:rPr>
        <w:t>.</w:t>
      </w:r>
      <w:r w:rsidRPr="00E85698">
        <w:rPr>
          <w:spacing w:val="-57"/>
          <w:sz w:val="24"/>
        </w:rPr>
        <w:t xml:space="preserve"> </w:t>
      </w:r>
      <w:r w:rsidRPr="00E85698">
        <w:rPr>
          <w:b/>
          <w:i/>
          <w:sz w:val="24"/>
        </w:rPr>
        <w:t>Предложения</w:t>
      </w:r>
      <w:r w:rsidRPr="00E85698">
        <w:rPr>
          <w:b/>
          <w:i/>
          <w:spacing w:val="-2"/>
          <w:sz w:val="24"/>
        </w:rPr>
        <w:t xml:space="preserve"> </w:t>
      </w:r>
      <w:r w:rsidRPr="00E85698">
        <w:rPr>
          <w:b/>
          <w:i/>
          <w:sz w:val="24"/>
        </w:rPr>
        <w:t>с обособленными</w:t>
      </w:r>
      <w:r w:rsidRPr="00E85698">
        <w:rPr>
          <w:b/>
          <w:i/>
          <w:spacing w:val="-1"/>
          <w:sz w:val="24"/>
        </w:rPr>
        <w:t xml:space="preserve"> </w:t>
      </w:r>
      <w:r w:rsidRPr="00E85698">
        <w:rPr>
          <w:b/>
          <w:i/>
          <w:sz w:val="24"/>
        </w:rPr>
        <w:t>членами</w:t>
      </w:r>
    </w:p>
    <w:p w:rsidR="00624C8A" w:rsidRPr="00E85698" w:rsidRDefault="00CB6516">
      <w:pPr>
        <w:pStyle w:val="a5"/>
        <w:spacing w:line="292" w:lineRule="auto"/>
        <w:ind w:right="187" w:firstLine="180"/>
      </w:pPr>
      <w:r w:rsidRPr="00E85698">
        <w:t>Обособление. Виды обособленных членов предложения (обособленные определения, обособленные</w:t>
      </w:r>
      <w:r w:rsidRPr="00E85698">
        <w:rPr>
          <w:spacing w:val="-58"/>
        </w:rPr>
        <w:t xml:space="preserve"> </w:t>
      </w:r>
      <w:r w:rsidRPr="00E85698">
        <w:t>приложения,</w:t>
      </w:r>
      <w:r w:rsidRPr="00E85698">
        <w:rPr>
          <w:spacing w:val="-1"/>
        </w:rPr>
        <w:t xml:space="preserve"> </w:t>
      </w:r>
      <w:r w:rsidRPr="00E85698">
        <w:t>обособленные</w:t>
      </w:r>
      <w:r w:rsidRPr="00E85698">
        <w:rPr>
          <w:spacing w:val="-1"/>
        </w:rPr>
        <w:t xml:space="preserve"> </w:t>
      </w:r>
      <w:r w:rsidRPr="00E85698">
        <w:t>обстоятельства, обособленные</w:t>
      </w:r>
      <w:r w:rsidRPr="00E85698">
        <w:rPr>
          <w:spacing w:val="-1"/>
        </w:rPr>
        <w:t xml:space="preserve"> </w:t>
      </w:r>
      <w:r w:rsidRPr="00E85698">
        <w:t>дополнения).</w:t>
      </w:r>
    </w:p>
    <w:p w:rsidR="00624C8A" w:rsidRPr="00E85698" w:rsidRDefault="00CB6516">
      <w:pPr>
        <w:pStyle w:val="a5"/>
        <w:spacing w:line="275" w:lineRule="exact"/>
        <w:ind w:left="286"/>
      </w:pPr>
      <w:r w:rsidRPr="00E85698">
        <w:t>Уточняющие</w:t>
      </w:r>
      <w:r w:rsidRPr="00E85698">
        <w:rPr>
          <w:spacing w:val="-6"/>
        </w:rPr>
        <w:t xml:space="preserve"> </w:t>
      </w:r>
      <w:r w:rsidRPr="00E85698">
        <w:t>члены</w:t>
      </w:r>
      <w:r w:rsidRPr="00E85698">
        <w:rPr>
          <w:spacing w:val="-5"/>
        </w:rPr>
        <w:t xml:space="preserve"> </w:t>
      </w:r>
      <w:r w:rsidRPr="00E85698">
        <w:t>предложения,</w:t>
      </w:r>
      <w:r w:rsidRPr="00E85698">
        <w:rPr>
          <w:spacing w:val="-5"/>
        </w:rPr>
        <w:t xml:space="preserve"> </w:t>
      </w:r>
      <w:r w:rsidRPr="00E85698">
        <w:t>пояснительные</w:t>
      </w:r>
      <w:r w:rsidRPr="00E85698">
        <w:rPr>
          <w:spacing w:val="-6"/>
        </w:rPr>
        <w:t xml:space="preserve"> </w:t>
      </w:r>
      <w:r w:rsidRPr="00E85698">
        <w:t>и</w:t>
      </w:r>
      <w:r w:rsidRPr="00E85698">
        <w:rPr>
          <w:spacing w:val="-5"/>
        </w:rPr>
        <w:t xml:space="preserve"> </w:t>
      </w:r>
      <w:r w:rsidRPr="00E85698">
        <w:t>присоединительные</w:t>
      </w:r>
      <w:r w:rsidRPr="00E85698">
        <w:rPr>
          <w:spacing w:val="-5"/>
        </w:rPr>
        <w:t xml:space="preserve"> </w:t>
      </w:r>
      <w:r w:rsidRPr="00E85698">
        <w:t>конструкции.</w:t>
      </w:r>
    </w:p>
    <w:p w:rsidR="00624C8A" w:rsidRPr="00E85698" w:rsidRDefault="00CB6516">
      <w:pPr>
        <w:pStyle w:val="a5"/>
        <w:spacing w:before="55" w:line="292" w:lineRule="auto"/>
        <w:ind w:right="222" w:firstLine="180"/>
      </w:pPr>
      <w:r w:rsidRPr="00E85698">
        <w:t>Нормы постановки знаков препинания в предложениях со сравнительным оборотом; нормы</w:t>
      </w:r>
      <w:r w:rsidRPr="00E85698">
        <w:rPr>
          <w:spacing w:val="1"/>
        </w:rPr>
        <w:t xml:space="preserve"> </w:t>
      </w:r>
      <w:r w:rsidRPr="00E85698">
        <w:t>обособления согласованных и несогласованных определений (в том числе приложений), дополнений,</w:t>
      </w:r>
      <w:r w:rsidRPr="00E85698">
        <w:rPr>
          <w:spacing w:val="-58"/>
        </w:rPr>
        <w:t xml:space="preserve"> </w:t>
      </w:r>
      <w:r w:rsidRPr="00E85698">
        <w:t>обстоятельств,</w:t>
      </w:r>
      <w:r w:rsidRPr="00E85698">
        <w:rPr>
          <w:spacing w:val="-2"/>
        </w:rPr>
        <w:t xml:space="preserve"> </w:t>
      </w:r>
      <w:r w:rsidRPr="00E85698">
        <w:t>уточняющих</w:t>
      </w:r>
      <w:r w:rsidRPr="00E85698">
        <w:rPr>
          <w:spacing w:val="-1"/>
        </w:rPr>
        <w:t xml:space="preserve"> </w:t>
      </w:r>
      <w:r w:rsidRPr="00E85698">
        <w:t>членов,</w:t>
      </w:r>
      <w:r w:rsidRPr="00E85698">
        <w:rPr>
          <w:spacing w:val="-1"/>
        </w:rPr>
        <w:t xml:space="preserve"> </w:t>
      </w:r>
      <w:r w:rsidRPr="00E85698">
        <w:t>пояснительных</w:t>
      </w:r>
      <w:r w:rsidRPr="00E85698">
        <w:rPr>
          <w:spacing w:val="-2"/>
        </w:rPr>
        <w:t xml:space="preserve"> </w:t>
      </w:r>
      <w:r w:rsidRPr="00E85698">
        <w:t>и</w:t>
      </w:r>
      <w:r w:rsidRPr="00E85698">
        <w:rPr>
          <w:spacing w:val="-1"/>
        </w:rPr>
        <w:t xml:space="preserve"> </w:t>
      </w:r>
      <w:r w:rsidRPr="00E85698">
        <w:t>присоединительных</w:t>
      </w:r>
      <w:r w:rsidRPr="00E85698">
        <w:rPr>
          <w:spacing w:val="-1"/>
        </w:rPr>
        <w:t xml:space="preserve"> </w:t>
      </w:r>
      <w:r w:rsidRPr="00E85698">
        <w:t>конструкций.</w:t>
      </w:r>
    </w:p>
    <w:p w:rsidR="00624C8A" w:rsidRPr="00E85698" w:rsidRDefault="00CB6516">
      <w:pPr>
        <w:pStyle w:val="210"/>
        <w:spacing w:line="274" w:lineRule="exact"/>
      </w:pPr>
      <w:r w:rsidRPr="00E85698">
        <w:t>Предложения</w:t>
      </w:r>
      <w:r w:rsidRPr="00E85698">
        <w:rPr>
          <w:spacing w:val="-6"/>
        </w:rPr>
        <w:t xml:space="preserve"> </w:t>
      </w:r>
      <w:r w:rsidRPr="00E85698">
        <w:t>с</w:t>
      </w:r>
      <w:r w:rsidRPr="00E85698">
        <w:rPr>
          <w:spacing w:val="-6"/>
        </w:rPr>
        <w:t xml:space="preserve"> </w:t>
      </w:r>
      <w:r w:rsidRPr="00E85698">
        <w:t>обращениями,</w:t>
      </w:r>
      <w:r w:rsidRPr="00E85698">
        <w:rPr>
          <w:spacing w:val="-5"/>
        </w:rPr>
        <w:t xml:space="preserve"> </w:t>
      </w:r>
      <w:r w:rsidRPr="00E85698">
        <w:t>вводными</w:t>
      </w:r>
      <w:r w:rsidRPr="00E85698">
        <w:rPr>
          <w:spacing w:val="-6"/>
        </w:rPr>
        <w:t xml:space="preserve"> </w:t>
      </w:r>
      <w:r w:rsidRPr="00E85698">
        <w:t>и</w:t>
      </w:r>
      <w:r w:rsidRPr="00E85698">
        <w:rPr>
          <w:spacing w:val="-6"/>
        </w:rPr>
        <w:t xml:space="preserve"> </w:t>
      </w:r>
      <w:r w:rsidRPr="00E85698">
        <w:t>вставными</w:t>
      </w:r>
      <w:r w:rsidRPr="00E85698">
        <w:rPr>
          <w:spacing w:val="-6"/>
        </w:rPr>
        <w:t xml:space="preserve"> </w:t>
      </w:r>
      <w:r w:rsidRPr="00E85698">
        <w:t>конструкциями</w:t>
      </w:r>
    </w:p>
    <w:p w:rsidR="00624C8A" w:rsidRPr="00E85698" w:rsidRDefault="00CB6516">
      <w:pPr>
        <w:pStyle w:val="a5"/>
        <w:spacing w:before="60" w:line="292" w:lineRule="auto"/>
        <w:ind w:left="286" w:right="430"/>
      </w:pPr>
      <w:r w:rsidRPr="00E85698">
        <w:t>Обращение. Основные функции обращения. Распространённое и нераспространённое обращение.</w:t>
      </w:r>
      <w:r w:rsidRPr="00E85698">
        <w:rPr>
          <w:spacing w:val="-57"/>
        </w:rPr>
        <w:t xml:space="preserve"> </w:t>
      </w:r>
      <w:r w:rsidRPr="00E85698">
        <w:t>Вводные</w:t>
      </w:r>
      <w:r w:rsidRPr="00E85698">
        <w:rPr>
          <w:spacing w:val="-1"/>
        </w:rPr>
        <w:t xml:space="preserve"> </w:t>
      </w:r>
      <w:r w:rsidRPr="00E85698">
        <w:t>конструкции.</w:t>
      </w:r>
    </w:p>
    <w:p w:rsidR="00624C8A" w:rsidRPr="00E85698" w:rsidRDefault="00CB6516">
      <w:pPr>
        <w:pStyle w:val="a5"/>
        <w:spacing w:line="292" w:lineRule="auto"/>
        <w:ind w:right="972" w:firstLine="180"/>
      </w:pPr>
      <w:r w:rsidRPr="00E85698">
        <w:t>Группы вводных конструкций по значению (вводные слова со значением различной степени</w:t>
      </w:r>
      <w:r w:rsidRPr="00E85698">
        <w:rPr>
          <w:spacing w:val="-57"/>
        </w:rPr>
        <w:t xml:space="preserve"> </w:t>
      </w:r>
      <w:r w:rsidRPr="00E85698">
        <w:t>уверенности, различных чувств, источника сообщения, порядка мыслей и их связи, способа</w:t>
      </w:r>
      <w:r w:rsidRPr="00E85698">
        <w:rPr>
          <w:spacing w:val="1"/>
        </w:rPr>
        <w:t xml:space="preserve"> </w:t>
      </w:r>
      <w:r w:rsidRPr="00E85698">
        <w:t>оформления</w:t>
      </w:r>
      <w:r w:rsidRPr="00E85698">
        <w:rPr>
          <w:spacing w:val="-2"/>
        </w:rPr>
        <w:t xml:space="preserve"> </w:t>
      </w:r>
      <w:r w:rsidRPr="00E85698">
        <w:t>мыслей).</w:t>
      </w:r>
    </w:p>
    <w:p w:rsidR="00624C8A" w:rsidRPr="00E85698" w:rsidRDefault="00CB6516">
      <w:pPr>
        <w:pStyle w:val="a5"/>
        <w:spacing w:line="274" w:lineRule="exact"/>
        <w:ind w:left="286"/>
      </w:pPr>
      <w:r w:rsidRPr="00E85698">
        <w:t>Вставные</w:t>
      </w:r>
      <w:r w:rsidRPr="00E85698">
        <w:rPr>
          <w:spacing w:val="-4"/>
        </w:rPr>
        <w:t xml:space="preserve"> </w:t>
      </w:r>
      <w:r w:rsidRPr="00E85698">
        <w:t>конструкции.</w:t>
      </w:r>
    </w:p>
    <w:p w:rsidR="00624C8A" w:rsidRPr="00E85698" w:rsidRDefault="00CB6516">
      <w:pPr>
        <w:pStyle w:val="a5"/>
        <w:spacing w:before="59"/>
        <w:ind w:left="286"/>
      </w:pPr>
      <w:r w:rsidRPr="00E85698">
        <w:t>Омонимия</w:t>
      </w:r>
      <w:r w:rsidRPr="00E85698">
        <w:rPr>
          <w:spacing w:val="-4"/>
        </w:rPr>
        <w:t xml:space="preserve"> </w:t>
      </w:r>
      <w:r w:rsidRPr="00E85698">
        <w:t>членов</w:t>
      </w:r>
      <w:r w:rsidRPr="00E85698">
        <w:rPr>
          <w:spacing w:val="-4"/>
        </w:rPr>
        <w:t xml:space="preserve"> </w:t>
      </w:r>
      <w:r w:rsidRPr="00E85698">
        <w:t>предложения</w:t>
      </w:r>
      <w:r w:rsidRPr="00E85698">
        <w:rPr>
          <w:spacing w:val="-4"/>
        </w:rPr>
        <w:t xml:space="preserve"> </w:t>
      </w:r>
      <w:r w:rsidRPr="00E85698">
        <w:t>и</w:t>
      </w:r>
      <w:r w:rsidRPr="00E85698">
        <w:rPr>
          <w:spacing w:val="-3"/>
        </w:rPr>
        <w:t xml:space="preserve"> </w:t>
      </w:r>
      <w:r w:rsidRPr="00E85698">
        <w:t>вводных</w:t>
      </w:r>
      <w:r w:rsidRPr="00E85698">
        <w:rPr>
          <w:spacing w:val="-3"/>
        </w:rPr>
        <w:t xml:space="preserve"> </w:t>
      </w:r>
      <w:r w:rsidRPr="00E85698">
        <w:t>слов,</w:t>
      </w:r>
      <w:r w:rsidRPr="00E85698">
        <w:rPr>
          <w:spacing w:val="-3"/>
        </w:rPr>
        <w:t xml:space="preserve"> </w:t>
      </w:r>
      <w:r w:rsidRPr="00E85698">
        <w:t>словосочетаний</w:t>
      </w:r>
      <w:r w:rsidRPr="00E85698">
        <w:rPr>
          <w:spacing w:val="-3"/>
        </w:rPr>
        <w:t xml:space="preserve"> </w:t>
      </w:r>
      <w:r w:rsidRPr="00E85698">
        <w:t>и</w:t>
      </w:r>
      <w:r w:rsidRPr="00E85698">
        <w:rPr>
          <w:spacing w:val="-3"/>
        </w:rPr>
        <w:t xml:space="preserve"> </w:t>
      </w:r>
      <w:r w:rsidRPr="00E85698">
        <w:t>предложений.</w:t>
      </w:r>
    </w:p>
    <w:p w:rsidR="00624C8A" w:rsidRPr="00E85698" w:rsidRDefault="00624C8A">
      <w:pPr>
        <w:sectPr w:rsidR="00624C8A" w:rsidRPr="00E85698">
          <w:pgSz w:w="11900" w:h="16840"/>
          <w:pgMar w:top="500" w:right="540" w:bottom="280" w:left="560" w:header="720" w:footer="720" w:gutter="0"/>
          <w:cols w:space="720"/>
        </w:sectPr>
      </w:pPr>
    </w:p>
    <w:p w:rsidR="00624C8A" w:rsidRPr="00E85698" w:rsidRDefault="00CB6516">
      <w:pPr>
        <w:pStyle w:val="a5"/>
        <w:spacing w:before="66" w:line="292" w:lineRule="auto"/>
        <w:ind w:right="396" w:firstLine="180"/>
      </w:pPr>
      <w:r w:rsidRPr="00E85698">
        <w:lastRenderedPageBreak/>
        <w:t>Нормы построения предложений с вводными словами и предложениями, вставными</w:t>
      </w:r>
      <w:r w:rsidRPr="00E85698">
        <w:rPr>
          <w:spacing w:val="1"/>
        </w:rPr>
        <w:t xml:space="preserve"> </w:t>
      </w:r>
      <w:r w:rsidRPr="00E85698">
        <w:t>конструкциями,</w:t>
      </w:r>
      <w:r w:rsidRPr="00E85698">
        <w:rPr>
          <w:spacing w:val="-6"/>
        </w:rPr>
        <w:t xml:space="preserve"> </w:t>
      </w:r>
      <w:r w:rsidRPr="00E85698">
        <w:t>обращениями</w:t>
      </w:r>
      <w:r w:rsidRPr="00E85698">
        <w:rPr>
          <w:spacing w:val="-6"/>
        </w:rPr>
        <w:t xml:space="preserve"> </w:t>
      </w:r>
      <w:r w:rsidRPr="00E85698">
        <w:t>(распространёнными</w:t>
      </w:r>
      <w:r w:rsidRPr="00E85698">
        <w:rPr>
          <w:spacing w:val="-5"/>
        </w:rPr>
        <w:t xml:space="preserve"> </w:t>
      </w:r>
      <w:r w:rsidRPr="00E85698">
        <w:t>и</w:t>
      </w:r>
      <w:r w:rsidRPr="00E85698">
        <w:rPr>
          <w:spacing w:val="-6"/>
        </w:rPr>
        <w:t xml:space="preserve"> </w:t>
      </w:r>
      <w:r w:rsidRPr="00E85698">
        <w:t>нераспространёнными),</w:t>
      </w:r>
      <w:r w:rsidRPr="00E85698">
        <w:rPr>
          <w:spacing w:val="-5"/>
        </w:rPr>
        <w:t xml:space="preserve"> </w:t>
      </w:r>
      <w:r w:rsidRPr="00E85698">
        <w:t>междометиями.</w:t>
      </w:r>
    </w:p>
    <w:p w:rsidR="00624C8A" w:rsidRPr="00E85698" w:rsidRDefault="00CB6516">
      <w:pPr>
        <w:pStyle w:val="a5"/>
        <w:spacing w:line="292" w:lineRule="auto"/>
        <w:ind w:right="481" w:firstLine="180"/>
      </w:pPr>
      <w:r w:rsidRPr="00E85698">
        <w:t>Нормы постановки знаков препинания в предложениях с вводными и вставными конструкциями,</w:t>
      </w:r>
      <w:r w:rsidRPr="00E85698">
        <w:rPr>
          <w:spacing w:val="-58"/>
        </w:rPr>
        <w:t xml:space="preserve"> </w:t>
      </w:r>
      <w:r w:rsidRPr="00E85698">
        <w:t>обращениями</w:t>
      </w:r>
      <w:r w:rsidRPr="00E85698">
        <w:rPr>
          <w:spacing w:val="-1"/>
        </w:rPr>
        <w:t xml:space="preserve"> </w:t>
      </w:r>
      <w:r w:rsidRPr="00E85698">
        <w:t>и междометиями.</w:t>
      </w:r>
    </w:p>
    <w:p w:rsidR="00624C8A" w:rsidRPr="00E85698" w:rsidRDefault="00CB6516">
      <w:pPr>
        <w:pStyle w:val="11"/>
        <w:numPr>
          <w:ilvl w:val="0"/>
          <w:numId w:val="7"/>
        </w:numPr>
        <w:tabs>
          <w:tab w:val="left" w:pos="287"/>
        </w:tabs>
        <w:spacing w:before="189"/>
      </w:pPr>
      <w:r w:rsidRPr="00E85698">
        <w:t>КЛАСС</w:t>
      </w:r>
    </w:p>
    <w:p w:rsidR="00624C8A" w:rsidRPr="00E85698" w:rsidRDefault="00CB6516">
      <w:pPr>
        <w:spacing w:before="157"/>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line="292" w:lineRule="auto"/>
        <w:ind w:left="286" w:right="5556"/>
      </w:pPr>
      <w:r w:rsidRPr="00E85698">
        <w:t>Роль</w:t>
      </w:r>
      <w:r w:rsidRPr="00E85698">
        <w:rPr>
          <w:spacing w:val="-5"/>
        </w:rPr>
        <w:t xml:space="preserve"> </w:t>
      </w:r>
      <w:r w:rsidRPr="00E85698">
        <w:t>русского</w:t>
      </w:r>
      <w:r w:rsidRPr="00E85698">
        <w:rPr>
          <w:spacing w:val="-3"/>
        </w:rPr>
        <w:t xml:space="preserve"> </w:t>
      </w:r>
      <w:r w:rsidRPr="00E85698">
        <w:t>языка</w:t>
      </w:r>
      <w:r w:rsidRPr="00E85698">
        <w:rPr>
          <w:spacing w:val="-4"/>
        </w:rPr>
        <w:t xml:space="preserve"> </w:t>
      </w:r>
      <w:r w:rsidRPr="00E85698">
        <w:t>в</w:t>
      </w:r>
      <w:r w:rsidRPr="00E85698">
        <w:rPr>
          <w:spacing w:val="-4"/>
        </w:rPr>
        <w:t xml:space="preserve"> </w:t>
      </w:r>
      <w:r w:rsidRPr="00E85698">
        <w:t>Российской</w:t>
      </w:r>
      <w:r w:rsidRPr="00E85698">
        <w:rPr>
          <w:spacing w:val="-3"/>
        </w:rPr>
        <w:t xml:space="preserve"> </w:t>
      </w:r>
      <w:r w:rsidRPr="00E85698">
        <w:t>Федерации.</w:t>
      </w:r>
      <w:r w:rsidRPr="00E85698">
        <w:rPr>
          <w:spacing w:val="-57"/>
        </w:rPr>
        <w:t xml:space="preserve"> </w:t>
      </w:r>
      <w:r w:rsidRPr="00E85698">
        <w:t>Русский</w:t>
      </w:r>
      <w:r w:rsidRPr="00E85698">
        <w:rPr>
          <w:spacing w:val="-1"/>
        </w:rPr>
        <w:t xml:space="preserve"> </w:t>
      </w:r>
      <w:r w:rsidRPr="00E85698">
        <w:t>язык</w:t>
      </w:r>
      <w:r w:rsidRPr="00E85698">
        <w:rPr>
          <w:spacing w:val="-1"/>
        </w:rPr>
        <w:t xml:space="preserve"> </w:t>
      </w:r>
      <w:r w:rsidRPr="00E85698">
        <w:t>в</w:t>
      </w:r>
      <w:r w:rsidRPr="00E85698">
        <w:rPr>
          <w:spacing w:val="-2"/>
        </w:rPr>
        <w:t xml:space="preserve"> </w:t>
      </w:r>
      <w:r w:rsidRPr="00E85698">
        <w:t>современном мире.</w:t>
      </w:r>
    </w:p>
    <w:p w:rsidR="00624C8A" w:rsidRPr="00E85698" w:rsidRDefault="00CB6516">
      <w:pPr>
        <w:pStyle w:val="11"/>
        <w:spacing w:before="118"/>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1" w:line="292" w:lineRule="auto"/>
        <w:ind w:left="286" w:right="1911"/>
        <w:jc w:val="both"/>
      </w:pPr>
      <w:r w:rsidRPr="00E85698">
        <w:t xml:space="preserve">Речь устная и письменная, монологическая и диалогическая, </w:t>
      </w:r>
      <w:proofErr w:type="spellStart"/>
      <w:r w:rsidRPr="00E85698">
        <w:t>полилог</w:t>
      </w:r>
      <w:proofErr w:type="spellEnd"/>
      <w:r w:rsidRPr="00E85698">
        <w:t xml:space="preserve"> (повторение).</w:t>
      </w:r>
      <w:r w:rsidRPr="00E85698">
        <w:rPr>
          <w:spacing w:val="-57"/>
        </w:rPr>
        <w:t xml:space="preserve"> </w:t>
      </w:r>
      <w:r w:rsidRPr="00E85698">
        <w:t xml:space="preserve">Виды речевой деятельности: говорение, письмо, </w:t>
      </w:r>
      <w:proofErr w:type="spellStart"/>
      <w:r w:rsidRPr="00E85698">
        <w:t>аудирование</w:t>
      </w:r>
      <w:proofErr w:type="spellEnd"/>
      <w:r w:rsidRPr="00E85698">
        <w:t>, чтение (повторение).</w:t>
      </w:r>
      <w:r w:rsidRPr="00E85698">
        <w:rPr>
          <w:spacing w:val="-58"/>
        </w:rPr>
        <w:t xml:space="preserve"> </w:t>
      </w:r>
      <w:r w:rsidRPr="00E85698">
        <w:t>Виды</w:t>
      </w:r>
      <w:r w:rsidRPr="00E85698">
        <w:rPr>
          <w:spacing w:val="-1"/>
        </w:rPr>
        <w:t xml:space="preserve"> </w:t>
      </w:r>
      <w:proofErr w:type="spellStart"/>
      <w:r w:rsidRPr="00E85698">
        <w:t>аудирования</w:t>
      </w:r>
      <w:proofErr w:type="spellEnd"/>
      <w:r w:rsidRPr="00E85698">
        <w:t>:</w:t>
      </w:r>
      <w:r w:rsidRPr="00E85698">
        <w:rPr>
          <w:spacing w:val="-2"/>
        </w:rPr>
        <w:t xml:space="preserve"> </w:t>
      </w:r>
      <w:r w:rsidRPr="00E85698">
        <w:t>выборочное, ознакомительное,</w:t>
      </w:r>
      <w:r w:rsidRPr="00E85698">
        <w:rPr>
          <w:spacing w:val="-1"/>
        </w:rPr>
        <w:t xml:space="preserve"> </w:t>
      </w:r>
      <w:r w:rsidRPr="00E85698">
        <w:t>детальное.</w:t>
      </w:r>
    </w:p>
    <w:p w:rsidR="00624C8A" w:rsidRPr="00E85698" w:rsidRDefault="00CB6516">
      <w:pPr>
        <w:pStyle w:val="a5"/>
        <w:spacing w:line="274" w:lineRule="exact"/>
        <w:ind w:left="286"/>
        <w:jc w:val="both"/>
      </w:pPr>
      <w:r w:rsidRPr="00E85698">
        <w:t>Виды</w:t>
      </w:r>
      <w:r w:rsidRPr="00E85698">
        <w:rPr>
          <w:spacing w:val="-5"/>
        </w:rPr>
        <w:t xml:space="preserve"> </w:t>
      </w:r>
      <w:r w:rsidRPr="00E85698">
        <w:t>чтения:</w:t>
      </w:r>
      <w:r w:rsidRPr="00E85698">
        <w:rPr>
          <w:spacing w:val="-6"/>
        </w:rPr>
        <w:t xml:space="preserve"> </w:t>
      </w:r>
      <w:r w:rsidRPr="00E85698">
        <w:t>изучающее,</w:t>
      </w:r>
      <w:r w:rsidRPr="00E85698">
        <w:rPr>
          <w:spacing w:val="-4"/>
        </w:rPr>
        <w:t xml:space="preserve"> </w:t>
      </w:r>
      <w:r w:rsidRPr="00E85698">
        <w:t>ознакомительное,</w:t>
      </w:r>
      <w:r w:rsidRPr="00E85698">
        <w:rPr>
          <w:spacing w:val="-5"/>
        </w:rPr>
        <w:t xml:space="preserve"> </w:t>
      </w:r>
      <w:r w:rsidRPr="00E85698">
        <w:t>просмотровое,</w:t>
      </w:r>
      <w:r w:rsidRPr="00E85698">
        <w:rPr>
          <w:spacing w:val="-4"/>
        </w:rPr>
        <w:t xml:space="preserve"> </w:t>
      </w:r>
      <w:r w:rsidRPr="00E85698">
        <w:t>поисковое.</w:t>
      </w:r>
    </w:p>
    <w:p w:rsidR="00624C8A" w:rsidRPr="00E85698" w:rsidRDefault="00CB6516">
      <w:pPr>
        <w:pStyle w:val="a5"/>
        <w:spacing w:before="60" w:line="292" w:lineRule="auto"/>
        <w:ind w:right="1121" w:firstLine="180"/>
      </w:pPr>
      <w:r w:rsidRPr="00E85698">
        <w:t>Создание устных и письменных высказываний разной коммуникативной направленности в</w:t>
      </w:r>
      <w:r w:rsidRPr="00E85698">
        <w:rPr>
          <w:spacing w:val="-57"/>
        </w:rPr>
        <w:t xml:space="preserve"> </w:t>
      </w:r>
      <w:r w:rsidRPr="00E85698">
        <w:t>зависимости от темы и условий общения, с опорой на жизненный и читательский опыт, на</w:t>
      </w:r>
      <w:r w:rsidRPr="00E85698">
        <w:rPr>
          <w:spacing w:val="1"/>
        </w:rPr>
        <w:t xml:space="preserve"> </w:t>
      </w:r>
      <w:r w:rsidRPr="00E85698">
        <w:t>иллюстрации,</w:t>
      </w:r>
      <w:r w:rsidRPr="00E85698">
        <w:rPr>
          <w:spacing w:val="-2"/>
        </w:rPr>
        <w:t xml:space="preserve"> </w:t>
      </w:r>
      <w:r w:rsidRPr="00E85698">
        <w:t>фотографии,</w:t>
      </w:r>
      <w:r w:rsidRPr="00E85698">
        <w:rPr>
          <w:spacing w:val="-1"/>
        </w:rPr>
        <w:t xml:space="preserve"> </w:t>
      </w:r>
      <w:r w:rsidRPr="00E85698">
        <w:t>сюжетную</w:t>
      </w:r>
      <w:r w:rsidRPr="00E85698">
        <w:rPr>
          <w:spacing w:val="-3"/>
        </w:rPr>
        <w:t xml:space="preserve"> </w:t>
      </w:r>
      <w:r w:rsidRPr="00E85698">
        <w:t>картину</w:t>
      </w:r>
      <w:r w:rsidRPr="00E85698">
        <w:rPr>
          <w:spacing w:val="-1"/>
        </w:rPr>
        <w:t xml:space="preserve"> </w:t>
      </w:r>
      <w:r w:rsidRPr="00E85698">
        <w:t>(в</w:t>
      </w:r>
      <w:r w:rsidRPr="00E85698">
        <w:rPr>
          <w:spacing w:val="-3"/>
        </w:rPr>
        <w:t xml:space="preserve"> </w:t>
      </w:r>
      <w:r w:rsidRPr="00E85698">
        <w:t>том</w:t>
      </w:r>
      <w:r w:rsidRPr="00E85698">
        <w:rPr>
          <w:spacing w:val="-1"/>
        </w:rPr>
        <w:t xml:space="preserve"> </w:t>
      </w:r>
      <w:r w:rsidRPr="00E85698">
        <w:t>числе</w:t>
      </w:r>
      <w:r w:rsidRPr="00E85698">
        <w:rPr>
          <w:spacing w:val="-2"/>
        </w:rPr>
        <w:t xml:space="preserve"> </w:t>
      </w:r>
      <w:r w:rsidRPr="00E85698">
        <w:t>сочинения-миниатюры).</w:t>
      </w:r>
    </w:p>
    <w:p w:rsidR="00624C8A" w:rsidRPr="00E85698" w:rsidRDefault="00CB6516">
      <w:pPr>
        <w:pStyle w:val="a5"/>
        <w:spacing w:line="292" w:lineRule="auto"/>
        <w:ind w:left="286" w:right="493"/>
      </w:pPr>
      <w:r w:rsidRPr="00E85698">
        <w:t>Подробное, сжатое, выборочное изложение прочитанного или прослушанного текста.</w:t>
      </w:r>
      <w:r w:rsidRPr="00E85698">
        <w:rPr>
          <w:spacing w:val="1"/>
        </w:rPr>
        <w:t xml:space="preserve"> </w:t>
      </w:r>
      <w:r w:rsidRPr="00E85698">
        <w:t>Соблюдение</w:t>
      </w:r>
      <w:r w:rsidRPr="00E85698">
        <w:rPr>
          <w:spacing w:val="-7"/>
        </w:rPr>
        <w:t xml:space="preserve"> </w:t>
      </w:r>
      <w:r w:rsidRPr="00E85698">
        <w:t>языковых</w:t>
      </w:r>
      <w:r w:rsidRPr="00E85698">
        <w:rPr>
          <w:spacing w:val="-6"/>
        </w:rPr>
        <w:t xml:space="preserve"> </w:t>
      </w:r>
      <w:r w:rsidRPr="00E85698">
        <w:t>норм</w:t>
      </w:r>
      <w:r w:rsidRPr="00E85698">
        <w:rPr>
          <w:spacing w:val="-6"/>
        </w:rPr>
        <w:t xml:space="preserve"> </w:t>
      </w:r>
      <w:r w:rsidRPr="00E85698">
        <w:t>(орфоэпических,</w:t>
      </w:r>
      <w:r w:rsidRPr="00E85698">
        <w:rPr>
          <w:spacing w:val="-6"/>
        </w:rPr>
        <w:t xml:space="preserve"> </w:t>
      </w:r>
      <w:r w:rsidRPr="00E85698">
        <w:t>лексических,</w:t>
      </w:r>
      <w:r w:rsidRPr="00E85698">
        <w:rPr>
          <w:spacing w:val="-6"/>
        </w:rPr>
        <w:t xml:space="preserve"> </w:t>
      </w:r>
      <w:r w:rsidRPr="00E85698">
        <w:t>грамматических,</w:t>
      </w:r>
      <w:r w:rsidRPr="00E85698">
        <w:rPr>
          <w:spacing w:val="-6"/>
        </w:rPr>
        <w:t xml:space="preserve"> </w:t>
      </w:r>
      <w:r w:rsidRPr="00E85698">
        <w:t>стилистических,</w:t>
      </w:r>
    </w:p>
    <w:p w:rsidR="00624C8A" w:rsidRPr="00E85698" w:rsidRDefault="00CB6516">
      <w:pPr>
        <w:pStyle w:val="a5"/>
        <w:spacing w:line="292" w:lineRule="auto"/>
        <w:ind w:right="266"/>
      </w:pPr>
      <w:r w:rsidRPr="00E85698">
        <w:t>орфографических, пунктуационных) русского литературного языка в речевой практике при создании</w:t>
      </w:r>
      <w:r w:rsidRPr="00E85698">
        <w:rPr>
          <w:spacing w:val="-58"/>
        </w:rPr>
        <w:t xml:space="preserve"> </w:t>
      </w:r>
      <w:r w:rsidRPr="00E85698">
        <w:t>устных</w:t>
      </w:r>
      <w:r w:rsidRPr="00E85698">
        <w:rPr>
          <w:spacing w:val="-1"/>
        </w:rPr>
        <w:t xml:space="preserve"> </w:t>
      </w:r>
      <w:r w:rsidRPr="00E85698">
        <w:t>и письменных высказываний.</w:t>
      </w:r>
    </w:p>
    <w:p w:rsidR="00624C8A" w:rsidRPr="00E85698" w:rsidRDefault="00CB6516">
      <w:pPr>
        <w:pStyle w:val="a5"/>
        <w:spacing w:line="275" w:lineRule="exact"/>
        <w:ind w:left="286"/>
      </w:pPr>
      <w:r w:rsidRPr="00E85698">
        <w:t>Приёмы</w:t>
      </w:r>
      <w:r w:rsidRPr="00E85698">
        <w:rPr>
          <w:spacing w:val="-4"/>
        </w:rPr>
        <w:t xml:space="preserve"> </w:t>
      </w:r>
      <w:r w:rsidRPr="00E85698">
        <w:t>работы</w:t>
      </w:r>
      <w:r w:rsidRPr="00E85698">
        <w:rPr>
          <w:spacing w:val="-3"/>
        </w:rPr>
        <w:t xml:space="preserve"> </w:t>
      </w:r>
      <w:r w:rsidRPr="00E85698">
        <w:t>с</w:t>
      </w:r>
      <w:r w:rsidRPr="00E85698">
        <w:rPr>
          <w:spacing w:val="-3"/>
        </w:rPr>
        <w:t xml:space="preserve"> </w:t>
      </w:r>
      <w:r w:rsidRPr="00E85698">
        <w:t>учебной</w:t>
      </w:r>
      <w:r w:rsidRPr="00E85698">
        <w:rPr>
          <w:spacing w:val="-4"/>
        </w:rPr>
        <w:t xml:space="preserve"> </w:t>
      </w:r>
      <w:r w:rsidRPr="00E85698">
        <w:t>книгой,</w:t>
      </w:r>
      <w:r w:rsidRPr="00E85698">
        <w:rPr>
          <w:spacing w:val="-3"/>
        </w:rPr>
        <w:t xml:space="preserve"> </w:t>
      </w:r>
      <w:r w:rsidRPr="00E85698">
        <w:t>лингвистическими</w:t>
      </w:r>
      <w:r w:rsidRPr="00E85698">
        <w:rPr>
          <w:spacing w:val="-3"/>
        </w:rPr>
        <w:t xml:space="preserve"> </w:t>
      </w:r>
      <w:r w:rsidRPr="00E85698">
        <w:t>словарями,</w:t>
      </w:r>
      <w:r w:rsidRPr="00E85698">
        <w:rPr>
          <w:spacing w:val="-4"/>
        </w:rPr>
        <w:t xml:space="preserve"> </w:t>
      </w:r>
      <w:r w:rsidRPr="00E85698">
        <w:t>справочной</w:t>
      </w:r>
      <w:r w:rsidRPr="00E85698">
        <w:rPr>
          <w:spacing w:val="-3"/>
        </w:rPr>
        <w:t xml:space="preserve"> </w:t>
      </w:r>
      <w:r w:rsidRPr="00E85698">
        <w:t>литературой.</w:t>
      </w:r>
    </w:p>
    <w:p w:rsidR="00624C8A" w:rsidRPr="00E85698" w:rsidRDefault="00CB6516">
      <w:pPr>
        <w:pStyle w:val="11"/>
        <w:spacing w:before="177"/>
      </w:pPr>
      <w:r w:rsidRPr="00E85698">
        <w:t>Текст</w:t>
      </w:r>
    </w:p>
    <w:p w:rsidR="00624C8A" w:rsidRPr="00E85698" w:rsidRDefault="00CB6516">
      <w:pPr>
        <w:pStyle w:val="a5"/>
        <w:spacing w:before="60" w:line="292" w:lineRule="auto"/>
        <w:ind w:right="125" w:firstLine="180"/>
      </w:pPr>
      <w:r w:rsidRPr="00E85698">
        <w:t>Сочетание разных функционально-смысловых типов речи в тексте, в том числе сочетание элементов</w:t>
      </w:r>
      <w:r w:rsidRPr="00E85698">
        <w:rPr>
          <w:spacing w:val="-58"/>
        </w:rPr>
        <w:t xml:space="preserve"> </w:t>
      </w:r>
      <w:r w:rsidRPr="00E85698">
        <w:t>разных</w:t>
      </w:r>
      <w:r w:rsidRPr="00E85698">
        <w:rPr>
          <w:spacing w:val="-1"/>
        </w:rPr>
        <w:t xml:space="preserve"> </w:t>
      </w:r>
      <w:r w:rsidRPr="00E85698">
        <w:t>функциональных</w:t>
      </w:r>
      <w:r w:rsidRPr="00E85698">
        <w:rPr>
          <w:spacing w:val="-1"/>
        </w:rPr>
        <w:t xml:space="preserve"> </w:t>
      </w:r>
      <w:r w:rsidRPr="00E85698">
        <w:t>разновидностей</w:t>
      </w:r>
      <w:r w:rsidRPr="00E85698">
        <w:rPr>
          <w:spacing w:val="-1"/>
        </w:rPr>
        <w:t xml:space="preserve"> </w:t>
      </w:r>
      <w:r w:rsidRPr="00E85698">
        <w:t>языка в</w:t>
      </w:r>
      <w:r w:rsidRPr="00E85698">
        <w:rPr>
          <w:spacing w:val="-2"/>
        </w:rPr>
        <w:t xml:space="preserve"> </w:t>
      </w:r>
      <w:r w:rsidRPr="00E85698">
        <w:t>художественном</w:t>
      </w:r>
      <w:r w:rsidRPr="00E85698">
        <w:rPr>
          <w:spacing w:val="-1"/>
        </w:rPr>
        <w:t xml:space="preserve"> </w:t>
      </w:r>
      <w:r w:rsidRPr="00E85698">
        <w:t>произведении.</w:t>
      </w:r>
    </w:p>
    <w:p w:rsidR="00624C8A" w:rsidRPr="00E85698" w:rsidRDefault="00CB6516">
      <w:pPr>
        <w:pStyle w:val="a5"/>
        <w:spacing w:line="292" w:lineRule="auto"/>
        <w:ind w:firstLine="180"/>
      </w:pPr>
      <w:r w:rsidRPr="00E85698">
        <w:t>Особенности</w:t>
      </w:r>
      <w:r w:rsidRPr="00E85698">
        <w:rPr>
          <w:spacing w:val="-5"/>
        </w:rPr>
        <w:t xml:space="preserve"> </w:t>
      </w:r>
      <w:r w:rsidRPr="00E85698">
        <w:t>употребления</w:t>
      </w:r>
      <w:r w:rsidRPr="00E85698">
        <w:rPr>
          <w:spacing w:val="-6"/>
        </w:rPr>
        <w:t xml:space="preserve"> </w:t>
      </w:r>
      <w:r w:rsidRPr="00E85698">
        <w:t>языковых</w:t>
      </w:r>
      <w:r w:rsidRPr="00E85698">
        <w:rPr>
          <w:spacing w:val="-5"/>
        </w:rPr>
        <w:t xml:space="preserve"> </w:t>
      </w:r>
      <w:r w:rsidRPr="00E85698">
        <w:t>средств</w:t>
      </w:r>
      <w:r w:rsidRPr="00E85698">
        <w:rPr>
          <w:spacing w:val="-6"/>
        </w:rPr>
        <w:t xml:space="preserve"> </w:t>
      </w:r>
      <w:r w:rsidRPr="00E85698">
        <w:t>выразительности</w:t>
      </w:r>
      <w:r w:rsidRPr="00E85698">
        <w:rPr>
          <w:spacing w:val="-4"/>
        </w:rPr>
        <w:t xml:space="preserve"> </w:t>
      </w:r>
      <w:r w:rsidRPr="00E85698">
        <w:t>в</w:t>
      </w:r>
      <w:r w:rsidRPr="00E85698">
        <w:rPr>
          <w:spacing w:val="-6"/>
        </w:rPr>
        <w:t xml:space="preserve"> </w:t>
      </w:r>
      <w:r w:rsidRPr="00E85698">
        <w:t>текстах,</w:t>
      </w:r>
      <w:r w:rsidRPr="00E85698">
        <w:rPr>
          <w:spacing w:val="-5"/>
        </w:rPr>
        <w:t xml:space="preserve"> </w:t>
      </w:r>
      <w:r w:rsidRPr="00E85698">
        <w:t>принадлежащих</w:t>
      </w:r>
      <w:r w:rsidRPr="00E85698">
        <w:rPr>
          <w:spacing w:val="-5"/>
        </w:rPr>
        <w:t xml:space="preserve"> </w:t>
      </w:r>
      <w:r w:rsidRPr="00E85698">
        <w:t>к</w:t>
      </w:r>
      <w:r w:rsidRPr="00E85698">
        <w:rPr>
          <w:spacing w:val="-57"/>
        </w:rPr>
        <w:t xml:space="preserve"> </w:t>
      </w:r>
      <w:r w:rsidRPr="00E85698">
        <w:t>различным</w:t>
      </w:r>
      <w:r w:rsidRPr="00E85698">
        <w:rPr>
          <w:spacing w:val="-1"/>
        </w:rPr>
        <w:t xml:space="preserve"> </w:t>
      </w:r>
      <w:r w:rsidRPr="00E85698">
        <w:t>функционально-смысловым типам речи.</w:t>
      </w:r>
    </w:p>
    <w:p w:rsidR="00624C8A" w:rsidRPr="00E85698" w:rsidRDefault="00CB6516">
      <w:pPr>
        <w:pStyle w:val="a5"/>
        <w:spacing w:line="292" w:lineRule="auto"/>
        <w:ind w:left="286" w:right="6483"/>
      </w:pPr>
      <w:r w:rsidRPr="00E85698">
        <w:t>Информационная переработка текста.</w:t>
      </w:r>
      <w:r w:rsidRPr="00E85698">
        <w:rPr>
          <w:spacing w:val="1"/>
        </w:rPr>
        <w:t xml:space="preserve"> </w:t>
      </w:r>
      <w:r w:rsidRPr="00E85698">
        <w:t>Функциональные</w:t>
      </w:r>
      <w:r w:rsidRPr="00E85698">
        <w:rPr>
          <w:spacing w:val="-7"/>
        </w:rPr>
        <w:t xml:space="preserve"> </w:t>
      </w:r>
      <w:r w:rsidRPr="00E85698">
        <w:t>разновидности</w:t>
      </w:r>
      <w:r w:rsidRPr="00E85698">
        <w:rPr>
          <w:spacing w:val="-6"/>
        </w:rPr>
        <w:t xml:space="preserve"> </w:t>
      </w:r>
      <w:r w:rsidRPr="00E85698">
        <w:t>языка</w:t>
      </w:r>
    </w:p>
    <w:p w:rsidR="00624C8A" w:rsidRPr="00E85698" w:rsidRDefault="00CB6516">
      <w:pPr>
        <w:pStyle w:val="a5"/>
        <w:spacing w:line="292" w:lineRule="auto"/>
        <w:ind w:right="256" w:firstLine="180"/>
      </w:pPr>
      <w:r w:rsidRPr="00E85698">
        <w:t>Функциональные разновидности современного русского языка: разговорная речь; функциональные</w:t>
      </w:r>
      <w:r w:rsidRPr="00E85698">
        <w:rPr>
          <w:spacing w:val="-58"/>
        </w:rPr>
        <w:t xml:space="preserve"> </w:t>
      </w:r>
      <w:r w:rsidRPr="00E85698">
        <w:t>стили: научный (научно-учебный), публицистический, официально-деловой; язык художественной</w:t>
      </w:r>
      <w:r w:rsidRPr="00E85698">
        <w:rPr>
          <w:spacing w:val="1"/>
        </w:rPr>
        <w:t xml:space="preserve"> </w:t>
      </w:r>
      <w:r w:rsidRPr="00E85698">
        <w:t>литературы</w:t>
      </w:r>
      <w:r w:rsidRPr="00E85698">
        <w:rPr>
          <w:spacing w:val="-1"/>
        </w:rPr>
        <w:t xml:space="preserve"> </w:t>
      </w:r>
      <w:r w:rsidRPr="00E85698">
        <w:t>(повторение, обобщение).</w:t>
      </w:r>
    </w:p>
    <w:p w:rsidR="00624C8A" w:rsidRPr="00E85698" w:rsidRDefault="00CB6516">
      <w:pPr>
        <w:pStyle w:val="a5"/>
        <w:spacing w:line="292" w:lineRule="auto"/>
        <w:ind w:right="196" w:firstLine="180"/>
      </w:pPr>
      <w:r w:rsidRPr="00E85698">
        <w:t>Научный стиль. Сфера употребления, функции, типичные ситуации речевого общения, задачи речи,</w:t>
      </w:r>
      <w:r w:rsidRPr="00E85698">
        <w:rPr>
          <w:spacing w:val="-58"/>
        </w:rPr>
        <w:t xml:space="preserve"> </w:t>
      </w:r>
      <w:r w:rsidRPr="00E85698">
        <w:t>языковые</w:t>
      </w:r>
      <w:r w:rsidRPr="00E85698">
        <w:rPr>
          <w:spacing w:val="-2"/>
        </w:rPr>
        <w:t xml:space="preserve"> </w:t>
      </w:r>
      <w:r w:rsidRPr="00E85698">
        <w:t>средства,</w:t>
      </w:r>
      <w:r w:rsidRPr="00E85698">
        <w:rPr>
          <w:spacing w:val="-1"/>
        </w:rPr>
        <w:t xml:space="preserve"> </w:t>
      </w:r>
      <w:r w:rsidRPr="00E85698">
        <w:t>характерные</w:t>
      </w:r>
      <w:r w:rsidRPr="00E85698">
        <w:rPr>
          <w:spacing w:val="-2"/>
        </w:rPr>
        <w:t xml:space="preserve"> </w:t>
      </w:r>
      <w:r w:rsidRPr="00E85698">
        <w:t>для</w:t>
      </w:r>
      <w:r w:rsidRPr="00E85698">
        <w:rPr>
          <w:spacing w:val="-2"/>
        </w:rPr>
        <w:t xml:space="preserve"> </w:t>
      </w:r>
      <w:r w:rsidRPr="00E85698">
        <w:t>научного</w:t>
      </w:r>
      <w:r w:rsidRPr="00E85698">
        <w:rPr>
          <w:spacing w:val="-2"/>
        </w:rPr>
        <w:t xml:space="preserve"> </w:t>
      </w:r>
      <w:r w:rsidRPr="00E85698">
        <w:t>стиля.</w:t>
      </w:r>
      <w:r w:rsidRPr="00E85698">
        <w:rPr>
          <w:spacing w:val="-1"/>
        </w:rPr>
        <w:t xml:space="preserve"> </w:t>
      </w:r>
      <w:r w:rsidRPr="00E85698">
        <w:t>Тезисы,</w:t>
      </w:r>
      <w:r w:rsidRPr="00E85698">
        <w:rPr>
          <w:spacing w:val="-2"/>
        </w:rPr>
        <w:t xml:space="preserve"> </w:t>
      </w:r>
      <w:r w:rsidRPr="00E85698">
        <w:t>конспект,</w:t>
      </w:r>
      <w:r w:rsidRPr="00E85698">
        <w:rPr>
          <w:spacing w:val="-1"/>
        </w:rPr>
        <w:t xml:space="preserve"> </w:t>
      </w:r>
      <w:r w:rsidRPr="00E85698">
        <w:t>реферат,</w:t>
      </w:r>
      <w:r w:rsidRPr="00E85698">
        <w:rPr>
          <w:spacing w:val="-2"/>
        </w:rPr>
        <w:t xml:space="preserve"> </w:t>
      </w:r>
      <w:r w:rsidRPr="00E85698">
        <w:t>рецензия.</w:t>
      </w:r>
    </w:p>
    <w:p w:rsidR="00624C8A" w:rsidRPr="00E85698" w:rsidRDefault="00CB6516">
      <w:pPr>
        <w:pStyle w:val="a5"/>
        <w:spacing w:line="292" w:lineRule="auto"/>
        <w:ind w:right="322" w:firstLine="180"/>
      </w:pPr>
      <w:r w:rsidRPr="00E85698">
        <w:t>Язык художественной литературы и его отличие от других разновидностей современного русского</w:t>
      </w:r>
      <w:r w:rsidRPr="00E85698">
        <w:rPr>
          <w:spacing w:val="-57"/>
        </w:rPr>
        <w:t xml:space="preserve"> </w:t>
      </w:r>
      <w:r w:rsidRPr="00E85698">
        <w:t>языка. Основные признаки художественной речи: образность, широкое использование</w:t>
      </w:r>
      <w:r w:rsidRPr="00E85698">
        <w:rPr>
          <w:spacing w:val="1"/>
        </w:rPr>
        <w:t xml:space="preserve"> </w:t>
      </w:r>
      <w:r w:rsidRPr="00E85698">
        <w:t>изобразительно-выразительных средств, а также языковых средств других функциональных</w:t>
      </w:r>
      <w:r w:rsidRPr="00E85698">
        <w:rPr>
          <w:spacing w:val="1"/>
        </w:rPr>
        <w:t xml:space="preserve"> </w:t>
      </w:r>
      <w:r w:rsidRPr="00E85698">
        <w:t>разновидностей</w:t>
      </w:r>
      <w:r w:rsidRPr="00E85698">
        <w:rPr>
          <w:spacing w:val="-1"/>
        </w:rPr>
        <w:t xml:space="preserve"> </w:t>
      </w:r>
      <w:r w:rsidRPr="00E85698">
        <w:t>языка.</w:t>
      </w:r>
    </w:p>
    <w:p w:rsidR="00624C8A" w:rsidRPr="00E85698" w:rsidRDefault="00CB6516">
      <w:pPr>
        <w:pStyle w:val="a5"/>
        <w:spacing w:line="292" w:lineRule="auto"/>
        <w:ind w:firstLine="180"/>
      </w:pPr>
      <w:r w:rsidRPr="00E85698">
        <w:t>Основные</w:t>
      </w:r>
      <w:r w:rsidRPr="00E85698">
        <w:rPr>
          <w:spacing w:val="-5"/>
        </w:rPr>
        <w:t xml:space="preserve"> </w:t>
      </w:r>
      <w:r w:rsidRPr="00E85698">
        <w:t>изобразительно-выразительные</w:t>
      </w:r>
      <w:r w:rsidRPr="00E85698">
        <w:rPr>
          <w:spacing w:val="-5"/>
        </w:rPr>
        <w:t xml:space="preserve"> </w:t>
      </w:r>
      <w:r w:rsidRPr="00E85698">
        <w:t>средства</w:t>
      </w:r>
      <w:r w:rsidRPr="00E85698">
        <w:rPr>
          <w:spacing w:val="-4"/>
        </w:rPr>
        <w:t xml:space="preserve"> </w:t>
      </w:r>
      <w:r w:rsidRPr="00E85698">
        <w:t>русского</w:t>
      </w:r>
      <w:r w:rsidRPr="00E85698">
        <w:rPr>
          <w:spacing w:val="-5"/>
        </w:rPr>
        <w:t xml:space="preserve"> </w:t>
      </w:r>
      <w:r w:rsidRPr="00E85698">
        <w:t>языка,</w:t>
      </w:r>
      <w:r w:rsidRPr="00E85698">
        <w:rPr>
          <w:spacing w:val="-4"/>
        </w:rPr>
        <w:t xml:space="preserve"> </w:t>
      </w:r>
      <w:r w:rsidRPr="00E85698">
        <w:t>их</w:t>
      </w:r>
      <w:r w:rsidRPr="00E85698">
        <w:rPr>
          <w:spacing w:val="-5"/>
        </w:rPr>
        <w:t xml:space="preserve"> </w:t>
      </w:r>
      <w:r w:rsidRPr="00E85698">
        <w:t>использование</w:t>
      </w:r>
      <w:r w:rsidRPr="00E85698">
        <w:rPr>
          <w:spacing w:val="-5"/>
        </w:rPr>
        <w:t xml:space="preserve"> </w:t>
      </w:r>
      <w:r w:rsidRPr="00E85698">
        <w:t>в</w:t>
      </w:r>
      <w:r w:rsidRPr="00E85698">
        <w:rPr>
          <w:spacing w:val="-5"/>
        </w:rPr>
        <w:t xml:space="preserve"> </w:t>
      </w:r>
      <w:r w:rsidRPr="00E85698">
        <w:t>речи</w:t>
      </w:r>
      <w:r w:rsidRPr="00E85698">
        <w:rPr>
          <w:spacing w:val="-57"/>
        </w:rPr>
        <w:t xml:space="preserve"> </w:t>
      </w:r>
      <w:r w:rsidRPr="00E85698">
        <w:t>(метафора,</w:t>
      </w:r>
      <w:r w:rsidRPr="00E85698">
        <w:rPr>
          <w:spacing w:val="-1"/>
        </w:rPr>
        <w:t xml:space="preserve"> </w:t>
      </w:r>
      <w:r w:rsidRPr="00E85698">
        <w:t>эпитет, сравнение,</w:t>
      </w:r>
      <w:r w:rsidRPr="00E85698">
        <w:rPr>
          <w:spacing w:val="-1"/>
        </w:rPr>
        <w:t xml:space="preserve"> </w:t>
      </w:r>
      <w:r w:rsidRPr="00E85698">
        <w:t>гипербола, олицетворение</w:t>
      </w:r>
      <w:r w:rsidRPr="00E85698">
        <w:rPr>
          <w:spacing w:val="-1"/>
        </w:rPr>
        <w:t xml:space="preserve"> </w:t>
      </w:r>
      <w:r w:rsidRPr="00E85698">
        <w:t>и др.).</w:t>
      </w:r>
    </w:p>
    <w:p w:rsidR="00624C8A" w:rsidRPr="00E85698" w:rsidRDefault="00CB6516">
      <w:pPr>
        <w:pStyle w:val="11"/>
        <w:spacing w:before="110" w:line="292" w:lineRule="auto"/>
        <w:ind w:right="5821"/>
      </w:pPr>
      <w:r w:rsidRPr="00E85698">
        <w:t>Синтаксис.</w:t>
      </w:r>
      <w:r w:rsidRPr="00E85698">
        <w:rPr>
          <w:spacing w:val="-7"/>
        </w:rPr>
        <w:t xml:space="preserve"> </w:t>
      </w:r>
      <w:r w:rsidRPr="00E85698">
        <w:t>Культура</w:t>
      </w:r>
      <w:r w:rsidRPr="00E85698">
        <w:rPr>
          <w:spacing w:val="-7"/>
        </w:rPr>
        <w:t xml:space="preserve"> </w:t>
      </w:r>
      <w:r w:rsidRPr="00E85698">
        <w:t>речи.</w:t>
      </w:r>
      <w:r w:rsidRPr="00E85698">
        <w:rPr>
          <w:spacing w:val="-7"/>
        </w:rPr>
        <w:t xml:space="preserve"> </w:t>
      </w:r>
      <w:r w:rsidRPr="00E85698">
        <w:t>Пунктуация</w:t>
      </w:r>
      <w:r w:rsidRPr="00E85698">
        <w:rPr>
          <w:spacing w:val="-57"/>
        </w:rPr>
        <w:t xml:space="preserve"> </w:t>
      </w:r>
      <w:r w:rsidRPr="00E85698">
        <w:t>Сложное</w:t>
      </w:r>
      <w:r w:rsidRPr="00E85698">
        <w:rPr>
          <w:spacing w:val="-1"/>
        </w:rPr>
        <w:t xml:space="preserve"> </w:t>
      </w:r>
      <w:r w:rsidRPr="00E85698">
        <w:t>предложение</w:t>
      </w:r>
    </w:p>
    <w:p w:rsidR="00624C8A" w:rsidRPr="00E85698" w:rsidRDefault="00CB6516">
      <w:pPr>
        <w:pStyle w:val="a5"/>
        <w:spacing w:line="292" w:lineRule="auto"/>
        <w:ind w:left="286" w:right="5578"/>
      </w:pPr>
      <w:r w:rsidRPr="00E85698">
        <w:t>Понятие о сложном предложении (повторение).</w:t>
      </w:r>
      <w:r w:rsidRPr="00E85698">
        <w:rPr>
          <w:spacing w:val="-58"/>
        </w:rPr>
        <w:t xml:space="preserve"> </w:t>
      </w:r>
      <w:r w:rsidRPr="00E85698">
        <w:t>Классификация</w:t>
      </w:r>
      <w:r w:rsidRPr="00E85698">
        <w:rPr>
          <w:spacing w:val="-2"/>
        </w:rPr>
        <w:t xml:space="preserve"> </w:t>
      </w:r>
      <w:r w:rsidRPr="00E85698">
        <w:t>сложных</w:t>
      </w:r>
      <w:r w:rsidRPr="00E85698">
        <w:rPr>
          <w:spacing w:val="-1"/>
        </w:rPr>
        <w:t xml:space="preserve"> </w:t>
      </w:r>
      <w:r w:rsidRPr="00E85698">
        <w:t>предложений.</w:t>
      </w:r>
    </w:p>
    <w:p w:rsidR="00624C8A" w:rsidRPr="00E85698" w:rsidRDefault="00CB6516">
      <w:pPr>
        <w:pStyle w:val="a5"/>
        <w:spacing w:line="275" w:lineRule="exact"/>
        <w:ind w:left="286"/>
      </w:pPr>
      <w:r w:rsidRPr="00E85698">
        <w:t>Смысловое,</w:t>
      </w:r>
      <w:r w:rsidRPr="00E85698">
        <w:rPr>
          <w:spacing w:val="-4"/>
        </w:rPr>
        <w:t xml:space="preserve"> </w:t>
      </w:r>
      <w:r w:rsidRPr="00E85698">
        <w:t>структурное</w:t>
      </w:r>
      <w:r w:rsidRPr="00E85698">
        <w:rPr>
          <w:spacing w:val="-4"/>
        </w:rPr>
        <w:t xml:space="preserve"> </w:t>
      </w:r>
      <w:r w:rsidRPr="00E85698">
        <w:t>и</w:t>
      </w:r>
      <w:r w:rsidRPr="00E85698">
        <w:rPr>
          <w:spacing w:val="-3"/>
        </w:rPr>
        <w:t xml:space="preserve"> </w:t>
      </w:r>
      <w:r w:rsidRPr="00E85698">
        <w:t>интонационное</w:t>
      </w:r>
      <w:r w:rsidRPr="00E85698">
        <w:rPr>
          <w:spacing w:val="-4"/>
        </w:rPr>
        <w:t xml:space="preserve"> </w:t>
      </w:r>
      <w:r w:rsidRPr="00E85698">
        <w:t>единство</w:t>
      </w:r>
      <w:r w:rsidRPr="00E85698">
        <w:rPr>
          <w:spacing w:val="-3"/>
        </w:rPr>
        <w:t xml:space="preserve"> </w:t>
      </w:r>
      <w:r w:rsidRPr="00E85698">
        <w:t>частей</w:t>
      </w:r>
      <w:r w:rsidRPr="00E85698">
        <w:rPr>
          <w:spacing w:val="-4"/>
        </w:rPr>
        <w:t xml:space="preserve"> </w:t>
      </w:r>
      <w:r w:rsidRPr="00E85698">
        <w:t>сложного</w:t>
      </w:r>
      <w:r w:rsidRPr="00E85698">
        <w:rPr>
          <w:spacing w:val="-4"/>
        </w:rPr>
        <w:t xml:space="preserve"> </w:t>
      </w:r>
      <w:r w:rsidRPr="00E85698">
        <w:t>предложения.</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11"/>
        <w:spacing w:before="66"/>
      </w:pPr>
      <w:r w:rsidRPr="00E85698">
        <w:lastRenderedPageBreak/>
        <w:t>Сложносочинённое</w:t>
      </w:r>
      <w:r w:rsidRPr="00E85698">
        <w:rPr>
          <w:spacing w:val="-9"/>
        </w:rPr>
        <w:t xml:space="preserve"> </w:t>
      </w:r>
      <w:r w:rsidRPr="00E85698">
        <w:t>предложение</w:t>
      </w:r>
    </w:p>
    <w:p w:rsidR="00624C8A" w:rsidRPr="00E85698" w:rsidRDefault="00CB6516">
      <w:pPr>
        <w:pStyle w:val="a5"/>
        <w:spacing w:before="60"/>
        <w:ind w:left="286"/>
      </w:pPr>
      <w:r w:rsidRPr="00E85698">
        <w:t>Понятие</w:t>
      </w:r>
      <w:r w:rsidRPr="00E85698">
        <w:rPr>
          <w:spacing w:val="-3"/>
        </w:rPr>
        <w:t xml:space="preserve"> </w:t>
      </w:r>
      <w:r w:rsidRPr="00E85698">
        <w:t>о</w:t>
      </w:r>
      <w:r w:rsidRPr="00E85698">
        <w:rPr>
          <w:spacing w:val="-3"/>
        </w:rPr>
        <w:t xml:space="preserve"> </w:t>
      </w:r>
      <w:r w:rsidRPr="00E85698">
        <w:t>сложносочинённом</w:t>
      </w:r>
      <w:r w:rsidRPr="00E85698">
        <w:rPr>
          <w:spacing w:val="-3"/>
        </w:rPr>
        <w:t xml:space="preserve"> </w:t>
      </w:r>
      <w:r w:rsidRPr="00E85698">
        <w:t>предложении,</w:t>
      </w:r>
      <w:r w:rsidRPr="00E85698">
        <w:rPr>
          <w:spacing w:val="-3"/>
        </w:rPr>
        <w:t xml:space="preserve"> </w:t>
      </w:r>
      <w:r w:rsidRPr="00E85698">
        <w:t>его</w:t>
      </w:r>
      <w:r w:rsidRPr="00E85698">
        <w:rPr>
          <w:spacing w:val="-3"/>
        </w:rPr>
        <w:t xml:space="preserve"> </w:t>
      </w:r>
      <w:r w:rsidRPr="00E85698">
        <w:t>строении.</w:t>
      </w:r>
    </w:p>
    <w:p w:rsidR="00624C8A" w:rsidRPr="00E85698" w:rsidRDefault="00CB6516">
      <w:pPr>
        <w:pStyle w:val="a5"/>
        <w:spacing w:before="60"/>
        <w:ind w:left="286"/>
      </w:pPr>
      <w:r w:rsidRPr="00E85698">
        <w:t>Виды</w:t>
      </w:r>
      <w:r w:rsidRPr="00E85698">
        <w:rPr>
          <w:spacing w:val="-5"/>
        </w:rPr>
        <w:t xml:space="preserve"> </w:t>
      </w:r>
      <w:r w:rsidRPr="00E85698">
        <w:t>сложносочинённых</w:t>
      </w:r>
      <w:r w:rsidRPr="00E85698">
        <w:rPr>
          <w:spacing w:val="-5"/>
        </w:rPr>
        <w:t xml:space="preserve"> </w:t>
      </w:r>
      <w:r w:rsidRPr="00E85698">
        <w:t>предложений.</w:t>
      </w:r>
      <w:r w:rsidRPr="00E85698">
        <w:rPr>
          <w:spacing w:val="-5"/>
        </w:rPr>
        <w:t xml:space="preserve"> </w:t>
      </w:r>
      <w:r w:rsidRPr="00E85698">
        <w:t>Средства</w:t>
      </w:r>
      <w:r w:rsidRPr="00E85698">
        <w:rPr>
          <w:spacing w:val="-5"/>
        </w:rPr>
        <w:t xml:space="preserve"> </w:t>
      </w:r>
      <w:r w:rsidRPr="00E85698">
        <w:t>связи</w:t>
      </w:r>
      <w:r w:rsidRPr="00E85698">
        <w:rPr>
          <w:spacing w:val="-4"/>
        </w:rPr>
        <w:t xml:space="preserve"> </w:t>
      </w:r>
      <w:r w:rsidRPr="00E85698">
        <w:t>частей</w:t>
      </w:r>
      <w:r w:rsidRPr="00E85698">
        <w:rPr>
          <w:spacing w:val="-5"/>
        </w:rPr>
        <w:t xml:space="preserve"> </w:t>
      </w:r>
      <w:r w:rsidRPr="00E85698">
        <w:t>сложносочинённого</w:t>
      </w:r>
      <w:r w:rsidRPr="00E85698">
        <w:rPr>
          <w:spacing w:val="-5"/>
        </w:rPr>
        <w:t xml:space="preserve"> </w:t>
      </w:r>
      <w:r w:rsidRPr="00E85698">
        <w:t>предложения.</w:t>
      </w:r>
    </w:p>
    <w:p w:rsidR="00624C8A" w:rsidRPr="00E85698" w:rsidRDefault="00CB6516">
      <w:pPr>
        <w:pStyle w:val="a5"/>
        <w:spacing w:before="60" w:line="292" w:lineRule="auto"/>
        <w:ind w:right="1476" w:firstLine="180"/>
      </w:pPr>
      <w:r w:rsidRPr="00E85698">
        <w:t>Интонационные особенности сложносочинённых предложений с разными смысловыми</w:t>
      </w:r>
      <w:r w:rsidRPr="00E85698">
        <w:rPr>
          <w:spacing w:val="-57"/>
        </w:rPr>
        <w:t xml:space="preserve"> </w:t>
      </w:r>
      <w:r w:rsidRPr="00E85698">
        <w:t>отношениями</w:t>
      </w:r>
      <w:r w:rsidRPr="00E85698">
        <w:rPr>
          <w:spacing w:val="-1"/>
        </w:rPr>
        <w:t xml:space="preserve"> </w:t>
      </w:r>
      <w:r w:rsidRPr="00E85698">
        <w:t>между частями.</w:t>
      </w:r>
    </w:p>
    <w:p w:rsidR="00624C8A" w:rsidRPr="00E85698" w:rsidRDefault="00CB6516">
      <w:pPr>
        <w:pStyle w:val="a5"/>
        <w:spacing w:line="292" w:lineRule="auto"/>
        <w:ind w:right="1832" w:firstLine="180"/>
      </w:pPr>
      <w:r w:rsidRPr="00E85698">
        <w:t>Употребление сложносочинённых предложений в речи. Грамматическая синонимия</w:t>
      </w:r>
      <w:r w:rsidRPr="00E85698">
        <w:rPr>
          <w:spacing w:val="-58"/>
        </w:rPr>
        <w:t xml:space="preserve"> </w:t>
      </w:r>
      <w:r w:rsidRPr="00E85698">
        <w:t>сложносочинённых</w:t>
      </w:r>
      <w:r w:rsidRPr="00E85698">
        <w:rPr>
          <w:spacing w:val="-3"/>
        </w:rPr>
        <w:t xml:space="preserve"> </w:t>
      </w:r>
      <w:r w:rsidRPr="00E85698">
        <w:t>предложений</w:t>
      </w:r>
      <w:r w:rsidRPr="00E85698">
        <w:rPr>
          <w:spacing w:val="-2"/>
        </w:rPr>
        <w:t xml:space="preserve"> </w:t>
      </w:r>
      <w:r w:rsidRPr="00E85698">
        <w:t>и</w:t>
      </w:r>
      <w:r w:rsidRPr="00E85698">
        <w:rPr>
          <w:spacing w:val="-2"/>
        </w:rPr>
        <w:t xml:space="preserve"> </w:t>
      </w:r>
      <w:r w:rsidRPr="00E85698">
        <w:t>простых</w:t>
      </w:r>
      <w:r w:rsidRPr="00E85698">
        <w:rPr>
          <w:spacing w:val="-2"/>
        </w:rPr>
        <w:t xml:space="preserve"> </w:t>
      </w:r>
      <w:r w:rsidRPr="00E85698">
        <w:t>предложений</w:t>
      </w:r>
      <w:r w:rsidRPr="00E85698">
        <w:rPr>
          <w:spacing w:val="-2"/>
        </w:rPr>
        <w:t xml:space="preserve"> </w:t>
      </w:r>
      <w:r w:rsidRPr="00E85698">
        <w:t>с</w:t>
      </w:r>
      <w:r w:rsidRPr="00E85698">
        <w:rPr>
          <w:spacing w:val="-2"/>
        </w:rPr>
        <w:t xml:space="preserve"> </w:t>
      </w:r>
      <w:r w:rsidRPr="00E85698">
        <w:t>однородными</w:t>
      </w:r>
      <w:r w:rsidRPr="00E85698">
        <w:rPr>
          <w:spacing w:val="-3"/>
        </w:rPr>
        <w:t xml:space="preserve"> </w:t>
      </w:r>
      <w:r w:rsidRPr="00E85698">
        <w:t>членами.</w:t>
      </w:r>
    </w:p>
    <w:p w:rsidR="00624C8A" w:rsidRPr="00E85698" w:rsidRDefault="00CB6516">
      <w:pPr>
        <w:pStyle w:val="a5"/>
        <w:spacing w:line="292" w:lineRule="auto"/>
        <w:ind w:right="762" w:firstLine="180"/>
      </w:pPr>
      <w:r w:rsidRPr="00E85698">
        <w:t>Нормы построения сложносочинённого предложения; нормы постановки знаков препинания в</w:t>
      </w:r>
      <w:r w:rsidRPr="00E85698">
        <w:rPr>
          <w:spacing w:val="-57"/>
        </w:rPr>
        <w:t xml:space="preserve"> </w:t>
      </w:r>
      <w:r w:rsidRPr="00E85698">
        <w:t>сложных</w:t>
      </w:r>
      <w:r w:rsidRPr="00E85698">
        <w:rPr>
          <w:spacing w:val="-1"/>
        </w:rPr>
        <w:t xml:space="preserve"> </w:t>
      </w:r>
      <w:r w:rsidRPr="00E85698">
        <w:t>предложениях (обобщение).</w:t>
      </w:r>
    </w:p>
    <w:p w:rsidR="00624C8A" w:rsidRPr="00E85698" w:rsidRDefault="00CB6516">
      <w:pPr>
        <w:pStyle w:val="a5"/>
        <w:spacing w:line="275" w:lineRule="exact"/>
        <w:ind w:left="286"/>
      </w:pPr>
      <w:r w:rsidRPr="00E85698">
        <w:t>Синтаксический</w:t>
      </w:r>
      <w:r w:rsidRPr="00E85698">
        <w:rPr>
          <w:spacing w:val="-5"/>
        </w:rPr>
        <w:t xml:space="preserve"> </w:t>
      </w:r>
      <w:r w:rsidRPr="00E85698">
        <w:t>и</w:t>
      </w:r>
      <w:r w:rsidRPr="00E85698">
        <w:rPr>
          <w:spacing w:val="-4"/>
        </w:rPr>
        <w:t xml:space="preserve"> </w:t>
      </w:r>
      <w:r w:rsidRPr="00E85698">
        <w:t>пунктуационный</w:t>
      </w:r>
      <w:r w:rsidRPr="00E85698">
        <w:rPr>
          <w:spacing w:val="-4"/>
        </w:rPr>
        <w:t xml:space="preserve"> </w:t>
      </w:r>
      <w:r w:rsidRPr="00E85698">
        <w:t>анализ</w:t>
      </w:r>
      <w:r w:rsidRPr="00E85698">
        <w:rPr>
          <w:spacing w:val="-5"/>
        </w:rPr>
        <w:t xml:space="preserve"> </w:t>
      </w:r>
      <w:r w:rsidRPr="00E85698">
        <w:t>сложносочинённых</w:t>
      </w:r>
      <w:r w:rsidRPr="00E85698">
        <w:rPr>
          <w:spacing w:val="-4"/>
        </w:rPr>
        <w:t xml:space="preserve"> </w:t>
      </w:r>
      <w:r w:rsidRPr="00E85698">
        <w:t>предложений.</w:t>
      </w:r>
    </w:p>
    <w:p w:rsidR="00624C8A" w:rsidRPr="00E85698" w:rsidRDefault="00CB6516">
      <w:pPr>
        <w:pStyle w:val="11"/>
        <w:spacing w:before="58"/>
      </w:pPr>
      <w:r w:rsidRPr="00E85698">
        <w:t>Сложноподчинённое</w:t>
      </w:r>
      <w:r w:rsidRPr="00E85698">
        <w:rPr>
          <w:spacing w:val="-9"/>
        </w:rPr>
        <w:t xml:space="preserve"> </w:t>
      </w:r>
      <w:r w:rsidRPr="00E85698">
        <w:t>предложение</w:t>
      </w:r>
    </w:p>
    <w:p w:rsidR="00624C8A" w:rsidRPr="00E85698" w:rsidRDefault="00CB6516">
      <w:pPr>
        <w:pStyle w:val="a5"/>
        <w:spacing w:before="60" w:line="292" w:lineRule="auto"/>
        <w:ind w:left="286" w:right="1211"/>
      </w:pPr>
      <w:r w:rsidRPr="00E85698">
        <w:t>Понятие о сложноподчинённом предложении. Главная и придаточная части предложения.</w:t>
      </w:r>
      <w:r w:rsidRPr="00E85698">
        <w:rPr>
          <w:spacing w:val="-58"/>
        </w:rPr>
        <w:t xml:space="preserve"> </w:t>
      </w:r>
      <w:r w:rsidRPr="00E85698">
        <w:t>Союзы</w:t>
      </w:r>
      <w:r w:rsidRPr="00E85698">
        <w:rPr>
          <w:spacing w:val="-1"/>
        </w:rPr>
        <w:t xml:space="preserve"> </w:t>
      </w:r>
      <w:r w:rsidRPr="00E85698">
        <w:t>и</w:t>
      </w:r>
      <w:r w:rsidRPr="00E85698">
        <w:rPr>
          <w:spacing w:val="-1"/>
        </w:rPr>
        <w:t xml:space="preserve"> </w:t>
      </w:r>
      <w:r w:rsidRPr="00E85698">
        <w:t>союзные</w:t>
      </w:r>
      <w:r w:rsidRPr="00E85698">
        <w:rPr>
          <w:spacing w:val="-1"/>
        </w:rPr>
        <w:t xml:space="preserve"> </w:t>
      </w:r>
      <w:r w:rsidRPr="00E85698">
        <w:t>слова.</w:t>
      </w:r>
      <w:r w:rsidRPr="00E85698">
        <w:rPr>
          <w:spacing w:val="-1"/>
        </w:rPr>
        <w:t xml:space="preserve"> </w:t>
      </w:r>
      <w:r w:rsidRPr="00E85698">
        <w:t>Различия</w:t>
      </w:r>
      <w:r w:rsidRPr="00E85698">
        <w:rPr>
          <w:spacing w:val="-2"/>
        </w:rPr>
        <w:t xml:space="preserve"> </w:t>
      </w:r>
      <w:r w:rsidRPr="00E85698">
        <w:t>подчинительных</w:t>
      </w:r>
      <w:r w:rsidRPr="00E85698">
        <w:rPr>
          <w:spacing w:val="-1"/>
        </w:rPr>
        <w:t xml:space="preserve"> </w:t>
      </w:r>
      <w:r w:rsidRPr="00E85698">
        <w:t>союзов</w:t>
      </w:r>
      <w:r w:rsidRPr="00E85698">
        <w:rPr>
          <w:spacing w:val="-2"/>
        </w:rPr>
        <w:t xml:space="preserve"> </w:t>
      </w:r>
      <w:r w:rsidRPr="00E85698">
        <w:t>и</w:t>
      </w:r>
      <w:r w:rsidRPr="00E85698">
        <w:rPr>
          <w:spacing w:val="-1"/>
        </w:rPr>
        <w:t xml:space="preserve"> </w:t>
      </w:r>
      <w:r w:rsidRPr="00E85698">
        <w:t>союзных</w:t>
      </w:r>
      <w:r w:rsidRPr="00E85698">
        <w:rPr>
          <w:spacing w:val="-1"/>
        </w:rPr>
        <w:t xml:space="preserve"> </w:t>
      </w:r>
      <w:r w:rsidRPr="00E85698">
        <w:t>слов.</w:t>
      </w:r>
    </w:p>
    <w:p w:rsidR="00624C8A" w:rsidRPr="00E85698" w:rsidRDefault="00CB6516">
      <w:pPr>
        <w:pStyle w:val="a5"/>
        <w:spacing w:line="292" w:lineRule="auto"/>
        <w:ind w:right="664" w:firstLine="180"/>
      </w:pPr>
      <w:r w:rsidRPr="00E85698">
        <w:t>Виды сложноподчинённых предложений по характеру смысловых отношений между главной и</w:t>
      </w:r>
      <w:r w:rsidRPr="00E85698">
        <w:rPr>
          <w:spacing w:val="-57"/>
        </w:rPr>
        <w:t xml:space="preserve"> </w:t>
      </w:r>
      <w:r w:rsidRPr="00E85698">
        <w:t>придаточной</w:t>
      </w:r>
      <w:r w:rsidRPr="00E85698">
        <w:rPr>
          <w:spacing w:val="-1"/>
        </w:rPr>
        <w:t xml:space="preserve"> </w:t>
      </w:r>
      <w:r w:rsidRPr="00E85698">
        <w:t>частями,</w:t>
      </w:r>
      <w:r w:rsidRPr="00E85698">
        <w:rPr>
          <w:spacing w:val="-1"/>
        </w:rPr>
        <w:t xml:space="preserve"> </w:t>
      </w:r>
      <w:r w:rsidRPr="00E85698">
        <w:t>структуре, синтаксическим</w:t>
      </w:r>
      <w:r w:rsidRPr="00E85698">
        <w:rPr>
          <w:spacing w:val="-1"/>
        </w:rPr>
        <w:t xml:space="preserve"> </w:t>
      </w:r>
      <w:r w:rsidRPr="00E85698">
        <w:t>средствам связи.</w:t>
      </w:r>
    </w:p>
    <w:p w:rsidR="00624C8A" w:rsidRPr="00E85698" w:rsidRDefault="00CB6516">
      <w:pPr>
        <w:pStyle w:val="a5"/>
        <w:spacing w:line="292" w:lineRule="auto"/>
        <w:ind w:right="1268" w:firstLine="180"/>
      </w:pPr>
      <w:r w:rsidRPr="00E85698">
        <w:t>Грамматическая синонимия сложноподчинённых предложений и простых предложений с</w:t>
      </w:r>
      <w:r w:rsidRPr="00E85698">
        <w:rPr>
          <w:spacing w:val="-57"/>
        </w:rPr>
        <w:t xml:space="preserve"> </w:t>
      </w:r>
      <w:r w:rsidRPr="00E85698">
        <w:t>обособленными</w:t>
      </w:r>
      <w:r w:rsidRPr="00E85698">
        <w:rPr>
          <w:spacing w:val="-1"/>
        </w:rPr>
        <w:t xml:space="preserve"> </w:t>
      </w:r>
      <w:r w:rsidRPr="00E85698">
        <w:t>членами.</w:t>
      </w:r>
    </w:p>
    <w:p w:rsidR="00624C8A" w:rsidRPr="00E85698" w:rsidRDefault="00CB6516">
      <w:pPr>
        <w:pStyle w:val="a5"/>
        <w:spacing w:line="292" w:lineRule="auto"/>
        <w:ind w:firstLine="180"/>
      </w:pPr>
      <w:r w:rsidRPr="00E85698">
        <w:t>Сложноподчинённые предложения с придаточными определительными. Сложноподчинённые</w:t>
      </w:r>
      <w:r w:rsidRPr="00E85698">
        <w:rPr>
          <w:spacing w:val="1"/>
        </w:rPr>
        <w:t xml:space="preserve"> </w:t>
      </w:r>
      <w:r w:rsidRPr="00E85698">
        <w:t>предложения с придаточными изъяснительными. Сложноподчинённые предложения</w:t>
      </w:r>
      <w:r w:rsidRPr="00E85698">
        <w:rPr>
          <w:spacing w:val="1"/>
        </w:rPr>
        <w:t xml:space="preserve"> </w:t>
      </w:r>
      <w:r w:rsidRPr="00E85698">
        <w:t>с придаточными</w:t>
      </w:r>
      <w:r w:rsidRPr="00E85698">
        <w:rPr>
          <w:spacing w:val="-58"/>
        </w:rPr>
        <w:t xml:space="preserve"> </w:t>
      </w:r>
      <w:r w:rsidRPr="00E85698">
        <w:t>обстоятельственными.</w:t>
      </w:r>
      <w:r w:rsidRPr="00E85698">
        <w:rPr>
          <w:spacing w:val="-2"/>
        </w:rPr>
        <w:t xml:space="preserve"> </w:t>
      </w:r>
      <w:r w:rsidRPr="00E85698">
        <w:t>Сложноподчинённые</w:t>
      </w:r>
      <w:r w:rsidRPr="00E85698">
        <w:rPr>
          <w:spacing w:val="-1"/>
        </w:rPr>
        <w:t xml:space="preserve"> </w:t>
      </w:r>
      <w:r w:rsidRPr="00E85698">
        <w:t>предложения</w:t>
      </w:r>
      <w:r w:rsidRPr="00E85698">
        <w:rPr>
          <w:spacing w:val="-2"/>
        </w:rPr>
        <w:t xml:space="preserve"> </w:t>
      </w:r>
      <w:r w:rsidRPr="00E85698">
        <w:t>с</w:t>
      </w:r>
      <w:r w:rsidRPr="00E85698">
        <w:rPr>
          <w:spacing w:val="-2"/>
        </w:rPr>
        <w:t xml:space="preserve"> </w:t>
      </w:r>
      <w:r w:rsidRPr="00E85698">
        <w:t>придаточными</w:t>
      </w:r>
      <w:r w:rsidRPr="00E85698">
        <w:rPr>
          <w:spacing w:val="-1"/>
        </w:rPr>
        <w:t xml:space="preserve"> </w:t>
      </w:r>
      <w:r w:rsidRPr="00E85698">
        <w:t>места,</w:t>
      </w:r>
      <w:r w:rsidRPr="00E85698">
        <w:rPr>
          <w:spacing w:val="-1"/>
        </w:rPr>
        <w:t xml:space="preserve"> </w:t>
      </w:r>
      <w:r w:rsidRPr="00E85698">
        <w:t>времени.</w:t>
      </w:r>
    </w:p>
    <w:p w:rsidR="00624C8A" w:rsidRPr="00E85698" w:rsidRDefault="00CB6516">
      <w:pPr>
        <w:pStyle w:val="a5"/>
        <w:spacing w:line="292" w:lineRule="auto"/>
        <w:ind w:right="157"/>
      </w:pPr>
      <w:r w:rsidRPr="00E85698">
        <w:t>Сложноподчинённые предложения с придаточными причины, цели и следствия. Сложноподчинённые</w:t>
      </w:r>
      <w:r w:rsidRPr="00E85698">
        <w:rPr>
          <w:spacing w:val="-58"/>
        </w:rPr>
        <w:t xml:space="preserve"> </w:t>
      </w:r>
      <w:r w:rsidRPr="00E85698">
        <w:t>предложения с придаточными условия, уступки. Сложноподчинённые предложения с придаточными</w:t>
      </w:r>
      <w:r w:rsidRPr="00E85698">
        <w:rPr>
          <w:spacing w:val="1"/>
        </w:rPr>
        <w:t xml:space="preserve"> </w:t>
      </w:r>
      <w:r w:rsidRPr="00E85698">
        <w:t>образа</w:t>
      </w:r>
      <w:r w:rsidRPr="00E85698">
        <w:rPr>
          <w:spacing w:val="-1"/>
        </w:rPr>
        <w:t xml:space="preserve"> </w:t>
      </w:r>
      <w:r w:rsidRPr="00E85698">
        <w:t>действия, меры и степени</w:t>
      </w:r>
      <w:r w:rsidRPr="00E85698">
        <w:rPr>
          <w:spacing w:val="-1"/>
        </w:rPr>
        <w:t xml:space="preserve"> </w:t>
      </w:r>
      <w:r w:rsidRPr="00E85698">
        <w:t>и сравнительными.</w:t>
      </w:r>
    </w:p>
    <w:p w:rsidR="00624C8A" w:rsidRPr="00E85698" w:rsidRDefault="00CB6516">
      <w:pPr>
        <w:pStyle w:val="a5"/>
        <w:spacing w:line="292" w:lineRule="auto"/>
        <w:ind w:right="492" w:firstLine="180"/>
      </w:pPr>
      <w:r w:rsidRPr="00E85698">
        <w:t>Нормы построения сложноподчинённого предложения; место придаточного определительного в</w:t>
      </w:r>
      <w:r w:rsidRPr="00E85698">
        <w:rPr>
          <w:spacing w:val="1"/>
        </w:rPr>
        <w:t xml:space="preserve"> </w:t>
      </w:r>
      <w:r w:rsidRPr="00E85698">
        <w:t>сложноподчинённом предложении; построение сложноподчинённого предложения с придаточным</w:t>
      </w:r>
      <w:r w:rsidRPr="00E85698">
        <w:rPr>
          <w:spacing w:val="-58"/>
        </w:rPr>
        <w:t xml:space="preserve"> </w:t>
      </w:r>
      <w:r w:rsidRPr="00E85698">
        <w:t xml:space="preserve">изъяснительным, присоединённым к главной части союзом </w:t>
      </w:r>
      <w:r w:rsidRPr="00E85698">
        <w:rPr>
          <w:b/>
          <w:i/>
        </w:rPr>
        <w:t>чтобы</w:t>
      </w:r>
      <w:r w:rsidRPr="00E85698">
        <w:t xml:space="preserve">, союзными словами </w:t>
      </w:r>
      <w:r w:rsidRPr="00E85698">
        <w:rPr>
          <w:b/>
          <w:i/>
        </w:rPr>
        <w:t>какой</w:t>
      </w:r>
      <w:r w:rsidRPr="00E85698">
        <w:t>,</w:t>
      </w:r>
      <w:r w:rsidRPr="00E85698">
        <w:rPr>
          <w:spacing w:val="1"/>
        </w:rPr>
        <w:t xml:space="preserve"> </w:t>
      </w:r>
      <w:r w:rsidRPr="00E85698">
        <w:rPr>
          <w:b/>
          <w:i/>
        </w:rPr>
        <w:t>который</w:t>
      </w:r>
      <w:r w:rsidRPr="00E85698">
        <w:t>.</w:t>
      </w:r>
      <w:r w:rsidRPr="00E85698">
        <w:rPr>
          <w:spacing w:val="-3"/>
        </w:rPr>
        <w:t xml:space="preserve"> </w:t>
      </w:r>
      <w:r w:rsidRPr="00E85698">
        <w:t>Типичные</w:t>
      </w:r>
      <w:r w:rsidRPr="00E85698">
        <w:rPr>
          <w:spacing w:val="-3"/>
        </w:rPr>
        <w:t xml:space="preserve"> </w:t>
      </w:r>
      <w:r w:rsidRPr="00E85698">
        <w:t>грамматические</w:t>
      </w:r>
      <w:r w:rsidRPr="00E85698">
        <w:rPr>
          <w:spacing w:val="-3"/>
        </w:rPr>
        <w:t xml:space="preserve"> </w:t>
      </w:r>
      <w:r w:rsidRPr="00E85698">
        <w:t>ошибки</w:t>
      </w:r>
      <w:r w:rsidRPr="00E85698">
        <w:rPr>
          <w:spacing w:val="-3"/>
        </w:rPr>
        <w:t xml:space="preserve"> </w:t>
      </w:r>
      <w:r w:rsidRPr="00E85698">
        <w:t>при</w:t>
      </w:r>
      <w:r w:rsidRPr="00E85698">
        <w:rPr>
          <w:spacing w:val="-3"/>
        </w:rPr>
        <w:t xml:space="preserve"> </w:t>
      </w:r>
      <w:r w:rsidRPr="00E85698">
        <w:t>построении</w:t>
      </w:r>
      <w:r w:rsidRPr="00E85698">
        <w:rPr>
          <w:spacing w:val="-3"/>
        </w:rPr>
        <w:t xml:space="preserve"> </w:t>
      </w:r>
      <w:r w:rsidRPr="00E85698">
        <w:t>сложноподчинённых</w:t>
      </w:r>
      <w:r w:rsidRPr="00E85698">
        <w:rPr>
          <w:spacing w:val="-3"/>
        </w:rPr>
        <w:t xml:space="preserve"> </w:t>
      </w:r>
      <w:r w:rsidRPr="00E85698">
        <w:t>предложений.</w:t>
      </w:r>
    </w:p>
    <w:p w:rsidR="00624C8A" w:rsidRPr="00E85698" w:rsidRDefault="00CB6516">
      <w:pPr>
        <w:pStyle w:val="a5"/>
        <w:spacing w:line="292" w:lineRule="auto"/>
        <w:ind w:right="611" w:firstLine="180"/>
      </w:pPr>
      <w:r w:rsidRPr="00E85698">
        <w:t>Сложноподчинённые предложения с несколькими придаточными. Однородное, неоднородное и</w:t>
      </w:r>
      <w:r w:rsidRPr="00E85698">
        <w:rPr>
          <w:spacing w:val="-58"/>
        </w:rPr>
        <w:t xml:space="preserve"> </w:t>
      </w:r>
      <w:r w:rsidRPr="00E85698">
        <w:t>последовательное</w:t>
      </w:r>
      <w:r w:rsidRPr="00E85698">
        <w:rPr>
          <w:spacing w:val="-1"/>
        </w:rPr>
        <w:t xml:space="preserve"> </w:t>
      </w:r>
      <w:r w:rsidRPr="00E85698">
        <w:t>подчинение придаточных частей.</w:t>
      </w:r>
    </w:p>
    <w:p w:rsidR="00624C8A" w:rsidRPr="00E85698" w:rsidRDefault="00CB6516">
      <w:pPr>
        <w:pStyle w:val="a5"/>
        <w:spacing w:line="292" w:lineRule="auto"/>
        <w:ind w:left="286" w:right="2357"/>
        <w:rPr>
          <w:b/>
        </w:rPr>
      </w:pPr>
      <w:r w:rsidRPr="00E85698">
        <w:t>Нормы постановки знаков препинания в сложноподчинённых предложениях.</w:t>
      </w:r>
      <w:r w:rsidRPr="00E85698">
        <w:rPr>
          <w:spacing w:val="1"/>
        </w:rPr>
        <w:t xml:space="preserve"> </w:t>
      </w:r>
      <w:r w:rsidRPr="00E85698">
        <w:t>Синтаксический и пунктуационный анализ сложноподчинённых предложений.</w:t>
      </w:r>
      <w:r w:rsidRPr="00E85698">
        <w:rPr>
          <w:spacing w:val="-58"/>
        </w:rPr>
        <w:t xml:space="preserve"> </w:t>
      </w:r>
      <w:r w:rsidRPr="00E85698">
        <w:rPr>
          <w:b/>
        </w:rPr>
        <w:t>Бессоюзное</w:t>
      </w:r>
      <w:r w:rsidRPr="00E85698">
        <w:rPr>
          <w:b/>
          <w:spacing w:val="-1"/>
        </w:rPr>
        <w:t xml:space="preserve"> </w:t>
      </w:r>
      <w:r w:rsidRPr="00E85698">
        <w:rPr>
          <w:b/>
        </w:rPr>
        <w:t>сложное предложение</w:t>
      </w:r>
    </w:p>
    <w:p w:rsidR="00624C8A" w:rsidRPr="00E85698" w:rsidRDefault="00CB6516">
      <w:pPr>
        <w:pStyle w:val="a5"/>
        <w:spacing w:line="274" w:lineRule="exact"/>
        <w:ind w:left="286"/>
      </w:pPr>
      <w:r w:rsidRPr="00E85698">
        <w:t>Понятие</w:t>
      </w:r>
      <w:r w:rsidRPr="00E85698">
        <w:rPr>
          <w:spacing w:val="-4"/>
        </w:rPr>
        <w:t xml:space="preserve"> </w:t>
      </w:r>
      <w:r w:rsidRPr="00E85698">
        <w:t>о</w:t>
      </w:r>
      <w:r w:rsidRPr="00E85698">
        <w:rPr>
          <w:spacing w:val="-3"/>
        </w:rPr>
        <w:t xml:space="preserve"> </w:t>
      </w:r>
      <w:r w:rsidRPr="00E85698">
        <w:t>бессоюзном</w:t>
      </w:r>
      <w:r w:rsidRPr="00E85698">
        <w:rPr>
          <w:spacing w:val="-3"/>
        </w:rPr>
        <w:t xml:space="preserve"> </w:t>
      </w:r>
      <w:r w:rsidRPr="00E85698">
        <w:t>сложном</w:t>
      </w:r>
      <w:r w:rsidRPr="00E85698">
        <w:rPr>
          <w:spacing w:val="-3"/>
        </w:rPr>
        <w:t xml:space="preserve"> </w:t>
      </w:r>
      <w:r w:rsidRPr="00E85698">
        <w:t>предложении.</w:t>
      </w:r>
    </w:p>
    <w:p w:rsidR="00624C8A" w:rsidRPr="00E85698" w:rsidRDefault="00CB6516">
      <w:pPr>
        <w:pStyle w:val="a5"/>
        <w:spacing w:before="49" w:line="292" w:lineRule="auto"/>
        <w:ind w:right="509" w:firstLine="180"/>
      </w:pPr>
      <w:r w:rsidRPr="00E85698">
        <w:t>Смысловые отношения между частями бессоюзного сложного предложения. Виды бессоюзных</w:t>
      </w:r>
      <w:r w:rsidRPr="00E85698">
        <w:rPr>
          <w:spacing w:val="1"/>
        </w:rPr>
        <w:t xml:space="preserve"> </w:t>
      </w:r>
      <w:r w:rsidRPr="00E85698">
        <w:t>сложных предложений. Употребление бессоюзных сложных предложений в речи. Грамматическая</w:t>
      </w:r>
      <w:r w:rsidRPr="00E85698">
        <w:rPr>
          <w:spacing w:val="-57"/>
        </w:rPr>
        <w:t xml:space="preserve"> </w:t>
      </w:r>
      <w:r w:rsidRPr="00E85698">
        <w:t>синонимия</w:t>
      </w:r>
      <w:r w:rsidRPr="00E85698">
        <w:rPr>
          <w:spacing w:val="-2"/>
        </w:rPr>
        <w:t xml:space="preserve"> </w:t>
      </w:r>
      <w:r w:rsidRPr="00E85698">
        <w:t>бессоюзных</w:t>
      </w:r>
      <w:r w:rsidRPr="00E85698">
        <w:rPr>
          <w:spacing w:val="-1"/>
        </w:rPr>
        <w:t xml:space="preserve"> </w:t>
      </w:r>
      <w:r w:rsidRPr="00E85698">
        <w:t>сложных</w:t>
      </w:r>
      <w:r w:rsidRPr="00E85698">
        <w:rPr>
          <w:spacing w:val="-1"/>
        </w:rPr>
        <w:t xml:space="preserve"> </w:t>
      </w:r>
      <w:r w:rsidRPr="00E85698">
        <w:t>предложений и</w:t>
      </w:r>
      <w:r w:rsidRPr="00E85698">
        <w:rPr>
          <w:spacing w:val="-1"/>
        </w:rPr>
        <w:t xml:space="preserve"> </w:t>
      </w:r>
      <w:r w:rsidRPr="00E85698">
        <w:t>союзных</w:t>
      </w:r>
      <w:r w:rsidRPr="00E85698">
        <w:rPr>
          <w:spacing w:val="-1"/>
        </w:rPr>
        <w:t xml:space="preserve"> </w:t>
      </w:r>
      <w:r w:rsidRPr="00E85698">
        <w:t>сложных</w:t>
      </w:r>
      <w:r w:rsidRPr="00E85698">
        <w:rPr>
          <w:spacing w:val="-1"/>
        </w:rPr>
        <w:t xml:space="preserve"> </w:t>
      </w:r>
      <w:r w:rsidRPr="00E85698">
        <w:t>предложений.</w:t>
      </w:r>
    </w:p>
    <w:p w:rsidR="00624C8A" w:rsidRPr="00E85698" w:rsidRDefault="00CB6516">
      <w:pPr>
        <w:pStyle w:val="a5"/>
        <w:spacing w:line="292" w:lineRule="auto"/>
        <w:ind w:right="1054" w:firstLine="180"/>
      </w:pPr>
      <w:r w:rsidRPr="00E85698">
        <w:t>Бессоюзные сложные предложения со значением перечисления. Запятая и точка с запятой в</w:t>
      </w:r>
      <w:r w:rsidRPr="00E85698">
        <w:rPr>
          <w:spacing w:val="-58"/>
        </w:rPr>
        <w:t xml:space="preserve"> </w:t>
      </w:r>
      <w:r w:rsidRPr="00E85698">
        <w:t>бессоюзном</w:t>
      </w:r>
      <w:r w:rsidRPr="00E85698">
        <w:rPr>
          <w:spacing w:val="-1"/>
        </w:rPr>
        <w:t xml:space="preserve"> </w:t>
      </w:r>
      <w:r w:rsidRPr="00E85698">
        <w:t>сложном предложении.</w:t>
      </w:r>
    </w:p>
    <w:p w:rsidR="00624C8A" w:rsidRPr="00E85698" w:rsidRDefault="00CB6516">
      <w:pPr>
        <w:pStyle w:val="a5"/>
        <w:spacing w:line="292" w:lineRule="auto"/>
        <w:ind w:right="569" w:firstLine="180"/>
      </w:pPr>
      <w:r w:rsidRPr="00E85698">
        <w:t>Бессоюзные сложные предложения со значением причины, пояснения, дополнения. Двоеточие в</w:t>
      </w:r>
      <w:r w:rsidRPr="00E85698">
        <w:rPr>
          <w:spacing w:val="-58"/>
        </w:rPr>
        <w:t xml:space="preserve"> </w:t>
      </w:r>
      <w:r w:rsidRPr="00E85698">
        <w:t>бессоюзном</w:t>
      </w:r>
      <w:r w:rsidRPr="00E85698">
        <w:rPr>
          <w:spacing w:val="-1"/>
        </w:rPr>
        <w:t xml:space="preserve"> </w:t>
      </w:r>
      <w:r w:rsidRPr="00E85698">
        <w:t>сложном предложении.</w:t>
      </w:r>
    </w:p>
    <w:p w:rsidR="00624C8A" w:rsidRPr="00E85698" w:rsidRDefault="00CB6516">
      <w:pPr>
        <w:pStyle w:val="a5"/>
        <w:spacing w:line="292" w:lineRule="auto"/>
        <w:ind w:right="1172" w:firstLine="180"/>
      </w:pPr>
      <w:r w:rsidRPr="00E85698">
        <w:t>Бессоюзные сложные предложения со значением противопоставления, времени, условия и</w:t>
      </w:r>
      <w:r w:rsidRPr="00E85698">
        <w:rPr>
          <w:spacing w:val="-58"/>
        </w:rPr>
        <w:t xml:space="preserve"> </w:t>
      </w:r>
      <w:r w:rsidRPr="00E85698">
        <w:t>следствия,</w:t>
      </w:r>
      <w:r w:rsidRPr="00E85698">
        <w:rPr>
          <w:spacing w:val="-1"/>
        </w:rPr>
        <w:t xml:space="preserve"> </w:t>
      </w:r>
      <w:r w:rsidRPr="00E85698">
        <w:t>сравнения.</w:t>
      </w:r>
      <w:r w:rsidRPr="00E85698">
        <w:rPr>
          <w:spacing w:val="-1"/>
        </w:rPr>
        <w:t xml:space="preserve"> </w:t>
      </w:r>
      <w:r w:rsidRPr="00E85698">
        <w:t>Тире в</w:t>
      </w:r>
      <w:r w:rsidRPr="00E85698">
        <w:rPr>
          <w:spacing w:val="-2"/>
        </w:rPr>
        <w:t xml:space="preserve"> </w:t>
      </w:r>
      <w:r w:rsidRPr="00E85698">
        <w:t>бессоюзном сложном</w:t>
      </w:r>
      <w:r w:rsidRPr="00E85698">
        <w:rPr>
          <w:spacing w:val="-1"/>
        </w:rPr>
        <w:t xml:space="preserve"> </w:t>
      </w:r>
      <w:r w:rsidRPr="00E85698">
        <w:t>предложении.</w:t>
      </w:r>
    </w:p>
    <w:p w:rsidR="00624C8A" w:rsidRPr="00E85698" w:rsidRDefault="00CB6516">
      <w:pPr>
        <w:spacing w:line="292" w:lineRule="auto"/>
        <w:ind w:left="286" w:right="2283"/>
        <w:rPr>
          <w:sz w:val="24"/>
        </w:rPr>
      </w:pPr>
      <w:r w:rsidRPr="00E85698">
        <w:rPr>
          <w:sz w:val="24"/>
        </w:rPr>
        <w:t>Синтаксический и пунктуационный анализ бессоюзных сложных предложений.</w:t>
      </w:r>
      <w:r w:rsidRPr="00E85698">
        <w:rPr>
          <w:spacing w:val="-58"/>
          <w:sz w:val="24"/>
        </w:rPr>
        <w:t xml:space="preserve"> </w:t>
      </w:r>
      <w:r w:rsidRPr="00E85698">
        <w:rPr>
          <w:b/>
          <w:sz w:val="24"/>
        </w:rPr>
        <w:t>Сложные предложения с разными видами союзной и бессоюзной связи</w:t>
      </w:r>
      <w:r w:rsidRPr="00E85698">
        <w:rPr>
          <w:b/>
          <w:spacing w:val="1"/>
          <w:sz w:val="24"/>
        </w:rPr>
        <w:t xml:space="preserve"> </w:t>
      </w:r>
      <w:r w:rsidRPr="00E85698">
        <w:rPr>
          <w:sz w:val="24"/>
        </w:rPr>
        <w:t>Типы</w:t>
      </w:r>
      <w:r w:rsidRPr="00E85698">
        <w:rPr>
          <w:spacing w:val="-1"/>
          <w:sz w:val="24"/>
        </w:rPr>
        <w:t xml:space="preserve"> </w:t>
      </w:r>
      <w:r w:rsidRPr="00E85698">
        <w:rPr>
          <w:sz w:val="24"/>
        </w:rPr>
        <w:t>сложных предложений</w:t>
      </w:r>
      <w:r w:rsidRPr="00E85698">
        <w:rPr>
          <w:spacing w:val="-1"/>
          <w:sz w:val="24"/>
        </w:rPr>
        <w:t xml:space="preserve"> </w:t>
      </w:r>
      <w:r w:rsidRPr="00E85698">
        <w:rPr>
          <w:sz w:val="24"/>
        </w:rPr>
        <w:t>с разными видами</w:t>
      </w:r>
      <w:r w:rsidRPr="00E85698">
        <w:rPr>
          <w:spacing w:val="-1"/>
          <w:sz w:val="24"/>
        </w:rPr>
        <w:t xml:space="preserve"> </w:t>
      </w:r>
      <w:r w:rsidRPr="00E85698">
        <w:rPr>
          <w:sz w:val="24"/>
        </w:rPr>
        <w:t>связи.</w:t>
      </w:r>
    </w:p>
    <w:p w:rsidR="00624C8A" w:rsidRPr="00E85698" w:rsidRDefault="00CB6516">
      <w:pPr>
        <w:pStyle w:val="a5"/>
        <w:spacing w:line="274" w:lineRule="exact"/>
        <w:ind w:left="286"/>
      </w:pPr>
      <w:r w:rsidRPr="00E85698">
        <w:t>Синтаксический</w:t>
      </w:r>
      <w:r w:rsidRPr="00E85698">
        <w:rPr>
          <w:spacing w:val="-3"/>
        </w:rPr>
        <w:t xml:space="preserve"> </w:t>
      </w:r>
      <w:r w:rsidRPr="00E85698">
        <w:t>и</w:t>
      </w:r>
      <w:r w:rsidRPr="00E85698">
        <w:rPr>
          <w:spacing w:val="-3"/>
        </w:rPr>
        <w:t xml:space="preserve"> </w:t>
      </w:r>
      <w:r w:rsidRPr="00E85698">
        <w:t>пунктуационный</w:t>
      </w:r>
      <w:r w:rsidRPr="00E85698">
        <w:rPr>
          <w:spacing w:val="-3"/>
        </w:rPr>
        <w:t xml:space="preserve"> </w:t>
      </w:r>
      <w:r w:rsidRPr="00E85698">
        <w:t>анализ</w:t>
      </w:r>
      <w:r w:rsidRPr="00E85698">
        <w:rPr>
          <w:spacing w:val="-3"/>
        </w:rPr>
        <w:t xml:space="preserve"> </w:t>
      </w:r>
      <w:r w:rsidRPr="00E85698">
        <w:t>сложных</w:t>
      </w:r>
      <w:r w:rsidRPr="00E85698">
        <w:rPr>
          <w:spacing w:val="-3"/>
        </w:rPr>
        <w:t xml:space="preserve"> </w:t>
      </w:r>
      <w:r w:rsidRPr="00E85698">
        <w:t>предложений</w:t>
      </w:r>
      <w:r w:rsidRPr="00E85698">
        <w:rPr>
          <w:spacing w:val="-3"/>
        </w:rPr>
        <w:t xml:space="preserve"> </w:t>
      </w:r>
      <w:r w:rsidRPr="00E85698">
        <w:t>с</w:t>
      </w:r>
      <w:r w:rsidRPr="00E85698">
        <w:rPr>
          <w:spacing w:val="-3"/>
        </w:rPr>
        <w:t xml:space="preserve"> </w:t>
      </w:r>
      <w:r w:rsidRPr="00E85698">
        <w:t>разными</w:t>
      </w:r>
      <w:r w:rsidRPr="00E85698">
        <w:rPr>
          <w:spacing w:val="-2"/>
        </w:rPr>
        <w:t xml:space="preserve"> </w:t>
      </w:r>
      <w:r w:rsidRPr="00E85698">
        <w:t>видами</w:t>
      </w:r>
      <w:r w:rsidRPr="00E85698">
        <w:rPr>
          <w:spacing w:val="-3"/>
        </w:rPr>
        <w:t xml:space="preserve"> </w:t>
      </w:r>
      <w:r w:rsidRPr="00E85698">
        <w:t>союзной</w:t>
      </w:r>
      <w:r w:rsidRPr="00E85698">
        <w:rPr>
          <w:spacing w:val="-3"/>
        </w:rPr>
        <w:t xml:space="preserve"> </w:t>
      </w:r>
      <w:r w:rsidRPr="00E85698">
        <w:t>и</w:t>
      </w:r>
    </w:p>
    <w:p w:rsidR="00624C8A" w:rsidRPr="00E85698" w:rsidRDefault="00624C8A">
      <w:pPr>
        <w:spacing w:line="274"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2"/>
      </w:pPr>
      <w:r w:rsidRPr="00E85698">
        <w:lastRenderedPageBreak/>
        <w:t>бессоюзной</w:t>
      </w:r>
      <w:r w:rsidRPr="00E85698">
        <w:rPr>
          <w:spacing w:val="-5"/>
        </w:rPr>
        <w:t xml:space="preserve"> </w:t>
      </w:r>
      <w:r w:rsidRPr="00E85698">
        <w:t>связи.</w:t>
      </w:r>
    </w:p>
    <w:p w:rsidR="00624C8A" w:rsidRPr="00E85698" w:rsidRDefault="00CB6516">
      <w:pPr>
        <w:pStyle w:val="11"/>
        <w:spacing w:before="60"/>
      </w:pPr>
      <w:r w:rsidRPr="00E85698">
        <w:t>Прямая</w:t>
      </w:r>
      <w:r w:rsidRPr="00E85698">
        <w:rPr>
          <w:spacing w:val="-4"/>
        </w:rPr>
        <w:t xml:space="preserve"> </w:t>
      </w:r>
      <w:r w:rsidRPr="00E85698">
        <w:t>и</w:t>
      </w:r>
      <w:r w:rsidRPr="00E85698">
        <w:rPr>
          <w:spacing w:val="-4"/>
        </w:rPr>
        <w:t xml:space="preserve"> </w:t>
      </w:r>
      <w:r w:rsidRPr="00E85698">
        <w:t>косвенная</w:t>
      </w:r>
      <w:r w:rsidRPr="00E85698">
        <w:rPr>
          <w:spacing w:val="-4"/>
        </w:rPr>
        <w:t xml:space="preserve"> </w:t>
      </w:r>
      <w:r w:rsidRPr="00E85698">
        <w:t>речь</w:t>
      </w:r>
    </w:p>
    <w:p w:rsidR="00624C8A" w:rsidRPr="00E85698" w:rsidRDefault="00CB6516">
      <w:pPr>
        <w:pStyle w:val="a5"/>
        <w:spacing w:before="60" w:line="292" w:lineRule="auto"/>
        <w:ind w:left="286" w:right="2122"/>
      </w:pPr>
      <w:r w:rsidRPr="00E85698">
        <w:t>Прямая и косвенная речь. Синонимия предложений с прямой и косвенной речью.</w:t>
      </w:r>
      <w:r w:rsidRPr="00E85698">
        <w:rPr>
          <w:spacing w:val="-58"/>
        </w:rPr>
        <w:t xml:space="preserve"> </w:t>
      </w:r>
      <w:r w:rsidRPr="00E85698">
        <w:t>Цитирование.</w:t>
      </w:r>
      <w:r w:rsidRPr="00E85698">
        <w:rPr>
          <w:spacing w:val="-1"/>
        </w:rPr>
        <w:t xml:space="preserve"> </w:t>
      </w:r>
      <w:r w:rsidRPr="00E85698">
        <w:t>Способы</w:t>
      </w:r>
      <w:r w:rsidRPr="00E85698">
        <w:rPr>
          <w:spacing w:val="-1"/>
        </w:rPr>
        <w:t xml:space="preserve"> </w:t>
      </w:r>
      <w:r w:rsidRPr="00E85698">
        <w:t>включения</w:t>
      </w:r>
      <w:r w:rsidRPr="00E85698">
        <w:rPr>
          <w:spacing w:val="-1"/>
        </w:rPr>
        <w:t xml:space="preserve"> </w:t>
      </w:r>
      <w:r w:rsidRPr="00E85698">
        <w:t>цитат</w:t>
      </w:r>
      <w:r w:rsidRPr="00E85698">
        <w:rPr>
          <w:spacing w:val="-2"/>
        </w:rPr>
        <w:t xml:space="preserve"> </w:t>
      </w:r>
      <w:r w:rsidRPr="00E85698">
        <w:t>в</w:t>
      </w:r>
      <w:r w:rsidRPr="00E85698">
        <w:rPr>
          <w:spacing w:val="-1"/>
        </w:rPr>
        <w:t xml:space="preserve"> </w:t>
      </w:r>
      <w:r w:rsidRPr="00E85698">
        <w:t>высказывание.</w:t>
      </w:r>
    </w:p>
    <w:p w:rsidR="00624C8A" w:rsidRPr="00E85698" w:rsidRDefault="00CB6516">
      <w:pPr>
        <w:pStyle w:val="a5"/>
        <w:spacing w:line="292" w:lineRule="auto"/>
        <w:ind w:right="1319" w:firstLine="180"/>
      </w:pPr>
      <w:r w:rsidRPr="00E85698">
        <w:t>Нормы построения предложений с прямой и косвенной речью; нормы постановки знаков</w:t>
      </w:r>
      <w:r w:rsidRPr="00E85698">
        <w:rPr>
          <w:spacing w:val="-58"/>
        </w:rPr>
        <w:t xml:space="preserve"> </w:t>
      </w:r>
      <w:r w:rsidRPr="00E85698">
        <w:t>препинания</w:t>
      </w:r>
      <w:r w:rsidRPr="00E85698">
        <w:rPr>
          <w:spacing w:val="-3"/>
        </w:rPr>
        <w:t xml:space="preserve"> </w:t>
      </w:r>
      <w:r w:rsidRPr="00E85698">
        <w:t>в</w:t>
      </w:r>
      <w:r w:rsidRPr="00E85698">
        <w:rPr>
          <w:spacing w:val="-2"/>
        </w:rPr>
        <w:t xml:space="preserve"> </w:t>
      </w:r>
      <w:r w:rsidRPr="00E85698">
        <w:t>предложениях</w:t>
      </w:r>
      <w:r w:rsidRPr="00E85698">
        <w:rPr>
          <w:spacing w:val="-1"/>
        </w:rPr>
        <w:t xml:space="preserve"> </w:t>
      </w:r>
      <w:r w:rsidRPr="00E85698">
        <w:t>с</w:t>
      </w:r>
      <w:r w:rsidRPr="00E85698">
        <w:rPr>
          <w:spacing w:val="-1"/>
        </w:rPr>
        <w:t xml:space="preserve"> </w:t>
      </w:r>
      <w:r w:rsidRPr="00E85698">
        <w:t>косвенной</w:t>
      </w:r>
      <w:r w:rsidRPr="00E85698">
        <w:rPr>
          <w:spacing w:val="-1"/>
        </w:rPr>
        <w:t xml:space="preserve"> </w:t>
      </w:r>
      <w:r w:rsidRPr="00E85698">
        <w:t>речью,</w:t>
      </w:r>
      <w:r w:rsidRPr="00E85698">
        <w:rPr>
          <w:spacing w:val="-1"/>
        </w:rPr>
        <w:t xml:space="preserve"> </w:t>
      </w:r>
      <w:r w:rsidRPr="00E85698">
        <w:t>с</w:t>
      </w:r>
      <w:r w:rsidRPr="00E85698">
        <w:rPr>
          <w:spacing w:val="-1"/>
        </w:rPr>
        <w:t xml:space="preserve"> </w:t>
      </w:r>
      <w:r w:rsidRPr="00E85698">
        <w:t>прямой</w:t>
      </w:r>
      <w:r w:rsidRPr="00E85698">
        <w:rPr>
          <w:spacing w:val="-1"/>
        </w:rPr>
        <w:t xml:space="preserve"> </w:t>
      </w:r>
      <w:r w:rsidRPr="00E85698">
        <w:t>речью,</w:t>
      </w:r>
      <w:r w:rsidRPr="00E85698">
        <w:rPr>
          <w:spacing w:val="-1"/>
        </w:rPr>
        <w:t xml:space="preserve"> </w:t>
      </w:r>
      <w:r w:rsidRPr="00E85698">
        <w:t>при</w:t>
      </w:r>
      <w:r w:rsidRPr="00E85698">
        <w:rPr>
          <w:spacing w:val="-1"/>
        </w:rPr>
        <w:t xml:space="preserve"> </w:t>
      </w:r>
      <w:r w:rsidRPr="00E85698">
        <w:t>цитировании.</w:t>
      </w:r>
    </w:p>
    <w:p w:rsidR="00624C8A" w:rsidRPr="00E85698" w:rsidRDefault="00CB6516">
      <w:pPr>
        <w:pStyle w:val="a5"/>
        <w:spacing w:line="275" w:lineRule="exact"/>
        <w:ind w:left="286"/>
      </w:pPr>
      <w:r w:rsidRPr="00E85698">
        <w:t>Применение</w:t>
      </w:r>
      <w:r w:rsidRPr="00E85698">
        <w:rPr>
          <w:spacing w:val="-3"/>
        </w:rPr>
        <w:t xml:space="preserve"> </w:t>
      </w:r>
      <w:r w:rsidRPr="00E85698">
        <w:t>знаний</w:t>
      </w:r>
      <w:r w:rsidRPr="00E85698">
        <w:rPr>
          <w:spacing w:val="-2"/>
        </w:rPr>
        <w:t xml:space="preserve"> </w:t>
      </w:r>
      <w:r w:rsidRPr="00E85698">
        <w:t>по</w:t>
      </w:r>
      <w:r w:rsidRPr="00E85698">
        <w:rPr>
          <w:spacing w:val="-3"/>
        </w:rPr>
        <w:t xml:space="preserve"> </w:t>
      </w:r>
      <w:r w:rsidRPr="00E85698">
        <w:t>синтаксису</w:t>
      </w:r>
      <w:r w:rsidRPr="00E85698">
        <w:rPr>
          <w:spacing w:val="-2"/>
        </w:rPr>
        <w:t xml:space="preserve"> </w:t>
      </w:r>
      <w:r w:rsidRPr="00E85698">
        <w:t>и</w:t>
      </w:r>
      <w:r w:rsidRPr="00E85698">
        <w:rPr>
          <w:spacing w:val="-3"/>
        </w:rPr>
        <w:t xml:space="preserve"> </w:t>
      </w:r>
      <w:r w:rsidRPr="00E85698">
        <w:t>пунктуации</w:t>
      </w:r>
      <w:r w:rsidRPr="00E85698">
        <w:rPr>
          <w:spacing w:val="-2"/>
        </w:rPr>
        <w:t xml:space="preserve"> </w:t>
      </w:r>
      <w:r w:rsidRPr="00E85698">
        <w:t>в</w:t>
      </w:r>
      <w:r w:rsidRPr="00E85698">
        <w:rPr>
          <w:spacing w:val="-4"/>
        </w:rPr>
        <w:t xml:space="preserve"> </w:t>
      </w:r>
      <w:r w:rsidRPr="00E85698">
        <w:t>практике</w:t>
      </w:r>
      <w:r w:rsidRPr="00E85698">
        <w:rPr>
          <w:spacing w:val="-2"/>
        </w:rPr>
        <w:t xml:space="preserve"> </w:t>
      </w:r>
      <w:r w:rsidRPr="00E85698">
        <w:t>правописания.</w:t>
      </w:r>
    </w:p>
    <w:p w:rsidR="00624C8A" w:rsidRPr="00E85698" w:rsidRDefault="00624C8A">
      <w:pPr>
        <w:spacing w:line="275" w:lineRule="exact"/>
        <w:sectPr w:rsidR="00624C8A" w:rsidRPr="00E85698">
          <w:pgSz w:w="11900" w:h="16840"/>
          <w:pgMar w:top="500" w:right="540" w:bottom="280" w:left="560" w:header="720" w:footer="720" w:gutter="0"/>
          <w:cols w:space="720"/>
        </w:sectPr>
      </w:pPr>
    </w:p>
    <w:p w:rsidR="00624C8A" w:rsidRPr="00E85698" w:rsidRDefault="00942243">
      <w:pPr>
        <w:pStyle w:val="11"/>
        <w:spacing w:before="66"/>
        <w:ind w:left="106"/>
      </w:pPr>
      <w:r>
        <w:lastRenderedPageBreak/>
        <w:pict>
          <v:rect id="_x0000_s1030" style="position:absolute;left:0;text-align:left;margin-left:33.3pt;margin-top:22.9pt;width:528.15pt;height:.6pt;z-index:-15726080;mso-wrap-distance-left:0;mso-wrap-distance-right:0;mso-position-horizontal-relative:page" fillcolor="black" stroked="f">
            <w10:wrap type="topAndBottom" anchorx="page"/>
          </v:rect>
        </w:pict>
      </w:r>
      <w:r w:rsidR="00CB6516" w:rsidRPr="00E85698">
        <w:t>ПЛАНИРУЕМЫЕ</w:t>
      </w:r>
      <w:r w:rsidR="00CB6516" w:rsidRPr="00E85698">
        <w:rPr>
          <w:spacing w:val="-11"/>
        </w:rPr>
        <w:t xml:space="preserve"> </w:t>
      </w:r>
      <w:r w:rsidR="00CB6516" w:rsidRPr="00E85698">
        <w:t>ОБРАЗОВАТЕЛЬНЫЕ</w:t>
      </w:r>
      <w:r w:rsidR="00CB6516" w:rsidRPr="00E85698">
        <w:rPr>
          <w:spacing w:val="-11"/>
        </w:rPr>
        <w:t xml:space="preserve"> </w:t>
      </w:r>
      <w:r w:rsidR="00CB6516" w:rsidRPr="00E85698">
        <w:t>РЕЗУЛЬТАТЫ</w:t>
      </w:r>
    </w:p>
    <w:p w:rsidR="00624C8A" w:rsidRPr="00E85698" w:rsidRDefault="00CB6516">
      <w:pPr>
        <w:spacing w:before="179"/>
        <w:ind w:left="106"/>
        <w:rPr>
          <w:b/>
          <w:sz w:val="24"/>
        </w:rPr>
      </w:pPr>
      <w:r w:rsidRPr="00E85698">
        <w:rPr>
          <w:b/>
          <w:sz w:val="24"/>
        </w:rPr>
        <w:t>ЛИЧНОСТНЫЕ</w:t>
      </w:r>
      <w:r w:rsidRPr="00E85698">
        <w:rPr>
          <w:b/>
          <w:spacing w:val="-9"/>
          <w:sz w:val="24"/>
        </w:rPr>
        <w:t xml:space="preserve"> </w:t>
      </w:r>
      <w:r w:rsidRPr="00E85698">
        <w:rPr>
          <w:b/>
          <w:sz w:val="24"/>
        </w:rPr>
        <w:t>РЕЗУЛЬТАТЫ</w:t>
      </w:r>
    </w:p>
    <w:p w:rsidR="00624C8A" w:rsidRPr="00E85698" w:rsidRDefault="00CB6516">
      <w:pPr>
        <w:pStyle w:val="a5"/>
        <w:spacing w:before="156" w:line="292" w:lineRule="auto"/>
        <w:ind w:right="150" w:firstLine="180"/>
      </w:pPr>
      <w:r w:rsidRPr="00E85698">
        <w:t>Личностные результаты освоения Примерной рабочей программы по русскому языку основного</w:t>
      </w:r>
      <w:r w:rsidRPr="00E85698">
        <w:rPr>
          <w:spacing w:val="1"/>
        </w:rPr>
        <w:t xml:space="preserve"> </w:t>
      </w:r>
      <w:r w:rsidRPr="00E85698">
        <w:t>общего</w:t>
      </w:r>
      <w:r w:rsidRPr="00E85698">
        <w:rPr>
          <w:spacing w:val="-5"/>
        </w:rPr>
        <w:t xml:space="preserve"> </w:t>
      </w:r>
      <w:r w:rsidRPr="00E85698">
        <w:t>образования</w:t>
      </w:r>
      <w:r w:rsidRPr="00E85698">
        <w:rPr>
          <w:spacing w:val="-5"/>
        </w:rPr>
        <w:t xml:space="preserve"> </w:t>
      </w:r>
      <w:r w:rsidRPr="00E85698">
        <w:t>достигаются</w:t>
      </w:r>
      <w:r w:rsidRPr="00E85698">
        <w:rPr>
          <w:spacing w:val="-5"/>
        </w:rPr>
        <w:t xml:space="preserve"> </w:t>
      </w:r>
      <w:r w:rsidRPr="00E85698">
        <w:t>в</w:t>
      </w:r>
      <w:r w:rsidRPr="00E85698">
        <w:rPr>
          <w:spacing w:val="-5"/>
        </w:rPr>
        <w:t xml:space="preserve"> </w:t>
      </w:r>
      <w:r w:rsidRPr="00E85698">
        <w:t>единстве</w:t>
      </w:r>
      <w:r w:rsidRPr="00E85698">
        <w:rPr>
          <w:spacing w:val="-4"/>
        </w:rPr>
        <w:t xml:space="preserve"> </w:t>
      </w:r>
      <w:r w:rsidRPr="00E85698">
        <w:t>учебной</w:t>
      </w:r>
      <w:r w:rsidRPr="00E85698">
        <w:rPr>
          <w:spacing w:val="-4"/>
        </w:rPr>
        <w:t xml:space="preserve"> </w:t>
      </w:r>
      <w:r w:rsidRPr="00E85698">
        <w:t>и</w:t>
      </w:r>
      <w:r w:rsidRPr="00E85698">
        <w:rPr>
          <w:spacing w:val="-4"/>
        </w:rPr>
        <w:t xml:space="preserve"> </w:t>
      </w:r>
      <w:r w:rsidRPr="00E85698">
        <w:t>воспитательной</w:t>
      </w:r>
      <w:r w:rsidRPr="00E85698">
        <w:rPr>
          <w:spacing w:val="-4"/>
        </w:rPr>
        <w:t xml:space="preserve"> </w:t>
      </w:r>
      <w:r w:rsidRPr="00E85698">
        <w:t>деятельности</w:t>
      </w:r>
      <w:r w:rsidRPr="00E85698">
        <w:rPr>
          <w:spacing w:val="-4"/>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57"/>
        </w:rPr>
        <w:t xml:space="preserve"> </w:t>
      </w:r>
      <w:r w:rsidRPr="00E85698">
        <w:t>традиционными российскими</w:t>
      </w:r>
      <w:r w:rsidRPr="00E85698">
        <w:rPr>
          <w:spacing w:val="1"/>
        </w:rPr>
        <w:t xml:space="preserve"> </w:t>
      </w:r>
      <w:r w:rsidRPr="00E85698">
        <w:t>социокультурными</w:t>
      </w:r>
      <w:r w:rsidRPr="00E85698">
        <w:rPr>
          <w:spacing w:val="1"/>
        </w:rPr>
        <w:t xml:space="preserve"> </w:t>
      </w:r>
      <w:r w:rsidRPr="00E85698">
        <w:t>и</w:t>
      </w:r>
      <w:r w:rsidRPr="00E85698">
        <w:rPr>
          <w:spacing w:val="1"/>
        </w:rPr>
        <w:t xml:space="preserve"> </w:t>
      </w:r>
      <w:r w:rsidRPr="00E85698">
        <w:t>духовно-нравственными</w:t>
      </w:r>
      <w:r w:rsidRPr="00E85698">
        <w:rPr>
          <w:spacing w:val="1"/>
        </w:rPr>
        <w:t xml:space="preserve"> </w:t>
      </w:r>
      <w:r w:rsidRPr="00E85698">
        <w:t>ценностями,</w:t>
      </w:r>
      <w:r w:rsidRPr="00E85698">
        <w:rPr>
          <w:spacing w:val="1"/>
        </w:rPr>
        <w:t xml:space="preserve"> </w:t>
      </w:r>
      <w:r w:rsidRPr="00E85698">
        <w:t>принятыми</w:t>
      </w:r>
      <w:r w:rsidRPr="00E85698">
        <w:rPr>
          <w:spacing w:val="1"/>
        </w:rPr>
        <w:t xml:space="preserve"> </w:t>
      </w:r>
      <w:r w:rsidRPr="00E85698">
        <w:t>в обществе правилами и нормами поведения и способствуют процессам самопознания,</w:t>
      </w:r>
      <w:r w:rsidRPr="00E85698">
        <w:rPr>
          <w:spacing w:val="1"/>
        </w:rPr>
        <w:t xml:space="preserve"> </w:t>
      </w:r>
      <w:r w:rsidRPr="00E85698">
        <w:t>самовоспитания</w:t>
      </w:r>
      <w:r w:rsidRPr="00E85698">
        <w:rPr>
          <w:spacing w:val="-2"/>
        </w:rPr>
        <w:t xml:space="preserve"> </w:t>
      </w:r>
      <w:r w:rsidRPr="00E85698">
        <w:t>и</w:t>
      </w:r>
      <w:r w:rsidRPr="00E85698">
        <w:rPr>
          <w:spacing w:val="-1"/>
        </w:rPr>
        <w:t xml:space="preserve"> </w:t>
      </w:r>
      <w:r w:rsidRPr="00E85698">
        <w:t>саморазвития, формирования</w:t>
      </w:r>
      <w:r w:rsidRPr="00E85698">
        <w:rPr>
          <w:spacing w:val="-2"/>
        </w:rPr>
        <w:t xml:space="preserve"> </w:t>
      </w:r>
      <w:r w:rsidRPr="00E85698">
        <w:t>внутренней позиции</w:t>
      </w:r>
      <w:r w:rsidRPr="00E85698">
        <w:rPr>
          <w:spacing w:val="-1"/>
        </w:rPr>
        <w:t xml:space="preserve"> </w:t>
      </w:r>
      <w:r w:rsidRPr="00E85698">
        <w:t>личности.</w:t>
      </w:r>
    </w:p>
    <w:p w:rsidR="00624C8A" w:rsidRPr="00E85698" w:rsidRDefault="00CB6516">
      <w:pPr>
        <w:pStyle w:val="a5"/>
        <w:spacing w:line="292" w:lineRule="auto"/>
        <w:ind w:right="164" w:firstLine="180"/>
      </w:pPr>
      <w:r w:rsidRPr="00E85698">
        <w:t>Личностные результаты освоения Примерной рабочей программы по русскому языку для основного</w:t>
      </w:r>
      <w:r w:rsidRPr="00E85698">
        <w:rPr>
          <w:spacing w:val="-57"/>
        </w:rPr>
        <w:t xml:space="preserve"> </w:t>
      </w:r>
      <w:r w:rsidRPr="00E85698">
        <w:t>общего образования должны отражать готовность обучающихся руководствоваться системой</w:t>
      </w:r>
      <w:r w:rsidRPr="00E85698">
        <w:rPr>
          <w:spacing w:val="1"/>
        </w:rPr>
        <w:t xml:space="preserve"> </w:t>
      </w:r>
      <w:r w:rsidRPr="00E85698">
        <w:t>позитивных ценностных ориентаций и расширение опыта деятельности на её основе и в процессе</w:t>
      </w:r>
      <w:r w:rsidRPr="00E85698">
        <w:rPr>
          <w:spacing w:val="1"/>
        </w:rPr>
        <w:t xml:space="preserve"> </w:t>
      </w:r>
      <w:r w:rsidRPr="00E85698">
        <w:t>реализации</w:t>
      </w:r>
      <w:r w:rsidRPr="00E85698">
        <w:rPr>
          <w:spacing w:val="-2"/>
        </w:rPr>
        <w:t xml:space="preserve"> </w:t>
      </w:r>
      <w:r w:rsidRPr="00E85698">
        <w:t>основных</w:t>
      </w:r>
      <w:r w:rsidRPr="00E85698">
        <w:rPr>
          <w:spacing w:val="-1"/>
        </w:rPr>
        <w:t xml:space="preserve"> </w:t>
      </w:r>
      <w:r w:rsidRPr="00E85698">
        <w:t>направлений</w:t>
      </w:r>
      <w:r w:rsidRPr="00E85698">
        <w:rPr>
          <w:spacing w:val="-1"/>
        </w:rPr>
        <w:t xml:space="preserve"> </w:t>
      </w:r>
      <w:r w:rsidRPr="00E85698">
        <w:t>воспитательной</w:t>
      </w:r>
      <w:r w:rsidRPr="00E85698">
        <w:rPr>
          <w:spacing w:val="-1"/>
        </w:rPr>
        <w:t xml:space="preserve"> </w:t>
      </w:r>
      <w:r w:rsidRPr="00E85698">
        <w:t>деятельности,</w:t>
      </w:r>
      <w:r w:rsidRPr="00E85698">
        <w:rPr>
          <w:spacing w:val="-1"/>
        </w:rPr>
        <w:t xml:space="preserve"> </w:t>
      </w:r>
      <w:r w:rsidRPr="00E85698">
        <w:t>в</w:t>
      </w:r>
      <w:r w:rsidRPr="00E85698">
        <w:rPr>
          <w:spacing w:val="-2"/>
        </w:rPr>
        <w:t xml:space="preserve"> </w:t>
      </w:r>
      <w:r w:rsidRPr="00E85698">
        <w:t>том</w:t>
      </w:r>
      <w:r w:rsidRPr="00E85698">
        <w:rPr>
          <w:spacing w:val="-1"/>
        </w:rPr>
        <w:t xml:space="preserve"> </w:t>
      </w:r>
      <w:r w:rsidRPr="00E85698">
        <w:t>числе</w:t>
      </w:r>
      <w:r w:rsidRPr="00E85698">
        <w:rPr>
          <w:spacing w:val="-1"/>
        </w:rPr>
        <w:t xml:space="preserve"> </w:t>
      </w:r>
      <w:r w:rsidRPr="00E85698">
        <w:t>в</w:t>
      </w:r>
      <w:r w:rsidRPr="00E85698">
        <w:rPr>
          <w:spacing w:val="-2"/>
        </w:rPr>
        <w:t xml:space="preserve"> </w:t>
      </w:r>
      <w:r w:rsidRPr="00E85698">
        <w:t>части:</w:t>
      </w:r>
    </w:p>
    <w:p w:rsidR="00624C8A" w:rsidRPr="00E85698" w:rsidRDefault="00CB6516">
      <w:pPr>
        <w:pStyle w:val="210"/>
        <w:spacing w:line="274" w:lineRule="exact"/>
      </w:pPr>
      <w:r w:rsidRPr="00E85698">
        <w:t>Гражданского</w:t>
      </w:r>
      <w:r w:rsidRPr="00E85698">
        <w:rPr>
          <w:spacing w:val="-6"/>
        </w:rPr>
        <w:t xml:space="preserve"> </w:t>
      </w:r>
      <w:r w:rsidRPr="00E85698">
        <w:t>воспитания:</w:t>
      </w:r>
    </w:p>
    <w:p w:rsidR="00624C8A" w:rsidRPr="00E85698" w:rsidRDefault="00CB6516">
      <w:pPr>
        <w:pStyle w:val="a5"/>
        <w:spacing w:before="57" w:line="292" w:lineRule="auto"/>
        <w:ind w:right="143" w:firstLine="180"/>
      </w:pPr>
      <w:r w:rsidRPr="00E85698">
        <w:t>готовность к выполнению обязанностей гражданина и реализации его прав, уважение прав, свобод и</w:t>
      </w:r>
      <w:r w:rsidRPr="00E85698">
        <w:rPr>
          <w:spacing w:val="-57"/>
        </w:rPr>
        <w:t xml:space="preserve"> </w:t>
      </w:r>
      <w:r w:rsidRPr="00E85698">
        <w:t>законных</w:t>
      </w:r>
      <w:r w:rsidRPr="00E85698">
        <w:rPr>
          <w:spacing w:val="-1"/>
        </w:rPr>
        <w:t xml:space="preserve"> </w:t>
      </w:r>
      <w:r w:rsidRPr="00E85698">
        <w:t>интересов</w:t>
      </w:r>
      <w:r w:rsidRPr="00E85698">
        <w:rPr>
          <w:spacing w:val="-1"/>
        </w:rPr>
        <w:t xml:space="preserve"> </w:t>
      </w:r>
      <w:r w:rsidRPr="00E85698">
        <w:t>других людей;</w:t>
      </w:r>
    </w:p>
    <w:p w:rsidR="00624C8A" w:rsidRPr="00E85698" w:rsidRDefault="00CB6516">
      <w:pPr>
        <w:pStyle w:val="a5"/>
        <w:spacing w:line="292" w:lineRule="auto"/>
        <w:ind w:right="153" w:firstLine="180"/>
      </w:pPr>
      <w:r w:rsidRPr="00E85698">
        <w:t>активное участие в жизни семьи, образовательной организации, местного сообщества, родного края,</w:t>
      </w:r>
      <w:r w:rsidRPr="00E85698">
        <w:rPr>
          <w:spacing w:val="-58"/>
        </w:rPr>
        <w:t xml:space="preserve"> </w:t>
      </w:r>
      <w:r w:rsidRPr="00E85698">
        <w:t>страны, в том числе в сопоставлении с ситуациями, отражёнными в литературных произведениях,</w:t>
      </w:r>
      <w:r w:rsidRPr="00E85698">
        <w:rPr>
          <w:spacing w:val="1"/>
        </w:rPr>
        <w:t xml:space="preserve"> </w:t>
      </w:r>
      <w:r w:rsidRPr="00E85698">
        <w:t>написанных</w:t>
      </w:r>
      <w:r w:rsidRPr="00E85698">
        <w:rPr>
          <w:spacing w:val="-1"/>
        </w:rPr>
        <w:t xml:space="preserve"> </w:t>
      </w:r>
      <w:r w:rsidRPr="00E85698">
        <w:t>на русском языке;</w:t>
      </w:r>
    </w:p>
    <w:p w:rsidR="00624C8A" w:rsidRPr="00E85698" w:rsidRDefault="00CB6516">
      <w:pPr>
        <w:pStyle w:val="a5"/>
        <w:spacing w:line="274" w:lineRule="exact"/>
        <w:ind w:left="286"/>
      </w:pPr>
      <w:r w:rsidRPr="00E85698">
        <w:t>неприятие</w:t>
      </w:r>
      <w:r w:rsidRPr="00E85698">
        <w:rPr>
          <w:spacing w:val="-4"/>
        </w:rPr>
        <w:t xml:space="preserve"> </w:t>
      </w:r>
      <w:r w:rsidRPr="00E85698">
        <w:t>любых</w:t>
      </w:r>
      <w:r w:rsidRPr="00E85698">
        <w:rPr>
          <w:spacing w:val="-3"/>
        </w:rPr>
        <w:t xml:space="preserve"> </w:t>
      </w:r>
      <w:r w:rsidRPr="00E85698">
        <w:t>форм</w:t>
      </w:r>
      <w:r w:rsidRPr="00E85698">
        <w:rPr>
          <w:spacing w:val="-4"/>
        </w:rPr>
        <w:t xml:space="preserve"> </w:t>
      </w:r>
      <w:r w:rsidRPr="00E85698">
        <w:t>экстремизма,</w:t>
      </w:r>
      <w:r w:rsidRPr="00E85698">
        <w:rPr>
          <w:spacing w:val="-3"/>
        </w:rPr>
        <w:t xml:space="preserve"> </w:t>
      </w:r>
      <w:r w:rsidRPr="00E85698">
        <w:t>дискриминации;</w:t>
      </w:r>
    </w:p>
    <w:p w:rsidR="00624C8A" w:rsidRPr="00E85698" w:rsidRDefault="00CB6516">
      <w:pPr>
        <w:pStyle w:val="a5"/>
        <w:spacing w:before="59"/>
        <w:ind w:left="286"/>
      </w:pPr>
      <w:r w:rsidRPr="00E85698">
        <w:t>понимание</w:t>
      </w:r>
      <w:r w:rsidRPr="00E85698">
        <w:rPr>
          <w:spacing w:val="-3"/>
        </w:rPr>
        <w:t xml:space="preserve"> </w:t>
      </w:r>
      <w:r w:rsidRPr="00E85698">
        <w:t>роли</w:t>
      </w:r>
      <w:r w:rsidRPr="00E85698">
        <w:rPr>
          <w:spacing w:val="-3"/>
        </w:rPr>
        <w:t xml:space="preserve"> </w:t>
      </w:r>
      <w:r w:rsidRPr="00E85698">
        <w:t>различных</w:t>
      </w:r>
      <w:r w:rsidRPr="00E85698">
        <w:rPr>
          <w:spacing w:val="-3"/>
        </w:rPr>
        <w:t xml:space="preserve"> </w:t>
      </w:r>
      <w:r w:rsidRPr="00E85698">
        <w:t>социальных</w:t>
      </w:r>
      <w:r w:rsidRPr="00E85698">
        <w:rPr>
          <w:spacing w:val="-3"/>
        </w:rPr>
        <w:t xml:space="preserve"> </w:t>
      </w:r>
      <w:r w:rsidRPr="00E85698">
        <w:t>институтов</w:t>
      </w:r>
      <w:r w:rsidRPr="00E85698">
        <w:rPr>
          <w:spacing w:val="-3"/>
        </w:rPr>
        <w:t xml:space="preserve"> </w:t>
      </w:r>
      <w:r w:rsidRPr="00E85698">
        <w:t>в</w:t>
      </w:r>
      <w:r w:rsidRPr="00E85698">
        <w:rPr>
          <w:spacing w:val="-4"/>
        </w:rPr>
        <w:t xml:space="preserve"> </w:t>
      </w:r>
      <w:r w:rsidRPr="00E85698">
        <w:t>жизни</w:t>
      </w:r>
      <w:r w:rsidRPr="00E85698">
        <w:rPr>
          <w:spacing w:val="-3"/>
        </w:rPr>
        <w:t xml:space="preserve"> </w:t>
      </w:r>
      <w:r w:rsidRPr="00E85698">
        <w:t>человека;</w:t>
      </w:r>
    </w:p>
    <w:p w:rsidR="00624C8A" w:rsidRPr="00E85698" w:rsidRDefault="00CB6516">
      <w:pPr>
        <w:pStyle w:val="a5"/>
        <w:spacing w:before="60" w:line="292" w:lineRule="auto"/>
        <w:ind w:right="594" w:firstLine="180"/>
      </w:pPr>
      <w:r w:rsidRPr="00E85698">
        <w:t>представление об основных правах, свободах и обязанностях гражданина, социальных нормах и</w:t>
      </w:r>
      <w:r w:rsidRPr="00E85698">
        <w:rPr>
          <w:spacing w:val="-57"/>
        </w:rPr>
        <w:t xml:space="preserve"> </w:t>
      </w:r>
      <w:r w:rsidRPr="00E85698">
        <w:t>правилах межличностных отношений в поликультурном и многоконфессиональном обществе,</w:t>
      </w:r>
      <w:r w:rsidRPr="00E85698">
        <w:rPr>
          <w:spacing w:val="1"/>
        </w:rPr>
        <w:t xml:space="preserve"> </w:t>
      </w:r>
      <w:r w:rsidRPr="00E85698">
        <w:t>формируемое в том числе на основе примеров из литературных произведений, написанных на</w:t>
      </w:r>
      <w:r w:rsidRPr="00E85698">
        <w:rPr>
          <w:spacing w:val="1"/>
        </w:rPr>
        <w:t xml:space="preserve"> </w:t>
      </w:r>
      <w:r w:rsidRPr="00E85698">
        <w:t>русском</w:t>
      </w:r>
      <w:r w:rsidRPr="00E85698">
        <w:rPr>
          <w:spacing w:val="-1"/>
        </w:rPr>
        <w:t xml:space="preserve"> </w:t>
      </w:r>
      <w:r w:rsidRPr="00E85698">
        <w:t>языке;</w:t>
      </w:r>
    </w:p>
    <w:p w:rsidR="00624C8A" w:rsidRPr="00E85698" w:rsidRDefault="00CB6516">
      <w:pPr>
        <w:pStyle w:val="a5"/>
        <w:spacing w:line="292" w:lineRule="auto"/>
        <w:ind w:right="1307" w:firstLine="180"/>
      </w:pPr>
      <w:r w:rsidRPr="00E85698">
        <w:t>готовность к разнообразной совместной деятельности, стремление к взаимопониманию и</w:t>
      </w:r>
      <w:r w:rsidRPr="00E85698">
        <w:rPr>
          <w:spacing w:val="-58"/>
        </w:rPr>
        <w:t xml:space="preserve"> </w:t>
      </w:r>
      <w:r w:rsidRPr="00E85698">
        <w:t>взаимопомощи;</w:t>
      </w:r>
    </w:p>
    <w:p w:rsidR="00624C8A" w:rsidRPr="00E85698" w:rsidRDefault="00CB6516">
      <w:pPr>
        <w:pStyle w:val="a5"/>
        <w:spacing w:line="275" w:lineRule="exact"/>
        <w:ind w:left="286"/>
      </w:pPr>
      <w:r w:rsidRPr="00E85698">
        <w:t>активное</w:t>
      </w:r>
      <w:r w:rsidRPr="00E85698">
        <w:rPr>
          <w:spacing w:val="-4"/>
        </w:rPr>
        <w:t xml:space="preserve"> </w:t>
      </w:r>
      <w:r w:rsidRPr="00E85698">
        <w:t>участие</w:t>
      </w:r>
      <w:r w:rsidRPr="00E85698">
        <w:rPr>
          <w:spacing w:val="-3"/>
        </w:rPr>
        <w:t xml:space="preserve"> </w:t>
      </w:r>
      <w:r w:rsidRPr="00E85698">
        <w:t>в</w:t>
      </w:r>
      <w:r w:rsidRPr="00E85698">
        <w:rPr>
          <w:spacing w:val="-5"/>
        </w:rPr>
        <w:t xml:space="preserve"> </w:t>
      </w:r>
      <w:r w:rsidRPr="00E85698">
        <w:t>школьном</w:t>
      </w:r>
      <w:r w:rsidRPr="00E85698">
        <w:rPr>
          <w:spacing w:val="-3"/>
        </w:rPr>
        <w:t xml:space="preserve"> </w:t>
      </w:r>
      <w:r w:rsidRPr="00E85698">
        <w:t>самоуправлении;</w:t>
      </w:r>
    </w:p>
    <w:p w:rsidR="00624C8A" w:rsidRPr="00E85698" w:rsidRDefault="00CB6516">
      <w:pPr>
        <w:pStyle w:val="a5"/>
        <w:spacing w:before="58" w:line="292" w:lineRule="auto"/>
        <w:ind w:right="1176" w:firstLine="180"/>
      </w:pPr>
      <w:r w:rsidRPr="00E85698">
        <w:t>готовность к участию в гуманитарной деятельности (помощь людям, нуждающимся в ней;</w:t>
      </w:r>
      <w:r w:rsidRPr="00E85698">
        <w:rPr>
          <w:spacing w:val="-58"/>
        </w:rPr>
        <w:t xml:space="preserve"> </w:t>
      </w:r>
      <w:proofErr w:type="spellStart"/>
      <w:r w:rsidRPr="00E85698">
        <w:t>волонтёрство</w:t>
      </w:r>
      <w:proofErr w:type="spellEnd"/>
      <w:r w:rsidRPr="00E85698">
        <w:t>).</w:t>
      </w:r>
    </w:p>
    <w:p w:rsidR="00624C8A" w:rsidRPr="00E85698" w:rsidRDefault="00CB6516">
      <w:pPr>
        <w:pStyle w:val="210"/>
        <w:spacing w:line="275" w:lineRule="exact"/>
      </w:pPr>
      <w:r w:rsidRPr="00E85698">
        <w:t>Патриотического</w:t>
      </w:r>
      <w:r w:rsidRPr="00E85698">
        <w:rPr>
          <w:spacing w:val="-8"/>
        </w:rPr>
        <w:t xml:space="preserve"> </w:t>
      </w:r>
      <w:r w:rsidRPr="00E85698">
        <w:t>воспитания:</w:t>
      </w:r>
    </w:p>
    <w:p w:rsidR="00624C8A" w:rsidRPr="00E85698" w:rsidRDefault="00CB6516">
      <w:pPr>
        <w:pStyle w:val="a5"/>
        <w:spacing w:before="60" w:line="292" w:lineRule="auto"/>
        <w:ind w:right="584" w:firstLine="180"/>
      </w:pPr>
      <w:r w:rsidRPr="00E85698">
        <w:t>осознание российской гражданской идентичности в поликультурном и многоконфессиональном</w:t>
      </w:r>
      <w:r w:rsidRPr="00E85698">
        <w:rPr>
          <w:spacing w:val="-58"/>
        </w:rPr>
        <w:t xml:space="preserve"> </w:t>
      </w:r>
      <w:r w:rsidRPr="00E85698">
        <w:t>обществе, понимание роли русского языка как государственного языка Российской Федерации и</w:t>
      </w:r>
      <w:r w:rsidRPr="00E85698">
        <w:rPr>
          <w:spacing w:val="1"/>
        </w:rPr>
        <w:t xml:space="preserve"> </w:t>
      </w:r>
      <w:r w:rsidRPr="00E85698">
        <w:t>языка</w:t>
      </w:r>
      <w:r w:rsidRPr="00E85698">
        <w:rPr>
          <w:spacing w:val="-1"/>
        </w:rPr>
        <w:t xml:space="preserve"> </w:t>
      </w:r>
      <w:r w:rsidRPr="00E85698">
        <w:t>межнационального общения</w:t>
      </w:r>
      <w:r w:rsidRPr="00E85698">
        <w:rPr>
          <w:spacing w:val="-1"/>
        </w:rPr>
        <w:t xml:space="preserve"> </w:t>
      </w:r>
      <w:r w:rsidRPr="00E85698">
        <w:t>народов</w:t>
      </w:r>
      <w:r w:rsidRPr="00E85698">
        <w:rPr>
          <w:spacing w:val="-1"/>
        </w:rPr>
        <w:t xml:space="preserve"> </w:t>
      </w:r>
      <w:r w:rsidRPr="00E85698">
        <w:t>России;</w:t>
      </w:r>
    </w:p>
    <w:p w:rsidR="00624C8A" w:rsidRPr="00E85698" w:rsidRDefault="00CB6516">
      <w:pPr>
        <w:pStyle w:val="a5"/>
        <w:spacing w:line="292" w:lineRule="auto"/>
        <w:ind w:right="665" w:firstLine="180"/>
      </w:pPr>
      <w:r w:rsidRPr="00E85698">
        <w:t>проявление интереса к познанию русского языка, к истории и культуре Российской Федерации,</w:t>
      </w:r>
      <w:r w:rsidRPr="00E85698">
        <w:rPr>
          <w:spacing w:val="-58"/>
        </w:rPr>
        <w:t xml:space="preserve"> </w:t>
      </w:r>
      <w:r w:rsidRPr="00E85698">
        <w:t>культуре</w:t>
      </w:r>
      <w:r w:rsidRPr="00E85698">
        <w:rPr>
          <w:spacing w:val="-2"/>
        </w:rPr>
        <w:t xml:space="preserve"> </w:t>
      </w:r>
      <w:r w:rsidRPr="00E85698">
        <w:t>своего</w:t>
      </w:r>
      <w:r w:rsidRPr="00E85698">
        <w:rPr>
          <w:spacing w:val="-1"/>
        </w:rPr>
        <w:t xml:space="preserve"> </w:t>
      </w:r>
      <w:r w:rsidRPr="00E85698">
        <w:t>края,</w:t>
      </w:r>
      <w:r w:rsidRPr="00E85698">
        <w:rPr>
          <w:spacing w:val="-1"/>
        </w:rPr>
        <w:t xml:space="preserve"> </w:t>
      </w:r>
      <w:r w:rsidRPr="00E85698">
        <w:t>народов</w:t>
      </w:r>
      <w:r w:rsidRPr="00E85698">
        <w:rPr>
          <w:spacing w:val="-2"/>
        </w:rPr>
        <w:t xml:space="preserve"> </w:t>
      </w:r>
      <w:r w:rsidRPr="00E85698">
        <w:t>России</w:t>
      </w:r>
      <w:r w:rsidRPr="00E85698">
        <w:rPr>
          <w:spacing w:val="-1"/>
        </w:rPr>
        <w:t xml:space="preserve"> </w:t>
      </w:r>
      <w:r w:rsidRPr="00E85698">
        <w:t>в</w:t>
      </w:r>
      <w:r w:rsidRPr="00E85698">
        <w:rPr>
          <w:spacing w:val="-3"/>
        </w:rPr>
        <w:t xml:space="preserve"> </w:t>
      </w:r>
      <w:r w:rsidRPr="00E85698">
        <w:t>контексте</w:t>
      </w:r>
      <w:r w:rsidRPr="00E85698">
        <w:rPr>
          <w:spacing w:val="-1"/>
        </w:rPr>
        <w:t xml:space="preserve"> </w:t>
      </w:r>
      <w:r w:rsidRPr="00E85698">
        <w:t>учебного</w:t>
      </w:r>
      <w:r w:rsidRPr="00E85698">
        <w:rPr>
          <w:spacing w:val="-1"/>
        </w:rPr>
        <w:t xml:space="preserve"> </w:t>
      </w:r>
      <w:r w:rsidRPr="00E85698">
        <w:t>предмета</w:t>
      </w:r>
      <w:r w:rsidRPr="00E85698">
        <w:rPr>
          <w:spacing w:val="-1"/>
        </w:rPr>
        <w:t xml:space="preserve"> </w:t>
      </w:r>
      <w:r w:rsidRPr="00E85698">
        <w:t>«Русский</w:t>
      </w:r>
      <w:r w:rsidRPr="00E85698">
        <w:rPr>
          <w:spacing w:val="-1"/>
        </w:rPr>
        <w:t xml:space="preserve"> </w:t>
      </w:r>
      <w:r w:rsidRPr="00E85698">
        <w:t>язык»;</w:t>
      </w:r>
    </w:p>
    <w:p w:rsidR="00624C8A" w:rsidRPr="00E85698" w:rsidRDefault="00CB6516">
      <w:pPr>
        <w:pStyle w:val="a5"/>
        <w:spacing w:line="292" w:lineRule="auto"/>
        <w:ind w:right="1089" w:firstLine="180"/>
      </w:pPr>
      <w:r w:rsidRPr="00E85698">
        <w:t>ценностное отношение к русскому языку, к достижениям своей Родины — России, к науке,</w:t>
      </w:r>
      <w:r w:rsidRPr="00E85698">
        <w:rPr>
          <w:spacing w:val="-58"/>
        </w:rPr>
        <w:t xml:space="preserve"> </w:t>
      </w:r>
      <w:r w:rsidRPr="00E85698">
        <w:t>искусству, боевым подвигам и трудовым достижениям народа, в том числе отражённым в</w:t>
      </w:r>
      <w:r w:rsidRPr="00E85698">
        <w:rPr>
          <w:spacing w:val="1"/>
        </w:rPr>
        <w:t xml:space="preserve"> </w:t>
      </w:r>
      <w:r w:rsidRPr="00E85698">
        <w:t>художественных</w:t>
      </w:r>
      <w:r w:rsidRPr="00E85698">
        <w:rPr>
          <w:spacing w:val="-1"/>
        </w:rPr>
        <w:t xml:space="preserve"> </w:t>
      </w:r>
      <w:r w:rsidRPr="00E85698">
        <w:t>произведениях;</w:t>
      </w:r>
    </w:p>
    <w:p w:rsidR="00624C8A" w:rsidRPr="00E85698" w:rsidRDefault="00CB6516">
      <w:pPr>
        <w:pStyle w:val="a5"/>
        <w:spacing w:line="292" w:lineRule="auto"/>
        <w:ind w:right="1143" w:firstLine="180"/>
      </w:pPr>
      <w:r w:rsidRPr="00E85698">
        <w:t>уважение к символам России, государственным праздникам, историческому и природному</w:t>
      </w:r>
      <w:r w:rsidRPr="00E85698">
        <w:rPr>
          <w:spacing w:val="-57"/>
        </w:rPr>
        <w:t xml:space="preserve"> </w:t>
      </w:r>
      <w:r w:rsidRPr="00E85698">
        <w:t>наследию</w:t>
      </w:r>
      <w:r w:rsidRPr="00E85698">
        <w:rPr>
          <w:spacing w:val="-3"/>
        </w:rPr>
        <w:t xml:space="preserve"> </w:t>
      </w:r>
      <w:r w:rsidRPr="00E85698">
        <w:t>и</w:t>
      </w:r>
      <w:r w:rsidRPr="00E85698">
        <w:rPr>
          <w:spacing w:val="-1"/>
        </w:rPr>
        <w:t xml:space="preserve"> </w:t>
      </w:r>
      <w:r w:rsidRPr="00E85698">
        <w:t>памятникам,</w:t>
      </w:r>
      <w:r w:rsidRPr="00E85698">
        <w:rPr>
          <w:spacing w:val="-1"/>
        </w:rPr>
        <w:t xml:space="preserve"> </w:t>
      </w:r>
      <w:r w:rsidRPr="00E85698">
        <w:t>традициям</w:t>
      </w:r>
      <w:r w:rsidRPr="00E85698">
        <w:rPr>
          <w:spacing w:val="-2"/>
        </w:rPr>
        <w:t xml:space="preserve"> </w:t>
      </w:r>
      <w:r w:rsidRPr="00E85698">
        <w:t>разных</w:t>
      </w:r>
      <w:r w:rsidRPr="00E85698">
        <w:rPr>
          <w:spacing w:val="-1"/>
        </w:rPr>
        <w:t xml:space="preserve"> </w:t>
      </w:r>
      <w:r w:rsidRPr="00E85698">
        <w:t>народов,</w:t>
      </w:r>
      <w:r w:rsidRPr="00E85698">
        <w:rPr>
          <w:spacing w:val="-1"/>
        </w:rPr>
        <w:t xml:space="preserve"> </w:t>
      </w:r>
      <w:r w:rsidRPr="00E85698">
        <w:t>проживающих</w:t>
      </w:r>
      <w:r w:rsidRPr="00E85698">
        <w:rPr>
          <w:spacing w:val="-2"/>
        </w:rPr>
        <w:t xml:space="preserve"> </w:t>
      </w:r>
      <w:r w:rsidRPr="00E85698">
        <w:t>в</w:t>
      </w:r>
      <w:r w:rsidRPr="00E85698">
        <w:rPr>
          <w:spacing w:val="-2"/>
        </w:rPr>
        <w:t xml:space="preserve"> </w:t>
      </w:r>
      <w:r w:rsidRPr="00E85698">
        <w:t>родной</w:t>
      </w:r>
      <w:r w:rsidRPr="00E85698">
        <w:rPr>
          <w:spacing w:val="-1"/>
        </w:rPr>
        <w:t xml:space="preserve"> </w:t>
      </w:r>
      <w:r w:rsidRPr="00E85698">
        <w:t>стране.</w:t>
      </w:r>
    </w:p>
    <w:p w:rsidR="00624C8A" w:rsidRPr="00E85698" w:rsidRDefault="00CB6516">
      <w:pPr>
        <w:pStyle w:val="210"/>
        <w:spacing w:line="275" w:lineRule="exact"/>
      </w:pPr>
      <w:r w:rsidRPr="00E85698">
        <w:t>Духовно-нравственного</w:t>
      </w:r>
      <w:r w:rsidRPr="00E85698">
        <w:rPr>
          <w:spacing w:val="-10"/>
        </w:rPr>
        <w:t xml:space="preserve"> </w:t>
      </w:r>
      <w:r w:rsidRPr="00E85698">
        <w:t>воспитания:</w:t>
      </w:r>
    </w:p>
    <w:p w:rsidR="00624C8A" w:rsidRPr="00E85698" w:rsidRDefault="00CB6516">
      <w:pPr>
        <w:pStyle w:val="a5"/>
        <w:spacing w:before="55" w:line="292" w:lineRule="auto"/>
        <w:ind w:left="286" w:right="1030"/>
      </w:pPr>
      <w:r w:rsidRPr="00E85698">
        <w:t>ориентация</w:t>
      </w:r>
      <w:r w:rsidRPr="00E85698">
        <w:rPr>
          <w:spacing w:val="4"/>
        </w:rPr>
        <w:t xml:space="preserve"> </w:t>
      </w:r>
      <w:r w:rsidRPr="00E85698">
        <w:t>на</w:t>
      </w:r>
      <w:r w:rsidRPr="00E85698">
        <w:rPr>
          <w:spacing w:val="5"/>
        </w:rPr>
        <w:t xml:space="preserve"> </w:t>
      </w:r>
      <w:r w:rsidRPr="00E85698">
        <w:t>моральные</w:t>
      </w:r>
      <w:r w:rsidRPr="00E85698">
        <w:rPr>
          <w:spacing w:val="5"/>
        </w:rPr>
        <w:t xml:space="preserve"> </w:t>
      </w:r>
      <w:r w:rsidRPr="00E85698">
        <w:t>ценности</w:t>
      </w:r>
      <w:r w:rsidRPr="00E85698">
        <w:rPr>
          <w:spacing w:val="5"/>
        </w:rPr>
        <w:t xml:space="preserve"> </w:t>
      </w:r>
      <w:r w:rsidRPr="00E85698">
        <w:t>и</w:t>
      </w:r>
      <w:r w:rsidRPr="00E85698">
        <w:rPr>
          <w:spacing w:val="5"/>
        </w:rPr>
        <w:t xml:space="preserve"> </w:t>
      </w:r>
      <w:r w:rsidRPr="00E85698">
        <w:t>нормы</w:t>
      </w:r>
      <w:r w:rsidRPr="00E85698">
        <w:rPr>
          <w:spacing w:val="5"/>
        </w:rPr>
        <w:t xml:space="preserve"> </w:t>
      </w:r>
      <w:r w:rsidRPr="00E85698">
        <w:t>в</w:t>
      </w:r>
      <w:r w:rsidRPr="00E85698">
        <w:rPr>
          <w:spacing w:val="4"/>
        </w:rPr>
        <w:t xml:space="preserve"> </w:t>
      </w:r>
      <w:r w:rsidRPr="00E85698">
        <w:t>ситуациях</w:t>
      </w:r>
      <w:r w:rsidRPr="00E85698">
        <w:rPr>
          <w:spacing w:val="5"/>
        </w:rPr>
        <w:t xml:space="preserve"> </w:t>
      </w:r>
      <w:r w:rsidRPr="00E85698">
        <w:t>нравственного</w:t>
      </w:r>
      <w:r w:rsidRPr="00E85698">
        <w:rPr>
          <w:spacing w:val="5"/>
        </w:rPr>
        <w:t xml:space="preserve"> </w:t>
      </w:r>
      <w:r w:rsidRPr="00E85698">
        <w:t>выбора;</w:t>
      </w:r>
      <w:r w:rsidRPr="00E85698">
        <w:rPr>
          <w:spacing w:val="1"/>
        </w:rPr>
        <w:t xml:space="preserve"> </w:t>
      </w:r>
      <w:r w:rsidRPr="00E85698">
        <w:t>готовность</w:t>
      </w:r>
      <w:r w:rsidRPr="00E85698">
        <w:rPr>
          <w:spacing w:val="-4"/>
        </w:rPr>
        <w:t xml:space="preserve"> </w:t>
      </w:r>
      <w:r w:rsidRPr="00E85698">
        <w:t>оценивать</w:t>
      </w:r>
      <w:r w:rsidRPr="00E85698">
        <w:rPr>
          <w:spacing w:val="-4"/>
        </w:rPr>
        <w:t xml:space="preserve"> </w:t>
      </w:r>
      <w:r w:rsidRPr="00E85698">
        <w:t>своё</w:t>
      </w:r>
      <w:r w:rsidRPr="00E85698">
        <w:rPr>
          <w:spacing w:val="-2"/>
        </w:rPr>
        <w:t xml:space="preserve"> </w:t>
      </w:r>
      <w:r w:rsidRPr="00E85698">
        <w:t>поведение,</w:t>
      </w:r>
      <w:r w:rsidRPr="00E85698">
        <w:rPr>
          <w:spacing w:val="-3"/>
        </w:rPr>
        <w:t xml:space="preserve"> </w:t>
      </w:r>
      <w:r w:rsidRPr="00E85698">
        <w:t>в</w:t>
      </w:r>
      <w:r w:rsidRPr="00E85698">
        <w:rPr>
          <w:spacing w:val="-3"/>
        </w:rPr>
        <w:t xml:space="preserve"> </w:t>
      </w:r>
      <w:r w:rsidRPr="00E85698">
        <w:t>том</w:t>
      </w:r>
      <w:r w:rsidRPr="00E85698">
        <w:rPr>
          <w:spacing w:val="-3"/>
        </w:rPr>
        <w:t xml:space="preserve"> </w:t>
      </w:r>
      <w:r w:rsidRPr="00E85698">
        <w:t>числе</w:t>
      </w:r>
      <w:r w:rsidRPr="00E85698">
        <w:rPr>
          <w:spacing w:val="-2"/>
        </w:rPr>
        <w:t xml:space="preserve"> </w:t>
      </w:r>
      <w:r w:rsidRPr="00E85698">
        <w:t>речевое,</w:t>
      </w:r>
      <w:r w:rsidRPr="00E85698">
        <w:rPr>
          <w:spacing w:val="-3"/>
        </w:rPr>
        <w:t xml:space="preserve"> </w:t>
      </w:r>
      <w:r w:rsidRPr="00E85698">
        <w:t>и</w:t>
      </w:r>
      <w:r w:rsidRPr="00E85698">
        <w:rPr>
          <w:spacing w:val="-2"/>
        </w:rPr>
        <w:t xml:space="preserve"> </w:t>
      </w:r>
      <w:r w:rsidRPr="00E85698">
        <w:t>поступки,</w:t>
      </w:r>
      <w:r w:rsidRPr="00E85698">
        <w:rPr>
          <w:spacing w:val="-3"/>
        </w:rPr>
        <w:t xml:space="preserve"> </w:t>
      </w:r>
      <w:r w:rsidRPr="00E85698">
        <w:t>а</w:t>
      </w:r>
      <w:r w:rsidRPr="00E85698">
        <w:rPr>
          <w:spacing w:val="-3"/>
        </w:rPr>
        <w:t xml:space="preserve"> </w:t>
      </w:r>
      <w:r w:rsidRPr="00E85698">
        <w:t>также</w:t>
      </w:r>
      <w:r w:rsidRPr="00E85698">
        <w:rPr>
          <w:spacing w:val="-2"/>
        </w:rPr>
        <w:t xml:space="preserve"> </w:t>
      </w:r>
      <w:r w:rsidRPr="00E85698">
        <w:t>поведение</w:t>
      </w:r>
      <w:r w:rsidRPr="00E85698">
        <w:rPr>
          <w:spacing w:val="-3"/>
        </w:rPr>
        <w:t xml:space="preserve"> </w:t>
      </w:r>
      <w:r w:rsidRPr="00E85698">
        <w:t>и</w:t>
      </w:r>
    </w:p>
    <w:p w:rsidR="00624C8A" w:rsidRPr="00E85698" w:rsidRDefault="00CB6516">
      <w:pPr>
        <w:pStyle w:val="a5"/>
        <w:spacing w:line="292" w:lineRule="auto"/>
      </w:pPr>
      <w:r w:rsidRPr="00E85698">
        <w:t>поступки</w:t>
      </w:r>
      <w:r w:rsidRPr="00E85698">
        <w:rPr>
          <w:spacing w:val="-3"/>
        </w:rPr>
        <w:t xml:space="preserve"> </w:t>
      </w:r>
      <w:r w:rsidRPr="00E85698">
        <w:t>других</w:t>
      </w:r>
      <w:r w:rsidRPr="00E85698">
        <w:rPr>
          <w:spacing w:val="-2"/>
        </w:rPr>
        <w:t xml:space="preserve"> </w:t>
      </w:r>
      <w:r w:rsidRPr="00E85698">
        <w:t>людей</w:t>
      </w:r>
      <w:r w:rsidRPr="00E85698">
        <w:rPr>
          <w:spacing w:val="-3"/>
        </w:rPr>
        <w:t xml:space="preserve"> </w:t>
      </w:r>
      <w:r w:rsidRPr="00E85698">
        <w:t>с</w:t>
      </w:r>
      <w:r w:rsidRPr="00E85698">
        <w:rPr>
          <w:spacing w:val="-2"/>
        </w:rPr>
        <w:t xml:space="preserve"> </w:t>
      </w:r>
      <w:r w:rsidRPr="00E85698">
        <w:t>позиции</w:t>
      </w:r>
      <w:r w:rsidRPr="00E85698">
        <w:rPr>
          <w:spacing w:val="-3"/>
        </w:rPr>
        <w:t xml:space="preserve"> </w:t>
      </w:r>
      <w:r w:rsidRPr="00E85698">
        <w:t>нравственных</w:t>
      </w:r>
      <w:r w:rsidRPr="00E85698">
        <w:rPr>
          <w:spacing w:val="-2"/>
        </w:rPr>
        <w:t xml:space="preserve"> </w:t>
      </w:r>
      <w:r w:rsidRPr="00E85698">
        <w:t>и</w:t>
      </w:r>
      <w:r w:rsidRPr="00E85698">
        <w:rPr>
          <w:spacing w:val="-3"/>
        </w:rPr>
        <w:t xml:space="preserve"> </w:t>
      </w:r>
      <w:r w:rsidRPr="00E85698">
        <w:t>правовых</w:t>
      </w:r>
      <w:r w:rsidRPr="00E85698">
        <w:rPr>
          <w:spacing w:val="-2"/>
        </w:rPr>
        <w:t xml:space="preserve"> </w:t>
      </w:r>
      <w:r w:rsidRPr="00E85698">
        <w:t>норм</w:t>
      </w:r>
      <w:r w:rsidRPr="00E85698">
        <w:rPr>
          <w:spacing w:val="-3"/>
        </w:rPr>
        <w:t xml:space="preserve"> </w:t>
      </w:r>
      <w:r w:rsidRPr="00E85698">
        <w:t>с</w:t>
      </w:r>
      <w:r w:rsidRPr="00E85698">
        <w:rPr>
          <w:spacing w:val="-2"/>
        </w:rPr>
        <w:t xml:space="preserve"> </w:t>
      </w:r>
      <w:r w:rsidRPr="00E85698">
        <w:t>учётом</w:t>
      </w:r>
      <w:r w:rsidRPr="00E85698">
        <w:rPr>
          <w:spacing w:val="-3"/>
        </w:rPr>
        <w:t xml:space="preserve"> </w:t>
      </w:r>
      <w:r w:rsidRPr="00E85698">
        <w:t>осознания</w:t>
      </w:r>
      <w:r w:rsidRPr="00E85698">
        <w:rPr>
          <w:spacing w:val="-3"/>
        </w:rPr>
        <w:t xml:space="preserve"> </w:t>
      </w:r>
      <w:r w:rsidRPr="00E85698">
        <w:t>последствий</w:t>
      </w:r>
      <w:r w:rsidRPr="00E85698">
        <w:rPr>
          <w:spacing w:val="-57"/>
        </w:rPr>
        <w:t xml:space="preserve"> </w:t>
      </w:r>
      <w:r w:rsidRPr="00E85698">
        <w:t>поступков;</w:t>
      </w:r>
    </w:p>
    <w:p w:rsidR="00624C8A" w:rsidRPr="00E85698" w:rsidRDefault="00CB6516">
      <w:pPr>
        <w:pStyle w:val="a5"/>
        <w:spacing w:line="275" w:lineRule="exact"/>
        <w:ind w:left="286"/>
      </w:pPr>
      <w:r w:rsidRPr="00E85698">
        <w:t>активное</w:t>
      </w:r>
      <w:r w:rsidRPr="00E85698">
        <w:rPr>
          <w:spacing w:val="-4"/>
        </w:rPr>
        <w:t xml:space="preserve"> </w:t>
      </w:r>
      <w:r w:rsidRPr="00E85698">
        <w:t>неприятие</w:t>
      </w:r>
      <w:r w:rsidRPr="00E85698">
        <w:rPr>
          <w:spacing w:val="-4"/>
        </w:rPr>
        <w:t xml:space="preserve"> </w:t>
      </w:r>
      <w:r w:rsidRPr="00E85698">
        <w:t>асоциальных</w:t>
      </w:r>
      <w:r w:rsidRPr="00E85698">
        <w:rPr>
          <w:spacing w:val="-4"/>
        </w:rPr>
        <w:t xml:space="preserve"> </w:t>
      </w:r>
      <w:r w:rsidRPr="00E85698">
        <w:t>поступков;</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6"/>
        <w:ind w:left="286"/>
      </w:pPr>
      <w:r w:rsidRPr="00E85698">
        <w:lastRenderedPageBreak/>
        <w:t>свобода</w:t>
      </w:r>
      <w:r w:rsidRPr="00E85698">
        <w:rPr>
          <w:spacing w:val="-5"/>
        </w:rPr>
        <w:t xml:space="preserve"> </w:t>
      </w:r>
      <w:r w:rsidRPr="00E85698">
        <w:t>и</w:t>
      </w:r>
      <w:r w:rsidRPr="00E85698">
        <w:rPr>
          <w:spacing w:val="-4"/>
        </w:rPr>
        <w:t xml:space="preserve"> </w:t>
      </w:r>
      <w:r w:rsidRPr="00E85698">
        <w:t>ответственность</w:t>
      </w:r>
      <w:r w:rsidRPr="00E85698">
        <w:rPr>
          <w:spacing w:val="-5"/>
        </w:rPr>
        <w:t xml:space="preserve"> </w:t>
      </w:r>
      <w:r w:rsidRPr="00E85698">
        <w:t>личности</w:t>
      </w:r>
      <w:r w:rsidRPr="00E85698">
        <w:rPr>
          <w:spacing w:val="-4"/>
        </w:rPr>
        <w:t xml:space="preserve"> </w:t>
      </w:r>
      <w:r w:rsidRPr="00E85698">
        <w:t>в</w:t>
      </w:r>
      <w:r w:rsidRPr="00E85698">
        <w:rPr>
          <w:spacing w:val="-5"/>
        </w:rPr>
        <w:t xml:space="preserve"> </w:t>
      </w:r>
      <w:r w:rsidRPr="00E85698">
        <w:t>условиях</w:t>
      </w:r>
      <w:r w:rsidRPr="00E85698">
        <w:rPr>
          <w:spacing w:val="-4"/>
        </w:rPr>
        <w:t xml:space="preserve"> </w:t>
      </w:r>
      <w:r w:rsidRPr="00E85698">
        <w:t>индивидуального</w:t>
      </w:r>
      <w:r w:rsidRPr="00E85698">
        <w:rPr>
          <w:spacing w:val="-4"/>
        </w:rPr>
        <w:t xml:space="preserve"> </w:t>
      </w:r>
      <w:r w:rsidRPr="00E85698">
        <w:t>и</w:t>
      </w:r>
      <w:r w:rsidRPr="00E85698">
        <w:rPr>
          <w:spacing w:val="-4"/>
        </w:rPr>
        <w:t xml:space="preserve"> </w:t>
      </w:r>
      <w:r w:rsidRPr="00E85698">
        <w:t>общественного</w:t>
      </w:r>
      <w:r w:rsidRPr="00E85698">
        <w:rPr>
          <w:spacing w:val="-4"/>
        </w:rPr>
        <w:t xml:space="preserve"> </w:t>
      </w:r>
      <w:r w:rsidRPr="00E85698">
        <w:t>пространства.</w:t>
      </w:r>
    </w:p>
    <w:p w:rsidR="00624C8A" w:rsidRPr="00E85698" w:rsidRDefault="00CB6516">
      <w:pPr>
        <w:pStyle w:val="210"/>
        <w:spacing w:before="60"/>
      </w:pPr>
      <w:r w:rsidRPr="00E85698">
        <w:t>Эстетического</w:t>
      </w:r>
      <w:r w:rsidRPr="00E85698">
        <w:rPr>
          <w:spacing w:val="-9"/>
        </w:rPr>
        <w:t xml:space="preserve"> </w:t>
      </w:r>
      <w:r w:rsidRPr="00E85698">
        <w:t>воспитания:</w:t>
      </w:r>
    </w:p>
    <w:p w:rsidR="00624C8A" w:rsidRPr="00E85698" w:rsidRDefault="00CB6516">
      <w:pPr>
        <w:pStyle w:val="a5"/>
        <w:spacing w:before="60" w:line="292" w:lineRule="auto"/>
        <w:ind w:left="286" w:right="703"/>
      </w:pPr>
      <w:r w:rsidRPr="00E85698">
        <w:t>восприимчивость к разным видам искусства, традициям и творчеству своего и других народов;</w:t>
      </w:r>
      <w:r w:rsidRPr="00E85698">
        <w:rPr>
          <w:spacing w:val="-58"/>
        </w:rPr>
        <w:t xml:space="preserve"> </w:t>
      </w:r>
      <w:r w:rsidRPr="00E85698">
        <w:t>понимание</w:t>
      </w:r>
      <w:r w:rsidRPr="00E85698">
        <w:rPr>
          <w:spacing w:val="-1"/>
        </w:rPr>
        <w:t xml:space="preserve"> </w:t>
      </w:r>
      <w:r w:rsidRPr="00E85698">
        <w:t>эмоционального воздействия</w:t>
      </w:r>
      <w:r w:rsidRPr="00E85698">
        <w:rPr>
          <w:spacing w:val="-1"/>
        </w:rPr>
        <w:t xml:space="preserve"> </w:t>
      </w:r>
      <w:r w:rsidRPr="00E85698">
        <w:t>искусства;</w:t>
      </w:r>
    </w:p>
    <w:p w:rsidR="00624C8A" w:rsidRPr="00E85698" w:rsidRDefault="00CB6516">
      <w:pPr>
        <w:pStyle w:val="a5"/>
        <w:spacing w:line="292" w:lineRule="auto"/>
        <w:ind w:left="286" w:right="764"/>
      </w:pPr>
      <w:r w:rsidRPr="00E85698">
        <w:t>осознание важности художественной культуры как средства коммуникации и самовыражения;</w:t>
      </w:r>
      <w:r w:rsidRPr="00E85698">
        <w:rPr>
          <w:spacing w:val="-58"/>
        </w:rPr>
        <w:t xml:space="preserve"> </w:t>
      </w:r>
      <w:r w:rsidRPr="00E85698">
        <w:t>осознание</w:t>
      </w:r>
      <w:r w:rsidRPr="00E85698">
        <w:rPr>
          <w:spacing w:val="-2"/>
        </w:rPr>
        <w:t xml:space="preserve"> </w:t>
      </w:r>
      <w:r w:rsidRPr="00E85698">
        <w:t>важности</w:t>
      </w:r>
      <w:r w:rsidRPr="00E85698">
        <w:rPr>
          <w:spacing w:val="-1"/>
        </w:rPr>
        <w:t xml:space="preserve"> </w:t>
      </w:r>
      <w:r w:rsidRPr="00E85698">
        <w:t>русского</w:t>
      </w:r>
      <w:r w:rsidRPr="00E85698">
        <w:rPr>
          <w:spacing w:val="-1"/>
        </w:rPr>
        <w:t xml:space="preserve"> </w:t>
      </w:r>
      <w:r w:rsidRPr="00E85698">
        <w:t>языка</w:t>
      </w:r>
      <w:r w:rsidRPr="00E85698">
        <w:rPr>
          <w:spacing w:val="-1"/>
        </w:rPr>
        <w:t xml:space="preserve"> </w:t>
      </w:r>
      <w:r w:rsidRPr="00E85698">
        <w:t>как</w:t>
      </w:r>
      <w:r w:rsidRPr="00E85698">
        <w:rPr>
          <w:spacing w:val="-2"/>
        </w:rPr>
        <w:t xml:space="preserve"> </w:t>
      </w:r>
      <w:r w:rsidRPr="00E85698">
        <w:t>средства</w:t>
      </w:r>
      <w:r w:rsidRPr="00E85698">
        <w:rPr>
          <w:spacing w:val="-1"/>
        </w:rPr>
        <w:t xml:space="preserve"> </w:t>
      </w:r>
      <w:r w:rsidRPr="00E85698">
        <w:t>коммуникации</w:t>
      </w:r>
      <w:r w:rsidRPr="00E85698">
        <w:rPr>
          <w:spacing w:val="-1"/>
        </w:rPr>
        <w:t xml:space="preserve"> </w:t>
      </w:r>
      <w:r w:rsidRPr="00E85698">
        <w:t>и</w:t>
      </w:r>
      <w:r w:rsidRPr="00E85698">
        <w:rPr>
          <w:spacing w:val="-2"/>
        </w:rPr>
        <w:t xml:space="preserve"> </w:t>
      </w:r>
      <w:r w:rsidRPr="00E85698">
        <w:t>самовыражения;</w:t>
      </w:r>
    </w:p>
    <w:p w:rsidR="00624C8A" w:rsidRPr="00E85698" w:rsidRDefault="00CB6516">
      <w:pPr>
        <w:pStyle w:val="a5"/>
        <w:spacing w:line="292" w:lineRule="auto"/>
        <w:ind w:right="280" w:firstLine="180"/>
      </w:pPr>
      <w:r w:rsidRPr="00E85698">
        <w:t>понимание ценности отечественного и мирового искусства, роли этнических культурных традиций</w:t>
      </w:r>
      <w:r w:rsidRPr="00E85698">
        <w:rPr>
          <w:spacing w:val="-58"/>
        </w:rPr>
        <w:t xml:space="preserve"> </w:t>
      </w:r>
      <w:r w:rsidRPr="00E85698">
        <w:t>и</w:t>
      </w:r>
      <w:r w:rsidRPr="00E85698">
        <w:rPr>
          <w:spacing w:val="-1"/>
        </w:rPr>
        <w:t xml:space="preserve"> </w:t>
      </w:r>
      <w:r w:rsidRPr="00E85698">
        <w:t>народного творчества;</w:t>
      </w:r>
    </w:p>
    <w:p w:rsidR="00624C8A" w:rsidRPr="00E85698" w:rsidRDefault="00CB6516">
      <w:pPr>
        <w:pStyle w:val="a5"/>
        <w:spacing w:line="275" w:lineRule="exact"/>
        <w:ind w:left="286"/>
      </w:pPr>
      <w:r w:rsidRPr="00E85698">
        <w:t>стремление</w:t>
      </w:r>
      <w:r w:rsidRPr="00E85698">
        <w:rPr>
          <w:spacing w:val="-4"/>
        </w:rPr>
        <w:t xml:space="preserve"> </w:t>
      </w:r>
      <w:r w:rsidRPr="00E85698">
        <w:t>к</w:t>
      </w:r>
      <w:r w:rsidRPr="00E85698">
        <w:rPr>
          <w:spacing w:val="-4"/>
        </w:rPr>
        <w:t xml:space="preserve"> </w:t>
      </w:r>
      <w:r w:rsidRPr="00E85698">
        <w:t>самовыражению</w:t>
      </w:r>
      <w:r w:rsidRPr="00E85698">
        <w:rPr>
          <w:spacing w:val="-4"/>
        </w:rPr>
        <w:t xml:space="preserve"> </w:t>
      </w:r>
      <w:r w:rsidRPr="00E85698">
        <w:t>в</w:t>
      </w:r>
      <w:r w:rsidRPr="00E85698">
        <w:rPr>
          <w:spacing w:val="-4"/>
        </w:rPr>
        <w:t xml:space="preserve"> </w:t>
      </w:r>
      <w:r w:rsidRPr="00E85698">
        <w:t>разных</w:t>
      </w:r>
      <w:r w:rsidRPr="00E85698">
        <w:rPr>
          <w:spacing w:val="-3"/>
        </w:rPr>
        <w:t xml:space="preserve"> </w:t>
      </w:r>
      <w:r w:rsidRPr="00E85698">
        <w:t>видах</w:t>
      </w:r>
      <w:r w:rsidRPr="00E85698">
        <w:rPr>
          <w:spacing w:val="-3"/>
        </w:rPr>
        <w:t xml:space="preserve"> </w:t>
      </w:r>
      <w:r w:rsidRPr="00E85698">
        <w:t>искусства.</w:t>
      </w:r>
    </w:p>
    <w:p w:rsidR="00624C8A" w:rsidRPr="00E85698" w:rsidRDefault="00CB6516">
      <w:pPr>
        <w:spacing w:before="58" w:line="292" w:lineRule="auto"/>
        <w:ind w:left="286" w:right="396"/>
        <w:rPr>
          <w:sz w:val="24"/>
        </w:rPr>
      </w:pPr>
      <w:r w:rsidRPr="00E85698">
        <w:rPr>
          <w:b/>
          <w:i/>
          <w:sz w:val="24"/>
        </w:rPr>
        <w:t>Физического</w:t>
      </w:r>
      <w:r w:rsidRPr="00E85698">
        <w:rPr>
          <w:b/>
          <w:i/>
          <w:spacing w:val="-7"/>
          <w:sz w:val="24"/>
        </w:rPr>
        <w:t xml:space="preserve"> </w:t>
      </w:r>
      <w:r w:rsidRPr="00E85698">
        <w:rPr>
          <w:b/>
          <w:i/>
          <w:sz w:val="24"/>
        </w:rPr>
        <w:t>воспитания,</w:t>
      </w:r>
      <w:r w:rsidRPr="00E85698">
        <w:rPr>
          <w:b/>
          <w:i/>
          <w:spacing w:val="-6"/>
          <w:sz w:val="24"/>
        </w:rPr>
        <w:t xml:space="preserve"> </w:t>
      </w:r>
      <w:r w:rsidRPr="00E85698">
        <w:rPr>
          <w:b/>
          <w:i/>
          <w:sz w:val="24"/>
        </w:rPr>
        <w:t>формирования</w:t>
      </w:r>
      <w:r w:rsidRPr="00E85698">
        <w:rPr>
          <w:b/>
          <w:i/>
          <w:spacing w:val="-7"/>
          <w:sz w:val="24"/>
        </w:rPr>
        <w:t xml:space="preserve"> </w:t>
      </w:r>
      <w:r w:rsidRPr="00E85698">
        <w:rPr>
          <w:b/>
          <w:i/>
          <w:sz w:val="24"/>
        </w:rPr>
        <w:t>культуры</w:t>
      </w:r>
      <w:r w:rsidRPr="00E85698">
        <w:rPr>
          <w:b/>
          <w:i/>
          <w:spacing w:val="-6"/>
          <w:sz w:val="24"/>
        </w:rPr>
        <w:t xml:space="preserve"> </w:t>
      </w:r>
      <w:r w:rsidRPr="00E85698">
        <w:rPr>
          <w:b/>
          <w:i/>
          <w:sz w:val="24"/>
        </w:rPr>
        <w:t>здоровья</w:t>
      </w:r>
      <w:r w:rsidRPr="00E85698">
        <w:rPr>
          <w:b/>
          <w:i/>
          <w:spacing w:val="-7"/>
          <w:sz w:val="24"/>
        </w:rPr>
        <w:t xml:space="preserve"> </w:t>
      </w:r>
      <w:r w:rsidRPr="00E85698">
        <w:rPr>
          <w:b/>
          <w:i/>
          <w:sz w:val="24"/>
        </w:rPr>
        <w:t>и</w:t>
      </w:r>
      <w:r w:rsidRPr="00E85698">
        <w:rPr>
          <w:b/>
          <w:i/>
          <w:spacing w:val="-6"/>
          <w:sz w:val="24"/>
        </w:rPr>
        <w:t xml:space="preserve"> </w:t>
      </w:r>
      <w:r w:rsidRPr="00E85698">
        <w:rPr>
          <w:b/>
          <w:i/>
          <w:sz w:val="24"/>
        </w:rPr>
        <w:t>эмоционального</w:t>
      </w:r>
      <w:r w:rsidRPr="00E85698">
        <w:rPr>
          <w:b/>
          <w:i/>
          <w:spacing w:val="-7"/>
          <w:sz w:val="24"/>
        </w:rPr>
        <w:t xml:space="preserve"> </w:t>
      </w:r>
      <w:r w:rsidRPr="00E85698">
        <w:rPr>
          <w:b/>
          <w:i/>
          <w:sz w:val="24"/>
        </w:rPr>
        <w:t>благополучия:</w:t>
      </w:r>
      <w:r w:rsidRPr="00E85698">
        <w:rPr>
          <w:b/>
          <w:i/>
          <w:spacing w:val="-57"/>
          <w:sz w:val="24"/>
        </w:rPr>
        <w:t xml:space="preserve"> </w:t>
      </w:r>
      <w:r w:rsidRPr="00E85698">
        <w:rPr>
          <w:sz w:val="24"/>
        </w:rPr>
        <w:t>осознание ценности жизни с опорой на собственный жизненный и читательский опыт;</w:t>
      </w:r>
      <w:r w:rsidRPr="00E85698">
        <w:rPr>
          <w:spacing w:val="1"/>
          <w:sz w:val="24"/>
        </w:rPr>
        <w:t xml:space="preserve"> </w:t>
      </w:r>
      <w:r w:rsidRPr="00E85698">
        <w:rPr>
          <w:sz w:val="24"/>
        </w:rPr>
        <w:t>ответственное</w:t>
      </w:r>
      <w:r w:rsidRPr="00E85698">
        <w:rPr>
          <w:spacing w:val="-2"/>
          <w:sz w:val="24"/>
        </w:rPr>
        <w:t xml:space="preserve"> </w:t>
      </w:r>
      <w:r w:rsidRPr="00E85698">
        <w:rPr>
          <w:sz w:val="24"/>
        </w:rPr>
        <w:t>отношение</w:t>
      </w:r>
      <w:r w:rsidRPr="00E85698">
        <w:rPr>
          <w:spacing w:val="-2"/>
          <w:sz w:val="24"/>
        </w:rPr>
        <w:t xml:space="preserve"> </w:t>
      </w:r>
      <w:r w:rsidRPr="00E85698">
        <w:rPr>
          <w:sz w:val="24"/>
        </w:rPr>
        <w:t>к</w:t>
      </w:r>
      <w:r w:rsidRPr="00E85698">
        <w:rPr>
          <w:spacing w:val="-3"/>
          <w:sz w:val="24"/>
        </w:rPr>
        <w:t xml:space="preserve"> </w:t>
      </w:r>
      <w:r w:rsidRPr="00E85698">
        <w:rPr>
          <w:sz w:val="24"/>
        </w:rPr>
        <w:t>своему</w:t>
      </w:r>
      <w:r w:rsidRPr="00E85698">
        <w:rPr>
          <w:spacing w:val="-2"/>
          <w:sz w:val="24"/>
        </w:rPr>
        <w:t xml:space="preserve"> </w:t>
      </w:r>
      <w:r w:rsidRPr="00E85698">
        <w:rPr>
          <w:sz w:val="24"/>
        </w:rPr>
        <w:t>здоровью</w:t>
      </w:r>
      <w:r w:rsidRPr="00E85698">
        <w:rPr>
          <w:spacing w:val="-3"/>
          <w:sz w:val="24"/>
        </w:rPr>
        <w:t xml:space="preserve"> </w:t>
      </w:r>
      <w:r w:rsidRPr="00E85698">
        <w:rPr>
          <w:sz w:val="24"/>
        </w:rPr>
        <w:t>и</w:t>
      </w:r>
      <w:r w:rsidRPr="00E85698">
        <w:rPr>
          <w:spacing w:val="-2"/>
          <w:sz w:val="24"/>
        </w:rPr>
        <w:t xml:space="preserve"> </w:t>
      </w:r>
      <w:r w:rsidRPr="00E85698">
        <w:rPr>
          <w:sz w:val="24"/>
        </w:rPr>
        <w:t>установка</w:t>
      </w:r>
      <w:r w:rsidRPr="00E85698">
        <w:rPr>
          <w:spacing w:val="-2"/>
          <w:sz w:val="24"/>
        </w:rPr>
        <w:t xml:space="preserve"> </w:t>
      </w:r>
      <w:r w:rsidRPr="00E85698">
        <w:rPr>
          <w:sz w:val="24"/>
        </w:rPr>
        <w:t>на</w:t>
      </w:r>
      <w:r w:rsidRPr="00E85698">
        <w:rPr>
          <w:spacing w:val="-2"/>
          <w:sz w:val="24"/>
        </w:rPr>
        <w:t xml:space="preserve"> </w:t>
      </w:r>
      <w:r w:rsidRPr="00E85698">
        <w:rPr>
          <w:sz w:val="24"/>
        </w:rPr>
        <w:t>здоровый</w:t>
      </w:r>
      <w:r w:rsidRPr="00E85698">
        <w:rPr>
          <w:spacing w:val="-1"/>
          <w:sz w:val="24"/>
        </w:rPr>
        <w:t xml:space="preserve"> </w:t>
      </w:r>
      <w:r w:rsidRPr="00E85698">
        <w:rPr>
          <w:sz w:val="24"/>
        </w:rPr>
        <w:t>образ</w:t>
      </w:r>
      <w:r w:rsidRPr="00E85698">
        <w:rPr>
          <w:spacing w:val="-3"/>
          <w:sz w:val="24"/>
        </w:rPr>
        <w:t xml:space="preserve"> </w:t>
      </w:r>
      <w:r w:rsidRPr="00E85698">
        <w:rPr>
          <w:sz w:val="24"/>
        </w:rPr>
        <w:t>жизни</w:t>
      </w:r>
      <w:r w:rsidRPr="00E85698">
        <w:rPr>
          <w:spacing w:val="-2"/>
          <w:sz w:val="24"/>
        </w:rPr>
        <w:t xml:space="preserve"> </w:t>
      </w:r>
      <w:r w:rsidRPr="00E85698">
        <w:rPr>
          <w:sz w:val="24"/>
        </w:rPr>
        <w:t>(здоровое</w:t>
      </w:r>
    </w:p>
    <w:p w:rsidR="00624C8A" w:rsidRPr="00E85698" w:rsidRDefault="00CB6516">
      <w:pPr>
        <w:pStyle w:val="a5"/>
        <w:spacing w:line="292" w:lineRule="auto"/>
        <w:ind w:right="240"/>
      </w:pPr>
      <w:r w:rsidRPr="00E85698">
        <w:t>питание, соблюдение гигиенических правил, сбалансированный режим занятий и отдыха, регулярная</w:t>
      </w:r>
      <w:r w:rsidRPr="00E85698">
        <w:rPr>
          <w:spacing w:val="-58"/>
        </w:rPr>
        <w:t xml:space="preserve"> </w:t>
      </w:r>
      <w:r w:rsidRPr="00E85698">
        <w:t>физическая</w:t>
      </w:r>
      <w:r w:rsidRPr="00E85698">
        <w:rPr>
          <w:spacing w:val="-2"/>
        </w:rPr>
        <w:t xml:space="preserve"> </w:t>
      </w:r>
      <w:r w:rsidRPr="00E85698">
        <w:t>активность);</w:t>
      </w:r>
    </w:p>
    <w:p w:rsidR="00624C8A" w:rsidRPr="00E85698" w:rsidRDefault="00CB6516">
      <w:pPr>
        <w:pStyle w:val="a5"/>
        <w:spacing w:line="292" w:lineRule="auto"/>
        <w:ind w:right="934" w:firstLine="180"/>
      </w:pPr>
      <w:r w:rsidRPr="00E85698">
        <w:t>осознание последствий и неприятие вредных привычек (употребление алкоголя, наркотиков,</w:t>
      </w:r>
      <w:r w:rsidRPr="00E85698">
        <w:rPr>
          <w:spacing w:val="-58"/>
        </w:rPr>
        <w:t xml:space="preserve"> </w:t>
      </w:r>
      <w:r w:rsidRPr="00E85698">
        <w:t>курение)</w:t>
      </w:r>
      <w:r w:rsidRPr="00E85698">
        <w:rPr>
          <w:spacing w:val="-2"/>
        </w:rPr>
        <w:t xml:space="preserve"> </w:t>
      </w:r>
      <w:r w:rsidRPr="00E85698">
        <w:t>и</w:t>
      </w:r>
      <w:r w:rsidRPr="00E85698">
        <w:rPr>
          <w:spacing w:val="-1"/>
        </w:rPr>
        <w:t xml:space="preserve"> </w:t>
      </w:r>
      <w:r w:rsidRPr="00E85698">
        <w:t>иных форм</w:t>
      </w:r>
      <w:r w:rsidRPr="00E85698">
        <w:rPr>
          <w:spacing w:val="-1"/>
        </w:rPr>
        <w:t xml:space="preserve"> </w:t>
      </w:r>
      <w:r w:rsidRPr="00E85698">
        <w:t>вреда для</w:t>
      </w:r>
      <w:r w:rsidRPr="00E85698">
        <w:rPr>
          <w:spacing w:val="-2"/>
        </w:rPr>
        <w:t xml:space="preserve"> </w:t>
      </w:r>
      <w:r w:rsidRPr="00E85698">
        <w:t>физического и</w:t>
      </w:r>
      <w:r w:rsidRPr="00E85698">
        <w:rPr>
          <w:spacing w:val="-1"/>
        </w:rPr>
        <w:t xml:space="preserve"> </w:t>
      </w:r>
      <w:r w:rsidRPr="00E85698">
        <w:t>психического здоровья;</w:t>
      </w:r>
    </w:p>
    <w:p w:rsidR="00624C8A" w:rsidRPr="00E85698" w:rsidRDefault="00CB6516">
      <w:pPr>
        <w:pStyle w:val="a5"/>
        <w:spacing w:line="292" w:lineRule="auto"/>
        <w:ind w:right="678" w:firstLine="180"/>
      </w:pPr>
      <w:r w:rsidRPr="00E85698">
        <w:t>соблюдение правил безопасности, в том числе навыки безопасного поведения в интернет-среде</w:t>
      </w:r>
      <w:r w:rsidRPr="00E85698">
        <w:rPr>
          <w:spacing w:val="-58"/>
        </w:rPr>
        <w:t xml:space="preserve"> </w:t>
      </w:r>
      <w:r w:rsidRPr="00E85698">
        <w:t>в</w:t>
      </w:r>
      <w:r w:rsidRPr="00E85698">
        <w:rPr>
          <w:spacing w:val="-2"/>
        </w:rPr>
        <w:t xml:space="preserve"> </w:t>
      </w:r>
      <w:r w:rsidRPr="00E85698">
        <w:t>процессе школьного языкового образования;</w:t>
      </w:r>
    </w:p>
    <w:p w:rsidR="00624C8A" w:rsidRPr="00E85698" w:rsidRDefault="00CB6516">
      <w:pPr>
        <w:pStyle w:val="a5"/>
        <w:spacing w:line="292" w:lineRule="auto"/>
        <w:ind w:right="617" w:firstLine="180"/>
      </w:pPr>
      <w:r w:rsidRPr="00E85698">
        <w:t>способность адаптироваться к стрессовым ситуациям и меняющимся социальным,</w:t>
      </w:r>
      <w:r w:rsidRPr="00E85698">
        <w:rPr>
          <w:spacing w:val="1"/>
        </w:rPr>
        <w:t xml:space="preserve"> </w:t>
      </w:r>
      <w:r w:rsidRPr="00E85698">
        <w:t>информационным и природным условиям, в том числе осмысляя собственный опыт и выстраивая</w:t>
      </w:r>
      <w:r w:rsidRPr="00E85698">
        <w:rPr>
          <w:spacing w:val="-57"/>
        </w:rPr>
        <w:t xml:space="preserve"> </w:t>
      </w:r>
      <w:r w:rsidRPr="00E85698">
        <w:t>дальнейшие</w:t>
      </w:r>
      <w:r w:rsidRPr="00E85698">
        <w:rPr>
          <w:spacing w:val="-1"/>
        </w:rPr>
        <w:t xml:space="preserve"> </w:t>
      </w:r>
      <w:r w:rsidRPr="00E85698">
        <w:t>цели;</w:t>
      </w:r>
    </w:p>
    <w:p w:rsidR="00624C8A" w:rsidRPr="00E85698" w:rsidRDefault="00CB6516">
      <w:pPr>
        <w:pStyle w:val="a5"/>
        <w:spacing w:line="274" w:lineRule="exact"/>
        <w:ind w:left="286"/>
      </w:pPr>
      <w:r w:rsidRPr="00E85698">
        <w:t>умение</w:t>
      </w:r>
      <w:r w:rsidRPr="00E85698">
        <w:rPr>
          <w:spacing w:val="-2"/>
        </w:rPr>
        <w:t xml:space="preserve"> </w:t>
      </w:r>
      <w:r w:rsidRPr="00E85698">
        <w:t>принимать</w:t>
      </w:r>
      <w:r w:rsidRPr="00E85698">
        <w:rPr>
          <w:spacing w:val="-3"/>
        </w:rPr>
        <w:t xml:space="preserve"> </w:t>
      </w:r>
      <w:r w:rsidRPr="00E85698">
        <w:t>себя</w:t>
      </w:r>
      <w:r w:rsidRPr="00E85698">
        <w:rPr>
          <w:spacing w:val="-2"/>
        </w:rPr>
        <w:t xml:space="preserve"> </w:t>
      </w:r>
      <w:r w:rsidRPr="00E85698">
        <w:t>и</w:t>
      </w:r>
      <w:r w:rsidRPr="00E85698">
        <w:rPr>
          <w:spacing w:val="-2"/>
        </w:rPr>
        <w:t xml:space="preserve"> </w:t>
      </w:r>
      <w:r w:rsidRPr="00E85698">
        <w:t>других,</w:t>
      </w:r>
      <w:r w:rsidRPr="00E85698">
        <w:rPr>
          <w:spacing w:val="-2"/>
        </w:rPr>
        <w:t xml:space="preserve"> </w:t>
      </w:r>
      <w:r w:rsidRPr="00E85698">
        <w:t>не</w:t>
      </w:r>
      <w:r w:rsidRPr="00E85698">
        <w:rPr>
          <w:spacing w:val="-1"/>
        </w:rPr>
        <w:t xml:space="preserve"> </w:t>
      </w:r>
      <w:r w:rsidRPr="00E85698">
        <w:t>осуждая;</w:t>
      </w:r>
    </w:p>
    <w:p w:rsidR="00624C8A" w:rsidRPr="00E85698" w:rsidRDefault="00CB6516">
      <w:pPr>
        <w:pStyle w:val="a5"/>
        <w:spacing w:before="54" w:line="292" w:lineRule="auto"/>
        <w:ind w:right="208" w:firstLine="180"/>
        <w:jc w:val="both"/>
      </w:pPr>
      <w:r w:rsidRPr="00E85698">
        <w:t>умение осознавать своё эмоциональное состояние и эмоциональное состояние других, использовать</w:t>
      </w:r>
      <w:r w:rsidRPr="00E85698">
        <w:rPr>
          <w:spacing w:val="-57"/>
        </w:rPr>
        <w:t xml:space="preserve"> </w:t>
      </w:r>
      <w:r w:rsidRPr="00E85698">
        <w:t>адекватные языковые средства для выражения своего состояния, в том числе опираясь на примеры из</w:t>
      </w:r>
      <w:r w:rsidRPr="00E85698">
        <w:rPr>
          <w:spacing w:val="-57"/>
        </w:rPr>
        <w:t xml:space="preserve"> </w:t>
      </w:r>
      <w:r w:rsidRPr="00E85698">
        <w:t>литературных</w:t>
      </w:r>
      <w:r w:rsidRPr="00E85698">
        <w:rPr>
          <w:spacing w:val="-1"/>
        </w:rPr>
        <w:t xml:space="preserve"> </w:t>
      </w:r>
      <w:r w:rsidRPr="00E85698">
        <w:t>произведений, написанных на</w:t>
      </w:r>
      <w:r w:rsidRPr="00E85698">
        <w:rPr>
          <w:spacing w:val="-1"/>
        </w:rPr>
        <w:t xml:space="preserve"> </w:t>
      </w:r>
      <w:r w:rsidRPr="00E85698">
        <w:t>русском языке;</w:t>
      </w:r>
    </w:p>
    <w:p w:rsidR="00624C8A" w:rsidRPr="00E85698" w:rsidRDefault="00CB6516">
      <w:pPr>
        <w:pStyle w:val="a5"/>
        <w:spacing w:line="292" w:lineRule="auto"/>
        <w:ind w:right="907" w:firstLine="180"/>
      </w:pPr>
      <w:r w:rsidRPr="00E85698">
        <w:t>сформированность навыков рефлексии, признание своего права на ошибку и такого же права</w:t>
      </w:r>
      <w:r w:rsidRPr="00E85698">
        <w:rPr>
          <w:spacing w:val="-58"/>
        </w:rPr>
        <w:t xml:space="preserve"> </w:t>
      </w:r>
      <w:r w:rsidRPr="00E85698">
        <w:t>другого</w:t>
      </w:r>
      <w:r w:rsidRPr="00E85698">
        <w:rPr>
          <w:spacing w:val="-1"/>
        </w:rPr>
        <w:t xml:space="preserve"> </w:t>
      </w:r>
      <w:r w:rsidRPr="00E85698">
        <w:t>человека.</w:t>
      </w:r>
    </w:p>
    <w:p w:rsidR="00624C8A" w:rsidRPr="00E85698" w:rsidRDefault="00CB6516">
      <w:pPr>
        <w:pStyle w:val="210"/>
        <w:spacing w:line="275" w:lineRule="exact"/>
      </w:pPr>
      <w:r w:rsidRPr="00E85698">
        <w:t>Трудового</w:t>
      </w:r>
      <w:r w:rsidRPr="00E85698">
        <w:rPr>
          <w:spacing w:val="-6"/>
        </w:rPr>
        <w:t xml:space="preserve"> </w:t>
      </w:r>
      <w:r w:rsidRPr="00E85698">
        <w:t>воспитания:</w:t>
      </w:r>
    </w:p>
    <w:p w:rsidR="00624C8A" w:rsidRPr="00E85698" w:rsidRDefault="00CB6516">
      <w:pPr>
        <w:pStyle w:val="a5"/>
        <w:spacing w:before="59" w:line="292" w:lineRule="auto"/>
        <w:ind w:firstLine="180"/>
      </w:pPr>
      <w:r w:rsidRPr="00E85698">
        <w:t>установка</w:t>
      </w:r>
      <w:r w:rsidRPr="00E85698">
        <w:rPr>
          <w:spacing w:val="-4"/>
        </w:rPr>
        <w:t xml:space="preserve"> </w:t>
      </w:r>
      <w:r w:rsidRPr="00E85698">
        <w:t>на</w:t>
      </w:r>
      <w:r w:rsidRPr="00E85698">
        <w:rPr>
          <w:spacing w:val="-3"/>
        </w:rPr>
        <w:t xml:space="preserve"> </w:t>
      </w:r>
      <w:r w:rsidRPr="00E85698">
        <w:t>активное</w:t>
      </w:r>
      <w:r w:rsidRPr="00E85698">
        <w:rPr>
          <w:spacing w:val="-3"/>
        </w:rPr>
        <w:t xml:space="preserve"> </w:t>
      </w:r>
      <w:r w:rsidRPr="00E85698">
        <w:t>участие</w:t>
      </w:r>
      <w:r w:rsidRPr="00E85698">
        <w:rPr>
          <w:spacing w:val="-3"/>
        </w:rPr>
        <w:t xml:space="preserve"> </w:t>
      </w:r>
      <w:r w:rsidRPr="00E85698">
        <w:t>в</w:t>
      </w:r>
      <w:r w:rsidRPr="00E85698">
        <w:rPr>
          <w:spacing w:val="-4"/>
        </w:rPr>
        <w:t xml:space="preserve"> </w:t>
      </w:r>
      <w:r w:rsidRPr="00E85698">
        <w:t>решении</w:t>
      </w:r>
      <w:r w:rsidRPr="00E85698">
        <w:rPr>
          <w:spacing w:val="-3"/>
        </w:rPr>
        <w:t xml:space="preserve"> </w:t>
      </w:r>
      <w:r w:rsidRPr="00E85698">
        <w:t>практических</w:t>
      </w:r>
      <w:r w:rsidRPr="00E85698">
        <w:rPr>
          <w:spacing w:val="-3"/>
        </w:rPr>
        <w:t xml:space="preserve"> </w:t>
      </w:r>
      <w:r w:rsidRPr="00E85698">
        <w:t>задач</w:t>
      </w:r>
      <w:r w:rsidRPr="00E85698">
        <w:rPr>
          <w:spacing w:val="-4"/>
        </w:rPr>
        <w:t xml:space="preserve"> </w:t>
      </w:r>
      <w:r w:rsidRPr="00E85698">
        <w:t>(в</w:t>
      </w:r>
      <w:r w:rsidRPr="00E85698">
        <w:rPr>
          <w:spacing w:val="-4"/>
        </w:rPr>
        <w:t xml:space="preserve"> </w:t>
      </w:r>
      <w:r w:rsidRPr="00E85698">
        <w:t>рамках</w:t>
      </w:r>
      <w:r w:rsidRPr="00E85698">
        <w:rPr>
          <w:spacing w:val="-3"/>
        </w:rPr>
        <w:t xml:space="preserve"> </w:t>
      </w:r>
      <w:r w:rsidRPr="00E85698">
        <w:t>семьи,</w:t>
      </w:r>
      <w:r w:rsidRPr="00E85698">
        <w:rPr>
          <w:spacing w:val="-3"/>
        </w:rPr>
        <w:t xml:space="preserve"> </w:t>
      </w:r>
      <w:r w:rsidRPr="00E85698">
        <w:t>школы,</w:t>
      </w:r>
      <w:r w:rsidRPr="00E85698">
        <w:rPr>
          <w:spacing w:val="-3"/>
        </w:rPr>
        <w:t xml:space="preserve"> </w:t>
      </w:r>
      <w:r w:rsidRPr="00E85698">
        <w:t>города,</w:t>
      </w:r>
      <w:r w:rsidRPr="00E85698">
        <w:rPr>
          <w:spacing w:val="-3"/>
        </w:rPr>
        <w:t xml:space="preserve"> </w:t>
      </w:r>
      <w:r w:rsidRPr="00E85698">
        <w:t>края)</w:t>
      </w:r>
      <w:r w:rsidRPr="00E85698">
        <w:rPr>
          <w:spacing w:val="-57"/>
        </w:rPr>
        <w:t xml:space="preserve"> </w:t>
      </w:r>
      <w:r w:rsidRPr="00E85698">
        <w:t>технологической и социальной направленности, способность инициировать, планировать и</w:t>
      </w:r>
      <w:r w:rsidRPr="00E85698">
        <w:rPr>
          <w:spacing w:val="1"/>
        </w:rPr>
        <w:t xml:space="preserve"> </w:t>
      </w:r>
      <w:r w:rsidRPr="00E85698">
        <w:t>самостоятельно</w:t>
      </w:r>
      <w:r w:rsidRPr="00E85698">
        <w:rPr>
          <w:spacing w:val="-1"/>
        </w:rPr>
        <w:t xml:space="preserve"> </w:t>
      </w:r>
      <w:r w:rsidRPr="00E85698">
        <w:t>выполнять</w:t>
      </w:r>
      <w:r w:rsidRPr="00E85698">
        <w:rPr>
          <w:spacing w:val="-1"/>
        </w:rPr>
        <w:t xml:space="preserve"> </w:t>
      </w:r>
      <w:r w:rsidRPr="00E85698">
        <w:t>такого рода</w:t>
      </w:r>
      <w:r w:rsidRPr="00E85698">
        <w:rPr>
          <w:spacing w:val="-1"/>
        </w:rPr>
        <w:t xml:space="preserve"> </w:t>
      </w:r>
      <w:r w:rsidRPr="00E85698">
        <w:t>деятельность;</w:t>
      </w:r>
    </w:p>
    <w:p w:rsidR="00624C8A" w:rsidRPr="00E85698" w:rsidRDefault="00CB6516">
      <w:pPr>
        <w:pStyle w:val="a5"/>
        <w:spacing w:line="292" w:lineRule="auto"/>
        <w:ind w:right="752" w:firstLine="180"/>
      </w:pPr>
      <w:r w:rsidRPr="00E85698">
        <w:t>интерес к практическому изучению профессий и труда различного рода, в том числе на основе</w:t>
      </w:r>
      <w:r w:rsidRPr="00E85698">
        <w:rPr>
          <w:spacing w:val="-58"/>
        </w:rPr>
        <w:t xml:space="preserve"> </w:t>
      </w:r>
      <w:r w:rsidRPr="00E85698">
        <w:t>применения изучаемого предметного знания и ознакомления с деятельностью филологов,</w:t>
      </w:r>
      <w:r w:rsidRPr="00E85698">
        <w:rPr>
          <w:spacing w:val="1"/>
        </w:rPr>
        <w:t xml:space="preserve"> </w:t>
      </w:r>
      <w:r w:rsidRPr="00E85698">
        <w:t>журналистов,</w:t>
      </w:r>
      <w:r w:rsidRPr="00E85698">
        <w:rPr>
          <w:spacing w:val="-1"/>
        </w:rPr>
        <w:t xml:space="preserve"> </w:t>
      </w:r>
      <w:r w:rsidRPr="00E85698">
        <w:t>писателей;</w:t>
      </w:r>
    </w:p>
    <w:p w:rsidR="00624C8A" w:rsidRPr="00E85698" w:rsidRDefault="00CB6516">
      <w:pPr>
        <w:pStyle w:val="a5"/>
        <w:spacing w:line="292" w:lineRule="auto"/>
        <w:ind w:right="695" w:firstLine="180"/>
      </w:pPr>
      <w:r w:rsidRPr="00E85698">
        <w:t>уважение к труду и результатам трудовой деятельности; осознанный выбор и построение</w:t>
      </w:r>
      <w:r w:rsidRPr="00E85698">
        <w:rPr>
          <w:spacing w:val="1"/>
        </w:rPr>
        <w:t xml:space="preserve"> </w:t>
      </w:r>
      <w:r w:rsidRPr="00E85698">
        <w:t>индивидуальной траектории образования и жизненных планов с учётом личных и общественных</w:t>
      </w:r>
      <w:r w:rsidRPr="00E85698">
        <w:rPr>
          <w:spacing w:val="-58"/>
        </w:rPr>
        <w:t xml:space="preserve"> </w:t>
      </w:r>
      <w:r w:rsidRPr="00E85698">
        <w:t>интересов</w:t>
      </w:r>
      <w:r w:rsidRPr="00E85698">
        <w:rPr>
          <w:spacing w:val="-2"/>
        </w:rPr>
        <w:t xml:space="preserve"> </w:t>
      </w:r>
      <w:r w:rsidRPr="00E85698">
        <w:t>и потребностей;</w:t>
      </w:r>
    </w:p>
    <w:p w:rsidR="00624C8A" w:rsidRPr="00E85698" w:rsidRDefault="00CB6516">
      <w:pPr>
        <w:pStyle w:val="a5"/>
        <w:spacing w:line="274" w:lineRule="exact"/>
        <w:ind w:left="286"/>
      </w:pPr>
      <w:r w:rsidRPr="00E85698">
        <w:t>умение</w:t>
      </w:r>
      <w:r w:rsidRPr="00E85698">
        <w:rPr>
          <w:spacing w:val="-3"/>
        </w:rPr>
        <w:t xml:space="preserve"> </w:t>
      </w:r>
      <w:r w:rsidRPr="00E85698">
        <w:t>рассказать</w:t>
      </w:r>
      <w:r w:rsidRPr="00E85698">
        <w:rPr>
          <w:spacing w:val="-4"/>
        </w:rPr>
        <w:t xml:space="preserve"> </w:t>
      </w:r>
      <w:r w:rsidRPr="00E85698">
        <w:t>о</w:t>
      </w:r>
      <w:r w:rsidRPr="00E85698">
        <w:rPr>
          <w:spacing w:val="-2"/>
        </w:rPr>
        <w:t xml:space="preserve"> </w:t>
      </w:r>
      <w:r w:rsidRPr="00E85698">
        <w:t>своих</w:t>
      </w:r>
      <w:r w:rsidRPr="00E85698">
        <w:rPr>
          <w:spacing w:val="-3"/>
        </w:rPr>
        <w:t xml:space="preserve"> </w:t>
      </w:r>
      <w:r w:rsidRPr="00E85698">
        <w:t>планах</w:t>
      </w:r>
      <w:r w:rsidRPr="00E85698">
        <w:rPr>
          <w:spacing w:val="-2"/>
        </w:rPr>
        <w:t xml:space="preserve"> </w:t>
      </w:r>
      <w:r w:rsidRPr="00E85698">
        <w:t>на</w:t>
      </w:r>
      <w:r w:rsidRPr="00E85698">
        <w:rPr>
          <w:spacing w:val="-3"/>
        </w:rPr>
        <w:t xml:space="preserve"> </w:t>
      </w:r>
      <w:r w:rsidRPr="00E85698">
        <w:t>будущее.</w:t>
      </w:r>
    </w:p>
    <w:p w:rsidR="00624C8A" w:rsidRPr="00E85698" w:rsidRDefault="00CB6516">
      <w:pPr>
        <w:pStyle w:val="210"/>
        <w:spacing w:before="56"/>
      </w:pPr>
      <w:r w:rsidRPr="00E85698">
        <w:t>Экологического</w:t>
      </w:r>
      <w:r w:rsidRPr="00E85698">
        <w:rPr>
          <w:spacing w:val="-8"/>
        </w:rPr>
        <w:t xml:space="preserve"> </w:t>
      </w:r>
      <w:r w:rsidRPr="00E85698">
        <w:t>воспитания:</w:t>
      </w:r>
    </w:p>
    <w:p w:rsidR="00624C8A" w:rsidRPr="00E85698" w:rsidRDefault="00CB6516">
      <w:pPr>
        <w:pStyle w:val="a5"/>
        <w:spacing w:before="60" w:line="292" w:lineRule="auto"/>
        <w:ind w:right="192" w:firstLine="180"/>
      </w:pPr>
      <w:r w:rsidRPr="00E85698">
        <w:t>ориентация на применение знаний из области социальных и естественных наук для решения задач в</w:t>
      </w:r>
      <w:r w:rsidRPr="00E85698">
        <w:rPr>
          <w:spacing w:val="-58"/>
        </w:rPr>
        <w:t xml:space="preserve"> </w:t>
      </w:r>
      <w:r w:rsidRPr="00E85698">
        <w:t>области окружающей среды, планирования поступков и оценки их возможных последствий для</w:t>
      </w:r>
      <w:r w:rsidRPr="00E85698">
        <w:rPr>
          <w:spacing w:val="1"/>
        </w:rPr>
        <w:t xml:space="preserve"> </w:t>
      </w:r>
      <w:r w:rsidRPr="00E85698">
        <w:t>окружающей</w:t>
      </w:r>
      <w:r w:rsidRPr="00E85698">
        <w:rPr>
          <w:spacing w:val="-1"/>
        </w:rPr>
        <w:t xml:space="preserve"> </w:t>
      </w:r>
      <w:r w:rsidRPr="00E85698">
        <w:t>среды;</w:t>
      </w:r>
    </w:p>
    <w:p w:rsidR="00624C8A" w:rsidRPr="00E85698" w:rsidRDefault="00CB6516">
      <w:pPr>
        <w:pStyle w:val="a5"/>
        <w:spacing w:line="274" w:lineRule="exact"/>
        <w:ind w:left="286"/>
      </w:pPr>
      <w:r w:rsidRPr="00E85698">
        <w:t>умение</w:t>
      </w:r>
      <w:r w:rsidRPr="00E85698">
        <w:rPr>
          <w:spacing w:val="-3"/>
        </w:rPr>
        <w:t xml:space="preserve"> </w:t>
      </w:r>
      <w:r w:rsidRPr="00E85698">
        <w:t>точно,</w:t>
      </w:r>
      <w:r w:rsidRPr="00E85698">
        <w:rPr>
          <w:spacing w:val="-3"/>
        </w:rPr>
        <w:t xml:space="preserve"> </w:t>
      </w:r>
      <w:r w:rsidRPr="00E85698">
        <w:t>логично</w:t>
      </w:r>
      <w:r w:rsidRPr="00E85698">
        <w:rPr>
          <w:spacing w:val="-2"/>
        </w:rPr>
        <w:t xml:space="preserve"> </w:t>
      </w:r>
      <w:r w:rsidRPr="00E85698">
        <w:t>выражать</w:t>
      </w:r>
      <w:r w:rsidRPr="00E85698">
        <w:rPr>
          <w:spacing w:val="-4"/>
        </w:rPr>
        <w:t xml:space="preserve"> </w:t>
      </w:r>
      <w:r w:rsidRPr="00E85698">
        <w:t>свою</w:t>
      </w:r>
      <w:r w:rsidRPr="00E85698">
        <w:rPr>
          <w:spacing w:val="-4"/>
        </w:rPr>
        <w:t xml:space="preserve"> </w:t>
      </w:r>
      <w:r w:rsidRPr="00E85698">
        <w:t>точку</w:t>
      </w:r>
      <w:r w:rsidRPr="00E85698">
        <w:rPr>
          <w:spacing w:val="-2"/>
        </w:rPr>
        <w:t xml:space="preserve"> </w:t>
      </w:r>
      <w:r w:rsidRPr="00E85698">
        <w:t>зрения</w:t>
      </w:r>
      <w:r w:rsidRPr="00E85698">
        <w:rPr>
          <w:spacing w:val="-4"/>
        </w:rPr>
        <w:t xml:space="preserve"> </w:t>
      </w:r>
      <w:r w:rsidRPr="00E85698">
        <w:t>на</w:t>
      </w:r>
      <w:r w:rsidRPr="00E85698">
        <w:rPr>
          <w:spacing w:val="-2"/>
        </w:rPr>
        <w:t xml:space="preserve"> </w:t>
      </w:r>
      <w:r w:rsidRPr="00E85698">
        <w:t>экологические</w:t>
      </w:r>
      <w:r w:rsidRPr="00E85698">
        <w:rPr>
          <w:spacing w:val="-3"/>
        </w:rPr>
        <w:t xml:space="preserve"> </w:t>
      </w:r>
      <w:r w:rsidRPr="00E85698">
        <w:t>проблемы;</w:t>
      </w:r>
    </w:p>
    <w:p w:rsidR="00624C8A" w:rsidRPr="00E85698" w:rsidRDefault="00CB6516">
      <w:pPr>
        <w:pStyle w:val="a5"/>
        <w:spacing w:before="60" w:line="292" w:lineRule="auto"/>
        <w:ind w:right="396" w:firstLine="180"/>
      </w:pPr>
      <w:r w:rsidRPr="00E85698">
        <w:t>повышение</w:t>
      </w:r>
      <w:r w:rsidRPr="00E85698">
        <w:rPr>
          <w:spacing w:val="-5"/>
        </w:rPr>
        <w:t xml:space="preserve"> </w:t>
      </w:r>
      <w:r w:rsidRPr="00E85698">
        <w:t>уровня</w:t>
      </w:r>
      <w:r w:rsidRPr="00E85698">
        <w:rPr>
          <w:spacing w:val="-6"/>
        </w:rPr>
        <w:t xml:space="preserve"> </w:t>
      </w:r>
      <w:r w:rsidRPr="00E85698">
        <w:t>экологической</w:t>
      </w:r>
      <w:r w:rsidRPr="00E85698">
        <w:rPr>
          <w:spacing w:val="-4"/>
        </w:rPr>
        <w:t xml:space="preserve"> </w:t>
      </w:r>
      <w:r w:rsidRPr="00E85698">
        <w:t>культуры,</w:t>
      </w:r>
      <w:r w:rsidRPr="00E85698">
        <w:rPr>
          <w:spacing w:val="-5"/>
        </w:rPr>
        <w:t xml:space="preserve"> </w:t>
      </w:r>
      <w:r w:rsidRPr="00E85698">
        <w:t>осознание</w:t>
      </w:r>
      <w:r w:rsidRPr="00E85698">
        <w:rPr>
          <w:spacing w:val="-4"/>
        </w:rPr>
        <w:t xml:space="preserve"> </w:t>
      </w:r>
      <w:r w:rsidRPr="00E85698">
        <w:t>глобального</w:t>
      </w:r>
      <w:r w:rsidRPr="00E85698">
        <w:rPr>
          <w:spacing w:val="-5"/>
        </w:rPr>
        <w:t xml:space="preserve"> </w:t>
      </w:r>
      <w:r w:rsidRPr="00E85698">
        <w:t>характера</w:t>
      </w:r>
      <w:r w:rsidRPr="00E85698">
        <w:rPr>
          <w:spacing w:val="-5"/>
        </w:rPr>
        <w:t xml:space="preserve"> </w:t>
      </w:r>
      <w:r w:rsidRPr="00E85698">
        <w:t>экологических</w:t>
      </w:r>
      <w:r w:rsidRPr="00E85698">
        <w:rPr>
          <w:spacing w:val="-57"/>
        </w:rPr>
        <w:t xml:space="preserve"> </w:t>
      </w:r>
      <w:r w:rsidRPr="00E85698">
        <w:t>проблем</w:t>
      </w:r>
      <w:r w:rsidRPr="00E85698">
        <w:rPr>
          <w:spacing w:val="-1"/>
        </w:rPr>
        <w:t xml:space="preserve"> </w:t>
      </w:r>
      <w:r w:rsidRPr="00E85698">
        <w:t>и путей их решения;</w:t>
      </w:r>
    </w:p>
    <w:p w:rsidR="00624C8A" w:rsidRPr="00E85698" w:rsidRDefault="00CB6516">
      <w:pPr>
        <w:pStyle w:val="a5"/>
        <w:spacing w:line="275" w:lineRule="exact"/>
        <w:ind w:left="286"/>
      </w:pPr>
      <w:r w:rsidRPr="00E85698">
        <w:t>активное</w:t>
      </w:r>
      <w:r w:rsidRPr="00E85698">
        <w:rPr>
          <w:spacing w:val="-4"/>
        </w:rPr>
        <w:t xml:space="preserve"> </w:t>
      </w:r>
      <w:r w:rsidRPr="00E85698">
        <w:t>неприятие</w:t>
      </w:r>
      <w:r w:rsidRPr="00E85698">
        <w:rPr>
          <w:spacing w:val="-3"/>
        </w:rPr>
        <w:t xml:space="preserve"> </w:t>
      </w:r>
      <w:r w:rsidRPr="00E85698">
        <w:t>действий,</w:t>
      </w:r>
      <w:r w:rsidRPr="00E85698">
        <w:rPr>
          <w:spacing w:val="-3"/>
        </w:rPr>
        <w:t xml:space="preserve"> </w:t>
      </w:r>
      <w:r w:rsidRPr="00E85698">
        <w:t>приносящих</w:t>
      </w:r>
      <w:r w:rsidRPr="00E85698">
        <w:rPr>
          <w:spacing w:val="-3"/>
        </w:rPr>
        <w:t xml:space="preserve"> </w:t>
      </w:r>
      <w:r w:rsidRPr="00E85698">
        <w:t>вред</w:t>
      </w:r>
      <w:r w:rsidRPr="00E85698">
        <w:rPr>
          <w:spacing w:val="-4"/>
        </w:rPr>
        <w:t xml:space="preserve"> </w:t>
      </w:r>
      <w:r w:rsidRPr="00E85698">
        <w:t>окружающей</w:t>
      </w:r>
      <w:r w:rsidRPr="00E85698">
        <w:rPr>
          <w:spacing w:val="-3"/>
        </w:rPr>
        <w:t xml:space="preserve"> </w:t>
      </w:r>
      <w:r w:rsidRPr="00E85698">
        <w:t>среде,</w:t>
      </w:r>
      <w:r w:rsidRPr="00E85698">
        <w:rPr>
          <w:spacing w:val="-3"/>
        </w:rPr>
        <w:t xml:space="preserve"> </w:t>
      </w:r>
      <w:r w:rsidRPr="00E85698">
        <w:t>в</w:t>
      </w:r>
      <w:r w:rsidRPr="00E85698">
        <w:rPr>
          <w:spacing w:val="-4"/>
        </w:rPr>
        <w:t xml:space="preserve"> </w:t>
      </w:r>
      <w:r w:rsidRPr="00E85698">
        <w:t>том</w:t>
      </w:r>
      <w:r w:rsidRPr="00E85698">
        <w:rPr>
          <w:spacing w:val="-3"/>
        </w:rPr>
        <w:t xml:space="preserve"> </w:t>
      </w:r>
      <w:r w:rsidRPr="00E85698">
        <w:t>числе</w:t>
      </w:r>
      <w:r w:rsidRPr="00E85698">
        <w:rPr>
          <w:spacing w:val="-3"/>
        </w:rPr>
        <w:t xml:space="preserve"> </w:t>
      </w:r>
      <w:r w:rsidRPr="00E85698">
        <w:t>сформированное</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2" w:line="292" w:lineRule="auto"/>
        <w:ind w:left="286" w:right="1026" w:hanging="181"/>
      </w:pPr>
      <w:r w:rsidRPr="00E85698">
        <w:lastRenderedPageBreak/>
        <w:t>при знакомстве с литературными произведениями, поднимающими экологические проблемы;</w:t>
      </w:r>
      <w:r w:rsidRPr="00E85698">
        <w:rPr>
          <w:spacing w:val="-57"/>
        </w:rPr>
        <w:t xml:space="preserve"> </w:t>
      </w:r>
      <w:r w:rsidRPr="00E85698">
        <w:t>активное</w:t>
      </w:r>
      <w:r w:rsidRPr="00E85698">
        <w:rPr>
          <w:spacing w:val="-1"/>
        </w:rPr>
        <w:t xml:space="preserve"> </w:t>
      </w:r>
      <w:r w:rsidRPr="00E85698">
        <w:t>неприятие</w:t>
      </w:r>
      <w:r w:rsidRPr="00E85698">
        <w:rPr>
          <w:spacing w:val="-1"/>
        </w:rPr>
        <w:t xml:space="preserve"> </w:t>
      </w:r>
      <w:r w:rsidRPr="00E85698">
        <w:t>действий, приносящих</w:t>
      </w:r>
      <w:r w:rsidRPr="00E85698">
        <w:rPr>
          <w:spacing w:val="-1"/>
        </w:rPr>
        <w:t xml:space="preserve"> </w:t>
      </w:r>
      <w:r w:rsidRPr="00E85698">
        <w:t>вред</w:t>
      </w:r>
      <w:r w:rsidRPr="00E85698">
        <w:rPr>
          <w:spacing w:val="-1"/>
        </w:rPr>
        <w:t xml:space="preserve"> </w:t>
      </w:r>
      <w:r w:rsidRPr="00E85698">
        <w:t>окружающей</w:t>
      </w:r>
      <w:r w:rsidRPr="00E85698">
        <w:rPr>
          <w:spacing w:val="-1"/>
        </w:rPr>
        <w:t xml:space="preserve"> </w:t>
      </w:r>
      <w:r w:rsidRPr="00E85698">
        <w:t>среде;</w:t>
      </w:r>
    </w:p>
    <w:p w:rsidR="00624C8A" w:rsidRPr="00E85698" w:rsidRDefault="00CB6516">
      <w:pPr>
        <w:pStyle w:val="a5"/>
        <w:spacing w:line="292" w:lineRule="auto"/>
        <w:ind w:right="1343" w:firstLine="180"/>
      </w:pPr>
      <w:r w:rsidRPr="00E85698">
        <w:t>осознание своей роли как гражданина и потребителя в условиях взаимосвязи природной,</w:t>
      </w:r>
      <w:r w:rsidRPr="00E85698">
        <w:rPr>
          <w:spacing w:val="-58"/>
        </w:rPr>
        <w:t xml:space="preserve"> </w:t>
      </w:r>
      <w:r w:rsidRPr="00E85698">
        <w:t>технологической и социальной сред; готовность к участию в практической деятельности</w:t>
      </w:r>
      <w:r w:rsidRPr="00E85698">
        <w:rPr>
          <w:spacing w:val="1"/>
        </w:rPr>
        <w:t xml:space="preserve"> </w:t>
      </w:r>
      <w:r w:rsidRPr="00E85698">
        <w:t>экологической</w:t>
      </w:r>
      <w:r w:rsidRPr="00E85698">
        <w:rPr>
          <w:spacing w:val="-1"/>
        </w:rPr>
        <w:t xml:space="preserve"> </w:t>
      </w:r>
      <w:r w:rsidRPr="00E85698">
        <w:t>направленности.</w:t>
      </w:r>
    </w:p>
    <w:p w:rsidR="00624C8A" w:rsidRPr="00E85698" w:rsidRDefault="00CB6516">
      <w:pPr>
        <w:pStyle w:val="210"/>
        <w:spacing w:line="274" w:lineRule="exact"/>
      </w:pPr>
      <w:r w:rsidRPr="00E85698">
        <w:t>Ценности</w:t>
      </w:r>
      <w:r w:rsidRPr="00E85698">
        <w:rPr>
          <w:spacing w:val="-7"/>
        </w:rPr>
        <w:t xml:space="preserve"> </w:t>
      </w:r>
      <w:r w:rsidRPr="00E85698">
        <w:t>научного</w:t>
      </w:r>
      <w:r w:rsidRPr="00E85698">
        <w:rPr>
          <w:spacing w:val="-5"/>
        </w:rPr>
        <w:t xml:space="preserve"> </w:t>
      </w:r>
      <w:r w:rsidRPr="00E85698">
        <w:t>познания:</w:t>
      </w:r>
    </w:p>
    <w:p w:rsidR="00624C8A" w:rsidRPr="00E85698" w:rsidRDefault="00CB6516">
      <w:pPr>
        <w:pStyle w:val="a5"/>
        <w:spacing w:before="59" w:line="292" w:lineRule="auto"/>
        <w:ind w:firstLine="180"/>
      </w:pPr>
      <w:r w:rsidRPr="00E85698">
        <w:t>ориентация в деятельности на современную систему научных представлений об основных</w:t>
      </w:r>
      <w:r w:rsidRPr="00E85698">
        <w:rPr>
          <w:spacing w:val="1"/>
        </w:rPr>
        <w:t xml:space="preserve"> </w:t>
      </w:r>
      <w:r w:rsidRPr="00E85698">
        <w:t>закономерностях</w:t>
      </w:r>
      <w:r w:rsidRPr="00E85698">
        <w:rPr>
          <w:spacing w:val="-4"/>
        </w:rPr>
        <w:t xml:space="preserve"> </w:t>
      </w:r>
      <w:r w:rsidRPr="00E85698">
        <w:t>развития</w:t>
      </w:r>
      <w:r w:rsidRPr="00E85698">
        <w:rPr>
          <w:spacing w:val="-5"/>
        </w:rPr>
        <w:t xml:space="preserve"> </w:t>
      </w:r>
      <w:r w:rsidRPr="00E85698">
        <w:t>человека,</w:t>
      </w:r>
      <w:r w:rsidRPr="00E85698">
        <w:rPr>
          <w:spacing w:val="-4"/>
        </w:rPr>
        <w:t xml:space="preserve"> </w:t>
      </w:r>
      <w:r w:rsidRPr="00E85698">
        <w:t>природы</w:t>
      </w:r>
      <w:r w:rsidRPr="00E85698">
        <w:rPr>
          <w:spacing w:val="-4"/>
        </w:rPr>
        <w:t xml:space="preserve"> </w:t>
      </w:r>
      <w:r w:rsidRPr="00E85698">
        <w:t>и</w:t>
      </w:r>
      <w:r w:rsidRPr="00E85698">
        <w:rPr>
          <w:spacing w:val="-4"/>
        </w:rPr>
        <w:t xml:space="preserve"> </w:t>
      </w:r>
      <w:r w:rsidRPr="00E85698">
        <w:t>общества,</w:t>
      </w:r>
      <w:r w:rsidRPr="00E85698">
        <w:rPr>
          <w:spacing w:val="-3"/>
        </w:rPr>
        <w:t xml:space="preserve"> </w:t>
      </w:r>
      <w:r w:rsidRPr="00E85698">
        <w:t>взаимосвязях</w:t>
      </w:r>
      <w:r w:rsidRPr="00E85698">
        <w:rPr>
          <w:spacing w:val="-4"/>
        </w:rPr>
        <w:t xml:space="preserve"> </w:t>
      </w:r>
      <w:r w:rsidRPr="00E85698">
        <w:t>человека</w:t>
      </w:r>
      <w:r w:rsidRPr="00E85698">
        <w:rPr>
          <w:spacing w:val="-4"/>
        </w:rPr>
        <w:t xml:space="preserve"> </w:t>
      </w:r>
      <w:r w:rsidRPr="00E85698">
        <w:t>с</w:t>
      </w:r>
      <w:r w:rsidRPr="00E85698">
        <w:rPr>
          <w:spacing w:val="-4"/>
        </w:rPr>
        <w:t xml:space="preserve"> </w:t>
      </w:r>
      <w:r w:rsidRPr="00E85698">
        <w:t>природной</w:t>
      </w:r>
      <w:r w:rsidRPr="00E85698">
        <w:rPr>
          <w:spacing w:val="-4"/>
        </w:rPr>
        <w:t xml:space="preserve"> </w:t>
      </w:r>
      <w:r w:rsidRPr="00E85698">
        <w:t>и</w:t>
      </w:r>
      <w:r w:rsidRPr="00E85698">
        <w:rPr>
          <w:spacing w:val="-57"/>
        </w:rPr>
        <w:t xml:space="preserve"> </w:t>
      </w:r>
      <w:r w:rsidRPr="00E85698">
        <w:t>социальной</w:t>
      </w:r>
      <w:r w:rsidRPr="00E85698">
        <w:rPr>
          <w:spacing w:val="-1"/>
        </w:rPr>
        <w:t xml:space="preserve"> </w:t>
      </w:r>
      <w:r w:rsidRPr="00E85698">
        <w:t>средой;</w:t>
      </w:r>
    </w:p>
    <w:p w:rsidR="00624C8A" w:rsidRPr="00E85698" w:rsidRDefault="00CB6516">
      <w:pPr>
        <w:pStyle w:val="a5"/>
        <w:spacing w:line="292" w:lineRule="auto"/>
        <w:ind w:right="186" w:firstLine="180"/>
      </w:pPr>
      <w:r w:rsidRPr="00E85698">
        <w:t>закономерностях</w:t>
      </w:r>
      <w:r w:rsidRPr="00E85698">
        <w:rPr>
          <w:spacing w:val="-5"/>
        </w:rPr>
        <w:t xml:space="preserve"> </w:t>
      </w:r>
      <w:r w:rsidRPr="00E85698">
        <w:t>развития</w:t>
      </w:r>
      <w:r w:rsidRPr="00E85698">
        <w:rPr>
          <w:spacing w:val="-5"/>
        </w:rPr>
        <w:t xml:space="preserve"> </w:t>
      </w:r>
      <w:r w:rsidRPr="00E85698">
        <w:t>языка;</w:t>
      </w:r>
      <w:r w:rsidRPr="00E85698">
        <w:rPr>
          <w:spacing w:val="-6"/>
        </w:rPr>
        <w:t xml:space="preserve"> </w:t>
      </w:r>
      <w:r w:rsidRPr="00E85698">
        <w:t>овладение</w:t>
      </w:r>
      <w:r w:rsidRPr="00E85698">
        <w:rPr>
          <w:spacing w:val="-4"/>
        </w:rPr>
        <w:t xml:space="preserve"> </w:t>
      </w:r>
      <w:r w:rsidRPr="00E85698">
        <w:t>языковой</w:t>
      </w:r>
      <w:r w:rsidRPr="00E85698">
        <w:rPr>
          <w:spacing w:val="-5"/>
        </w:rPr>
        <w:t xml:space="preserve"> </w:t>
      </w:r>
      <w:r w:rsidRPr="00E85698">
        <w:t>и</w:t>
      </w:r>
      <w:r w:rsidRPr="00E85698">
        <w:rPr>
          <w:spacing w:val="-4"/>
        </w:rPr>
        <w:t xml:space="preserve"> </w:t>
      </w:r>
      <w:r w:rsidRPr="00E85698">
        <w:t>читательской</w:t>
      </w:r>
      <w:r w:rsidRPr="00E85698">
        <w:rPr>
          <w:spacing w:val="-5"/>
        </w:rPr>
        <w:t xml:space="preserve"> </w:t>
      </w:r>
      <w:r w:rsidRPr="00E85698">
        <w:t>культурой,</w:t>
      </w:r>
      <w:r w:rsidRPr="00E85698">
        <w:rPr>
          <w:spacing w:val="-4"/>
        </w:rPr>
        <w:t xml:space="preserve"> </w:t>
      </w:r>
      <w:r w:rsidRPr="00E85698">
        <w:t>навыками</w:t>
      </w:r>
      <w:r w:rsidRPr="00E85698">
        <w:rPr>
          <w:spacing w:val="-5"/>
        </w:rPr>
        <w:t xml:space="preserve"> </w:t>
      </w:r>
      <w:r w:rsidRPr="00E85698">
        <w:t>чтения</w:t>
      </w:r>
      <w:r w:rsidRPr="00E85698">
        <w:rPr>
          <w:spacing w:val="-57"/>
        </w:rPr>
        <w:t xml:space="preserve"> </w:t>
      </w:r>
      <w:r w:rsidRPr="00E85698">
        <w:t>как средства познания мира; овладение основными навыками исследовательской деятельности с</w:t>
      </w:r>
      <w:r w:rsidRPr="00E85698">
        <w:rPr>
          <w:spacing w:val="1"/>
        </w:rPr>
        <w:t xml:space="preserve"> </w:t>
      </w:r>
      <w:r w:rsidRPr="00E85698">
        <w:t>учётом</w:t>
      </w:r>
      <w:r w:rsidRPr="00E85698">
        <w:rPr>
          <w:spacing w:val="-1"/>
        </w:rPr>
        <w:t xml:space="preserve"> </w:t>
      </w:r>
      <w:r w:rsidRPr="00E85698">
        <w:t>специфики школьного языкового образования;</w:t>
      </w:r>
    </w:p>
    <w:p w:rsidR="00624C8A" w:rsidRPr="00E85698" w:rsidRDefault="00CB6516">
      <w:pPr>
        <w:pStyle w:val="a5"/>
        <w:spacing w:line="292" w:lineRule="auto"/>
        <w:ind w:right="736" w:firstLine="180"/>
      </w:pPr>
      <w:r w:rsidRPr="00E85698">
        <w:t>установка на осмысление опыта, наблюдений, поступков и стремление совершенствовать пути</w:t>
      </w:r>
      <w:r w:rsidRPr="00E85698">
        <w:rPr>
          <w:spacing w:val="-57"/>
        </w:rPr>
        <w:t xml:space="preserve"> </w:t>
      </w:r>
      <w:r w:rsidRPr="00E85698">
        <w:t>достижения</w:t>
      </w:r>
      <w:r w:rsidRPr="00E85698">
        <w:rPr>
          <w:spacing w:val="-2"/>
        </w:rPr>
        <w:t xml:space="preserve"> </w:t>
      </w:r>
      <w:r w:rsidRPr="00E85698">
        <w:t>индивидуального и</w:t>
      </w:r>
      <w:r w:rsidRPr="00E85698">
        <w:rPr>
          <w:spacing w:val="-1"/>
        </w:rPr>
        <w:t xml:space="preserve"> </w:t>
      </w:r>
      <w:r w:rsidRPr="00E85698">
        <w:t>коллективного благополучия.</w:t>
      </w:r>
    </w:p>
    <w:p w:rsidR="00624C8A" w:rsidRPr="00E85698" w:rsidRDefault="00CB6516">
      <w:pPr>
        <w:pStyle w:val="210"/>
        <w:spacing w:line="275" w:lineRule="exact"/>
      </w:pPr>
      <w:r w:rsidRPr="00E85698">
        <w:t>Адаптации</w:t>
      </w:r>
      <w:r w:rsidRPr="00E85698">
        <w:rPr>
          <w:spacing w:val="-6"/>
        </w:rPr>
        <w:t xml:space="preserve"> </w:t>
      </w:r>
      <w:r w:rsidRPr="00E85698">
        <w:t>обучающегося</w:t>
      </w:r>
      <w:r w:rsidRPr="00E85698">
        <w:rPr>
          <w:spacing w:val="-5"/>
        </w:rPr>
        <w:t xml:space="preserve"> </w:t>
      </w:r>
      <w:r w:rsidRPr="00E85698">
        <w:t>к</w:t>
      </w:r>
      <w:r w:rsidRPr="00E85698">
        <w:rPr>
          <w:spacing w:val="-6"/>
        </w:rPr>
        <w:t xml:space="preserve"> </w:t>
      </w:r>
      <w:r w:rsidRPr="00E85698">
        <w:t>изменяющимся</w:t>
      </w:r>
      <w:r w:rsidRPr="00E85698">
        <w:rPr>
          <w:spacing w:val="-5"/>
        </w:rPr>
        <w:t xml:space="preserve"> </w:t>
      </w:r>
      <w:r w:rsidRPr="00E85698">
        <w:t>условиям</w:t>
      </w:r>
      <w:r w:rsidRPr="00E85698">
        <w:rPr>
          <w:spacing w:val="-5"/>
        </w:rPr>
        <w:t xml:space="preserve"> </w:t>
      </w:r>
      <w:r w:rsidRPr="00E85698">
        <w:t>социальной</w:t>
      </w:r>
      <w:r w:rsidRPr="00E85698">
        <w:rPr>
          <w:spacing w:val="-6"/>
        </w:rPr>
        <w:t xml:space="preserve"> </w:t>
      </w:r>
      <w:r w:rsidRPr="00E85698">
        <w:t>и</w:t>
      </w:r>
      <w:r w:rsidRPr="00E85698">
        <w:rPr>
          <w:spacing w:val="-5"/>
        </w:rPr>
        <w:t xml:space="preserve"> </w:t>
      </w:r>
      <w:r w:rsidRPr="00E85698">
        <w:t>природной</w:t>
      </w:r>
      <w:r w:rsidRPr="00E85698">
        <w:rPr>
          <w:spacing w:val="-6"/>
        </w:rPr>
        <w:t xml:space="preserve"> </w:t>
      </w:r>
      <w:r w:rsidRPr="00E85698">
        <w:t>среды:</w:t>
      </w:r>
    </w:p>
    <w:p w:rsidR="00624C8A" w:rsidRPr="00E85698" w:rsidRDefault="00CB6516">
      <w:pPr>
        <w:pStyle w:val="a5"/>
        <w:spacing w:before="56" w:line="292" w:lineRule="auto"/>
        <w:ind w:right="108" w:firstLine="180"/>
      </w:pPr>
      <w:r w:rsidRPr="00E85698">
        <w:t>освоение обучающимися социального опыта, основных социальных ролей, норм и правил</w:t>
      </w:r>
      <w:r w:rsidRPr="00E85698">
        <w:rPr>
          <w:spacing w:val="1"/>
        </w:rPr>
        <w:t xml:space="preserve"> </w:t>
      </w:r>
      <w:r w:rsidRPr="00E85698">
        <w:t>общественного поведения, форм социальной жизни в группах и сообществах, включая семью, группы,</w:t>
      </w:r>
      <w:r w:rsidRPr="00E85698">
        <w:rPr>
          <w:spacing w:val="-58"/>
        </w:rPr>
        <w:t xml:space="preserve"> </w:t>
      </w:r>
      <w:r w:rsidRPr="00E85698">
        <w:t>сформированные по профессиональной деятельности, а также в рамках социального взаимодействия с</w:t>
      </w:r>
      <w:r w:rsidRPr="00E85698">
        <w:rPr>
          <w:spacing w:val="-57"/>
        </w:rPr>
        <w:t xml:space="preserve"> </w:t>
      </w:r>
      <w:r w:rsidRPr="00E85698">
        <w:t>людьми</w:t>
      </w:r>
      <w:r w:rsidRPr="00E85698">
        <w:rPr>
          <w:spacing w:val="-1"/>
        </w:rPr>
        <w:t xml:space="preserve"> </w:t>
      </w:r>
      <w:r w:rsidRPr="00E85698">
        <w:t>из</w:t>
      </w:r>
      <w:r w:rsidRPr="00E85698">
        <w:rPr>
          <w:spacing w:val="-1"/>
        </w:rPr>
        <w:t xml:space="preserve"> </w:t>
      </w:r>
      <w:r w:rsidRPr="00E85698">
        <w:t>другой культурной среды;</w:t>
      </w:r>
    </w:p>
    <w:p w:rsidR="00624C8A" w:rsidRPr="00E85698" w:rsidRDefault="00CB6516">
      <w:pPr>
        <w:pStyle w:val="a5"/>
        <w:spacing w:line="292" w:lineRule="auto"/>
        <w:ind w:right="111" w:firstLine="87"/>
        <w:jc w:val="center"/>
      </w:pPr>
      <w:r w:rsidRPr="00E85698">
        <w:t>потребность во взаимодействии в условиях неопределённости, открытость опыту и знаниям других;</w:t>
      </w:r>
      <w:r w:rsidRPr="00E85698">
        <w:rPr>
          <w:spacing w:val="1"/>
        </w:rPr>
        <w:t xml:space="preserve"> </w:t>
      </w:r>
      <w:r w:rsidRPr="00E85698">
        <w:t>потребность в действии в условиях неопределённости, в повышении уровня своей компетентности</w:t>
      </w:r>
      <w:r w:rsidRPr="00E85698">
        <w:rPr>
          <w:spacing w:val="1"/>
        </w:rPr>
        <w:t xml:space="preserve"> </w:t>
      </w:r>
      <w:r w:rsidRPr="00E85698">
        <w:t>через</w:t>
      </w:r>
      <w:r w:rsidRPr="00E85698">
        <w:rPr>
          <w:spacing w:val="-5"/>
        </w:rPr>
        <w:t xml:space="preserve"> </w:t>
      </w:r>
      <w:r w:rsidRPr="00E85698">
        <w:t>практическую</w:t>
      </w:r>
      <w:r w:rsidRPr="00E85698">
        <w:rPr>
          <w:spacing w:val="-4"/>
        </w:rPr>
        <w:t xml:space="preserve"> </w:t>
      </w:r>
      <w:r w:rsidRPr="00E85698">
        <w:t>деятельность,</w:t>
      </w:r>
      <w:r w:rsidRPr="00E85698">
        <w:rPr>
          <w:spacing w:val="-3"/>
        </w:rPr>
        <w:t xml:space="preserve"> </w:t>
      </w:r>
      <w:r w:rsidRPr="00E85698">
        <w:t>в</w:t>
      </w:r>
      <w:r w:rsidRPr="00E85698">
        <w:rPr>
          <w:spacing w:val="-4"/>
        </w:rPr>
        <w:t xml:space="preserve"> </w:t>
      </w:r>
      <w:r w:rsidRPr="00E85698">
        <w:t>том</w:t>
      </w:r>
      <w:r w:rsidRPr="00E85698">
        <w:rPr>
          <w:spacing w:val="-3"/>
        </w:rPr>
        <w:t xml:space="preserve"> </w:t>
      </w:r>
      <w:r w:rsidRPr="00E85698">
        <w:t>числе</w:t>
      </w:r>
      <w:r w:rsidRPr="00E85698">
        <w:rPr>
          <w:spacing w:val="-3"/>
        </w:rPr>
        <w:t xml:space="preserve"> </w:t>
      </w:r>
      <w:r w:rsidRPr="00E85698">
        <w:t>умение</w:t>
      </w:r>
      <w:r w:rsidRPr="00E85698">
        <w:rPr>
          <w:spacing w:val="-3"/>
        </w:rPr>
        <w:t xml:space="preserve"> </w:t>
      </w:r>
      <w:r w:rsidRPr="00E85698">
        <w:t>учиться</w:t>
      </w:r>
      <w:r w:rsidRPr="00E85698">
        <w:rPr>
          <w:spacing w:val="-4"/>
        </w:rPr>
        <w:t xml:space="preserve"> </w:t>
      </w:r>
      <w:r w:rsidRPr="00E85698">
        <w:t>у</w:t>
      </w:r>
      <w:r w:rsidRPr="00E85698">
        <w:rPr>
          <w:spacing w:val="-3"/>
        </w:rPr>
        <w:t xml:space="preserve"> </w:t>
      </w:r>
      <w:r w:rsidRPr="00E85698">
        <w:t>других</w:t>
      </w:r>
      <w:r w:rsidRPr="00E85698">
        <w:rPr>
          <w:spacing w:val="-4"/>
        </w:rPr>
        <w:t xml:space="preserve"> </w:t>
      </w:r>
      <w:r w:rsidRPr="00E85698">
        <w:t>людей,</w:t>
      </w:r>
      <w:r w:rsidRPr="00E85698">
        <w:rPr>
          <w:spacing w:val="-3"/>
        </w:rPr>
        <w:t xml:space="preserve"> </w:t>
      </w:r>
      <w:r w:rsidRPr="00E85698">
        <w:t>получать</w:t>
      </w:r>
      <w:r w:rsidRPr="00E85698">
        <w:rPr>
          <w:spacing w:val="-4"/>
        </w:rPr>
        <w:t xml:space="preserve"> </w:t>
      </w:r>
      <w:r w:rsidRPr="00E85698">
        <w:t>в</w:t>
      </w:r>
      <w:r w:rsidRPr="00E85698">
        <w:rPr>
          <w:spacing w:val="-4"/>
        </w:rPr>
        <w:t xml:space="preserve"> </w:t>
      </w:r>
      <w:r w:rsidRPr="00E85698">
        <w:t>совместной</w:t>
      </w:r>
    </w:p>
    <w:p w:rsidR="00624C8A" w:rsidRPr="00E85698" w:rsidRDefault="00CB6516">
      <w:pPr>
        <w:pStyle w:val="a5"/>
        <w:spacing w:line="274" w:lineRule="exact"/>
        <w:ind w:left="97" w:right="3596"/>
        <w:jc w:val="center"/>
      </w:pPr>
      <w:r w:rsidRPr="00E85698">
        <w:t>деятельности</w:t>
      </w:r>
      <w:r w:rsidRPr="00E85698">
        <w:rPr>
          <w:spacing w:val="-3"/>
        </w:rPr>
        <w:t xml:space="preserve"> </w:t>
      </w:r>
      <w:r w:rsidRPr="00E85698">
        <w:t>новые</w:t>
      </w:r>
      <w:r w:rsidRPr="00E85698">
        <w:rPr>
          <w:spacing w:val="-2"/>
        </w:rPr>
        <w:t xml:space="preserve"> </w:t>
      </w:r>
      <w:r w:rsidRPr="00E85698">
        <w:t>знания,</w:t>
      </w:r>
      <w:r w:rsidRPr="00E85698">
        <w:rPr>
          <w:spacing w:val="-3"/>
        </w:rPr>
        <w:t xml:space="preserve"> </w:t>
      </w:r>
      <w:r w:rsidRPr="00E85698">
        <w:t>навыки</w:t>
      </w:r>
      <w:r w:rsidRPr="00E85698">
        <w:rPr>
          <w:spacing w:val="-2"/>
        </w:rPr>
        <w:t xml:space="preserve"> </w:t>
      </w:r>
      <w:r w:rsidRPr="00E85698">
        <w:t>и</w:t>
      </w:r>
      <w:r w:rsidRPr="00E85698">
        <w:rPr>
          <w:spacing w:val="-2"/>
        </w:rPr>
        <w:t xml:space="preserve"> </w:t>
      </w:r>
      <w:r w:rsidRPr="00E85698">
        <w:t>компетенции</w:t>
      </w:r>
      <w:r w:rsidRPr="00E85698">
        <w:rPr>
          <w:spacing w:val="-3"/>
        </w:rPr>
        <w:t xml:space="preserve"> </w:t>
      </w:r>
      <w:r w:rsidRPr="00E85698">
        <w:t>из</w:t>
      </w:r>
      <w:r w:rsidRPr="00E85698">
        <w:rPr>
          <w:spacing w:val="-3"/>
        </w:rPr>
        <w:t xml:space="preserve"> </w:t>
      </w:r>
      <w:r w:rsidRPr="00E85698">
        <w:t>опыта</w:t>
      </w:r>
      <w:r w:rsidRPr="00E85698">
        <w:rPr>
          <w:spacing w:val="-2"/>
        </w:rPr>
        <w:t xml:space="preserve"> </w:t>
      </w:r>
      <w:r w:rsidRPr="00E85698">
        <w:t>других;</w:t>
      </w:r>
    </w:p>
    <w:p w:rsidR="00624C8A" w:rsidRPr="00E85698" w:rsidRDefault="00CB6516">
      <w:pPr>
        <w:pStyle w:val="a5"/>
        <w:spacing w:before="58" w:line="292" w:lineRule="auto"/>
        <w:ind w:right="637" w:firstLine="180"/>
      </w:pPr>
      <w:r w:rsidRPr="00E85698">
        <w:t>необходимость в формировании новых знаний, умений связывать образы, формулировать идеи,</w:t>
      </w:r>
      <w:r w:rsidRPr="00E85698">
        <w:rPr>
          <w:spacing w:val="-57"/>
        </w:rPr>
        <w:t xml:space="preserve"> </w:t>
      </w:r>
      <w:r w:rsidRPr="00E85698">
        <w:t>понятия, гипотезы об объектах и явлениях, в том числе ранее неизвестных, осознание дефицита</w:t>
      </w:r>
      <w:r w:rsidRPr="00E85698">
        <w:rPr>
          <w:spacing w:val="1"/>
        </w:rPr>
        <w:t xml:space="preserve"> </w:t>
      </w:r>
      <w:r w:rsidRPr="00E85698">
        <w:t>собственных</w:t>
      </w:r>
      <w:r w:rsidRPr="00E85698">
        <w:rPr>
          <w:spacing w:val="-1"/>
        </w:rPr>
        <w:t xml:space="preserve"> </w:t>
      </w:r>
      <w:r w:rsidRPr="00E85698">
        <w:t>знаний и</w:t>
      </w:r>
      <w:r w:rsidRPr="00E85698">
        <w:rPr>
          <w:spacing w:val="-1"/>
        </w:rPr>
        <w:t xml:space="preserve"> </w:t>
      </w:r>
      <w:r w:rsidRPr="00E85698">
        <w:t>компетенций, планирование</w:t>
      </w:r>
      <w:r w:rsidRPr="00E85698">
        <w:rPr>
          <w:spacing w:val="-1"/>
        </w:rPr>
        <w:t xml:space="preserve"> </w:t>
      </w:r>
      <w:r w:rsidRPr="00E85698">
        <w:t>своего развития;</w:t>
      </w:r>
    </w:p>
    <w:p w:rsidR="00624C8A" w:rsidRPr="00E85698" w:rsidRDefault="00CB6516">
      <w:pPr>
        <w:pStyle w:val="a5"/>
        <w:spacing w:line="292" w:lineRule="auto"/>
        <w:ind w:right="316" w:firstLine="180"/>
      </w:pPr>
      <w:r w:rsidRPr="00E85698">
        <w:t>умение оперировать основными понятиями, терминами и представлениями в области концепции</w:t>
      </w:r>
      <w:r w:rsidRPr="00E85698">
        <w:rPr>
          <w:spacing w:val="1"/>
        </w:rPr>
        <w:t xml:space="preserve"> </w:t>
      </w:r>
      <w:r w:rsidRPr="00E85698">
        <w:t>устойчивого развития, анализировать и выявлять взаимосвязь природы, общества и экономики,</w:t>
      </w:r>
      <w:r w:rsidRPr="00E85698">
        <w:rPr>
          <w:spacing w:val="1"/>
        </w:rPr>
        <w:t xml:space="preserve"> </w:t>
      </w:r>
      <w:r w:rsidRPr="00E85698">
        <w:t>оценивать свои действия с учётом влияния на окружающую среду, достижения целей и преодоления</w:t>
      </w:r>
      <w:r w:rsidRPr="00E85698">
        <w:rPr>
          <w:spacing w:val="-58"/>
        </w:rPr>
        <w:t xml:space="preserve"> </w:t>
      </w:r>
      <w:r w:rsidRPr="00E85698">
        <w:t>вызовов,</w:t>
      </w:r>
      <w:r w:rsidRPr="00E85698">
        <w:rPr>
          <w:spacing w:val="-1"/>
        </w:rPr>
        <w:t xml:space="preserve"> </w:t>
      </w:r>
      <w:r w:rsidRPr="00E85698">
        <w:t>возможных глобальных последствий;</w:t>
      </w:r>
    </w:p>
    <w:p w:rsidR="00624C8A" w:rsidRPr="00E85698" w:rsidRDefault="00CB6516">
      <w:pPr>
        <w:pStyle w:val="a5"/>
        <w:spacing w:line="292" w:lineRule="auto"/>
        <w:ind w:right="1382" w:firstLine="180"/>
      </w:pPr>
      <w:r w:rsidRPr="00E85698">
        <w:t>способность осознавать стрессовую ситуацию, оценивать происходящие изменения и их</w:t>
      </w:r>
      <w:r w:rsidRPr="00E85698">
        <w:rPr>
          <w:spacing w:val="-57"/>
        </w:rPr>
        <w:t xml:space="preserve"> </w:t>
      </w:r>
      <w:r w:rsidRPr="00E85698">
        <w:t>последствия,</w:t>
      </w:r>
      <w:r w:rsidRPr="00E85698">
        <w:rPr>
          <w:spacing w:val="-1"/>
        </w:rPr>
        <w:t xml:space="preserve"> </w:t>
      </w:r>
      <w:r w:rsidRPr="00E85698">
        <w:t>опираясь</w:t>
      </w:r>
      <w:r w:rsidRPr="00E85698">
        <w:rPr>
          <w:spacing w:val="-2"/>
        </w:rPr>
        <w:t xml:space="preserve"> </w:t>
      </w:r>
      <w:r w:rsidRPr="00E85698">
        <w:t>на жизненный,</w:t>
      </w:r>
      <w:r w:rsidRPr="00E85698">
        <w:rPr>
          <w:spacing w:val="-1"/>
        </w:rPr>
        <w:t xml:space="preserve"> </w:t>
      </w:r>
      <w:r w:rsidRPr="00E85698">
        <w:t>речевой</w:t>
      </w:r>
      <w:r w:rsidRPr="00E85698">
        <w:rPr>
          <w:spacing w:val="-1"/>
        </w:rPr>
        <w:t xml:space="preserve"> </w:t>
      </w:r>
      <w:r w:rsidRPr="00E85698">
        <w:t>и читательский</w:t>
      </w:r>
      <w:r w:rsidRPr="00E85698">
        <w:rPr>
          <w:spacing w:val="-1"/>
        </w:rPr>
        <w:t xml:space="preserve"> </w:t>
      </w:r>
      <w:r w:rsidRPr="00E85698">
        <w:t>опыт;</w:t>
      </w:r>
    </w:p>
    <w:p w:rsidR="00624C8A" w:rsidRPr="00E85698" w:rsidRDefault="00CB6516">
      <w:pPr>
        <w:pStyle w:val="a5"/>
        <w:spacing w:line="292" w:lineRule="auto"/>
        <w:ind w:left="286" w:right="2199"/>
      </w:pPr>
      <w:r w:rsidRPr="00E85698">
        <w:t>воспринимать</w:t>
      </w:r>
      <w:r w:rsidRPr="00E85698">
        <w:rPr>
          <w:spacing w:val="7"/>
        </w:rPr>
        <w:t xml:space="preserve"> </w:t>
      </w:r>
      <w:r w:rsidRPr="00E85698">
        <w:t>стрессовую</w:t>
      </w:r>
      <w:r w:rsidRPr="00E85698">
        <w:rPr>
          <w:spacing w:val="7"/>
        </w:rPr>
        <w:t xml:space="preserve"> </w:t>
      </w:r>
      <w:r w:rsidRPr="00E85698">
        <w:t>ситуацию</w:t>
      </w:r>
      <w:r w:rsidRPr="00E85698">
        <w:rPr>
          <w:spacing w:val="7"/>
        </w:rPr>
        <w:t xml:space="preserve"> </w:t>
      </w:r>
      <w:r w:rsidRPr="00E85698">
        <w:t>как</w:t>
      </w:r>
      <w:r w:rsidRPr="00E85698">
        <w:rPr>
          <w:spacing w:val="7"/>
        </w:rPr>
        <w:t xml:space="preserve"> </w:t>
      </w:r>
      <w:r w:rsidRPr="00E85698">
        <w:t>вызов,</w:t>
      </w:r>
      <w:r w:rsidRPr="00E85698">
        <w:rPr>
          <w:spacing w:val="8"/>
        </w:rPr>
        <w:t xml:space="preserve"> </w:t>
      </w:r>
      <w:r w:rsidRPr="00E85698">
        <w:t>требующий</w:t>
      </w:r>
      <w:r w:rsidRPr="00E85698">
        <w:rPr>
          <w:spacing w:val="8"/>
        </w:rPr>
        <w:t xml:space="preserve"> </w:t>
      </w:r>
      <w:r w:rsidRPr="00E85698">
        <w:t>контрмер;</w:t>
      </w:r>
      <w:r w:rsidRPr="00E85698">
        <w:rPr>
          <w:spacing w:val="1"/>
        </w:rPr>
        <w:t xml:space="preserve"> </w:t>
      </w:r>
      <w:r w:rsidRPr="00E85698">
        <w:t>оценивать</w:t>
      </w:r>
      <w:r w:rsidRPr="00E85698">
        <w:rPr>
          <w:spacing w:val="-6"/>
        </w:rPr>
        <w:t xml:space="preserve"> </w:t>
      </w:r>
      <w:r w:rsidRPr="00E85698">
        <w:t>ситуацию</w:t>
      </w:r>
      <w:r w:rsidRPr="00E85698">
        <w:rPr>
          <w:spacing w:val="-5"/>
        </w:rPr>
        <w:t xml:space="preserve"> </w:t>
      </w:r>
      <w:r w:rsidRPr="00E85698">
        <w:t>стресса,</w:t>
      </w:r>
      <w:r w:rsidRPr="00E85698">
        <w:rPr>
          <w:spacing w:val="-4"/>
        </w:rPr>
        <w:t xml:space="preserve"> </w:t>
      </w:r>
      <w:r w:rsidRPr="00E85698">
        <w:t>корректировать</w:t>
      </w:r>
      <w:r w:rsidRPr="00E85698">
        <w:rPr>
          <w:spacing w:val="-5"/>
        </w:rPr>
        <w:t xml:space="preserve"> </w:t>
      </w:r>
      <w:r w:rsidRPr="00E85698">
        <w:t>принимаемые</w:t>
      </w:r>
      <w:r w:rsidRPr="00E85698">
        <w:rPr>
          <w:spacing w:val="-4"/>
        </w:rPr>
        <w:t xml:space="preserve"> </w:t>
      </w:r>
      <w:r w:rsidRPr="00E85698">
        <w:t>решения</w:t>
      </w:r>
      <w:r w:rsidRPr="00E85698">
        <w:rPr>
          <w:spacing w:val="-5"/>
        </w:rPr>
        <w:t xml:space="preserve"> </w:t>
      </w:r>
      <w:r w:rsidRPr="00E85698">
        <w:t>и</w:t>
      </w:r>
      <w:r w:rsidRPr="00E85698">
        <w:rPr>
          <w:spacing w:val="-4"/>
        </w:rPr>
        <w:t xml:space="preserve"> </w:t>
      </w:r>
      <w:r w:rsidRPr="00E85698">
        <w:t>действия;</w:t>
      </w:r>
    </w:p>
    <w:p w:rsidR="00624C8A" w:rsidRPr="00E85698" w:rsidRDefault="00CB6516">
      <w:pPr>
        <w:pStyle w:val="a5"/>
        <w:spacing w:line="292" w:lineRule="auto"/>
        <w:ind w:right="270" w:firstLine="180"/>
      </w:pPr>
      <w:r w:rsidRPr="00E85698">
        <w:t>формулировать и оценивать риски и последствия, формировать опыт, уметь находить позитивное в</w:t>
      </w:r>
      <w:r w:rsidRPr="00E85698">
        <w:rPr>
          <w:spacing w:val="-58"/>
        </w:rPr>
        <w:t xml:space="preserve"> </w:t>
      </w:r>
      <w:r w:rsidRPr="00E85698">
        <w:t>сложившейся</w:t>
      </w:r>
      <w:r w:rsidRPr="00E85698">
        <w:rPr>
          <w:spacing w:val="-2"/>
        </w:rPr>
        <w:t xml:space="preserve"> </w:t>
      </w:r>
      <w:r w:rsidRPr="00E85698">
        <w:t>ситуации;</w:t>
      </w:r>
    </w:p>
    <w:p w:rsidR="00624C8A" w:rsidRPr="00E85698" w:rsidRDefault="00CB6516">
      <w:pPr>
        <w:pStyle w:val="a5"/>
        <w:spacing w:line="275" w:lineRule="exact"/>
        <w:ind w:left="286"/>
      </w:pPr>
      <w:r w:rsidRPr="00E85698">
        <w:t>быть</w:t>
      </w:r>
      <w:r w:rsidRPr="00E85698">
        <w:rPr>
          <w:spacing w:val="-5"/>
        </w:rPr>
        <w:t xml:space="preserve"> </w:t>
      </w:r>
      <w:r w:rsidRPr="00E85698">
        <w:t>готовым</w:t>
      </w:r>
      <w:r w:rsidRPr="00E85698">
        <w:rPr>
          <w:spacing w:val="-3"/>
        </w:rPr>
        <w:t xml:space="preserve"> </w:t>
      </w:r>
      <w:r w:rsidRPr="00E85698">
        <w:t>действовать</w:t>
      </w:r>
      <w:r w:rsidRPr="00E85698">
        <w:rPr>
          <w:spacing w:val="-4"/>
        </w:rPr>
        <w:t xml:space="preserve"> </w:t>
      </w:r>
      <w:r w:rsidRPr="00E85698">
        <w:t>в</w:t>
      </w:r>
      <w:r w:rsidRPr="00E85698">
        <w:rPr>
          <w:spacing w:val="-5"/>
        </w:rPr>
        <w:t xml:space="preserve"> </w:t>
      </w:r>
      <w:r w:rsidRPr="00E85698">
        <w:t>отсутствие</w:t>
      </w:r>
      <w:r w:rsidRPr="00E85698">
        <w:rPr>
          <w:spacing w:val="-3"/>
        </w:rPr>
        <w:t xml:space="preserve"> </w:t>
      </w:r>
      <w:r w:rsidRPr="00E85698">
        <w:t>гарантий</w:t>
      </w:r>
      <w:r w:rsidRPr="00E85698">
        <w:rPr>
          <w:spacing w:val="-3"/>
        </w:rPr>
        <w:t xml:space="preserve"> </w:t>
      </w:r>
      <w:r w:rsidRPr="00E85698">
        <w:t>успеха.</w:t>
      </w:r>
    </w:p>
    <w:p w:rsidR="00624C8A" w:rsidRPr="00E85698" w:rsidRDefault="00624C8A">
      <w:pPr>
        <w:pStyle w:val="a5"/>
        <w:spacing w:before="4"/>
        <w:ind w:left="0"/>
        <w:rPr>
          <w:sz w:val="21"/>
        </w:rPr>
      </w:pPr>
    </w:p>
    <w:p w:rsidR="00624C8A" w:rsidRPr="00E85698" w:rsidRDefault="00CB6516">
      <w:pPr>
        <w:pStyle w:val="11"/>
        <w:ind w:left="106"/>
      </w:pPr>
      <w:r w:rsidRPr="00E85698">
        <w:t>МЕТАПРЕДМЕТНЫЕ</w:t>
      </w:r>
      <w:r w:rsidRPr="00E85698">
        <w:rPr>
          <w:spacing w:val="-11"/>
        </w:rPr>
        <w:t xml:space="preserve"> </w:t>
      </w:r>
      <w:r w:rsidRPr="00E85698">
        <w:t>РЕЗУЛЬТАТЫ</w:t>
      </w:r>
    </w:p>
    <w:p w:rsidR="00624C8A" w:rsidRPr="00E85698" w:rsidRDefault="00CB6516">
      <w:pPr>
        <w:pStyle w:val="a7"/>
        <w:numPr>
          <w:ilvl w:val="1"/>
          <w:numId w:val="7"/>
        </w:numPr>
        <w:tabs>
          <w:tab w:val="left" w:pos="527"/>
        </w:tabs>
        <w:spacing w:before="156"/>
        <w:rPr>
          <w:b/>
          <w:sz w:val="24"/>
        </w:rPr>
      </w:pPr>
      <w:r w:rsidRPr="00E85698">
        <w:rPr>
          <w:b/>
          <w:sz w:val="24"/>
        </w:rPr>
        <w:t>Овладение</w:t>
      </w:r>
      <w:r w:rsidRPr="00E85698">
        <w:rPr>
          <w:b/>
          <w:spacing w:val="-9"/>
          <w:sz w:val="24"/>
        </w:rPr>
        <w:t xml:space="preserve"> </w:t>
      </w:r>
      <w:r w:rsidRPr="00E85698">
        <w:rPr>
          <w:b/>
          <w:sz w:val="24"/>
        </w:rPr>
        <w:t>универсальными</w:t>
      </w:r>
      <w:r w:rsidRPr="00E85698">
        <w:rPr>
          <w:b/>
          <w:spacing w:val="-9"/>
          <w:sz w:val="24"/>
        </w:rPr>
        <w:t xml:space="preserve"> </w:t>
      </w:r>
      <w:r w:rsidRPr="00E85698">
        <w:rPr>
          <w:b/>
          <w:sz w:val="24"/>
        </w:rPr>
        <w:t>учебными</w:t>
      </w:r>
      <w:r w:rsidRPr="00E85698">
        <w:rPr>
          <w:b/>
          <w:spacing w:val="-9"/>
          <w:sz w:val="24"/>
        </w:rPr>
        <w:t xml:space="preserve"> </w:t>
      </w:r>
      <w:r w:rsidRPr="00E85698">
        <w:rPr>
          <w:b/>
          <w:sz w:val="24"/>
        </w:rPr>
        <w:t>познавательными</w:t>
      </w:r>
      <w:r w:rsidRPr="00E85698">
        <w:rPr>
          <w:b/>
          <w:spacing w:val="-9"/>
          <w:sz w:val="24"/>
        </w:rPr>
        <w:t xml:space="preserve"> </w:t>
      </w:r>
      <w:r w:rsidRPr="00E85698">
        <w:rPr>
          <w:b/>
          <w:sz w:val="24"/>
        </w:rPr>
        <w:t>действиями</w:t>
      </w:r>
    </w:p>
    <w:p w:rsidR="00624C8A" w:rsidRPr="00E85698" w:rsidRDefault="00CB6516">
      <w:pPr>
        <w:pStyle w:val="210"/>
        <w:spacing w:before="60"/>
      </w:pPr>
      <w:r w:rsidRPr="00E85698">
        <w:t>Базовые</w:t>
      </w:r>
      <w:r w:rsidRPr="00E85698">
        <w:rPr>
          <w:spacing w:val="-6"/>
        </w:rPr>
        <w:t xml:space="preserve"> </w:t>
      </w:r>
      <w:r w:rsidRPr="00E85698">
        <w:t>логические</w:t>
      </w:r>
      <w:r w:rsidRPr="00E85698">
        <w:rPr>
          <w:spacing w:val="-6"/>
        </w:rPr>
        <w:t xml:space="preserve"> </w:t>
      </w:r>
      <w:r w:rsidRPr="00E85698">
        <w:t>действия:</w:t>
      </w:r>
    </w:p>
    <w:p w:rsidR="00624C8A" w:rsidRPr="00E85698" w:rsidRDefault="00CB6516">
      <w:pPr>
        <w:pStyle w:val="a5"/>
        <w:spacing w:before="60" w:line="292" w:lineRule="auto"/>
        <w:ind w:firstLine="180"/>
      </w:pPr>
      <w:r w:rsidRPr="00E85698">
        <w:t>выявлять</w:t>
      </w:r>
      <w:r w:rsidRPr="00E85698">
        <w:rPr>
          <w:spacing w:val="-5"/>
        </w:rPr>
        <w:t xml:space="preserve"> </w:t>
      </w:r>
      <w:r w:rsidRPr="00E85698">
        <w:t>и</w:t>
      </w:r>
      <w:r w:rsidRPr="00E85698">
        <w:rPr>
          <w:spacing w:val="-4"/>
        </w:rPr>
        <w:t xml:space="preserve"> </w:t>
      </w:r>
      <w:r w:rsidRPr="00E85698">
        <w:t>характеризовать</w:t>
      </w:r>
      <w:r w:rsidRPr="00E85698">
        <w:rPr>
          <w:spacing w:val="-5"/>
        </w:rPr>
        <w:t xml:space="preserve"> </w:t>
      </w:r>
      <w:r w:rsidRPr="00E85698">
        <w:t>существенные</w:t>
      </w:r>
      <w:r w:rsidRPr="00E85698">
        <w:rPr>
          <w:spacing w:val="-4"/>
        </w:rPr>
        <w:t xml:space="preserve"> </w:t>
      </w:r>
      <w:r w:rsidRPr="00E85698">
        <w:t>признаки</w:t>
      </w:r>
      <w:r w:rsidRPr="00E85698">
        <w:rPr>
          <w:spacing w:val="-5"/>
        </w:rPr>
        <w:t xml:space="preserve"> </w:t>
      </w:r>
      <w:r w:rsidRPr="00E85698">
        <w:t>языковых</w:t>
      </w:r>
      <w:r w:rsidRPr="00E85698">
        <w:rPr>
          <w:spacing w:val="-4"/>
        </w:rPr>
        <w:t xml:space="preserve"> </w:t>
      </w:r>
      <w:r w:rsidRPr="00E85698">
        <w:t>единиц,</w:t>
      </w:r>
      <w:r w:rsidRPr="00E85698">
        <w:rPr>
          <w:spacing w:val="-4"/>
        </w:rPr>
        <w:t xml:space="preserve"> </w:t>
      </w:r>
      <w:r w:rsidRPr="00E85698">
        <w:t>языковых</w:t>
      </w:r>
      <w:r w:rsidRPr="00E85698">
        <w:rPr>
          <w:spacing w:val="-4"/>
        </w:rPr>
        <w:t xml:space="preserve"> </w:t>
      </w:r>
      <w:r w:rsidRPr="00E85698">
        <w:t>явлений</w:t>
      </w:r>
      <w:r w:rsidRPr="00E85698">
        <w:rPr>
          <w:spacing w:val="-4"/>
        </w:rPr>
        <w:t xml:space="preserve"> </w:t>
      </w:r>
      <w:r w:rsidRPr="00E85698">
        <w:t>и</w:t>
      </w:r>
      <w:r w:rsidRPr="00E85698">
        <w:rPr>
          <w:spacing w:val="-57"/>
        </w:rPr>
        <w:t xml:space="preserve"> </w:t>
      </w:r>
      <w:r w:rsidRPr="00E85698">
        <w:t>процессов;</w:t>
      </w:r>
    </w:p>
    <w:p w:rsidR="00624C8A" w:rsidRPr="00E85698" w:rsidRDefault="00CB6516">
      <w:pPr>
        <w:pStyle w:val="a5"/>
        <w:spacing w:line="292" w:lineRule="auto"/>
        <w:ind w:right="440" w:firstLine="180"/>
      </w:pPr>
      <w:r w:rsidRPr="00E85698">
        <w:t>устанавливать существенный признак классификации языковых единиц (явлений), основания для</w:t>
      </w:r>
      <w:r w:rsidRPr="00E85698">
        <w:rPr>
          <w:spacing w:val="-58"/>
        </w:rPr>
        <w:t xml:space="preserve"> </w:t>
      </w:r>
      <w:r w:rsidRPr="00E85698">
        <w:t>обобщения</w:t>
      </w:r>
      <w:r w:rsidRPr="00E85698">
        <w:rPr>
          <w:spacing w:val="-2"/>
        </w:rPr>
        <w:t xml:space="preserve"> </w:t>
      </w:r>
      <w:r w:rsidRPr="00E85698">
        <w:t>и сравнения, критерии проводимого</w:t>
      </w:r>
      <w:r w:rsidRPr="00E85698">
        <w:rPr>
          <w:spacing w:val="-1"/>
        </w:rPr>
        <w:t xml:space="preserve"> </w:t>
      </w:r>
      <w:r w:rsidRPr="00E85698">
        <w:t>анализа;</w:t>
      </w:r>
    </w:p>
    <w:p w:rsidR="00624C8A" w:rsidRPr="00E85698" w:rsidRDefault="00CB6516">
      <w:pPr>
        <w:pStyle w:val="a5"/>
        <w:spacing w:line="275" w:lineRule="exact"/>
        <w:ind w:left="286"/>
      </w:pPr>
      <w:r w:rsidRPr="00E85698">
        <w:t>классифицировать</w:t>
      </w:r>
      <w:r w:rsidRPr="00E85698">
        <w:rPr>
          <w:spacing w:val="-5"/>
        </w:rPr>
        <w:t xml:space="preserve"> </w:t>
      </w:r>
      <w:r w:rsidRPr="00E85698">
        <w:t>языковые</w:t>
      </w:r>
      <w:r w:rsidRPr="00E85698">
        <w:rPr>
          <w:spacing w:val="-4"/>
        </w:rPr>
        <w:t xml:space="preserve"> </w:t>
      </w:r>
      <w:r w:rsidRPr="00E85698">
        <w:t>единицы</w:t>
      </w:r>
      <w:r w:rsidRPr="00E85698">
        <w:rPr>
          <w:spacing w:val="-4"/>
        </w:rPr>
        <w:t xml:space="preserve"> </w:t>
      </w:r>
      <w:r w:rsidRPr="00E85698">
        <w:t>по</w:t>
      </w:r>
      <w:r w:rsidRPr="00E85698">
        <w:rPr>
          <w:spacing w:val="-4"/>
        </w:rPr>
        <w:t xml:space="preserve"> </w:t>
      </w:r>
      <w:r w:rsidRPr="00E85698">
        <w:t>существенному</w:t>
      </w:r>
      <w:r w:rsidRPr="00E85698">
        <w:rPr>
          <w:spacing w:val="-4"/>
        </w:rPr>
        <w:t xml:space="preserve"> </w:t>
      </w:r>
      <w:r w:rsidRPr="00E85698">
        <w:t>признаку;</w:t>
      </w:r>
    </w:p>
    <w:p w:rsidR="00624C8A" w:rsidRPr="00E85698" w:rsidRDefault="00CB6516">
      <w:pPr>
        <w:pStyle w:val="a5"/>
        <w:spacing w:before="59"/>
        <w:ind w:left="286"/>
      </w:pPr>
      <w:r w:rsidRPr="00E85698">
        <w:t>выявлять</w:t>
      </w:r>
      <w:r w:rsidRPr="00E85698">
        <w:rPr>
          <w:spacing w:val="-5"/>
        </w:rPr>
        <w:t xml:space="preserve"> </w:t>
      </w:r>
      <w:r w:rsidRPr="00E85698">
        <w:t>закономерности</w:t>
      </w:r>
      <w:r w:rsidRPr="00E85698">
        <w:rPr>
          <w:spacing w:val="-4"/>
        </w:rPr>
        <w:t xml:space="preserve"> </w:t>
      </w:r>
      <w:r w:rsidRPr="00E85698">
        <w:t>и</w:t>
      </w:r>
      <w:r w:rsidRPr="00E85698">
        <w:rPr>
          <w:spacing w:val="-4"/>
        </w:rPr>
        <w:t xml:space="preserve"> </w:t>
      </w:r>
      <w:r w:rsidRPr="00E85698">
        <w:t>противоречия</w:t>
      </w:r>
      <w:r w:rsidRPr="00E85698">
        <w:rPr>
          <w:spacing w:val="-4"/>
        </w:rPr>
        <w:t xml:space="preserve"> </w:t>
      </w:r>
      <w:r w:rsidRPr="00E85698">
        <w:t>в</w:t>
      </w:r>
      <w:r w:rsidRPr="00E85698">
        <w:rPr>
          <w:spacing w:val="-5"/>
        </w:rPr>
        <w:t xml:space="preserve"> </w:t>
      </w:r>
      <w:r w:rsidRPr="00E85698">
        <w:t>рассматриваемых</w:t>
      </w:r>
      <w:r w:rsidRPr="00E85698">
        <w:rPr>
          <w:spacing w:val="-3"/>
        </w:rPr>
        <w:t xml:space="preserve"> </w:t>
      </w:r>
      <w:r w:rsidRPr="00E85698">
        <w:t>фактах,</w:t>
      </w:r>
      <w:r w:rsidRPr="00E85698">
        <w:rPr>
          <w:spacing w:val="-4"/>
        </w:rPr>
        <w:t xml:space="preserve"> </w:t>
      </w:r>
      <w:r w:rsidRPr="00E85698">
        <w:t>данных</w:t>
      </w:r>
      <w:r w:rsidRPr="00E85698">
        <w:rPr>
          <w:spacing w:val="-4"/>
        </w:rPr>
        <w:t xml:space="preserve"> </w:t>
      </w:r>
      <w:r w:rsidRPr="00E85698">
        <w:t>и</w:t>
      </w:r>
      <w:r w:rsidRPr="00E85698">
        <w:rPr>
          <w:spacing w:val="-4"/>
        </w:rPr>
        <w:t xml:space="preserve"> </w:t>
      </w:r>
      <w:r w:rsidRPr="00E85698">
        <w:t>наблюдениях;</w:t>
      </w:r>
    </w:p>
    <w:p w:rsidR="00624C8A" w:rsidRPr="00E85698" w:rsidRDefault="00624C8A">
      <w:pPr>
        <w:sectPr w:rsidR="00624C8A" w:rsidRPr="00E85698">
          <w:pgSz w:w="11900" w:h="16840"/>
          <w:pgMar w:top="500" w:right="540" w:bottom="280" w:left="560" w:header="720" w:footer="720" w:gutter="0"/>
          <w:cols w:space="720"/>
        </w:sectPr>
      </w:pPr>
    </w:p>
    <w:p w:rsidR="00624C8A" w:rsidRPr="00E85698" w:rsidRDefault="00CB6516">
      <w:pPr>
        <w:pStyle w:val="a5"/>
        <w:spacing w:before="70"/>
        <w:ind w:left="286"/>
        <w:jc w:val="both"/>
      </w:pPr>
      <w:r w:rsidRPr="00E85698">
        <w:lastRenderedPageBreak/>
        <w:t>предлагать</w:t>
      </w:r>
      <w:r w:rsidRPr="00E85698">
        <w:rPr>
          <w:spacing w:val="-5"/>
        </w:rPr>
        <w:t xml:space="preserve"> </w:t>
      </w:r>
      <w:r w:rsidRPr="00E85698">
        <w:t>критерии</w:t>
      </w:r>
      <w:r w:rsidRPr="00E85698">
        <w:rPr>
          <w:spacing w:val="-4"/>
        </w:rPr>
        <w:t xml:space="preserve"> </w:t>
      </w:r>
      <w:r w:rsidRPr="00E85698">
        <w:t>для</w:t>
      </w:r>
      <w:r w:rsidRPr="00E85698">
        <w:rPr>
          <w:spacing w:val="-4"/>
        </w:rPr>
        <w:t xml:space="preserve"> </w:t>
      </w:r>
      <w:r w:rsidRPr="00E85698">
        <w:t>выявления</w:t>
      </w:r>
      <w:r w:rsidRPr="00E85698">
        <w:rPr>
          <w:spacing w:val="-5"/>
        </w:rPr>
        <w:t xml:space="preserve"> </w:t>
      </w:r>
      <w:r w:rsidRPr="00E85698">
        <w:t>закономерностей</w:t>
      </w:r>
      <w:r w:rsidRPr="00E85698">
        <w:rPr>
          <w:spacing w:val="-4"/>
        </w:rPr>
        <w:t xml:space="preserve"> </w:t>
      </w:r>
      <w:r w:rsidRPr="00E85698">
        <w:t>и</w:t>
      </w:r>
      <w:r w:rsidRPr="00E85698">
        <w:rPr>
          <w:spacing w:val="-4"/>
        </w:rPr>
        <w:t xml:space="preserve"> </w:t>
      </w:r>
      <w:r w:rsidRPr="00E85698">
        <w:t>противоречий;</w:t>
      </w:r>
    </w:p>
    <w:p w:rsidR="00624C8A" w:rsidRPr="00E85698" w:rsidRDefault="00CB6516">
      <w:pPr>
        <w:pStyle w:val="a5"/>
        <w:spacing w:before="60" w:line="292" w:lineRule="auto"/>
        <w:ind w:left="286" w:right="544"/>
        <w:jc w:val="both"/>
      </w:pPr>
      <w:r w:rsidRPr="00E85698">
        <w:t>выявлять дефицит информации текста, необходимой для решения поставленной учебной задачи;</w:t>
      </w:r>
      <w:r w:rsidRPr="00E85698">
        <w:rPr>
          <w:spacing w:val="-58"/>
        </w:rPr>
        <w:t xml:space="preserve"> </w:t>
      </w:r>
      <w:r w:rsidRPr="00E85698">
        <w:t>выявлять</w:t>
      </w:r>
      <w:r w:rsidRPr="00E85698">
        <w:rPr>
          <w:spacing w:val="-2"/>
        </w:rPr>
        <w:t xml:space="preserve"> </w:t>
      </w:r>
      <w:r w:rsidRPr="00E85698">
        <w:t>причинно-следственные</w:t>
      </w:r>
      <w:r w:rsidRPr="00E85698">
        <w:rPr>
          <w:spacing w:val="-1"/>
        </w:rPr>
        <w:t xml:space="preserve"> </w:t>
      </w:r>
      <w:r w:rsidRPr="00E85698">
        <w:t>связи</w:t>
      </w:r>
      <w:r w:rsidRPr="00E85698">
        <w:rPr>
          <w:spacing w:val="-1"/>
        </w:rPr>
        <w:t xml:space="preserve"> </w:t>
      </w:r>
      <w:r w:rsidRPr="00E85698">
        <w:t>при изучении</w:t>
      </w:r>
      <w:r w:rsidRPr="00E85698">
        <w:rPr>
          <w:spacing w:val="-1"/>
        </w:rPr>
        <w:t xml:space="preserve"> </w:t>
      </w:r>
      <w:r w:rsidRPr="00E85698">
        <w:t>языковых</w:t>
      </w:r>
      <w:r w:rsidRPr="00E85698">
        <w:rPr>
          <w:spacing w:val="-1"/>
        </w:rPr>
        <w:t xml:space="preserve"> </w:t>
      </w:r>
      <w:r w:rsidRPr="00E85698">
        <w:t>процессов;</w:t>
      </w:r>
    </w:p>
    <w:p w:rsidR="00624C8A" w:rsidRPr="00E85698" w:rsidRDefault="00CB6516">
      <w:pPr>
        <w:pStyle w:val="a5"/>
        <w:spacing w:line="292" w:lineRule="auto"/>
        <w:ind w:right="347" w:firstLine="180"/>
        <w:jc w:val="both"/>
      </w:pPr>
      <w:r w:rsidRPr="00E85698">
        <w:t>делать выводы с использованием дедуктивных и индуктивных умозаключений, умозаключений по</w:t>
      </w:r>
      <w:r w:rsidRPr="00E85698">
        <w:rPr>
          <w:spacing w:val="-58"/>
        </w:rPr>
        <w:t xml:space="preserve"> </w:t>
      </w:r>
      <w:r w:rsidRPr="00E85698">
        <w:t>аналогии,</w:t>
      </w:r>
      <w:r w:rsidRPr="00E85698">
        <w:rPr>
          <w:spacing w:val="-1"/>
        </w:rPr>
        <w:t xml:space="preserve"> </w:t>
      </w:r>
      <w:r w:rsidRPr="00E85698">
        <w:t>формулировать</w:t>
      </w:r>
      <w:r w:rsidRPr="00E85698">
        <w:rPr>
          <w:spacing w:val="-1"/>
        </w:rPr>
        <w:t xml:space="preserve"> </w:t>
      </w:r>
      <w:r w:rsidRPr="00E85698">
        <w:t>гипотезы о взаимосвязях;</w:t>
      </w:r>
    </w:p>
    <w:p w:rsidR="00624C8A" w:rsidRPr="00E85698" w:rsidRDefault="00CB6516">
      <w:pPr>
        <w:pStyle w:val="a5"/>
        <w:spacing w:line="292" w:lineRule="auto"/>
        <w:ind w:right="457" w:firstLine="180"/>
        <w:jc w:val="both"/>
      </w:pPr>
      <w:r w:rsidRPr="00E85698">
        <w:t>самостоятельно выбирать способ решения учебной задачи при работе с разными типами текстов,</w:t>
      </w:r>
      <w:r w:rsidRPr="00E85698">
        <w:rPr>
          <w:spacing w:val="1"/>
        </w:rPr>
        <w:t xml:space="preserve"> </w:t>
      </w:r>
      <w:r w:rsidRPr="00E85698">
        <w:t>разными единицами языка, сравнивая варианты решения и выбирая оптимальный вариант с учётом</w:t>
      </w:r>
      <w:r w:rsidRPr="00E85698">
        <w:rPr>
          <w:spacing w:val="-58"/>
        </w:rPr>
        <w:t xml:space="preserve"> </w:t>
      </w:r>
      <w:r w:rsidRPr="00E85698">
        <w:t>самостоятельно</w:t>
      </w:r>
      <w:r w:rsidRPr="00E85698">
        <w:rPr>
          <w:spacing w:val="-1"/>
        </w:rPr>
        <w:t xml:space="preserve"> </w:t>
      </w:r>
      <w:r w:rsidRPr="00E85698">
        <w:t>выделенных критериев.</w:t>
      </w:r>
    </w:p>
    <w:p w:rsidR="00624C8A" w:rsidRPr="00E85698" w:rsidRDefault="00CB6516">
      <w:pPr>
        <w:pStyle w:val="210"/>
        <w:spacing w:line="274" w:lineRule="exact"/>
        <w:jc w:val="both"/>
      </w:pPr>
      <w:r w:rsidRPr="00E85698">
        <w:t>Базовые</w:t>
      </w:r>
      <w:r w:rsidRPr="00E85698">
        <w:rPr>
          <w:spacing w:val="-7"/>
        </w:rPr>
        <w:t xml:space="preserve"> </w:t>
      </w:r>
      <w:r w:rsidRPr="00E85698">
        <w:t>исследовательские</w:t>
      </w:r>
      <w:r w:rsidRPr="00E85698">
        <w:rPr>
          <w:spacing w:val="-7"/>
        </w:rPr>
        <w:t xml:space="preserve"> </w:t>
      </w:r>
      <w:r w:rsidRPr="00E85698">
        <w:t>действия:</w:t>
      </w:r>
    </w:p>
    <w:p w:rsidR="00624C8A" w:rsidRPr="00E85698" w:rsidRDefault="00CB6516">
      <w:pPr>
        <w:pStyle w:val="a5"/>
        <w:spacing w:before="58" w:line="292" w:lineRule="auto"/>
        <w:ind w:left="286" w:right="909"/>
        <w:jc w:val="both"/>
      </w:pPr>
      <w:r w:rsidRPr="00E85698">
        <w:t>использовать вопросы как исследовательский инструмент познания в языковом образовании;</w:t>
      </w:r>
      <w:r w:rsidRPr="00E85698">
        <w:rPr>
          <w:spacing w:val="-58"/>
        </w:rPr>
        <w:t xml:space="preserve"> </w:t>
      </w:r>
      <w:r w:rsidRPr="00E85698">
        <w:t>формулировать</w:t>
      </w:r>
      <w:r w:rsidRPr="00E85698">
        <w:rPr>
          <w:spacing w:val="-4"/>
        </w:rPr>
        <w:t xml:space="preserve"> </w:t>
      </w:r>
      <w:r w:rsidRPr="00E85698">
        <w:t>вопросы,</w:t>
      </w:r>
      <w:r w:rsidRPr="00E85698">
        <w:rPr>
          <w:spacing w:val="-2"/>
        </w:rPr>
        <w:t xml:space="preserve"> </w:t>
      </w:r>
      <w:r w:rsidRPr="00E85698">
        <w:t>фиксирующие</w:t>
      </w:r>
      <w:r w:rsidRPr="00E85698">
        <w:rPr>
          <w:spacing w:val="-3"/>
        </w:rPr>
        <w:t xml:space="preserve"> </w:t>
      </w:r>
      <w:r w:rsidRPr="00E85698">
        <w:t>несоответствие</w:t>
      </w:r>
      <w:r w:rsidRPr="00E85698">
        <w:rPr>
          <w:spacing w:val="-2"/>
        </w:rPr>
        <w:t xml:space="preserve"> </w:t>
      </w:r>
      <w:r w:rsidRPr="00E85698">
        <w:t>между</w:t>
      </w:r>
      <w:r w:rsidRPr="00E85698">
        <w:rPr>
          <w:spacing w:val="-2"/>
        </w:rPr>
        <w:t xml:space="preserve"> </w:t>
      </w:r>
      <w:r w:rsidRPr="00E85698">
        <w:t>реальным</w:t>
      </w:r>
      <w:r w:rsidRPr="00E85698">
        <w:rPr>
          <w:spacing w:val="-3"/>
        </w:rPr>
        <w:t xml:space="preserve"> </w:t>
      </w:r>
      <w:r w:rsidRPr="00E85698">
        <w:t>и</w:t>
      </w:r>
      <w:r w:rsidRPr="00E85698">
        <w:rPr>
          <w:spacing w:val="-2"/>
        </w:rPr>
        <w:t xml:space="preserve"> </w:t>
      </w:r>
      <w:r w:rsidRPr="00E85698">
        <w:t>желательным</w:t>
      </w:r>
    </w:p>
    <w:p w:rsidR="00624C8A" w:rsidRPr="00E85698" w:rsidRDefault="00CB6516">
      <w:pPr>
        <w:pStyle w:val="a5"/>
        <w:spacing w:line="275" w:lineRule="exact"/>
        <w:jc w:val="both"/>
      </w:pPr>
      <w:r w:rsidRPr="00E85698">
        <w:t>состоянием</w:t>
      </w:r>
      <w:r w:rsidRPr="00E85698">
        <w:rPr>
          <w:spacing w:val="-4"/>
        </w:rPr>
        <w:t xml:space="preserve"> </w:t>
      </w:r>
      <w:r w:rsidRPr="00E85698">
        <w:t>ситуации,</w:t>
      </w:r>
      <w:r w:rsidRPr="00E85698">
        <w:rPr>
          <w:spacing w:val="-4"/>
        </w:rPr>
        <w:t xml:space="preserve"> </w:t>
      </w:r>
      <w:r w:rsidRPr="00E85698">
        <w:t>и</w:t>
      </w:r>
      <w:r w:rsidRPr="00E85698">
        <w:rPr>
          <w:spacing w:val="-4"/>
        </w:rPr>
        <w:t xml:space="preserve"> </w:t>
      </w:r>
      <w:r w:rsidRPr="00E85698">
        <w:t>самостоятельно</w:t>
      </w:r>
      <w:r w:rsidRPr="00E85698">
        <w:rPr>
          <w:spacing w:val="-3"/>
        </w:rPr>
        <w:t xml:space="preserve"> </w:t>
      </w:r>
      <w:r w:rsidRPr="00E85698">
        <w:t>устанавливать</w:t>
      </w:r>
      <w:r w:rsidRPr="00E85698">
        <w:rPr>
          <w:spacing w:val="-5"/>
        </w:rPr>
        <w:t xml:space="preserve"> </w:t>
      </w:r>
      <w:r w:rsidRPr="00E85698">
        <w:t>искомое</w:t>
      </w:r>
      <w:r w:rsidRPr="00E85698">
        <w:rPr>
          <w:spacing w:val="-4"/>
        </w:rPr>
        <w:t xml:space="preserve"> </w:t>
      </w:r>
      <w:r w:rsidRPr="00E85698">
        <w:t>и</w:t>
      </w:r>
      <w:r w:rsidRPr="00E85698">
        <w:rPr>
          <w:spacing w:val="-4"/>
        </w:rPr>
        <w:t xml:space="preserve"> </w:t>
      </w:r>
      <w:r w:rsidRPr="00E85698">
        <w:t>данное;</w:t>
      </w:r>
    </w:p>
    <w:p w:rsidR="00624C8A" w:rsidRPr="00E85698" w:rsidRDefault="00CB6516">
      <w:pPr>
        <w:pStyle w:val="a5"/>
        <w:spacing w:before="60" w:line="292" w:lineRule="auto"/>
        <w:ind w:right="308" w:firstLine="180"/>
      </w:pPr>
      <w:r w:rsidRPr="00E85698">
        <w:t>формировать гипотезу об истинности собственных суждений и суждений других, аргументировать</w:t>
      </w:r>
      <w:r w:rsidRPr="00E85698">
        <w:rPr>
          <w:spacing w:val="-57"/>
        </w:rPr>
        <w:t xml:space="preserve"> </w:t>
      </w:r>
      <w:r w:rsidRPr="00E85698">
        <w:t>свою</w:t>
      </w:r>
      <w:r w:rsidRPr="00E85698">
        <w:rPr>
          <w:spacing w:val="-2"/>
        </w:rPr>
        <w:t xml:space="preserve"> </w:t>
      </w:r>
      <w:r w:rsidRPr="00E85698">
        <w:t>позицию, мнение;</w:t>
      </w:r>
    </w:p>
    <w:p w:rsidR="00624C8A" w:rsidRPr="00E85698" w:rsidRDefault="00CB6516">
      <w:pPr>
        <w:pStyle w:val="a5"/>
        <w:spacing w:line="275" w:lineRule="exact"/>
        <w:ind w:left="286"/>
      </w:pPr>
      <w:r w:rsidRPr="00E85698">
        <w:t>составлять</w:t>
      </w:r>
      <w:r w:rsidRPr="00E85698">
        <w:rPr>
          <w:spacing w:val="-5"/>
        </w:rPr>
        <w:t xml:space="preserve"> </w:t>
      </w:r>
      <w:r w:rsidRPr="00E85698">
        <w:t>алгоритм</w:t>
      </w:r>
      <w:r w:rsidRPr="00E85698">
        <w:rPr>
          <w:spacing w:val="-4"/>
        </w:rPr>
        <w:t xml:space="preserve"> </w:t>
      </w:r>
      <w:r w:rsidRPr="00E85698">
        <w:t>действий</w:t>
      </w:r>
      <w:r w:rsidRPr="00E85698">
        <w:rPr>
          <w:spacing w:val="-3"/>
        </w:rPr>
        <w:t xml:space="preserve"> </w:t>
      </w:r>
      <w:r w:rsidRPr="00E85698">
        <w:t>и</w:t>
      </w:r>
      <w:r w:rsidRPr="00E85698">
        <w:rPr>
          <w:spacing w:val="-4"/>
        </w:rPr>
        <w:t xml:space="preserve"> </w:t>
      </w:r>
      <w:r w:rsidRPr="00E85698">
        <w:t>использовать</w:t>
      </w:r>
      <w:r w:rsidRPr="00E85698">
        <w:rPr>
          <w:spacing w:val="-4"/>
        </w:rPr>
        <w:t xml:space="preserve"> </w:t>
      </w:r>
      <w:r w:rsidRPr="00E85698">
        <w:t>его</w:t>
      </w:r>
      <w:r w:rsidRPr="00E85698">
        <w:rPr>
          <w:spacing w:val="-4"/>
        </w:rPr>
        <w:t xml:space="preserve"> </w:t>
      </w:r>
      <w:r w:rsidRPr="00E85698">
        <w:t>для</w:t>
      </w:r>
      <w:r w:rsidRPr="00E85698">
        <w:rPr>
          <w:spacing w:val="-5"/>
        </w:rPr>
        <w:t xml:space="preserve"> </w:t>
      </w:r>
      <w:r w:rsidRPr="00E85698">
        <w:t>решения</w:t>
      </w:r>
      <w:r w:rsidRPr="00E85698">
        <w:rPr>
          <w:spacing w:val="-4"/>
        </w:rPr>
        <w:t xml:space="preserve"> </w:t>
      </w:r>
      <w:r w:rsidRPr="00E85698">
        <w:t>учебных</w:t>
      </w:r>
      <w:r w:rsidRPr="00E85698">
        <w:rPr>
          <w:spacing w:val="-4"/>
        </w:rPr>
        <w:t xml:space="preserve"> </w:t>
      </w:r>
      <w:r w:rsidRPr="00E85698">
        <w:t>задач;</w:t>
      </w:r>
    </w:p>
    <w:p w:rsidR="00624C8A" w:rsidRPr="00E85698" w:rsidRDefault="00CB6516">
      <w:pPr>
        <w:pStyle w:val="a5"/>
        <w:spacing w:before="60" w:line="292" w:lineRule="auto"/>
        <w:ind w:right="266" w:firstLine="180"/>
      </w:pPr>
      <w:r w:rsidRPr="00E85698">
        <w:t>проводить по самостоятельно составленному плану небольшое исследование по установлению</w:t>
      </w:r>
      <w:r w:rsidRPr="00E85698">
        <w:rPr>
          <w:spacing w:val="1"/>
        </w:rPr>
        <w:t xml:space="preserve"> </w:t>
      </w:r>
      <w:r w:rsidRPr="00E85698">
        <w:t>особенностей языковых единиц, процессов, причинно-следственных связей и зависимостей объектов</w:t>
      </w:r>
      <w:r w:rsidRPr="00E85698">
        <w:rPr>
          <w:spacing w:val="-58"/>
        </w:rPr>
        <w:t xml:space="preserve"> </w:t>
      </w:r>
      <w:r w:rsidRPr="00E85698">
        <w:t>между</w:t>
      </w:r>
      <w:r w:rsidRPr="00E85698">
        <w:rPr>
          <w:spacing w:val="-1"/>
        </w:rPr>
        <w:t xml:space="preserve"> </w:t>
      </w:r>
      <w:r w:rsidRPr="00E85698">
        <w:t>собой;</w:t>
      </w:r>
    </w:p>
    <w:p w:rsidR="00624C8A" w:rsidRPr="00E85698" w:rsidRDefault="00CB6516">
      <w:pPr>
        <w:pStyle w:val="a5"/>
        <w:spacing w:line="292" w:lineRule="auto"/>
        <w:ind w:right="471" w:firstLine="180"/>
      </w:pPr>
      <w:r w:rsidRPr="00E85698">
        <w:t>оценивать на применимость и достоверность информацию, полученную в ходе лингвистического</w:t>
      </w:r>
      <w:r w:rsidRPr="00E85698">
        <w:rPr>
          <w:spacing w:val="-57"/>
        </w:rPr>
        <w:t xml:space="preserve"> </w:t>
      </w:r>
      <w:r w:rsidRPr="00E85698">
        <w:t>исследования</w:t>
      </w:r>
      <w:r w:rsidRPr="00E85698">
        <w:rPr>
          <w:spacing w:val="-2"/>
        </w:rPr>
        <w:t xml:space="preserve"> </w:t>
      </w:r>
      <w:r w:rsidRPr="00E85698">
        <w:t>(эксперимента);</w:t>
      </w:r>
    </w:p>
    <w:p w:rsidR="00624C8A" w:rsidRPr="00E85698" w:rsidRDefault="00CB6516">
      <w:pPr>
        <w:pStyle w:val="a5"/>
        <w:spacing w:line="292" w:lineRule="auto"/>
        <w:ind w:right="528" w:firstLine="180"/>
      </w:pPr>
      <w:r w:rsidRPr="00E85698">
        <w:t>самостоятельно формулировать обобщения и выводы по результатам проведённого наблюдения,</w:t>
      </w:r>
      <w:r w:rsidRPr="00E85698">
        <w:rPr>
          <w:spacing w:val="-58"/>
        </w:rPr>
        <w:t xml:space="preserve"> </w:t>
      </w:r>
      <w:r w:rsidRPr="00E85698">
        <w:t>исследования;</w:t>
      </w:r>
    </w:p>
    <w:p w:rsidR="00624C8A" w:rsidRPr="00E85698" w:rsidRDefault="00CB6516">
      <w:pPr>
        <w:pStyle w:val="a5"/>
        <w:spacing w:line="292" w:lineRule="auto"/>
        <w:ind w:left="286" w:right="878"/>
      </w:pPr>
      <w:r w:rsidRPr="00E85698">
        <w:t>владеть инструментами оценки достоверности полученных выводов и обобщений;</w:t>
      </w:r>
      <w:r w:rsidRPr="00E85698">
        <w:rPr>
          <w:spacing w:val="1"/>
        </w:rPr>
        <w:t xml:space="preserve"> </w:t>
      </w:r>
      <w:r w:rsidRPr="00E85698">
        <w:t>прогнозировать</w:t>
      </w:r>
      <w:r w:rsidRPr="00E85698">
        <w:rPr>
          <w:spacing w:val="-5"/>
        </w:rPr>
        <w:t xml:space="preserve"> </w:t>
      </w:r>
      <w:r w:rsidRPr="00E85698">
        <w:t>возможное</w:t>
      </w:r>
      <w:r w:rsidRPr="00E85698">
        <w:rPr>
          <w:spacing w:val="-3"/>
        </w:rPr>
        <w:t xml:space="preserve"> </w:t>
      </w:r>
      <w:r w:rsidRPr="00E85698">
        <w:t>дальнейшее</w:t>
      </w:r>
      <w:r w:rsidRPr="00E85698">
        <w:rPr>
          <w:spacing w:val="-3"/>
        </w:rPr>
        <w:t xml:space="preserve"> </w:t>
      </w:r>
      <w:r w:rsidRPr="00E85698">
        <w:t>развитие</w:t>
      </w:r>
      <w:r w:rsidRPr="00E85698">
        <w:rPr>
          <w:spacing w:val="-4"/>
        </w:rPr>
        <w:t xml:space="preserve"> </w:t>
      </w:r>
      <w:r w:rsidRPr="00E85698">
        <w:t>процессов,</w:t>
      </w:r>
      <w:r w:rsidRPr="00E85698">
        <w:rPr>
          <w:spacing w:val="-3"/>
        </w:rPr>
        <w:t xml:space="preserve"> </w:t>
      </w:r>
      <w:r w:rsidRPr="00E85698">
        <w:t>событий</w:t>
      </w:r>
      <w:r w:rsidRPr="00E85698">
        <w:rPr>
          <w:spacing w:val="-3"/>
        </w:rPr>
        <w:t xml:space="preserve"> </w:t>
      </w:r>
      <w:r w:rsidRPr="00E85698">
        <w:t>и</w:t>
      </w:r>
      <w:r w:rsidRPr="00E85698">
        <w:rPr>
          <w:spacing w:val="-4"/>
        </w:rPr>
        <w:t xml:space="preserve"> </w:t>
      </w:r>
      <w:r w:rsidRPr="00E85698">
        <w:t>их</w:t>
      </w:r>
      <w:r w:rsidRPr="00E85698">
        <w:rPr>
          <w:spacing w:val="-3"/>
        </w:rPr>
        <w:t xml:space="preserve"> </w:t>
      </w:r>
      <w:r w:rsidRPr="00E85698">
        <w:t>последствия</w:t>
      </w:r>
      <w:r w:rsidRPr="00E85698">
        <w:rPr>
          <w:spacing w:val="-4"/>
        </w:rPr>
        <w:t xml:space="preserve"> </w:t>
      </w:r>
      <w:r w:rsidRPr="00E85698">
        <w:t>в</w:t>
      </w:r>
    </w:p>
    <w:p w:rsidR="00624C8A" w:rsidRPr="00E85698" w:rsidRDefault="00CB6516">
      <w:pPr>
        <w:pStyle w:val="a5"/>
        <w:spacing w:line="292" w:lineRule="auto"/>
        <w:ind w:right="705"/>
      </w:pPr>
      <w:r w:rsidRPr="00E85698">
        <w:t>аналогичных или сходных ситуациях, а также выдвигать предположения об их развитии в новых</w:t>
      </w:r>
      <w:r w:rsidRPr="00E85698">
        <w:rPr>
          <w:spacing w:val="-58"/>
        </w:rPr>
        <w:t xml:space="preserve"> </w:t>
      </w:r>
      <w:r w:rsidRPr="00E85698">
        <w:t>условиях</w:t>
      </w:r>
      <w:r w:rsidRPr="00E85698">
        <w:rPr>
          <w:spacing w:val="-1"/>
        </w:rPr>
        <w:t xml:space="preserve"> </w:t>
      </w:r>
      <w:r w:rsidRPr="00E85698">
        <w:t>и контекстах.</w:t>
      </w:r>
    </w:p>
    <w:p w:rsidR="00624C8A" w:rsidRPr="00E85698" w:rsidRDefault="00CB6516">
      <w:pPr>
        <w:pStyle w:val="210"/>
        <w:spacing w:line="275" w:lineRule="exact"/>
      </w:pPr>
      <w:r w:rsidRPr="00E85698">
        <w:t>Работа</w:t>
      </w:r>
      <w:r w:rsidRPr="00E85698">
        <w:rPr>
          <w:spacing w:val="-4"/>
        </w:rPr>
        <w:t xml:space="preserve"> </w:t>
      </w:r>
      <w:r w:rsidRPr="00E85698">
        <w:t>с</w:t>
      </w:r>
      <w:r w:rsidRPr="00E85698">
        <w:rPr>
          <w:spacing w:val="-3"/>
        </w:rPr>
        <w:t xml:space="preserve"> </w:t>
      </w:r>
      <w:r w:rsidRPr="00E85698">
        <w:t>информацией:</w:t>
      </w:r>
    </w:p>
    <w:p w:rsidR="00624C8A" w:rsidRPr="00E85698" w:rsidRDefault="00CB6516">
      <w:pPr>
        <w:pStyle w:val="a5"/>
        <w:spacing w:before="55" w:line="292" w:lineRule="auto"/>
        <w:ind w:right="413" w:firstLine="180"/>
      </w:pPr>
      <w:r w:rsidRPr="00E85698">
        <w:t>применять различные методы, инструменты и запросы при поиске и отборе информации с учётом</w:t>
      </w:r>
      <w:r w:rsidRPr="00E85698">
        <w:rPr>
          <w:spacing w:val="-57"/>
        </w:rPr>
        <w:t xml:space="preserve"> </w:t>
      </w:r>
      <w:r w:rsidRPr="00E85698">
        <w:t>предложенной</w:t>
      </w:r>
      <w:r w:rsidRPr="00E85698">
        <w:rPr>
          <w:spacing w:val="-1"/>
        </w:rPr>
        <w:t xml:space="preserve"> </w:t>
      </w:r>
      <w:r w:rsidRPr="00E85698">
        <w:t>учебной задачи и</w:t>
      </w:r>
      <w:r w:rsidRPr="00E85698">
        <w:rPr>
          <w:spacing w:val="-1"/>
        </w:rPr>
        <w:t xml:space="preserve"> </w:t>
      </w:r>
      <w:r w:rsidRPr="00E85698">
        <w:t>заданных критериев;</w:t>
      </w:r>
    </w:p>
    <w:p w:rsidR="00624C8A" w:rsidRPr="00E85698" w:rsidRDefault="00CB6516">
      <w:pPr>
        <w:pStyle w:val="a5"/>
        <w:spacing w:line="292" w:lineRule="auto"/>
        <w:ind w:right="1182" w:firstLine="180"/>
      </w:pPr>
      <w:r w:rsidRPr="00E85698">
        <w:t>выбирать, анализировать, интерпретировать, обобщать и систематизировать информацию,</w:t>
      </w:r>
      <w:r w:rsidRPr="00E85698">
        <w:rPr>
          <w:spacing w:val="-58"/>
        </w:rPr>
        <w:t xml:space="preserve"> </w:t>
      </w:r>
      <w:r w:rsidRPr="00E85698">
        <w:t>представленную</w:t>
      </w:r>
      <w:r w:rsidRPr="00E85698">
        <w:rPr>
          <w:spacing w:val="-2"/>
        </w:rPr>
        <w:t xml:space="preserve"> </w:t>
      </w:r>
      <w:r w:rsidRPr="00E85698">
        <w:t>в</w:t>
      </w:r>
      <w:r w:rsidRPr="00E85698">
        <w:rPr>
          <w:spacing w:val="-1"/>
        </w:rPr>
        <w:t xml:space="preserve"> </w:t>
      </w:r>
      <w:r w:rsidRPr="00E85698">
        <w:t>текстах, таблицах,</w:t>
      </w:r>
      <w:r w:rsidRPr="00E85698">
        <w:rPr>
          <w:spacing w:val="-1"/>
        </w:rPr>
        <w:t xml:space="preserve"> </w:t>
      </w:r>
      <w:r w:rsidRPr="00E85698">
        <w:t>схемах;</w:t>
      </w:r>
    </w:p>
    <w:p w:rsidR="00624C8A" w:rsidRPr="00E85698" w:rsidRDefault="00CB6516">
      <w:pPr>
        <w:pStyle w:val="a5"/>
        <w:spacing w:line="292" w:lineRule="auto"/>
        <w:ind w:right="1289" w:firstLine="180"/>
      </w:pPr>
      <w:r w:rsidRPr="00E85698">
        <w:t xml:space="preserve">использовать различные виды </w:t>
      </w:r>
      <w:proofErr w:type="spellStart"/>
      <w:r w:rsidRPr="00E85698">
        <w:t>аудирования</w:t>
      </w:r>
      <w:proofErr w:type="spellEnd"/>
      <w:r w:rsidRPr="00E85698">
        <w:t xml:space="preserve"> и чтения для оценки текста с точки зрения</w:t>
      </w:r>
      <w:r w:rsidRPr="00E85698">
        <w:rPr>
          <w:spacing w:val="1"/>
        </w:rPr>
        <w:t xml:space="preserve"> </w:t>
      </w:r>
      <w:r w:rsidRPr="00E85698">
        <w:t>достоверности и применимости содержащейся в нём информации и усвоения необходимой</w:t>
      </w:r>
      <w:r w:rsidRPr="00E85698">
        <w:rPr>
          <w:spacing w:val="-57"/>
        </w:rPr>
        <w:t xml:space="preserve"> </w:t>
      </w:r>
      <w:r w:rsidRPr="00E85698">
        <w:t>информации</w:t>
      </w:r>
      <w:r w:rsidRPr="00E85698">
        <w:rPr>
          <w:spacing w:val="-1"/>
        </w:rPr>
        <w:t xml:space="preserve"> </w:t>
      </w:r>
      <w:r w:rsidRPr="00E85698">
        <w:t>с целью</w:t>
      </w:r>
      <w:r w:rsidRPr="00E85698">
        <w:rPr>
          <w:spacing w:val="-1"/>
        </w:rPr>
        <w:t xml:space="preserve"> </w:t>
      </w:r>
      <w:r w:rsidRPr="00E85698">
        <w:t>решения</w:t>
      </w:r>
      <w:r w:rsidRPr="00E85698">
        <w:rPr>
          <w:spacing w:val="-1"/>
        </w:rPr>
        <w:t xml:space="preserve"> </w:t>
      </w:r>
      <w:r w:rsidRPr="00E85698">
        <w:t>учебных задач;</w:t>
      </w:r>
    </w:p>
    <w:p w:rsidR="00624C8A" w:rsidRPr="00E85698" w:rsidRDefault="00CB6516">
      <w:pPr>
        <w:pStyle w:val="a5"/>
        <w:spacing w:line="292" w:lineRule="auto"/>
        <w:ind w:right="799" w:firstLine="180"/>
      </w:pPr>
      <w:r w:rsidRPr="00E85698">
        <w:t>использовать смысловое чтение для извлечения, обобщения и систематизации информации из</w:t>
      </w:r>
      <w:r w:rsidRPr="00E85698">
        <w:rPr>
          <w:spacing w:val="-58"/>
        </w:rPr>
        <w:t xml:space="preserve"> </w:t>
      </w:r>
      <w:r w:rsidRPr="00E85698">
        <w:t>одного</w:t>
      </w:r>
      <w:r w:rsidRPr="00E85698">
        <w:rPr>
          <w:spacing w:val="-1"/>
        </w:rPr>
        <w:t xml:space="preserve"> </w:t>
      </w:r>
      <w:r w:rsidRPr="00E85698">
        <w:t>или нескольких</w:t>
      </w:r>
      <w:r w:rsidRPr="00E85698">
        <w:rPr>
          <w:spacing w:val="-1"/>
        </w:rPr>
        <w:t xml:space="preserve"> </w:t>
      </w:r>
      <w:r w:rsidRPr="00E85698">
        <w:t>источников</w:t>
      </w:r>
      <w:r w:rsidRPr="00E85698">
        <w:rPr>
          <w:spacing w:val="-1"/>
        </w:rPr>
        <w:t xml:space="preserve"> </w:t>
      </w:r>
      <w:r w:rsidRPr="00E85698">
        <w:t>с</w:t>
      </w:r>
      <w:r w:rsidRPr="00E85698">
        <w:rPr>
          <w:spacing w:val="-1"/>
        </w:rPr>
        <w:t xml:space="preserve"> </w:t>
      </w:r>
      <w:r w:rsidRPr="00E85698">
        <w:t>учётом поставленных целей;</w:t>
      </w:r>
    </w:p>
    <w:p w:rsidR="00624C8A" w:rsidRPr="00E85698" w:rsidRDefault="00CB6516">
      <w:pPr>
        <w:pStyle w:val="a5"/>
        <w:spacing w:line="292" w:lineRule="auto"/>
        <w:ind w:right="313" w:firstLine="180"/>
      </w:pPr>
      <w:r w:rsidRPr="00E85698">
        <w:t>находить сходные аргументы (подтверждающие или опровергающие одну и ту же идею, версию) в</w:t>
      </w:r>
      <w:r w:rsidRPr="00E85698">
        <w:rPr>
          <w:spacing w:val="-57"/>
        </w:rPr>
        <w:t xml:space="preserve"> </w:t>
      </w:r>
      <w:r w:rsidRPr="00E85698">
        <w:t>различных</w:t>
      </w:r>
      <w:r w:rsidRPr="00E85698">
        <w:rPr>
          <w:spacing w:val="-1"/>
        </w:rPr>
        <w:t xml:space="preserve"> </w:t>
      </w:r>
      <w:r w:rsidRPr="00E85698">
        <w:t>информационных источниках;</w:t>
      </w:r>
    </w:p>
    <w:p w:rsidR="00624C8A" w:rsidRPr="00E85698" w:rsidRDefault="00CB6516">
      <w:pPr>
        <w:pStyle w:val="a5"/>
        <w:spacing w:line="292" w:lineRule="auto"/>
        <w:ind w:right="627" w:firstLine="180"/>
      </w:pPr>
      <w:r w:rsidRPr="00E85698">
        <w:t>самостоятельно выбирать оптимальную форму представления информации (текст, презентация,</w:t>
      </w:r>
      <w:r w:rsidRPr="00E85698">
        <w:rPr>
          <w:spacing w:val="-58"/>
        </w:rPr>
        <w:t xml:space="preserve"> </w:t>
      </w:r>
      <w:r w:rsidRPr="00E85698">
        <w:t>таблица, схема) и иллюстрировать решаемые задачи несложными схемами, диаграммами, иной</w:t>
      </w:r>
      <w:r w:rsidRPr="00E85698">
        <w:rPr>
          <w:spacing w:val="1"/>
        </w:rPr>
        <w:t xml:space="preserve"> </w:t>
      </w:r>
      <w:r w:rsidRPr="00E85698">
        <w:t>графикой</w:t>
      </w:r>
      <w:r w:rsidRPr="00E85698">
        <w:rPr>
          <w:spacing w:val="-1"/>
        </w:rPr>
        <w:t xml:space="preserve"> </w:t>
      </w:r>
      <w:r w:rsidRPr="00E85698">
        <w:t>и</w:t>
      </w:r>
      <w:r w:rsidRPr="00E85698">
        <w:rPr>
          <w:spacing w:val="-1"/>
        </w:rPr>
        <w:t xml:space="preserve"> </w:t>
      </w:r>
      <w:r w:rsidRPr="00E85698">
        <w:t>их комбинациями</w:t>
      </w:r>
      <w:r w:rsidRPr="00E85698">
        <w:rPr>
          <w:spacing w:val="-1"/>
        </w:rPr>
        <w:t xml:space="preserve"> </w:t>
      </w:r>
      <w:r w:rsidRPr="00E85698">
        <w:t>в</w:t>
      </w:r>
      <w:r w:rsidRPr="00E85698">
        <w:rPr>
          <w:spacing w:val="-1"/>
        </w:rPr>
        <w:t xml:space="preserve"> </w:t>
      </w:r>
      <w:r w:rsidRPr="00E85698">
        <w:t>зависимости</w:t>
      </w:r>
      <w:r w:rsidRPr="00E85698">
        <w:rPr>
          <w:spacing w:val="-1"/>
        </w:rPr>
        <w:t xml:space="preserve"> </w:t>
      </w:r>
      <w:r w:rsidRPr="00E85698">
        <w:t>от</w:t>
      </w:r>
      <w:r w:rsidRPr="00E85698">
        <w:rPr>
          <w:spacing w:val="-1"/>
        </w:rPr>
        <w:t xml:space="preserve"> </w:t>
      </w:r>
      <w:r w:rsidRPr="00E85698">
        <w:t>коммуникативной</w:t>
      </w:r>
      <w:r w:rsidRPr="00E85698">
        <w:rPr>
          <w:spacing w:val="-1"/>
        </w:rPr>
        <w:t xml:space="preserve"> </w:t>
      </w:r>
      <w:r w:rsidRPr="00E85698">
        <w:t>установки;</w:t>
      </w:r>
    </w:p>
    <w:p w:rsidR="00624C8A" w:rsidRPr="00E85698" w:rsidRDefault="00CB6516">
      <w:pPr>
        <w:pStyle w:val="a5"/>
        <w:spacing w:line="292" w:lineRule="auto"/>
        <w:ind w:right="131" w:firstLine="180"/>
      </w:pPr>
      <w:r w:rsidRPr="00E85698">
        <w:t>оценивать надёжность информации по критериям, предложенным учителем или сформулированным</w:t>
      </w:r>
      <w:r w:rsidRPr="00E85698">
        <w:rPr>
          <w:spacing w:val="-57"/>
        </w:rPr>
        <w:t xml:space="preserve"> </w:t>
      </w:r>
      <w:r w:rsidRPr="00E85698">
        <w:t>самостоятельно;</w:t>
      </w:r>
    </w:p>
    <w:p w:rsidR="00624C8A" w:rsidRPr="00E85698" w:rsidRDefault="00CB6516">
      <w:pPr>
        <w:pStyle w:val="a5"/>
        <w:spacing w:line="275" w:lineRule="exact"/>
        <w:ind w:left="286"/>
      </w:pPr>
      <w:r w:rsidRPr="00E85698">
        <w:t>эффективно</w:t>
      </w:r>
      <w:r w:rsidRPr="00E85698">
        <w:rPr>
          <w:spacing w:val="-5"/>
        </w:rPr>
        <w:t xml:space="preserve"> </w:t>
      </w:r>
      <w:r w:rsidRPr="00E85698">
        <w:t>запоминать</w:t>
      </w:r>
      <w:r w:rsidRPr="00E85698">
        <w:rPr>
          <w:spacing w:val="-5"/>
        </w:rPr>
        <w:t xml:space="preserve"> </w:t>
      </w:r>
      <w:r w:rsidRPr="00E85698">
        <w:t>и</w:t>
      </w:r>
      <w:r w:rsidRPr="00E85698">
        <w:rPr>
          <w:spacing w:val="-5"/>
        </w:rPr>
        <w:t xml:space="preserve"> </w:t>
      </w:r>
      <w:r w:rsidRPr="00E85698">
        <w:t>систематизировать</w:t>
      </w:r>
      <w:r w:rsidRPr="00E85698">
        <w:rPr>
          <w:spacing w:val="-5"/>
        </w:rPr>
        <w:t xml:space="preserve"> </w:t>
      </w:r>
      <w:r w:rsidRPr="00E85698">
        <w:t>информацию.</w:t>
      </w:r>
    </w:p>
    <w:p w:rsidR="00624C8A" w:rsidRPr="00E85698" w:rsidRDefault="00CB6516">
      <w:pPr>
        <w:pStyle w:val="11"/>
        <w:numPr>
          <w:ilvl w:val="1"/>
          <w:numId w:val="7"/>
        </w:numPr>
        <w:tabs>
          <w:tab w:val="left" w:pos="527"/>
        </w:tabs>
        <w:spacing w:before="171"/>
      </w:pPr>
      <w:r w:rsidRPr="00E85698">
        <w:t>Овладение</w:t>
      </w:r>
      <w:r w:rsidRPr="00E85698">
        <w:rPr>
          <w:spacing w:val="-9"/>
        </w:rPr>
        <w:t xml:space="preserve"> </w:t>
      </w:r>
      <w:r w:rsidRPr="00E85698">
        <w:t>универсальными</w:t>
      </w:r>
      <w:r w:rsidRPr="00E85698">
        <w:rPr>
          <w:spacing w:val="-9"/>
        </w:rPr>
        <w:t xml:space="preserve"> </w:t>
      </w:r>
      <w:r w:rsidRPr="00E85698">
        <w:t>учебными</w:t>
      </w:r>
      <w:r w:rsidRPr="00E85698">
        <w:rPr>
          <w:spacing w:val="-9"/>
        </w:rPr>
        <w:t xml:space="preserve"> </w:t>
      </w:r>
      <w:r w:rsidRPr="00E85698">
        <w:t>коммуникативными</w:t>
      </w:r>
      <w:r w:rsidRPr="00E85698">
        <w:rPr>
          <w:spacing w:val="-9"/>
        </w:rPr>
        <w:t xml:space="preserve"> </w:t>
      </w:r>
      <w:r w:rsidRPr="00E85698">
        <w:t>действиями</w:t>
      </w:r>
    </w:p>
    <w:p w:rsidR="00624C8A" w:rsidRPr="00E85698" w:rsidRDefault="00CB6516">
      <w:pPr>
        <w:pStyle w:val="210"/>
        <w:spacing w:before="60"/>
      </w:pPr>
      <w:r w:rsidRPr="00E85698">
        <w:t>Общение:</w:t>
      </w:r>
    </w:p>
    <w:p w:rsidR="00624C8A" w:rsidRPr="00E85698" w:rsidRDefault="00624C8A">
      <w:pPr>
        <w:sectPr w:rsidR="00624C8A" w:rsidRPr="00E85698">
          <w:pgSz w:w="11900" w:h="16840"/>
          <w:pgMar w:top="540" w:right="540" w:bottom="280" w:left="560" w:header="720" w:footer="720" w:gutter="0"/>
          <w:cols w:space="720"/>
        </w:sectPr>
      </w:pPr>
    </w:p>
    <w:p w:rsidR="00624C8A" w:rsidRPr="00E85698" w:rsidRDefault="00CB6516">
      <w:pPr>
        <w:pStyle w:val="a5"/>
        <w:spacing w:before="66" w:line="292" w:lineRule="auto"/>
        <w:ind w:right="323" w:firstLine="180"/>
      </w:pPr>
      <w:r w:rsidRPr="00E85698">
        <w:lastRenderedPageBreak/>
        <w:t>воспринимать и формулировать суждения, выражать эмоции в соответствии с условиями и целями</w:t>
      </w:r>
      <w:r w:rsidRPr="00E85698">
        <w:rPr>
          <w:spacing w:val="-57"/>
        </w:rPr>
        <w:t xml:space="preserve"> </w:t>
      </w:r>
      <w:r w:rsidRPr="00E85698">
        <w:t>общения;</w:t>
      </w:r>
    </w:p>
    <w:p w:rsidR="00624C8A" w:rsidRPr="00E85698" w:rsidRDefault="00CB6516">
      <w:pPr>
        <w:pStyle w:val="a5"/>
        <w:spacing w:line="292" w:lineRule="auto"/>
        <w:ind w:right="657" w:firstLine="180"/>
      </w:pPr>
      <w:r w:rsidRPr="00E85698">
        <w:t>выражать себя (свою точку зрения) в диалогах и дискуссиях, в устной монологической речи и в</w:t>
      </w:r>
      <w:r w:rsidRPr="00E85698">
        <w:rPr>
          <w:spacing w:val="-58"/>
        </w:rPr>
        <w:t xml:space="preserve"> </w:t>
      </w:r>
      <w:r w:rsidRPr="00E85698">
        <w:t>письменных</w:t>
      </w:r>
      <w:r w:rsidRPr="00E85698">
        <w:rPr>
          <w:spacing w:val="-1"/>
        </w:rPr>
        <w:t xml:space="preserve"> </w:t>
      </w:r>
      <w:r w:rsidRPr="00E85698">
        <w:t>текстах;</w:t>
      </w:r>
    </w:p>
    <w:p w:rsidR="00624C8A" w:rsidRPr="00E85698" w:rsidRDefault="00CB6516">
      <w:pPr>
        <w:pStyle w:val="a5"/>
        <w:spacing w:line="292" w:lineRule="auto"/>
        <w:ind w:left="286" w:right="1146"/>
      </w:pPr>
      <w:r w:rsidRPr="00E85698">
        <w:t>распознавать невербальные средства общения, понимать значение социальных знаков;</w:t>
      </w:r>
      <w:r w:rsidRPr="00E85698">
        <w:rPr>
          <w:spacing w:val="1"/>
        </w:rPr>
        <w:t xml:space="preserve"> </w:t>
      </w:r>
      <w:r w:rsidRPr="00E85698">
        <w:t>знать</w:t>
      </w:r>
      <w:r w:rsidRPr="00E85698">
        <w:rPr>
          <w:spacing w:val="-5"/>
        </w:rPr>
        <w:t xml:space="preserve"> </w:t>
      </w:r>
      <w:r w:rsidRPr="00E85698">
        <w:t>и</w:t>
      </w:r>
      <w:r w:rsidRPr="00E85698">
        <w:rPr>
          <w:spacing w:val="-4"/>
        </w:rPr>
        <w:t xml:space="preserve"> </w:t>
      </w:r>
      <w:r w:rsidRPr="00E85698">
        <w:t>распознавать</w:t>
      </w:r>
      <w:r w:rsidRPr="00E85698">
        <w:rPr>
          <w:spacing w:val="-5"/>
        </w:rPr>
        <w:t xml:space="preserve"> </w:t>
      </w:r>
      <w:r w:rsidRPr="00E85698">
        <w:t>предпосылки</w:t>
      </w:r>
      <w:r w:rsidRPr="00E85698">
        <w:rPr>
          <w:spacing w:val="-4"/>
        </w:rPr>
        <w:t xml:space="preserve"> </w:t>
      </w:r>
      <w:r w:rsidRPr="00E85698">
        <w:t>конфликтных</w:t>
      </w:r>
      <w:r w:rsidRPr="00E85698">
        <w:rPr>
          <w:spacing w:val="-4"/>
        </w:rPr>
        <w:t xml:space="preserve"> </w:t>
      </w:r>
      <w:r w:rsidRPr="00E85698">
        <w:t>ситуаций</w:t>
      </w:r>
      <w:r w:rsidRPr="00E85698">
        <w:rPr>
          <w:spacing w:val="-3"/>
        </w:rPr>
        <w:t xml:space="preserve"> </w:t>
      </w:r>
      <w:r w:rsidRPr="00E85698">
        <w:t>и</w:t>
      </w:r>
      <w:r w:rsidRPr="00E85698">
        <w:rPr>
          <w:spacing w:val="-4"/>
        </w:rPr>
        <w:t xml:space="preserve"> </w:t>
      </w:r>
      <w:r w:rsidRPr="00E85698">
        <w:t>смягчать</w:t>
      </w:r>
      <w:r w:rsidRPr="00E85698">
        <w:rPr>
          <w:spacing w:val="-5"/>
        </w:rPr>
        <w:t xml:space="preserve"> </w:t>
      </w:r>
      <w:r w:rsidRPr="00E85698">
        <w:t>конфликты,</w:t>
      </w:r>
      <w:r w:rsidRPr="00E85698">
        <w:rPr>
          <w:spacing w:val="-4"/>
        </w:rPr>
        <w:t xml:space="preserve"> </w:t>
      </w:r>
      <w:r w:rsidRPr="00E85698">
        <w:t>вести</w:t>
      </w:r>
    </w:p>
    <w:p w:rsidR="00624C8A" w:rsidRPr="00E85698" w:rsidRDefault="00CB6516">
      <w:pPr>
        <w:pStyle w:val="a5"/>
        <w:spacing w:line="275" w:lineRule="exact"/>
      </w:pPr>
      <w:r w:rsidRPr="00E85698">
        <w:t>переговоры;</w:t>
      </w:r>
    </w:p>
    <w:p w:rsidR="00624C8A" w:rsidRPr="00E85698" w:rsidRDefault="00CB6516">
      <w:pPr>
        <w:pStyle w:val="a5"/>
        <w:spacing w:before="57" w:line="292" w:lineRule="auto"/>
        <w:ind w:right="641" w:firstLine="180"/>
      </w:pPr>
      <w:r w:rsidRPr="00E85698">
        <w:t>понимать намерения других, проявлять уважительное отношение к собеседнику и в корректной</w:t>
      </w:r>
      <w:r w:rsidRPr="00E85698">
        <w:rPr>
          <w:spacing w:val="-58"/>
        </w:rPr>
        <w:t xml:space="preserve"> </w:t>
      </w:r>
      <w:r w:rsidRPr="00E85698">
        <w:t>форме</w:t>
      </w:r>
      <w:r w:rsidRPr="00E85698">
        <w:rPr>
          <w:spacing w:val="-1"/>
        </w:rPr>
        <w:t xml:space="preserve"> </w:t>
      </w:r>
      <w:r w:rsidRPr="00E85698">
        <w:t>формулировать</w:t>
      </w:r>
      <w:r w:rsidRPr="00E85698">
        <w:rPr>
          <w:spacing w:val="-1"/>
        </w:rPr>
        <w:t xml:space="preserve"> </w:t>
      </w:r>
      <w:r w:rsidRPr="00E85698">
        <w:t>свои возражения;</w:t>
      </w:r>
    </w:p>
    <w:p w:rsidR="00624C8A" w:rsidRPr="00E85698" w:rsidRDefault="00CB6516">
      <w:pPr>
        <w:pStyle w:val="a5"/>
        <w:spacing w:line="292" w:lineRule="auto"/>
        <w:ind w:right="512" w:firstLine="180"/>
      </w:pPr>
      <w:r w:rsidRPr="00E85698">
        <w:t>в ходе диалога/дискуссии задавать вопросы по существу обсуждаемой темы и высказывать идеи,</w:t>
      </w:r>
      <w:r w:rsidRPr="00E85698">
        <w:rPr>
          <w:spacing w:val="-58"/>
        </w:rPr>
        <w:t xml:space="preserve"> </w:t>
      </w:r>
      <w:r w:rsidRPr="00E85698">
        <w:t>нацеленные</w:t>
      </w:r>
      <w:r w:rsidRPr="00E85698">
        <w:rPr>
          <w:spacing w:val="-1"/>
        </w:rPr>
        <w:t xml:space="preserve"> </w:t>
      </w:r>
      <w:r w:rsidRPr="00E85698">
        <w:t>на</w:t>
      </w:r>
      <w:r w:rsidRPr="00E85698">
        <w:rPr>
          <w:spacing w:val="-1"/>
        </w:rPr>
        <w:t xml:space="preserve"> </w:t>
      </w:r>
      <w:r w:rsidRPr="00E85698">
        <w:t>решение</w:t>
      </w:r>
      <w:r w:rsidRPr="00E85698">
        <w:rPr>
          <w:spacing w:val="-1"/>
        </w:rPr>
        <w:t xml:space="preserve"> </w:t>
      </w:r>
      <w:r w:rsidRPr="00E85698">
        <w:t>задачи</w:t>
      </w:r>
      <w:r w:rsidRPr="00E85698">
        <w:rPr>
          <w:spacing w:val="-1"/>
        </w:rPr>
        <w:t xml:space="preserve"> </w:t>
      </w:r>
      <w:r w:rsidRPr="00E85698">
        <w:t>и поддержание</w:t>
      </w:r>
      <w:r w:rsidRPr="00E85698">
        <w:rPr>
          <w:spacing w:val="-1"/>
        </w:rPr>
        <w:t xml:space="preserve"> </w:t>
      </w:r>
      <w:r w:rsidRPr="00E85698">
        <w:t>благожелательности</w:t>
      </w:r>
      <w:r w:rsidRPr="00E85698">
        <w:rPr>
          <w:spacing w:val="-1"/>
        </w:rPr>
        <w:t xml:space="preserve"> </w:t>
      </w:r>
      <w:r w:rsidRPr="00E85698">
        <w:t>общения;</w:t>
      </w:r>
    </w:p>
    <w:p w:rsidR="00624C8A" w:rsidRPr="00E85698" w:rsidRDefault="00CB6516">
      <w:pPr>
        <w:pStyle w:val="a5"/>
        <w:spacing w:line="292" w:lineRule="auto"/>
        <w:ind w:right="476" w:firstLine="180"/>
      </w:pPr>
      <w:r w:rsidRPr="00E85698">
        <w:t>сопоставлять свои суждения с суждениями других участников диалога, обнаруживать различие и</w:t>
      </w:r>
      <w:r w:rsidRPr="00E85698">
        <w:rPr>
          <w:spacing w:val="-58"/>
        </w:rPr>
        <w:t xml:space="preserve"> </w:t>
      </w:r>
      <w:r w:rsidRPr="00E85698">
        <w:t>сходство</w:t>
      </w:r>
      <w:r w:rsidRPr="00E85698">
        <w:rPr>
          <w:spacing w:val="-1"/>
        </w:rPr>
        <w:t xml:space="preserve"> </w:t>
      </w:r>
      <w:r w:rsidRPr="00E85698">
        <w:t>позиций;</w:t>
      </w:r>
    </w:p>
    <w:p w:rsidR="00624C8A" w:rsidRPr="00E85698" w:rsidRDefault="00CB6516">
      <w:pPr>
        <w:pStyle w:val="a5"/>
        <w:spacing w:line="292" w:lineRule="auto"/>
        <w:ind w:right="1854" w:firstLine="180"/>
      </w:pPr>
      <w:r w:rsidRPr="00E85698">
        <w:t>публично представлять результаты проведённого языкового анализа, выполненного</w:t>
      </w:r>
      <w:r w:rsidRPr="00E85698">
        <w:rPr>
          <w:spacing w:val="-58"/>
        </w:rPr>
        <w:t xml:space="preserve"> </w:t>
      </w:r>
      <w:r w:rsidRPr="00E85698">
        <w:t>лингвистического</w:t>
      </w:r>
      <w:r w:rsidRPr="00E85698">
        <w:rPr>
          <w:spacing w:val="-1"/>
        </w:rPr>
        <w:t xml:space="preserve"> </w:t>
      </w:r>
      <w:r w:rsidRPr="00E85698">
        <w:t>эксперимента, исследования,</w:t>
      </w:r>
      <w:r w:rsidRPr="00E85698">
        <w:rPr>
          <w:spacing w:val="-1"/>
        </w:rPr>
        <w:t xml:space="preserve"> </w:t>
      </w:r>
      <w:r w:rsidRPr="00E85698">
        <w:t>проекта;</w:t>
      </w:r>
    </w:p>
    <w:p w:rsidR="00624C8A" w:rsidRPr="00E85698" w:rsidRDefault="00CB6516">
      <w:pPr>
        <w:pStyle w:val="a5"/>
        <w:spacing w:line="292" w:lineRule="auto"/>
        <w:ind w:right="1076" w:firstLine="180"/>
      </w:pPr>
      <w:r w:rsidRPr="00E85698">
        <w:t>самостоятельно выбирать формат выступления с учётом цели презентации и особенностей</w:t>
      </w:r>
      <w:r w:rsidRPr="00E85698">
        <w:rPr>
          <w:spacing w:val="1"/>
        </w:rPr>
        <w:t xml:space="preserve"> </w:t>
      </w:r>
      <w:r w:rsidRPr="00E85698">
        <w:t>аудитории и в соответствии с ним составлять устные и письменные тексты с использованием</w:t>
      </w:r>
      <w:r w:rsidRPr="00E85698">
        <w:rPr>
          <w:spacing w:val="-58"/>
        </w:rPr>
        <w:t xml:space="preserve"> </w:t>
      </w:r>
      <w:r w:rsidRPr="00E85698">
        <w:t>иллюстративного</w:t>
      </w:r>
      <w:r w:rsidRPr="00E85698">
        <w:rPr>
          <w:spacing w:val="-1"/>
        </w:rPr>
        <w:t xml:space="preserve"> </w:t>
      </w:r>
      <w:r w:rsidRPr="00E85698">
        <w:t>материала.</w:t>
      </w:r>
    </w:p>
    <w:p w:rsidR="00624C8A" w:rsidRPr="00E85698" w:rsidRDefault="00CB6516">
      <w:pPr>
        <w:pStyle w:val="210"/>
        <w:spacing w:line="274" w:lineRule="exact"/>
      </w:pPr>
      <w:r w:rsidRPr="00E85698">
        <w:t>Совместная</w:t>
      </w:r>
      <w:r w:rsidRPr="00E85698">
        <w:rPr>
          <w:spacing w:val="-8"/>
        </w:rPr>
        <w:t xml:space="preserve"> </w:t>
      </w:r>
      <w:r w:rsidRPr="00E85698">
        <w:t>деятельность:</w:t>
      </w:r>
    </w:p>
    <w:p w:rsidR="00624C8A" w:rsidRPr="00E85698" w:rsidRDefault="00CB6516">
      <w:pPr>
        <w:pStyle w:val="a5"/>
        <w:spacing w:before="56" w:line="292" w:lineRule="auto"/>
        <w:ind w:right="1038" w:firstLine="180"/>
      </w:pPr>
      <w:r w:rsidRPr="00E85698">
        <w:t>понимать и использовать преимущества командной и индивидуальной работы при решении</w:t>
      </w:r>
      <w:r w:rsidRPr="00E85698">
        <w:rPr>
          <w:spacing w:val="-58"/>
        </w:rPr>
        <w:t xml:space="preserve"> </w:t>
      </w:r>
      <w:r w:rsidRPr="00E85698">
        <w:t>конкретной</w:t>
      </w:r>
      <w:r w:rsidRPr="00E85698">
        <w:rPr>
          <w:spacing w:val="-1"/>
        </w:rPr>
        <w:t xml:space="preserve"> </w:t>
      </w:r>
      <w:r w:rsidRPr="00E85698">
        <w:t>проблемы;</w:t>
      </w:r>
    </w:p>
    <w:p w:rsidR="00624C8A" w:rsidRPr="00E85698" w:rsidRDefault="00CB6516">
      <w:pPr>
        <w:pStyle w:val="a5"/>
        <w:spacing w:line="292" w:lineRule="auto"/>
        <w:ind w:right="1277" w:firstLine="180"/>
      </w:pPr>
      <w:r w:rsidRPr="00E85698">
        <w:t>обосновывать необходимость применения групповых форм взаимодействия при решении</w:t>
      </w:r>
      <w:r w:rsidRPr="00E85698">
        <w:rPr>
          <w:spacing w:val="-57"/>
        </w:rPr>
        <w:t xml:space="preserve"> </w:t>
      </w:r>
      <w:r w:rsidRPr="00E85698">
        <w:t>поставленной</w:t>
      </w:r>
      <w:r w:rsidRPr="00E85698">
        <w:rPr>
          <w:spacing w:val="-1"/>
        </w:rPr>
        <w:t xml:space="preserve"> </w:t>
      </w:r>
      <w:r w:rsidRPr="00E85698">
        <w:t>задачи;</w:t>
      </w:r>
    </w:p>
    <w:p w:rsidR="00624C8A" w:rsidRPr="00E85698" w:rsidRDefault="00CB6516">
      <w:pPr>
        <w:pStyle w:val="a5"/>
        <w:spacing w:line="292" w:lineRule="auto"/>
        <w:ind w:right="941" w:firstLine="180"/>
      </w:pPr>
      <w:r w:rsidRPr="00E85698">
        <w:t>принимать цель совместной деятельности, коллективно строить действия по её достижению:</w:t>
      </w:r>
      <w:r w:rsidRPr="00E85698">
        <w:rPr>
          <w:spacing w:val="-58"/>
        </w:rPr>
        <w:t xml:space="preserve"> </w:t>
      </w:r>
      <w:r w:rsidRPr="00E85698">
        <w:t>распределять</w:t>
      </w:r>
      <w:r w:rsidRPr="00E85698">
        <w:rPr>
          <w:spacing w:val="-3"/>
        </w:rPr>
        <w:t xml:space="preserve"> </w:t>
      </w:r>
      <w:r w:rsidRPr="00E85698">
        <w:t>роли,</w:t>
      </w:r>
      <w:r w:rsidRPr="00E85698">
        <w:rPr>
          <w:spacing w:val="-2"/>
        </w:rPr>
        <w:t xml:space="preserve"> </w:t>
      </w:r>
      <w:r w:rsidRPr="00E85698">
        <w:t>договариваться,</w:t>
      </w:r>
      <w:r w:rsidRPr="00E85698">
        <w:rPr>
          <w:spacing w:val="-2"/>
        </w:rPr>
        <w:t xml:space="preserve"> </w:t>
      </w:r>
      <w:r w:rsidRPr="00E85698">
        <w:t>обсуждать</w:t>
      </w:r>
      <w:r w:rsidRPr="00E85698">
        <w:rPr>
          <w:spacing w:val="-3"/>
        </w:rPr>
        <w:t xml:space="preserve"> </w:t>
      </w:r>
      <w:r w:rsidRPr="00E85698">
        <w:t>процесс</w:t>
      </w:r>
      <w:r w:rsidRPr="00E85698">
        <w:rPr>
          <w:spacing w:val="-2"/>
        </w:rPr>
        <w:t xml:space="preserve"> </w:t>
      </w:r>
      <w:r w:rsidRPr="00E85698">
        <w:t>и</w:t>
      </w:r>
      <w:r w:rsidRPr="00E85698">
        <w:rPr>
          <w:spacing w:val="-2"/>
        </w:rPr>
        <w:t xml:space="preserve"> </w:t>
      </w:r>
      <w:r w:rsidRPr="00E85698">
        <w:t>результат</w:t>
      </w:r>
      <w:r w:rsidRPr="00E85698">
        <w:rPr>
          <w:spacing w:val="-3"/>
        </w:rPr>
        <w:t xml:space="preserve"> </w:t>
      </w:r>
      <w:r w:rsidRPr="00E85698">
        <w:t>совместной</w:t>
      </w:r>
      <w:r w:rsidRPr="00E85698">
        <w:rPr>
          <w:spacing w:val="-2"/>
        </w:rPr>
        <w:t xml:space="preserve"> </w:t>
      </w:r>
      <w:r w:rsidRPr="00E85698">
        <w:t>работы;</w:t>
      </w:r>
    </w:p>
    <w:p w:rsidR="00624C8A" w:rsidRPr="00E85698" w:rsidRDefault="00CB6516">
      <w:pPr>
        <w:pStyle w:val="a5"/>
        <w:spacing w:line="292" w:lineRule="auto"/>
        <w:ind w:right="396" w:firstLine="180"/>
      </w:pPr>
      <w:r w:rsidRPr="00E85698">
        <w:t>уметь</w:t>
      </w:r>
      <w:r w:rsidRPr="00E85698">
        <w:rPr>
          <w:spacing w:val="-6"/>
        </w:rPr>
        <w:t xml:space="preserve"> </w:t>
      </w:r>
      <w:r w:rsidRPr="00E85698">
        <w:t>обобщать</w:t>
      </w:r>
      <w:r w:rsidRPr="00E85698">
        <w:rPr>
          <w:spacing w:val="-5"/>
        </w:rPr>
        <w:t xml:space="preserve"> </w:t>
      </w:r>
      <w:r w:rsidRPr="00E85698">
        <w:t>мнения</w:t>
      </w:r>
      <w:r w:rsidRPr="00E85698">
        <w:rPr>
          <w:spacing w:val="-5"/>
        </w:rPr>
        <w:t xml:space="preserve"> </w:t>
      </w:r>
      <w:r w:rsidRPr="00E85698">
        <w:t>нескольких</w:t>
      </w:r>
      <w:r w:rsidRPr="00E85698">
        <w:rPr>
          <w:spacing w:val="-4"/>
        </w:rPr>
        <w:t xml:space="preserve"> </w:t>
      </w:r>
      <w:r w:rsidRPr="00E85698">
        <w:t>людей,</w:t>
      </w:r>
      <w:r w:rsidRPr="00E85698">
        <w:rPr>
          <w:spacing w:val="-4"/>
        </w:rPr>
        <w:t xml:space="preserve"> </w:t>
      </w:r>
      <w:r w:rsidRPr="00E85698">
        <w:t>проявлять</w:t>
      </w:r>
      <w:r w:rsidRPr="00E85698">
        <w:rPr>
          <w:spacing w:val="-5"/>
        </w:rPr>
        <w:t xml:space="preserve"> </w:t>
      </w:r>
      <w:r w:rsidRPr="00E85698">
        <w:t>готовность</w:t>
      </w:r>
      <w:r w:rsidRPr="00E85698">
        <w:rPr>
          <w:spacing w:val="-5"/>
        </w:rPr>
        <w:t xml:space="preserve"> </w:t>
      </w:r>
      <w:r w:rsidRPr="00E85698">
        <w:t>руководить,</w:t>
      </w:r>
      <w:r w:rsidRPr="00E85698">
        <w:rPr>
          <w:spacing w:val="-5"/>
        </w:rPr>
        <w:t xml:space="preserve"> </w:t>
      </w:r>
      <w:r w:rsidRPr="00E85698">
        <w:t>выполнять</w:t>
      </w:r>
      <w:r w:rsidRPr="00E85698">
        <w:rPr>
          <w:spacing w:val="-57"/>
        </w:rPr>
        <w:t xml:space="preserve"> </w:t>
      </w:r>
      <w:r w:rsidRPr="00E85698">
        <w:t>поручения,</w:t>
      </w:r>
      <w:r w:rsidRPr="00E85698">
        <w:rPr>
          <w:spacing w:val="-1"/>
        </w:rPr>
        <w:t xml:space="preserve"> </w:t>
      </w:r>
      <w:r w:rsidRPr="00E85698">
        <w:t>подчиняться;</w:t>
      </w:r>
    </w:p>
    <w:p w:rsidR="00624C8A" w:rsidRPr="00E85698" w:rsidRDefault="00CB6516">
      <w:pPr>
        <w:pStyle w:val="a5"/>
        <w:spacing w:line="292" w:lineRule="auto"/>
        <w:ind w:firstLine="180"/>
      </w:pPr>
      <w:r w:rsidRPr="00E85698">
        <w:t>планировать организацию совместной работы, определять свою роль (с учётом предпочтений и</w:t>
      </w:r>
      <w:r w:rsidRPr="00E85698">
        <w:rPr>
          <w:spacing w:val="1"/>
        </w:rPr>
        <w:t xml:space="preserve"> </w:t>
      </w:r>
      <w:r w:rsidRPr="00E85698">
        <w:t>возможностей всех участников взаимодействия), распределять задачи между членами команды,</w:t>
      </w:r>
      <w:r w:rsidRPr="00E85698">
        <w:rPr>
          <w:spacing w:val="1"/>
        </w:rPr>
        <w:t xml:space="preserve"> </w:t>
      </w:r>
      <w:r w:rsidRPr="00E85698">
        <w:t>участвовать</w:t>
      </w:r>
      <w:r w:rsidRPr="00E85698">
        <w:rPr>
          <w:spacing w:val="-4"/>
        </w:rPr>
        <w:t xml:space="preserve"> </w:t>
      </w:r>
      <w:r w:rsidRPr="00E85698">
        <w:t>в</w:t>
      </w:r>
      <w:r w:rsidRPr="00E85698">
        <w:rPr>
          <w:spacing w:val="-4"/>
        </w:rPr>
        <w:t xml:space="preserve"> </w:t>
      </w:r>
      <w:r w:rsidRPr="00E85698">
        <w:t>групповых</w:t>
      </w:r>
      <w:r w:rsidRPr="00E85698">
        <w:rPr>
          <w:spacing w:val="-2"/>
        </w:rPr>
        <w:t xml:space="preserve"> </w:t>
      </w:r>
      <w:r w:rsidRPr="00E85698">
        <w:t>формах</w:t>
      </w:r>
      <w:r w:rsidRPr="00E85698">
        <w:rPr>
          <w:spacing w:val="-3"/>
        </w:rPr>
        <w:t xml:space="preserve"> </w:t>
      </w:r>
      <w:r w:rsidRPr="00E85698">
        <w:t>работы</w:t>
      </w:r>
      <w:r w:rsidRPr="00E85698">
        <w:rPr>
          <w:spacing w:val="-3"/>
        </w:rPr>
        <w:t xml:space="preserve"> </w:t>
      </w:r>
      <w:r w:rsidRPr="00E85698">
        <w:t>(обсуждения,</w:t>
      </w:r>
      <w:r w:rsidRPr="00E85698">
        <w:rPr>
          <w:spacing w:val="-2"/>
        </w:rPr>
        <w:t xml:space="preserve"> </w:t>
      </w:r>
      <w:r w:rsidRPr="00E85698">
        <w:t>обмен</w:t>
      </w:r>
      <w:r w:rsidRPr="00E85698">
        <w:rPr>
          <w:spacing w:val="-3"/>
        </w:rPr>
        <w:t xml:space="preserve"> </w:t>
      </w:r>
      <w:r w:rsidRPr="00E85698">
        <w:t>мнениями,</w:t>
      </w:r>
      <w:r w:rsidRPr="00E85698">
        <w:rPr>
          <w:spacing w:val="-3"/>
        </w:rPr>
        <w:t xml:space="preserve"> </w:t>
      </w:r>
      <w:r w:rsidRPr="00E85698">
        <w:t>«мозговой</w:t>
      </w:r>
      <w:r w:rsidRPr="00E85698">
        <w:rPr>
          <w:spacing w:val="-3"/>
        </w:rPr>
        <w:t xml:space="preserve"> </w:t>
      </w:r>
      <w:r w:rsidRPr="00E85698">
        <w:t>штурм»</w:t>
      </w:r>
      <w:r w:rsidRPr="00E85698">
        <w:rPr>
          <w:spacing w:val="-2"/>
        </w:rPr>
        <w:t xml:space="preserve"> </w:t>
      </w:r>
      <w:r w:rsidRPr="00E85698">
        <w:t>и</w:t>
      </w:r>
      <w:r w:rsidRPr="00E85698">
        <w:rPr>
          <w:spacing w:val="-3"/>
        </w:rPr>
        <w:t xml:space="preserve"> </w:t>
      </w:r>
      <w:r w:rsidRPr="00E85698">
        <w:t>иные);</w:t>
      </w:r>
    </w:p>
    <w:p w:rsidR="00624C8A" w:rsidRPr="00E85698" w:rsidRDefault="00CB6516">
      <w:pPr>
        <w:pStyle w:val="a5"/>
        <w:spacing w:line="292" w:lineRule="auto"/>
        <w:ind w:firstLine="180"/>
      </w:pPr>
      <w:r w:rsidRPr="00E85698">
        <w:t>выполнять</w:t>
      </w:r>
      <w:r w:rsidRPr="00E85698">
        <w:rPr>
          <w:spacing w:val="-5"/>
        </w:rPr>
        <w:t xml:space="preserve"> </w:t>
      </w:r>
      <w:r w:rsidRPr="00E85698">
        <w:t>свою</w:t>
      </w:r>
      <w:r w:rsidRPr="00E85698">
        <w:rPr>
          <w:spacing w:val="-5"/>
        </w:rPr>
        <w:t xml:space="preserve"> </w:t>
      </w:r>
      <w:r w:rsidRPr="00E85698">
        <w:t>часть</w:t>
      </w:r>
      <w:r w:rsidRPr="00E85698">
        <w:rPr>
          <w:spacing w:val="-5"/>
        </w:rPr>
        <w:t xml:space="preserve"> </w:t>
      </w:r>
      <w:r w:rsidRPr="00E85698">
        <w:t>работы,</w:t>
      </w:r>
      <w:r w:rsidRPr="00E85698">
        <w:rPr>
          <w:spacing w:val="-3"/>
        </w:rPr>
        <w:t xml:space="preserve"> </w:t>
      </w:r>
      <w:r w:rsidRPr="00E85698">
        <w:t>достигать</w:t>
      </w:r>
      <w:r w:rsidRPr="00E85698">
        <w:rPr>
          <w:spacing w:val="-5"/>
        </w:rPr>
        <w:t xml:space="preserve"> </w:t>
      </w:r>
      <w:r w:rsidRPr="00E85698">
        <w:t>качественный</w:t>
      </w:r>
      <w:r w:rsidRPr="00E85698">
        <w:rPr>
          <w:spacing w:val="-4"/>
        </w:rPr>
        <w:t xml:space="preserve"> </w:t>
      </w:r>
      <w:r w:rsidRPr="00E85698">
        <w:t>результат</w:t>
      </w:r>
      <w:r w:rsidRPr="00E85698">
        <w:rPr>
          <w:spacing w:val="-4"/>
        </w:rPr>
        <w:t xml:space="preserve"> </w:t>
      </w:r>
      <w:r w:rsidRPr="00E85698">
        <w:t>по</w:t>
      </w:r>
      <w:r w:rsidRPr="00E85698">
        <w:rPr>
          <w:spacing w:val="-4"/>
        </w:rPr>
        <w:t xml:space="preserve"> </w:t>
      </w:r>
      <w:r w:rsidRPr="00E85698">
        <w:t>своему</w:t>
      </w:r>
      <w:r w:rsidRPr="00E85698">
        <w:rPr>
          <w:spacing w:val="-4"/>
        </w:rPr>
        <w:t xml:space="preserve"> </w:t>
      </w:r>
      <w:r w:rsidRPr="00E85698">
        <w:t>направлению</w:t>
      </w:r>
      <w:r w:rsidRPr="00E85698">
        <w:rPr>
          <w:spacing w:val="-4"/>
        </w:rPr>
        <w:t xml:space="preserve"> </w:t>
      </w:r>
      <w:r w:rsidRPr="00E85698">
        <w:t>и</w:t>
      </w:r>
      <w:r w:rsidRPr="00E85698">
        <w:rPr>
          <w:spacing w:val="-57"/>
        </w:rPr>
        <w:t xml:space="preserve"> </w:t>
      </w:r>
      <w:r w:rsidRPr="00E85698">
        <w:t>координировать</w:t>
      </w:r>
      <w:r w:rsidRPr="00E85698">
        <w:rPr>
          <w:spacing w:val="-2"/>
        </w:rPr>
        <w:t xml:space="preserve"> </w:t>
      </w:r>
      <w:r w:rsidRPr="00E85698">
        <w:t>свои</w:t>
      </w:r>
      <w:r w:rsidRPr="00E85698">
        <w:rPr>
          <w:spacing w:val="-1"/>
        </w:rPr>
        <w:t xml:space="preserve"> </w:t>
      </w:r>
      <w:r w:rsidRPr="00E85698">
        <w:t>действия</w:t>
      </w:r>
      <w:r w:rsidRPr="00E85698">
        <w:rPr>
          <w:spacing w:val="-1"/>
        </w:rPr>
        <w:t xml:space="preserve"> </w:t>
      </w:r>
      <w:r w:rsidRPr="00E85698">
        <w:t>с</w:t>
      </w:r>
      <w:r w:rsidRPr="00E85698">
        <w:rPr>
          <w:spacing w:val="-1"/>
        </w:rPr>
        <w:t xml:space="preserve"> </w:t>
      </w:r>
      <w:r w:rsidRPr="00E85698">
        <w:t>действиями других</w:t>
      </w:r>
      <w:r w:rsidRPr="00E85698">
        <w:rPr>
          <w:spacing w:val="-1"/>
        </w:rPr>
        <w:t xml:space="preserve"> </w:t>
      </w:r>
      <w:r w:rsidRPr="00E85698">
        <w:t>членов</w:t>
      </w:r>
      <w:r w:rsidRPr="00E85698">
        <w:rPr>
          <w:spacing w:val="-1"/>
        </w:rPr>
        <w:t xml:space="preserve"> </w:t>
      </w:r>
      <w:r w:rsidRPr="00E85698">
        <w:t>команды;</w:t>
      </w:r>
    </w:p>
    <w:p w:rsidR="00624C8A" w:rsidRPr="00E85698" w:rsidRDefault="00CB6516">
      <w:pPr>
        <w:pStyle w:val="a5"/>
        <w:spacing w:line="292" w:lineRule="auto"/>
        <w:ind w:right="202" w:firstLine="180"/>
      </w:pPr>
      <w:r w:rsidRPr="00E85698">
        <w:t>оценивать качество своего вклада в общий продукт по критериям, самостоятельно</w:t>
      </w:r>
      <w:r w:rsidRPr="00E85698">
        <w:rPr>
          <w:spacing w:val="1"/>
        </w:rPr>
        <w:t xml:space="preserve"> </w:t>
      </w:r>
      <w:r w:rsidRPr="00E85698">
        <w:t>сформулированным участниками взаимодействия; сравнивать результаты с исходной задачей и вклад</w:t>
      </w:r>
      <w:r w:rsidRPr="00E85698">
        <w:rPr>
          <w:spacing w:val="-58"/>
        </w:rPr>
        <w:t xml:space="preserve"> </w:t>
      </w:r>
      <w:r w:rsidRPr="00E85698">
        <w:t>каждого члена команды в достижение результатов, разделять сферу ответственности и проявлять</w:t>
      </w:r>
      <w:r w:rsidRPr="00E85698">
        <w:rPr>
          <w:spacing w:val="1"/>
        </w:rPr>
        <w:t xml:space="preserve"> </w:t>
      </w:r>
      <w:r w:rsidRPr="00E85698">
        <w:t>готовность</w:t>
      </w:r>
      <w:r w:rsidRPr="00E85698">
        <w:rPr>
          <w:spacing w:val="-2"/>
        </w:rPr>
        <w:t xml:space="preserve"> </w:t>
      </w:r>
      <w:r w:rsidRPr="00E85698">
        <w:t>к</w:t>
      </w:r>
      <w:r w:rsidRPr="00E85698">
        <w:rPr>
          <w:spacing w:val="-1"/>
        </w:rPr>
        <w:t xml:space="preserve"> </w:t>
      </w:r>
      <w:r w:rsidRPr="00E85698">
        <w:t>представлению</w:t>
      </w:r>
      <w:r w:rsidRPr="00E85698">
        <w:rPr>
          <w:spacing w:val="-1"/>
        </w:rPr>
        <w:t xml:space="preserve"> </w:t>
      </w:r>
      <w:r w:rsidRPr="00E85698">
        <w:t>отчёта перед</w:t>
      </w:r>
      <w:r w:rsidRPr="00E85698">
        <w:rPr>
          <w:spacing w:val="-1"/>
        </w:rPr>
        <w:t xml:space="preserve"> </w:t>
      </w:r>
      <w:r w:rsidRPr="00E85698">
        <w:t>группой.</w:t>
      </w:r>
    </w:p>
    <w:p w:rsidR="00624C8A" w:rsidRPr="00E85698" w:rsidRDefault="00CB6516">
      <w:pPr>
        <w:pStyle w:val="11"/>
        <w:numPr>
          <w:ilvl w:val="1"/>
          <w:numId w:val="7"/>
        </w:numPr>
        <w:tabs>
          <w:tab w:val="left" w:pos="527"/>
        </w:tabs>
        <w:spacing w:before="110"/>
      </w:pPr>
      <w:r w:rsidRPr="00E85698">
        <w:t>Овладение</w:t>
      </w:r>
      <w:r w:rsidRPr="00E85698">
        <w:rPr>
          <w:spacing w:val="-9"/>
        </w:rPr>
        <w:t xml:space="preserve"> </w:t>
      </w:r>
      <w:r w:rsidRPr="00E85698">
        <w:t>универсальными</w:t>
      </w:r>
      <w:r w:rsidRPr="00E85698">
        <w:rPr>
          <w:spacing w:val="-9"/>
        </w:rPr>
        <w:t xml:space="preserve"> </w:t>
      </w:r>
      <w:r w:rsidRPr="00E85698">
        <w:t>учебными</w:t>
      </w:r>
      <w:r w:rsidRPr="00E85698">
        <w:rPr>
          <w:spacing w:val="-9"/>
        </w:rPr>
        <w:t xml:space="preserve"> </w:t>
      </w:r>
      <w:r w:rsidRPr="00E85698">
        <w:t>регулятивными</w:t>
      </w:r>
      <w:r w:rsidRPr="00E85698">
        <w:rPr>
          <w:spacing w:val="-9"/>
        </w:rPr>
        <w:t xml:space="preserve"> </w:t>
      </w:r>
      <w:r w:rsidRPr="00E85698">
        <w:t>действиями</w:t>
      </w:r>
    </w:p>
    <w:p w:rsidR="00624C8A" w:rsidRPr="00E85698" w:rsidRDefault="00CB6516">
      <w:pPr>
        <w:pStyle w:val="210"/>
        <w:spacing w:before="60"/>
      </w:pPr>
      <w:r w:rsidRPr="00E85698">
        <w:t>Самоорганизация:</w:t>
      </w:r>
    </w:p>
    <w:p w:rsidR="00624C8A" w:rsidRPr="00E85698" w:rsidRDefault="00CB6516">
      <w:pPr>
        <w:pStyle w:val="a5"/>
        <w:spacing w:before="60"/>
        <w:ind w:left="286"/>
      </w:pPr>
      <w:r w:rsidRPr="00E85698">
        <w:t>выявлять</w:t>
      </w:r>
      <w:r w:rsidRPr="00E85698">
        <w:rPr>
          <w:spacing w:val="-4"/>
        </w:rPr>
        <w:t xml:space="preserve"> </w:t>
      </w:r>
      <w:r w:rsidRPr="00E85698">
        <w:t>проблемы</w:t>
      </w:r>
      <w:r w:rsidRPr="00E85698">
        <w:rPr>
          <w:spacing w:val="-3"/>
        </w:rPr>
        <w:t xml:space="preserve"> </w:t>
      </w:r>
      <w:r w:rsidRPr="00E85698">
        <w:t>для</w:t>
      </w:r>
      <w:r w:rsidRPr="00E85698">
        <w:rPr>
          <w:spacing w:val="-3"/>
        </w:rPr>
        <w:t xml:space="preserve"> </w:t>
      </w:r>
      <w:r w:rsidRPr="00E85698">
        <w:t>решения</w:t>
      </w:r>
      <w:r w:rsidRPr="00E85698">
        <w:rPr>
          <w:spacing w:val="-4"/>
        </w:rPr>
        <w:t xml:space="preserve"> </w:t>
      </w:r>
      <w:r w:rsidRPr="00E85698">
        <w:t>в</w:t>
      </w:r>
      <w:r w:rsidRPr="00E85698">
        <w:rPr>
          <w:spacing w:val="-3"/>
        </w:rPr>
        <w:t xml:space="preserve"> </w:t>
      </w:r>
      <w:r w:rsidRPr="00E85698">
        <w:t>учебных</w:t>
      </w:r>
      <w:r w:rsidRPr="00E85698">
        <w:rPr>
          <w:spacing w:val="-3"/>
        </w:rPr>
        <w:t xml:space="preserve"> </w:t>
      </w:r>
      <w:r w:rsidRPr="00E85698">
        <w:t>и</w:t>
      </w:r>
      <w:r w:rsidRPr="00E85698">
        <w:rPr>
          <w:spacing w:val="-2"/>
        </w:rPr>
        <w:t xml:space="preserve"> </w:t>
      </w:r>
      <w:r w:rsidRPr="00E85698">
        <w:t>жизненных</w:t>
      </w:r>
      <w:r w:rsidRPr="00E85698">
        <w:rPr>
          <w:spacing w:val="-3"/>
        </w:rPr>
        <w:t xml:space="preserve"> </w:t>
      </w:r>
      <w:r w:rsidRPr="00E85698">
        <w:t>ситуациях;</w:t>
      </w:r>
    </w:p>
    <w:p w:rsidR="00624C8A" w:rsidRPr="00E85698" w:rsidRDefault="00CB6516">
      <w:pPr>
        <w:pStyle w:val="a5"/>
        <w:spacing w:before="60" w:line="292" w:lineRule="auto"/>
        <w:ind w:right="169" w:firstLine="180"/>
      </w:pPr>
      <w:r w:rsidRPr="00E85698">
        <w:t>ориентироваться в различных подходах к принятию решений (индивидуальное, принятие решения в</w:t>
      </w:r>
      <w:r w:rsidRPr="00E85698">
        <w:rPr>
          <w:spacing w:val="-58"/>
        </w:rPr>
        <w:t xml:space="preserve"> </w:t>
      </w:r>
      <w:r w:rsidRPr="00E85698">
        <w:t>группе,</w:t>
      </w:r>
      <w:r w:rsidRPr="00E85698">
        <w:rPr>
          <w:spacing w:val="-1"/>
        </w:rPr>
        <w:t xml:space="preserve"> </w:t>
      </w:r>
      <w:r w:rsidRPr="00E85698">
        <w:t>принятие решения</w:t>
      </w:r>
      <w:r w:rsidRPr="00E85698">
        <w:rPr>
          <w:spacing w:val="-1"/>
        </w:rPr>
        <w:t xml:space="preserve"> </w:t>
      </w:r>
      <w:r w:rsidRPr="00E85698">
        <w:t>группой);</w:t>
      </w:r>
    </w:p>
    <w:p w:rsidR="00624C8A" w:rsidRPr="00E85698" w:rsidRDefault="00CB6516">
      <w:pPr>
        <w:pStyle w:val="a5"/>
        <w:spacing w:line="292" w:lineRule="auto"/>
        <w:ind w:firstLine="180"/>
      </w:pPr>
      <w:r w:rsidRPr="00E85698">
        <w:t>самостоятельно</w:t>
      </w:r>
      <w:r w:rsidRPr="00E85698">
        <w:rPr>
          <w:spacing w:val="-5"/>
        </w:rPr>
        <w:t xml:space="preserve"> </w:t>
      </w:r>
      <w:r w:rsidRPr="00E85698">
        <w:t>составлять</w:t>
      </w:r>
      <w:r w:rsidRPr="00E85698">
        <w:rPr>
          <w:spacing w:val="-5"/>
        </w:rPr>
        <w:t xml:space="preserve"> </w:t>
      </w:r>
      <w:r w:rsidRPr="00E85698">
        <w:t>алгоритм</w:t>
      </w:r>
      <w:r w:rsidRPr="00E85698">
        <w:rPr>
          <w:spacing w:val="-4"/>
        </w:rPr>
        <w:t xml:space="preserve"> </w:t>
      </w:r>
      <w:r w:rsidRPr="00E85698">
        <w:t>решения</w:t>
      </w:r>
      <w:r w:rsidRPr="00E85698">
        <w:rPr>
          <w:spacing w:val="-5"/>
        </w:rPr>
        <w:t xml:space="preserve"> </w:t>
      </w:r>
      <w:r w:rsidRPr="00E85698">
        <w:t>задачи</w:t>
      </w:r>
      <w:r w:rsidRPr="00E85698">
        <w:rPr>
          <w:spacing w:val="-5"/>
        </w:rPr>
        <w:t xml:space="preserve"> </w:t>
      </w:r>
      <w:r w:rsidRPr="00E85698">
        <w:t>(или</w:t>
      </w:r>
      <w:r w:rsidRPr="00E85698">
        <w:rPr>
          <w:spacing w:val="-4"/>
        </w:rPr>
        <w:t xml:space="preserve"> </w:t>
      </w:r>
      <w:r w:rsidRPr="00E85698">
        <w:t>его</w:t>
      </w:r>
      <w:r w:rsidRPr="00E85698">
        <w:rPr>
          <w:spacing w:val="-4"/>
        </w:rPr>
        <w:t xml:space="preserve"> </w:t>
      </w:r>
      <w:r w:rsidRPr="00E85698">
        <w:t>часть),</w:t>
      </w:r>
      <w:r w:rsidRPr="00E85698">
        <w:rPr>
          <w:spacing w:val="-4"/>
        </w:rPr>
        <w:t xml:space="preserve"> </w:t>
      </w:r>
      <w:r w:rsidRPr="00E85698">
        <w:t>выбирать</w:t>
      </w:r>
      <w:r w:rsidRPr="00E85698">
        <w:rPr>
          <w:spacing w:val="-6"/>
        </w:rPr>
        <w:t xml:space="preserve"> </w:t>
      </w:r>
      <w:r w:rsidRPr="00E85698">
        <w:t>способ</w:t>
      </w:r>
      <w:r w:rsidRPr="00E85698">
        <w:rPr>
          <w:spacing w:val="-5"/>
        </w:rPr>
        <w:t xml:space="preserve"> </w:t>
      </w:r>
      <w:r w:rsidRPr="00E85698">
        <w:t>решения</w:t>
      </w:r>
      <w:r w:rsidRPr="00E85698">
        <w:rPr>
          <w:spacing w:val="-57"/>
        </w:rPr>
        <w:t xml:space="preserve"> </w:t>
      </w:r>
      <w:r w:rsidRPr="00E85698">
        <w:t>учебной задачи с учётом имеющихся ресурсов и собственных возможностей, аргументировать</w:t>
      </w:r>
      <w:r w:rsidRPr="00E85698">
        <w:rPr>
          <w:spacing w:val="1"/>
        </w:rPr>
        <w:t xml:space="preserve"> </w:t>
      </w:r>
      <w:r w:rsidRPr="00E85698">
        <w:t>предлагаемые</w:t>
      </w:r>
      <w:r w:rsidRPr="00E85698">
        <w:rPr>
          <w:spacing w:val="-1"/>
        </w:rPr>
        <w:t xml:space="preserve"> </w:t>
      </w:r>
      <w:r w:rsidRPr="00E85698">
        <w:t>варианты решений;</w:t>
      </w:r>
    </w:p>
    <w:p w:rsidR="00624C8A" w:rsidRPr="00E85698" w:rsidRDefault="00CB6516">
      <w:pPr>
        <w:pStyle w:val="a5"/>
        <w:spacing w:line="292" w:lineRule="auto"/>
        <w:ind w:left="286" w:right="146"/>
      </w:pPr>
      <w:r w:rsidRPr="00E85698">
        <w:t>самостоятельно составлять план действий, вносить необходимые коррективы в ходе его реализации;</w:t>
      </w:r>
      <w:r w:rsidRPr="00E85698">
        <w:rPr>
          <w:spacing w:val="-58"/>
        </w:rPr>
        <w:t xml:space="preserve"> </w:t>
      </w:r>
      <w:r w:rsidRPr="00E85698">
        <w:t>делать</w:t>
      </w:r>
      <w:r w:rsidRPr="00E85698">
        <w:rPr>
          <w:spacing w:val="-2"/>
        </w:rPr>
        <w:t xml:space="preserve"> </w:t>
      </w:r>
      <w:r w:rsidRPr="00E85698">
        <w:t>выбор и брать</w:t>
      </w:r>
      <w:r w:rsidRPr="00E85698">
        <w:rPr>
          <w:spacing w:val="-2"/>
        </w:rPr>
        <w:t xml:space="preserve"> </w:t>
      </w:r>
      <w:r w:rsidRPr="00E85698">
        <w:t>ответственность</w:t>
      </w:r>
      <w:r w:rsidRPr="00E85698">
        <w:rPr>
          <w:spacing w:val="-1"/>
        </w:rPr>
        <w:t xml:space="preserve"> </w:t>
      </w:r>
      <w:r w:rsidRPr="00E85698">
        <w:t>за решение.</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210"/>
        <w:spacing w:before="66"/>
      </w:pPr>
      <w:r w:rsidRPr="00E85698">
        <w:lastRenderedPageBreak/>
        <w:t>Самоконтроль:</w:t>
      </w:r>
    </w:p>
    <w:p w:rsidR="00624C8A" w:rsidRPr="00E85698" w:rsidRDefault="00CB6516">
      <w:pPr>
        <w:pStyle w:val="a5"/>
        <w:spacing w:before="60" w:line="292" w:lineRule="auto"/>
        <w:ind w:left="286" w:right="628"/>
      </w:pPr>
      <w:r w:rsidRPr="00E85698">
        <w:t xml:space="preserve">владеть разными способами самоконтроля (в том числе речевого), </w:t>
      </w:r>
      <w:proofErr w:type="spellStart"/>
      <w:r w:rsidRPr="00E85698">
        <w:t>самомотивации</w:t>
      </w:r>
      <w:proofErr w:type="spellEnd"/>
      <w:r w:rsidRPr="00E85698">
        <w:t xml:space="preserve"> и рефлексии;</w:t>
      </w:r>
      <w:r w:rsidRPr="00E85698">
        <w:rPr>
          <w:spacing w:val="-58"/>
        </w:rPr>
        <w:t xml:space="preserve"> </w:t>
      </w:r>
      <w:r w:rsidRPr="00E85698">
        <w:t>давать</w:t>
      </w:r>
      <w:r w:rsidRPr="00E85698">
        <w:rPr>
          <w:spacing w:val="-2"/>
        </w:rPr>
        <w:t xml:space="preserve"> </w:t>
      </w:r>
      <w:r w:rsidRPr="00E85698">
        <w:t>адекватную</w:t>
      </w:r>
      <w:r w:rsidRPr="00E85698">
        <w:rPr>
          <w:spacing w:val="-2"/>
        </w:rPr>
        <w:t xml:space="preserve"> </w:t>
      </w:r>
      <w:r w:rsidRPr="00E85698">
        <w:t>оценку</w:t>
      </w:r>
      <w:r w:rsidRPr="00E85698">
        <w:rPr>
          <w:spacing w:val="-1"/>
        </w:rPr>
        <w:t xml:space="preserve"> </w:t>
      </w:r>
      <w:r w:rsidRPr="00E85698">
        <w:t>учебной</w:t>
      </w:r>
      <w:r w:rsidRPr="00E85698">
        <w:rPr>
          <w:spacing w:val="-1"/>
        </w:rPr>
        <w:t xml:space="preserve"> </w:t>
      </w:r>
      <w:r w:rsidRPr="00E85698">
        <w:t>ситуации</w:t>
      </w:r>
      <w:r w:rsidRPr="00E85698">
        <w:rPr>
          <w:spacing w:val="-1"/>
        </w:rPr>
        <w:t xml:space="preserve"> </w:t>
      </w:r>
      <w:r w:rsidRPr="00E85698">
        <w:t>и предлагать</w:t>
      </w:r>
      <w:r w:rsidRPr="00E85698">
        <w:rPr>
          <w:spacing w:val="-2"/>
        </w:rPr>
        <w:t xml:space="preserve"> </w:t>
      </w:r>
      <w:r w:rsidRPr="00E85698">
        <w:t>план</w:t>
      </w:r>
      <w:r w:rsidRPr="00E85698">
        <w:rPr>
          <w:spacing w:val="-1"/>
        </w:rPr>
        <w:t xml:space="preserve"> </w:t>
      </w:r>
      <w:r w:rsidRPr="00E85698">
        <w:t>её</w:t>
      </w:r>
      <w:r w:rsidRPr="00E85698">
        <w:rPr>
          <w:spacing w:val="-1"/>
        </w:rPr>
        <w:t xml:space="preserve"> </w:t>
      </w:r>
      <w:r w:rsidRPr="00E85698">
        <w:t>изменения;</w:t>
      </w:r>
    </w:p>
    <w:p w:rsidR="00624C8A" w:rsidRPr="00E85698" w:rsidRDefault="00CB6516">
      <w:pPr>
        <w:pStyle w:val="a5"/>
        <w:spacing w:line="292" w:lineRule="auto"/>
        <w:ind w:right="643" w:firstLine="180"/>
      </w:pPr>
      <w:r w:rsidRPr="00E85698">
        <w:t>предвидеть трудности, которые могут возникнуть при решении учебной задачи, и адаптировать</w:t>
      </w:r>
      <w:r w:rsidRPr="00E85698">
        <w:rPr>
          <w:spacing w:val="-57"/>
        </w:rPr>
        <w:t xml:space="preserve"> </w:t>
      </w:r>
      <w:r w:rsidRPr="00E85698">
        <w:t>решение</w:t>
      </w:r>
      <w:r w:rsidRPr="00E85698">
        <w:rPr>
          <w:spacing w:val="-1"/>
        </w:rPr>
        <w:t xml:space="preserve"> </w:t>
      </w:r>
      <w:r w:rsidRPr="00E85698">
        <w:t>к</w:t>
      </w:r>
      <w:r w:rsidRPr="00E85698">
        <w:rPr>
          <w:spacing w:val="-1"/>
        </w:rPr>
        <w:t xml:space="preserve"> </w:t>
      </w:r>
      <w:r w:rsidRPr="00E85698">
        <w:t>меняющимся</w:t>
      </w:r>
      <w:r w:rsidRPr="00E85698">
        <w:rPr>
          <w:spacing w:val="-1"/>
        </w:rPr>
        <w:t xml:space="preserve"> </w:t>
      </w:r>
      <w:r w:rsidRPr="00E85698">
        <w:t>обстоятельствам;</w:t>
      </w:r>
    </w:p>
    <w:p w:rsidR="00624C8A" w:rsidRPr="00E85698" w:rsidRDefault="00CB6516">
      <w:pPr>
        <w:pStyle w:val="a5"/>
        <w:spacing w:line="292" w:lineRule="auto"/>
        <w:ind w:right="200" w:firstLine="180"/>
      </w:pPr>
      <w:r w:rsidRPr="00E85698">
        <w:t>объяснять причины достижения (</w:t>
      </w:r>
      <w:proofErr w:type="spellStart"/>
      <w:r w:rsidRPr="00E85698">
        <w:t>недостижения</w:t>
      </w:r>
      <w:proofErr w:type="spellEnd"/>
      <w:r w:rsidRPr="00E85698">
        <w:t>) результата деятельности; понимать причины</w:t>
      </w:r>
      <w:r w:rsidRPr="00E85698">
        <w:rPr>
          <w:spacing w:val="1"/>
        </w:rPr>
        <w:t xml:space="preserve"> </w:t>
      </w:r>
      <w:r w:rsidRPr="00E85698">
        <w:t>коммуникативных неудач и уметь предупреждать их, давать оценку приобретённому речевому опыту</w:t>
      </w:r>
      <w:r w:rsidRPr="00E85698">
        <w:rPr>
          <w:spacing w:val="-58"/>
        </w:rPr>
        <w:t xml:space="preserve"> </w:t>
      </w:r>
      <w:r w:rsidRPr="00E85698">
        <w:t>и корректировать собственную речь с учётом целей и условий общения; оценивать соответствие</w:t>
      </w:r>
      <w:r w:rsidRPr="00E85698">
        <w:rPr>
          <w:spacing w:val="1"/>
        </w:rPr>
        <w:t xml:space="preserve"> </w:t>
      </w:r>
      <w:r w:rsidRPr="00E85698">
        <w:t>результата</w:t>
      </w:r>
      <w:r w:rsidRPr="00E85698">
        <w:rPr>
          <w:spacing w:val="-1"/>
        </w:rPr>
        <w:t xml:space="preserve"> </w:t>
      </w:r>
      <w:r w:rsidRPr="00E85698">
        <w:t>цели и условиям общения.</w:t>
      </w:r>
    </w:p>
    <w:p w:rsidR="00624C8A" w:rsidRPr="00E85698" w:rsidRDefault="00CB6516">
      <w:pPr>
        <w:pStyle w:val="210"/>
        <w:spacing w:line="274" w:lineRule="exact"/>
      </w:pPr>
      <w:r w:rsidRPr="00E85698">
        <w:t>Эмоциональный</w:t>
      </w:r>
      <w:r w:rsidRPr="00E85698">
        <w:rPr>
          <w:spacing w:val="-9"/>
        </w:rPr>
        <w:t xml:space="preserve"> </w:t>
      </w:r>
      <w:r w:rsidRPr="00E85698">
        <w:t>интеллект:</w:t>
      </w:r>
    </w:p>
    <w:p w:rsidR="00624C8A" w:rsidRPr="00E85698" w:rsidRDefault="00CB6516">
      <w:pPr>
        <w:pStyle w:val="a5"/>
        <w:spacing w:before="58" w:line="292" w:lineRule="auto"/>
        <w:ind w:left="286" w:right="2343"/>
      </w:pPr>
      <w:r w:rsidRPr="00E85698">
        <w:t>развивать способность управлять собственными эмоциями и эмоциями других;</w:t>
      </w:r>
      <w:r w:rsidRPr="00E85698">
        <w:rPr>
          <w:spacing w:val="-58"/>
        </w:rPr>
        <w:t xml:space="preserve"> </w:t>
      </w:r>
      <w:r w:rsidRPr="00E85698">
        <w:t>выявлять</w:t>
      </w:r>
      <w:r w:rsidRPr="00E85698">
        <w:rPr>
          <w:spacing w:val="-2"/>
        </w:rPr>
        <w:t xml:space="preserve"> </w:t>
      </w:r>
      <w:r w:rsidRPr="00E85698">
        <w:t>и анализировать</w:t>
      </w:r>
      <w:r w:rsidRPr="00E85698">
        <w:rPr>
          <w:spacing w:val="-1"/>
        </w:rPr>
        <w:t xml:space="preserve"> </w:t>
      </w:r>
      <w:r w:rsidRPr="00E85698">
        <w:t>причины эмоций;</w:t>
      </w:r>
    </w:p>
    <w:p w:rsidR="00624C8A" w:rsidRPr="00E85698" w:rsidRDefault="00CB6516">
      <w:pPr>
        <w:pStyle w:val="a5"/>
        <w:spacing w:line="292" w:lineRule="auto"/>
        <w:ind w:left="286" w:right="2172"/>
      </w:pPr>
      <w:r w:rsidRPr="00E85698">
        <w:t>понимать мотивы и намерения другого человека, анализируя речевую ситуацию;</w:t>
      </w:r>
      <w:r w:rsidRPr="00E85698">
        <w:rPr>
          <w:spacing w:val="-58"/>
        </w:rPr>
        <w:t xml:space="preserve"> </w:t>
      </w:r>
      <w:r w:rsidRPr="00E85698">
        <w:t>регулировать</w:t>
      </w:r>
      <w:r w:rsidRPr="00E85698">
        <w:rPr>
          <w:spacing w:val="-2"/>
        </w:rPr>
        <w:t xml:space="preserve"> </w:t>
      </w:r>
      <w:r w:rsidRPr="00E85698">
        <w:t>способ</w:t>
      </w:r>
      <w:r w:rsidRPr="00E85698">
        <w:rPr>
          <w:spacing w:val="-1"/>
        </w:rPr>
        <w:t xml:space="preserve"> </w:t>
      </w:r>
      <w:r w:rsidRPr="00E85698">
        <w:t>выражения</w:t>
      </w:r>
      <w:r w:rsidRPr="00E85698">
        <w:rPr>
          <w:spacing w:val="-2"/>
        </w:rPr>
        <w:t xml:space="preserve"> </w:t>
      </w:r>
      <w:r w:rsidRPr="00E85698">
        <w:t>собственных эмоций.</w:t>
      </w:r>
    </w:p>
    <w:p w:rsidR="00624C8A" w:rsidRPr="00E85698" w:rsidRDefault="00CB6516">
      <w:pPr>
        <w:pStyle w:val="210"/>
        <w:spacing w:line="275" w:lineRule="exact"/>
      </w:pPr>
      <w:r w:rsidRPr="00E85698">
        <w:t>Принятие</w:t>
      </w:r>
      <w:r w:rsidRPr="00E85698">
        <w:rPr>
          <w:spacing w:val="-3"/>
        </w:rPr>
        <w:t xml:space="preserve"> </w:t>
      </w:r>
      <w:r w:rsidRPr="00E85698">
        <w:t>себя</w:t>
      </w:r>
      <w:r w:rsidRPr="00E85698">
        <w:rPr>
          <w:spacing w:val="-4"/>
        </w:rPr>
        <w:t xml:space="preserve"> </w:t>
      </w:r>
      <w:r w:rsidRPr="00E85698">
        <w:t>и</w:t>
      </w:r>
      <w:r w:rsidRPr="00E85698">
        <w:rPr>
          <w:spacing w:val="-4"/>
        </w:rPr>
        <w:t xml:space="preserve"> </w:t>
      </w:r>
      <w:r w:rsidRPr="00E85698">
        <w:t>других:</w:t>
      </w:r>
    </w:p>
    <w:p w:rsidR="00624C8A" w:rsidRPr="00E85698" w:rsidRDefault="00CB6516">
      <w:pPr>
        <w:pStyle w:val="a5"/>
        <w:spacing w:before="58" w:line="292" w:lineRule="auto"/>
        <w:ind w:left="286" w:right="4645"/>
      </w:pPr>
      <w:r w:rsidRPr="00E85698">
        <w:t>осознанно относиться к другому человеку и его мнению;</w:t>
      </w:r>
      <w:r w:rsidRPr="00E85698">
        <w:rPr>
          <w:spacing w:val="-58"/>
        </w:rPr>
        <w:t xml:space="preserve"> </w:t>
      </w:r>
      <w:r w:rsidRPr="00E85698">
        <w:t>признавать</w:t>
      </w:r>
      <w:r w:rsidRPr="00E85698">
        <w:rPr>
          <w:spacing w:val="-2"/>
        </w:rPr>
        <w:t xml:space="preserve"> </w:t>
      </w:r>
      <w:r w:rsidRPr="00E85698">
        <w:t>своё и</w:t>
      </w:r>
      <w:r w:rsidRPr="00E85698">
        <w:rPr>
          <w:spacing w:val="-1"/>
        </w:rPr>
        <w:t xml:space="preserve"> </w:t>
      </w:r>
      <w:r w:rsidRPr="00E85698">
        <w:t>чужое право</w:t>
      </w:r>
      <w:r w:rsidRPr="00E85698">
        <w:rPr>
          <w:spacing w:val="-1"/>
        </w:rPr>
        <w:t xml:space="preserve"> </w:t>
      </w:r>
      <w:r w:rsidRPr="00E85698">
        <w:t>на ошибку;</w:t>
      </w:r>
    </w:p>
    <w:p w:rsidR="00624C8A" w:rsidRPr="00E85698" w:rsidRDefault="00CB6516">
      <w:pPr>
        <w:pStyle w:val="a5"/>
        <w:spacing w:line="292" w:lineRule="auto"/>
        <w:ind w:left="286" w:right="6591"/>
      </w:pPr>
      <w:r w:rsidRPr="00E85698">
        <w:t>принимать себя и других, не осуждая;</w:t>
      </w:r>
      <w:r w:rsidRPr="00E85698">
        <w:rPr>
          <w:spacing w:val="-58"/>
        </w:rPr>
        <w:t xml:space="preserve"> </w:t>
      </w:r>
      <w:r w:rsidRPr="00E85698">
        <w:t>проявлять</w:t>
      </w:r>
      <w:r w:rsidRPr="00E85698">
        <w:rPr>
          <w:spacing w:val="-2"/>
        </w:rPr>
        <w:t xml:space="preserve"> </w:t>
      </w:r>
      <w:r w:rsidRPr="00E85698">
        <w:t>открытость;</w:t>
      </w:r>
    </w:p>
    <w:p w:rsidR="00624C8A" w:rsidRPr="00E85698" w:rsidRDefault="00CB6516">
      <w:pPr>
        <w:pStyle w:val="a5"/>
        <w:spacing w:line="275" w:lineRule="exact"/>
        <w:ind w:left="286"/>
      </w:pPr>
      <w:r w:rsidRPr="00E85698">
        <w:t>осознавать</w:t>
      </w:r>
      <w:r w:rsidRPr="00E85698">
        <w:rPr>
          <w:spacing w:val="-6"/>
        </w:rPr>
        <w:t xml:space="preserve"> </w:t>
      </w:r>
      <w:r w:rsidRPr="00E85698">
        <w:t>невозможность</w:t>
      </w:r>
      <w:r w:rsidRPr="00E85698">
        <w:rPr>
          <w:spacing w:val="-5"/>
        </w:rPr>
        <w:t xml:space="preserve"> </w:t>
      </w:r>
      <w:r w:rsidRPr="00E85698">
        <w:t>контролировать</w:t>
      </w:r>
      <w:r w:rsidRPr="00E85698">
        <w:rPr>
          <w:spacing w:val="-5"/>
        </w:rPr>
        <w:t xml:space="preserve"> </w:t>
      </w:r>
      <w:r w:rsidRPr="00E85698">
        <w:t>всё</w:t>
      </w:r>
      <w:r w:rsidRPr="00E85698">
        <w:rPr>
          <w:spacing w:val="-4"/>
        </w:rPr>
        <w:t xml:space="preserve"> </w:t>
      </w:r>
      <w:r w:rsidRPr="00E85698">
        <w:t>вокруг.</w:t>
      </w:r>
    </w:p>
    <w:p w:rsidR="00624C8A" w:rsidRPr="00E85698" w:rsidRDefault="00CB6516">
      <w:pPr>
        <w:pStyle w:val="11"/>
        <w:spacing w:line="530" w:lineRule="atLeast"/>
        <w:ind w:left="106" w:right="7165"/>
      </w:pPr>
      <w:r w:rsidRPr="00E85698">
        <w:t>ПРЕДМЕТНЫЕ</w:t>
      </w:r>
      <w:r w:rsidRPr="00E85698">
        <w:rPr>
          <w:spacing w:val="-15"/>
        </w:rPr>
        <w:t xml:space="preserve"> </w:t>
      </w:r>
      <w:r w:rsidRPr="00E85698">
        <w:t>РЕЗУЛЬТАТЫ</w:t>
      </w:r>
      <w:r w:rsidRPr="00E85698">
        <w:rPr>
          <w:spacing w:val="-57"/>
        </w:rPr>
        <w:t xml:space="preserve"> </w:t>
      </w:r>
      <w:r w:rsidRPr="00E85698">
        <w:t>5</w:t>
      </w:r>
      <w:r w:rsidRPr="00E85698">
        <w:rPr>
          <w:spacing w:val="-1"/>
        </w:rPr>
        <w:t xml:space="preserve"> </w:t>
      </w:r>
      <w:r w:rsidRPr="00E85698">
        <w:t>КЛАСС</w:t>
      </w:r>
    </w:p>
    <w:p w:rsidR="00624C8A" w:rsidRPr="00E85698" w:rsidRDefault="00CB6516">
      <w:pPr>
        <w:spacing w:before="152"/>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line="292" w:lineRule="auto"/>
        <w:ind w:right="320" w:firstLine="180"/>
      </w:pPr>
      <w:r w:rsidRPr="00E85698">
        <w:t>Осознавать богатство и выразительность русского языка, приводить примеры, свидетельствующие</w:t>
      </w:r>
      <w:r w:rsidRPr="00E85698">
        <w:rPr>
          <w:spacing w:val="-58"/>
        </w:rPr>
        <w:t xml:space="preserve"> </w:t>
      </w:r>
      <w:r w:rsidRPr="00E85698">
        <w:t>об</w:t>
      </w:r>
      <w:r w:rsidRPr="00E85698">
        <w:rPr>
          <w:spacing w:val="-2"/>
        </w:rPr>
        <w:t xml:space="preserve"> </w:t>
      </w:r>
      <w:r w:rsidRPr="00E85698">
        <w:t>этом.</w:t>
      </w:r>
    </w:p>
    <w:p w:rsidR="00624C8A" w:rsidRPr="00E85698" w:rsidRDefault="00CB6516">
      <w:pPr>
        <w:pStyle w:val="a5"/>
        <w:spacing w:line="292" w:lineRule="auto"/>
        <w:ind w:right="808" w:firstLine="180"/>
      </w:pPr>
      <w:r w:rsidRPr="00E85698">
        <w:t>Знать основные разделы лингвистики, основные единицы языка и речи (звук, морфема, слово,</w:t>
      </w:r>
      <w:r w:rsidRPr="00E85698">
        <w:rPr>
          <w:spacing w:val="-58"/>
        </w:rPr>
        <w:t xml:space="preserve"> </w:t>
      </w:r>
      <w:r w:rsidRPr="00E85698">
        <w:t>словосочетание,</w:t>
      </w:r>
      <w:r w:rsidRPr="00E85698">
        <w:rPr>
          <w:spacing w:val="-1"/>
        </w:rPr>
        <w:t xml:space="preserve"> </w:t>
      </w:r>
      <w:r w:rsidRPr="00E85698">
        <w:t>предложение).</w:t>
      </w:r>
    </w:p>
    <w:p w:rsidR="00624C8A" w:rsidRPr="00E85698" w:rsidRDefault="00CB6516">
      <w:pPr>
        <w:pStyle w:val="11"/>
        <w:spacing w:before="117"/>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1" w:line="292" w:lineRule="auto"/>
        <w:ind w:right="193" w:firstLine="180"/>
      </w:pPr>
      <w:r w:rsidRPr="00E85698">
        <w:t>Характеризовать различия между устной и письменной речью, диалогом и монологом, учитывать</w:t>
      </w:r>
      <w:r w:rsidRPr="00E85698">
        <w:rPr>
          <w:spacing w:val="1"/>
        </w:rPr>
        <w:t xml:space="preserve"> </w:t>
      </w:r>
      <w:r w:rsidRPr="00E85698">
        <w:t>особенности видов речевой деятельности при решении практико-ориентированных учебных задач и в</w:t>
      </w:r>
      <w:r w:rsidRPr="00E85698">
        <w:rPr>
          <w:spacing w:val="-58"/>
        </w:rPr>
        <w:t xml:space="preserve"> </w:t>
      </w:r>
      <w:r w:rsidRPr="00E85698">
        <w:t>повседневной</w:t>
      </w:r>
      <w:r w:rsidRPr="00E85698">
        <w:rPr>
          <w:spacing w:val="-1"/>
        </w:rPr>
        <w:t xml:space="preserve"> </w:t>
      </w:r>
      <w:r w:rsidRPr="00E85698">
        <w:t>жизни.</w:t>
      </w:r>
    </w:p>
    <w:p w:rsidR="00624C8A" w:rsidRPr="00E85698" w:rsidRDefault="00CB6516">
      <w:pPr>
        <w:pStyle w:val="a5"/>
        <w:spacing w:line="292" w:lineRule="auto"/>
        <w:ind w:firstLine="180"/>
      </w:pPr>
      <w:r w:rsidRPr="00E85698">
        <w:t>Создавать устные монологические высказывания объёмом не менее 5 предложений на основе</w:t>
      </w:r>
      <w:r w:rsidRPr="00E85698">
        <w:rPr>
          <w:spacing w:val="1"/>
        </w:rPr>
        <w:t xml:space="preserve"> </w:t>
      </w:r>
      <w:r w:rsidRPr="00E85698">
        <w:t>жизненных</w:t>
      </w:r>
      <w:r w:rsidRPr="00E85698">
        <w:rPr>
          <w:spacing w:val="-5"/>
        </w:rPr>
        <w:t xml:space="preserve"> </w:t>
      </w:r>
      <w:r w:rsidRPr="00E85698">
        <w:t>наблюдений,</w:t>
      </w:r>
      <w:r w:rsidRPr="00E85698">
        <w:rPr>
          <w:spacing w:val="-5"/>
        </w:rPr>
        <w:t xml:space="preserve"> </w:t>
      </w:r>
      <w:r w:rsidRPr="00E85698">
        <w:t>чтения</w:t>
      </w:r>
      <w:r w:rsidRPr="00E85698">
        <w:rPr>
          <w:spacing w:val="-5"/>
        </w:rPr>
        <w:t xml:space="preserve"> </w:t>
      </w:r>
      <w:r w:rsidRPr="00E85698">
        <w:t>научно-учебной,</w:t>
      </w:r>
      <w:r w:rsidRPr="00E85698">
        <w:rPr>
          <w:spacing w:val="-5"/>
        </w:rPr>
        <w:t xml:space="preserve"> </w:t>
      </w:r>
      <w:r w:rsidRPr="00E85698">
        <w:t>художественной</w:t>
      </w:r>
      <w:r w:rsidRPr="00E85698">
        <w:rPr>
          <w:spacing w:val="-4"/>
        </w:rPr>
        <w:t xml:space="preserve"> </w:t>
      </w:r>
      <w:r w:rsidRPr="00E85698">
        <w:t>и</w:t>
      </w:r>
      <w:r w:rsidRPr="00E85698">
        <w:rPr>
          <w:spacing w:val="-5"/>
        </w:rPr>
        <w:t xml:space="preserve"> </w:t>
      </w:r>
      <w:r w:rsidRPr="00E85698">
        <w:t>научно-популярной</w:t>
      </w:r>
      <w:r w:rsidRPr="00E85698">
        <w:rPr>
          <w:spacing w:val="-5"/>
        </w:rPr>
        <w:t xml:space="preserve"> </w:t>
      </w:r>
      <w:r w:rsidRPr="00E85698">
        <w:t>литературы.</w:t>
      </w:r>
    </w:p>
    <w:p w:rsidR="00624C8A" w:rsidRPr="00E85698" w:rsidRDefault="00CB6516">
      <w:pPr>
        <w:pStyle w:val="a5"/>
        <w:spacing w:line="292" w:lineRule="auto"/>
        <w:ind w:right="634" w:firstLine="180"/>
      </w:pPr>
      <w:r w:rsidRPr="00E85698">
        <w:t>Участвовать в диалоге на лингвистические темы (в рамках изученного) и в диалоге/</w:t>
      </w:r>
      <w:proofErr w:type="spellStart"/>
      <w:r w:rsidRPr="00E85698">
        <w:t>полилоге</w:t>
      </w:r>
      <w:proofErr w:type="spellEnd"/>
      <w:r w:rsidRPr="00E85698">
        <w:t xml:space="preserve"> на</w:t>
      </w:r>
      <w:r w:rsidRPr="00E85698">
        <w:rPr>
          <w:spacing w:val="-58"/>
        </w:rPr>
        <w:t xml:space="preserve"> </w:t>
      </w:r>
      <w:r w:rsidRPr="00E85698">
        <w:t>основе</w:t>
      </w:r>
      <w:r w:rsidRPr="00E85698">
        <w:rPr>
          <w:spacing w:val="-1"/>
        </w:rPr>
        <w:t xml:space="preserve"> </w:t>
      </w:r>
      <w:r w:rsidRPr="00E85698">
        <w:t>жизненных наблюдений объёмом</w:t>
      </w:r>
      <w:r w:rsidRPr="00E85698">
        <w:rPr>
          <w:spacing w:val="-1"/>
        </w:rPr>
        <w:t xml:space="preserve"> </w:t>
      </w:r>
      <w:r w:rsidRPr="00E85698">
        <w:t>не менее 3 реплик.</w:t>
      </w:r>
    </w:p>
    <w:p w:rsidR="00624C8A" w:rsidRPr="00E85698" w:rsidRDefault="00CB6516">
      <w:pPr>
        <w:pStyle w:val="a5"/>
        <w:spacing w:line="292" w:lineRule="auto"/>
        <w:ind w:right="360" w:firstLine="180"/>
      </w:pPr>
      <w:r w:rsidRPr="00E85698">
        <w:t xml:space="preserve">Владеть различными видами </w:t>
      </w:r>
      <w:proofErr w:type="spellStart"/>
      <w:r w:rsidRPr="00E85698">
        <w:t>аудирования</w:t>
      </w:r>
      <w:proofErr w:type="spellEnd"/>
      <w:r w:rsidRPr="00E85698">
        <w:t>: выборочным, ознакомительным, детальным — научно-</w:t>
      </w:r>
      <w:r w:rsidRPr="00E85698">
        <w:rPr>
          <w:spacing w:val="-58"/>
        </w:rPr>
        <w:t xml:space="preserve"> </w:t>
      </w:r>
      <w:r w:rsidRPr="00E85698">
        <w:t>учебных</w:t>
      </w:r>
      <w:r w:rsidRPr="00E85698">
        <w:rPr>
          <w:spacing w:val="-2"/>
        </w:rPr>
        <w:t xml:space="preserve"> </w:t>
      </w:r>
      <w:r w:rsidRPr="00E85698">
        <w:t>и</w:t>
      </w:r>
      <w:r w:rsidRPr="00E85698">
        <w:rPr>
          <w:spacing w:val="-1"/>
        </w:rPr>
        <w:t xml:space="preserve"> </w:t>
      </w:r>
      <w:r w:rsidRPr="00E85698">
        <w:t>художественных</w:t>
      </w:r>
      <w:r w:rsidRPr="00E85698">
        <w:rPr>
          <w:spacing w:val="-1"/>
        </w:rPr>
        <w:t xml:space="preserve"> </w:t>
      </w:r>
      <w:r w:rsidRPr="00E85698">
        <w:t>текстов</w:t>
      </w:r>
      <w:r w:rsidRPr="00E85698">
        <w:rPr>
          <w:spacing w:val="-2"/>
        </w:rPr>
        <w:t xml:space="preserve"> </w:t>
      </w:r>
      <w:r w:rsidRPr="00E85698">
        <w:t>различных</w:t>
      </w:r>
      <w:r w:rsidRPr="00E85698">
        <w:rPr>
          <w:spacing w:val="-1"/>
        </w:rPr>
        <w:t xml:space="preserve"> </w:t>
      </w:r>
      <w:r w:rsidRPr="00E85698">
        <w:t>функционально-смысловых</w:t>
      </w:r>
      <w:r w:rsidRPr="00E85698">
        <w:rPr>
          <w:spacing w:val="-1"/>
        </w:rPr>
        <w:t xml:space="preserve"> </w:t>
      </w:r>
      <w:r w:rsidRPr="00E85698">
        <w:t>типов</w:t>
      </w:r>
      <w:r w:rsidRPr="00E85698">
        <w:rPr>
          <w:spacing w:val="-2"/>
        </w:rPr>
        <w:t xml:space="preserve"> </w:t>
      </w:r>
      <w:r w:rsidRPr="00E85698">
        <w:t>речи.</w:t>
      </w:r>
    </w:p>
    <w:p w:rsidR="00624C8A" w:rsidRPr="00E85698" w:rsidRDefault="00CB6516">
      <w:pPr>
        <w:pStyle w:val="a5"/>
        <w:spacing w:line="292" w:lineRule="auto"/>
        <w:ind w:left="286" w:right="499"/>
      </w:pPr>
      <w:r w:rsidRPr="00E85698">
        <w:t>Владеть различными видами чтения: просмотровым, ознакомительным, изучающим, поисковым.</w:t>
      </w:r>
      <w:r w:rsidRPr="00E85698">
        <w:rPr>
          <w:spacing w:val="-58"/>
        </w:rPr>
        <w:t xml:space="preserve"> </w:t>
      </w:r>
      <w:r w:rsidRPr="00E85698">
        <w:t>Устно</w:t>
      </w:r>
      <w:r w:rsidRPr="00E85698">
        <w:rPr>
          <w:spacing w:val="-2"/>
        </w:rPr>
        <w:t xml:space="preserve"> </w:t>
      </w:r>
      <w:r w:rsidRPr="00E85698">
        <w:t>пересказывать</w:t>
      </w:r>
      <w:r w:rsidRPr="00E85698">
        <w:rPr>
          <w:spacing w:val="-2"/>
        </w:rPr>
        <w:t xml:space="preserve"> </w:t>
      </w:r>
      <w:r w:rsidRPr="00E85698">
        <w:t>прочитанный</w:t>
      </w:r>
      <w:r w:rsidRPr="00E85698">
        <w:rPr>
          <w:spacing w:val="-1"/>
        </w:rPr>
        <w:t xml:space="preserve"> </w:t>
      </w:r>
      <w:r w:rsidRPr="00E85698">
        <w:t>или</w:t>
      </w:r>
      <w:r w:rsidRPr="00E85698">
        <w:rPr>
          <w:spacing w:val="-2"/>
        </w:rPr>
        <w:t xml:space="preserve"> </w:t>
      </w:r>
      <w:r w:rsidRPr="00E85698">
        <w:t>прослушанный</w:t>
      </w:r>
      <w:r w:rsidRPr="00E85698">
        <w:rPr>
          <w:spacing w:val="-1"/>
        </w:rPr>
        <w:t xml:space="preserve"> </w:t>
      </w:r>
      <w:r w:rsidRPr="00E85698">
        <w:t>текст</w:t>
      </w:r>
      <w:r w:rsidRPr="00E85698">
        <w:rPr>
          <w:spacing w:val="-2"/>
        </w:rPr>
        <w:t xml:space="preserve"> </w:t>
      </w:r>
      <w:r w:rsidRPr="00E85698">
        <w:t>объёмом</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100</w:t>
      </w:r>
      <w:r w:rsidRPr="00E85698">
        <w:rPr>
          <w:spacing w:val="-2"/>
        </w:rPr>
        <w:t xml:space="preserve"> </w:t>
      </w:r>
      <w:r w:rsidRPr="00E85698">
        <w:t>слов.</w:t>
      </w:r>
    </w:p>
    <w:p w:rsidR="00624C8A" w:rsidRPr="00E85698" w:rsidRDefault="00CB6516">
      <w:pPr>
        <w:pStyle w:val="a5"/>
        <w:spacing w:line="292" w:lineRule="auto"/>
        <w:ind w:right="134" w:firstLine="180"/>
      </w:pPr>
      <w:r w:rsidRPr="00E85698">
        <w:t>Понимать содержание прослушанных и прочитанных научно-учебных и художественных текстов</w:t>
      </w:r>
      <w:r w:rsidRPr="00E85698">
        <w:rPr>
          <w:spacing w:val="1"/>
        </w:rPr>
        <w:t xml:space="preserve"> </w:t>
      </w:r>
      <w:r w:rsidRPr="00E85698">
        <w:t>различных функционально-смысловых типов речи объёмом не менее 150 слов: устно и письменно</w:t>
      </w:r>
      <w:r w:rsidRPr="00E85698">
        <w:rPr>
          <w:spacing w:val="1"/>
        </w:rPr>
        <w:t xml:space="preserve"> </w:t>
      </w:r>
      <w:r w:rsidRPr="00E85698">
        <w:t>формулировать тему и главную мысль текста; формулировать вопросы по содержанию текста и</w:t>
      </w:r>
      <w:r w:rsidRPr="00E85698">
        <w:rPr>
          <w:spacing w:val="1"/>
        </w:rPr>
        <w:t xml:space="preserve"> </w:t>
      </w:r>
      <w:r w:rsidRPr="00E85698">
        <w:t>отвечать на них; подробно и сжато передавать в письменной форме содержание исходного текста (для</w:t>
      </w:r>
      <w:r w:rsidRPr="00E85698">
        <w:rPr>
          <w:spacing w:val="-58"/>
        </w:rPr>
        <w:t xml:space="preserve"> </w:t>
      </w:r>
      <w:r w:rsidRPr="00E85698">
        <w:t>подробного изложения объём исходного текста должен составлять не менее 100 слов; для сжатого</w:t>
      </w:r>
      <w:r w:rsidRPr="00E85698">
        <w:rPr>
          <w:spacing w:val="1"/>
        </w:rPr>
        <w:t xml:space="preserve"> </w:t>
      </w:r>
      <w:r w:rsidRPr="00E85698">
        <w:t>изложения</w:t>
      </w:r>
      <w:r w:rsidRPr="00E85698">
        <w:rPr>
          <w:spacing w:val="-2"/>
        </w:rPr>
        <w:t xml:space="preserve"> </w:t>
      </w:r>
      <w:r w:rsidRPr="00E85698">
        <w:t>— не менее 110 слов).</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a5"/>
        <w:spacing w:before="70" w:line="292" w:lineRule="auto"/>
        <w:ind w:firstLine="180"/>
      </w:pPr>
      <w:r w:rsidRPr="00E85698">
        <w:lastRenderedPageBreak/>
        <w:t>Осуществлять</w:t>
      </w:r>
      <w:r w:rsidRPr="00E85698">
        <w:rPr>
          <w:spacing w:val="-5"/>
        </w:rPr>
        <w:t xml:space="preserve"> </w:t>
      </w:r>
      <w:r w:rsidRPr="00E85698">
        <w:t>выбор</w:t>
      </w:r>
      <w:r w:rsidRPr="00E85698">
        <w:rPr>
          <w:spacing w:val="-4"/>
        </w:rPr>
        <w:t xml:space="preserve"> </w:t>
      </w:r>
      <w:r w:rsidRPr="00E85698">
        <w:t>языковых</w:t>
      </w:r>
      <w:r w:rsidRPr="00E85698">
        <w:rPr>
          <w:spacing w:val="-4"/>
        </w:rPr>
        <w:t xml:space="preserve"> </w:t>
      </w:r>
      <w:r w:rsidRPr="00E85698">
        <w:t>средств</w:t>
      </w:r>
      <w:r w:rsidRPr="00E85698">
        <w:rPr>
          <w:spacing w:val="-4"/>
        </w:rPr>
        <w:t xml:space="preserve"> </w:t>
      </w:r>
      <w:r w:rsidRPr="00E85698">
        <w:t>для</w:t>
      </w:r>
      <w:r w:rsidRPr="00E85698">
        <w:rPr>
          <w:spacing w:val="-5"/>
        </w:rPr>
        <w:t xml:space="preserve"> </w:t>
      </w:r>
      <w:r w:rsidRPr="00E85698">
        <w:t>создания</w:t>
      </w:r>
      <w:r w:rsidRPr="00E85698">
        <w:rPr>
          <w:spacing w:val="-5"/>
        </w:rPr>
        <w:t xml:space="preserve"> </w:t>
      </w:r>
      <w:r w:rsidRPr="00E85698">
        <w:t>высказывания</w:t>
      </w:r>
      <w:r w:rsidRPr="00E85698">
        <w:rPr>
          <w:spacing w:val="-4"/>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4"/>
        </w:rPr>
        <w:t xml:space="preserve"> </w:t>
      </w:r>
      <w:r w:rsidRPr="00E85698">
        <w:t>целью,</w:t>
      </w:r>
      <w:r w:rsidRPr="00E85698">
        <w:rPr>
          <w:spacing w:val="-3"/>
        </w:rPr>
        <w:t xml:space="preserve"> </w:t>
      </w:r>
      <w:r w:rsidRPr="00E85698">
        <w:t>темой</w:t>
      </w:r>
      <w:r w:rsidRPr="00E85698">
        <w:rPr>
          <w:spacing w:val="-4"/>
        </w:rPr>
        <w:t xml:space="preserve"> </w:t>
      </w:r>
      <w:r w:rsidRPr="00E85698">
        <w:t>и</w:t>
      </w:r>
      <w:r w:rsidRPr="00E85698">
        <w:rPr>
          <w:spacing w:val="-57"/>
        </w:rPr>
        <w:t xml:space="preserve"> </w:t>
      </w:r>
      <w:r w:rsidRPr="00E85698">
        <w:t>коммуникативным</w:t>
      </w:r>
      <w:r w:rsidRPr="00E85698">
        <w:rPr>
          <w:spacing w:val="-1"/>
        </w:rPr>
        <w:t xml:space="preserve"> </w:t>
      </w:r>
      <w:r w:rsidRPr="00E85698">
        <w:t>замыслом.</w:t>
      </w:r>
    </w:p>
    <w:p w:rsidR="00624C8A" w:rsidRPr="00E85698" w:rsidRDefault="00CB6516">
      <w:pPr>
        <w:pStyle w:val="a5"/>
        <w:spacing w:line="292" w:lineRule="auto"/>
        <w:ind w:right="492" w:firstLine="180"/>
      </w:pPr>
      <w:r w:rsidRPr="00E85698">
        <w:t>Соблюдать на письме нормы современного русского литературного языка, в том числе во время</w:t>
      </w:r>
      <w:r w:rsidRPr="00E85698">
        <w:rPr>
          <w:spacing w:val="1"/>
        </w:rPr>
        <w:t xml:space="preserve"> </w:t>
      </w:r>
      <w:r w:rsidRPr="00E85698">
        <w:t>списывания текста объёмом 90—100 слов; словарного диктанта объёмом 15—20 слов; диктанта на</w:t>
      </w:r>
      <w:r w:rsidRPr="00E85698">
        <w:rPr>
          <w:spacing w:val="-57"/>
        </w:rPr>
        <w:t xml:space="preserve"> </w:t>
      </w:r>
      <w:r w:rsidRPr="00E85698">
        <w:t>основе связного текста объёмом 90—100 слов, составленного с учётом ранее изученных правил</w:t>
      </w:r>
      <w:r w:rsidRPr="00E85698">
        <w:rPr>
          <w:spacing w:val="1"/>
        </w:rPr>
        <w:t xml:space="preserve"> </w:t>
      </w:r>
      <w:r w:rsidRPr="00E85698">
        <w:t>правописания (в том числе содержащего изученные в течение первого года обучения орфограммы,</w:t>
      </w:r>
      <w:r w:rsidRPr="00E85698">
        <w:rPr>
          <w:spacing w:val="-58"/>
        </w:rPr>
        <w:t xml:space="preserve"> </w:t>
      </w:r>
      <w:proofErr w:type="spellStart"/>
      <w:r w:rsidRPr="00E85698">
        <w:t>пунктограммы</w:t>
      </w:r>
      <w:proofErr w:type="spellEnd"/>
      <w:r w:rsidRPr="00E85698">
        <w:t xml:space="preserve"> и слова с непроверяемыми написаниями); уметь пользоваться разными видами</w:t>
      </w:r>
      <w:r w:rsidRPr="00E85698">
        <w:rPr>
          <w:spacing w:val="1"/>
        </w:rPr>
        <w:t xml:space="preserve"> </w:t>
      </w:r>
      <w:r w:rsidRPr="00E85698">
        <w:t>лексических</w:t>
      </w:r>
      <w:r w:rsidRPr="00E85698">
        <w:rPr>
          <w:spacing w:val="-2"/>
        </w:rPr>
        <w:t xml:space="preserve"> </w:t>
      </w:r>
      <w:r w:rsidRPr="00E85698">
        <w:t>словарей;</w:t>
      </w:r>
      <w:r w:rsidRPr="00E85698">
        <w:rPr>
          <w:spacing w:val="-2"/>
        </w:rPr>
        <w:t xml:space="preserve"> </w:t>
      </w:r>
      <w:r w:rsidRPr="00E85698">
        <w:t>соблюдать</w:t>
      </w:r>
      <w:r w:rsidRPr="00E85698">
        <w:rPr>
          <w:spacing w:val="-2"/>
        </w:rPr>
        <w:t xml:space="preserve"> </w:t>
      </w:r>
      <w:r w:rsidRPr="00E85698">
        <w:t>в</w:t>
      </w:r>
      <w:r w:rsidRPr="00E85698">
        <w:rPr>
          <w:spacing w:val="-2"/>
        </w:rPr>
        <w:t xml:space="preserve"> </w:t>
      </w:r>
      <w:r w:rsidRPr="00E85698">
        <w:t>устной</w:t>
      </w:r>
      <w:r w:rsidRPr="00E85698">
        <w:rPr>
          <w:spacing w:val="-2"/>
        </w:rPr>
        <w:t xml:space="preserve"> </w:t>
      </w:r>
      <w:r w:rsidRPr="00E85698">
        <w:t>речи</w:t>
      </w:r>
      <w:r w:rsidRPr="00E85698">
        <w:rPr>
          <w:spacing w:val="-1"/>
        </w:rPr>
        <w:t xml:space="preserve"> </w:t>
      </w:r>
      <w:r w:rsidRPr="00E85698">
        <w:t>и</w:t>
      </w:r>
      <w:r w:rsidRPr="00E85698">
        <w:rPr>
          <w:spacing w:val="-1"/>
        </w:rPr>
        <w:t xml:space="preserve"> </w:t>
      </w:r>
      <w:r w:rsidRPr="00E85698">
        <w:t>на</w:t>
      </w:r>
      <w:r w:rsidRPr="00E85698">
        <w:rPr>
          <w:spacing w:val="-1"/>
        </w:rPr>
        <w:t xml:space="preserve"> </w:t>
      </w:r>
      <w:r w:rsidRPr="00E85698">
        <w:t>письме</w:t>
      </w:r>
      <w:r w:rsidRPr="00E85698">
        <w:rPr>
          <w:spacing w:val="-1"/>
        </w:rPr>
        <w:t xml:space="preserve"> </w:t>
      </w:r>
      <w:r w:rsidRPr="00E85698">
        <w:t>правила</w:t>
      </w:r>
      <w:r w:rsidRPr="00E85698">
        <w:rPr>
          <w:spacing w:val="-2"/>
        </w:rPr>
        <w:t xml:space="preserve"> </w:t>
      </w:r>
      <w:r w:rsidRPr="00E85698">
        <w:t>речевого</w:t>
      </w:r>
      <w:r w:rsidRPr="00E85698">
        <w:rPr>
          <w:spacing w:val="-1"/>
        </w:rPr>
        <w:t xml:space="preserve"> </w:t>
      </w:r>
      <w:r w:rsidRPr="00E85698">
        <w:t>этикета.</w:t>
      </w:r>
    </w:p>
    <w:p w:rsidR="00624C8A" w:rsidRPr="00E85698" w:rsidRDefault="00CB6516">
      <w:pPr>
        <w:pStyle w:val="11"/>
        <w:spacing w:before="115"/>
      </w:pPr>
      <w:r w:rsidRPr="00E85698">
        <w:t>Текст</w:t>
      </w:r>
    </w:p>
    <w:p w:rsidR="00624C8A" w:rsidRPr="00E85698" w:rsidRDefault="00CB6516">
      <w:pPr>
        <w:pStyle w:val="a5"/>
        <w:spacing w:before="60" w:line="292" w:lineRule="auto"/>
        <w:ind w:right="162" w:firstLine="180"/>
      </w:pPr>
      <w:r w:rsidRPr="00E85698">
        <w:t>Распознавать основные признаки текста; членить текст на композиционно-смысловые части</w:t>
      </w:r>
      <w:r w:rsidRPr="00E85698">
        <w:rPr>
          <w:spacing w:val="1"/>
        </w:rPr>
        <w:t xml:space="preserve"> </w:t>
      </w:r>
      <w:r w:rsidRPr="00E85698">
        <w:t>(абзацы); распознавать средства связи предложений и частей текста (формы слова, однокоренные</w:t>
      </w:r>
      <w:r w:rsidRPr="00E85698">
        <w:rPr>
          <w:spacing w:val="1"/>
        </w:rPr>
        <w:t xml:space="preserve"> </w:t>
      </w:r>
      <w:r w:rsidRPr="00E85698">
        <w:t>слова, синонимы, антонимы, личные местоимения, повтор слова); применять эти знания при создании</w:t>
      </w:r>
      <w:r w:rsidRPr="00E85698">
        <w:rPr>
          <w:spacing w:val="-57"/>
        </w:rPr>
        <w:t xml:space="preserve"> </w:t>
      </w:r>
      <w:r w:rsidRPr="00E85698">
        <w:t>собственного</w:t>
      </w:r>
      <w:r w:rsidRPr="00E85698">
        <w:rPr>
          <w:spacing w:val="-1"/>
        </w:rPr>
        <w:t xml:space="preserve"> </w:t>
      </w:r>
      <w:r w:rsidRPr="00E85698">
        <w:t>текста (устного и письменного).</w:t>
      </w:r>
    </w:p>
    <w:p w:rsidR="00624C8A" w:rsidRPr="00E85698" w:rsidRDefault="00CB6516">
      <w:pPr>
        <w:pStyle w:val="a5"/>
        <w:spacing w:line="292" w:lineRule="auto"/>
        <w:ind w:firstLine="180"/>
      </w:pPr>
      <w:r w:rsidRPr="00E85698">
        <w:t>Проводить</w:t>
      </w:r>
      <w:r w:rsidRPr="00E85698">
        <w:rPr>
          <w:spacing w:val="-6"/>
        </w:rPr>
        <w:t xml:space="preserve"> </w:t>
      </w:r>
      <w:r w:rsidRPr="00E85698">
        <w:t>смысловой</w:t>
      </w:r>
      <w:r w:rsidRPr="00E85698">
        <w:rPr>
          <w:spacing w:val="-4"/>
        </w:rPr>
        <w:t xml:space="preserve"> </w:t>
      </w:r>
      <w:r w:rsidRPr="00E85698">
        <w:t>анализ</w:t>
      </w:r>
      <w:r w:rsidRPr="00E85698">
        <w:rPr>
          <w:spacing w:val="-6"/>
        </w:rPr>
        <w:t xml:space="preserve"> </w:t>
      </w:r>
      <w:r w:rsidRPr="00E85698">
        <w:t>текста,</w:t>
      </w:r>
      <w:r w:rsidRPr="00E85698">
        <w:rPr>
          <w:spacing w:val="-4"/>
        </w:rPr>
        <w:t xml:space="preserve"> </w:t>
      </w:r>
      <w:r w:rsidRPr="00E85698">
        <w:t>его</w:t>
      </w:r>
      <w:r w:rsidRPr="00E85698">
        <w:rPr>
          <w:spacing w:val="-5"/>
        </w:rPr>
        <w:t xml:space="preserve"> </w:t>
      </w:r>
      <w:r w:rsidRPr="00E85698">
        <w:t>композиционных</w:t>
      </w:r>
      <w:r w:rsidRPr="00E85698">
        <w:rPr>
          <w:spacing w:val="-4"/>
        </w:rPr>
        <w:t xml:space="preserve"> </w:t>
      </w:r>
      <w:r w:rsidRPr="00E85698">
        <w:t>особенностей,</w:t>
      </w:r>
      <w:r w:rsidRPr="00E85698">
        <w:rPr>
          <w:spacing w:val="-5"/>
        </w:rPr>
        <w:t xml:space="preserve"> </w:t>
      </w:r>
      <w:r w:rsidRPr="00E85698">
        <w:t>определять</w:t>
      </w:r>
      <w:r w:rsidRPr="00E85698">
        <w:rPr>
          <w:spacing w:val="-5"/>
        </w:rPr>
        <w:t xml:space="preserve"> </w:t>
      </w:r>
      <w:r w:rsidRPr="00E85698">
        <w:t>количество</w:t>
      </w:r>
      <w:r w:rsidRPr="00E85698">
        <w:rPr>
          <w:spacing w:val="-57"/>
        </w:rPr>
        <w:t xml:space="preserve"> </w:t>
      </w:r>
      <w:proofErr w:type="spellStart"/>
      <w:r w:rsidRPr="00E85698">
        <w:t>микротем</w:t>
      </w:r>
      <w:proofErr w:type="spellEnd"/>
      <w:r w:rsidRPr="00E85698">
        <w:rPr>
          <w:spacing w:val="-1"/>
        </w:rPr>
        <w:t xml:space="preserve"> </w:t>
      </w:r>
      <w:r w:rsidRPr="00E85698">
        <w:t>и абзацев.</w:t>
      </w:r>
    </w:p>
    <w:p w:rsidR="00624C8A" w:rsidRPr="00E85698" w:rsidRDefault="00CB6516">
      <w:pPr>
        <w:pStyle w:val="a5"/>
        <w:spacing w:line="292" w:lineRule="auto"/>
        <w:ind w:right="396" w:firstLine="180"/>
      </w:pPr>
      <w:r w:rsidRPr="00E85698">
        <w:t>Характеризовать текст с точки зрения его соответствия основным признакам (наличие темы,</w:t>
      </w:r>
      <w:r w:rsidRPr="00E85698">
        <w:rPr>
          <w:spacing w:val="1"/>
        </w:rPr>
        <w:t xml:space="preserve"> </w:t>
      </w:r>
      <w:r w:rsidRPr="00E85698">
        <w:t>главной</w:t>
      </w:r>
      <w:r w:rsidRPr="00E85698">
        <w:rPr>
          <w:spacing w:val="-5"/>
        </w:rPr>
        <w:t xml:space="preserve"> </w:t>
      </w:r>
      <w:r w:rsidRPr="00E85698">
        <w:t>мысли,</w:t>
      </w:r>
      <w:r w:rsidRPr="00E85698">
        <w:rPr>
          <w:spacing w:val="-4"/>
        </w:rPr>
        <w:t xml:space="preserve"> </w:t>
      </w:r>
      <w:r w:rsidRPr="00E85698">
        <w:t>грамматической</w:t>
      </w:r>
      <w:r w:rsidRPr="00E85698">
        <w:rPr>
          <w:spacing w:val="-4"/>
        </w:rPr>
        <w:t xml:space="preserve"> </w:t>
      </w:r>
      <w:r w:rsidRPr="00E85698">
        <w:t>связи</w:t>
      </w:r>
      <w:r w:rsidRPr="00E85698">
        <w:rPr>
          <w:spacing w:val="-4"/>
        </w:rPr>
        <w:t xml:space="preserve"> </w:t>
      </w:r>
      <w:r w:rsidRPr="00E85698">
        <w:t>предложений,</w:t>
      </w:r>
      <w:r w:rsidRPr="00E85698">
        <w:rPr>
          <w:spacing w:val="-4"/>
        </w:rPr>
        <w:t xml:space="preserve"> </w:t>
      </w:r>
      <w:r w:rsidRPr="00E85698">
        <w:t>цельности</w:t>
      </w:r>
      <w:r w:rsidRPr="00E85698">
        <w:rPr>
          <w:spacing w:val="-4"/>
        </w:rPr>
        <w:t xml:space="preserve"> </w:t>
      </w:r>
      <w:r w:rsidRPr="00E85698">
        <w:t>и</w:t>
      </w:r>
      <w:r w:rsidRPr="00E85698">
        <w:rPr>
          <w:spacing w:val="-4"/>
        </w:rPr>
        <w:t xml:space="preserve"> </w:t>
      </w:r>
      <w:r w:rsidRPr="00E85698">
        <w:t>относительной</w:t>
      </w:r>
      <w:r w:rsidRPr="00E85698">
        <w:rPr>
          <w:spacing w:val="-4"/>
        </w:rPr>
        <w:t xml:space="preserve"> </w:t>
      </w:r>
      <w:r w:rsidRPr="00E85698">
        <w:t>законченности);</w:t>
      </w:r>
      <w:r w:rsidRPr="00E85698">
        <w:rPr>
          <w:spacing w:val="-6"/>
        </w:rPr>
        <w:t xml:space="preserve"> </w:t>
      </w:r>
      <w:r w:rsidRPr="00E85698">
        <w:t>с</w:t>
      </w:r>
      <w:r w:rsidRPr="00E85698">
        <w:rPr>
          <w:spacing w:val="-57"/>
        </w:rPr>
        <w:t xml:space="preserve"> </w:t>
      </w:r>
      <w:r w:rsidRPr="00E85698">
        <w:t>точки</w:t>
      </w:r>
      <w:r w:rsidRPr="00E85698">
        <w:rPr>
          <w:spacing w:val="-1"/>
        </w:rPr>
        <w:t xml:space="preserve"> </w:t>
      </w:r>
      <w:r w:rsidRPr="00E85698">
        <w:t>зрения</w:t>
      </w:r>
      <w:r w:rsidRPr="00E85698">
        <w:rPr>
          <w:spacing w:val="-2"/>
        </w:rPr>
        <w:t xml:space="preserve"> </w:t>
      </w:r>
      <w:r w:rsidRPr="00E85698">
        <w:t>его принадлежности</w:t>
      </w:r>
      <w:r w:rsidRPr="00E85698">
        <w:rPr>
          <w:spacing w:val="-1"/>
        </w:rPr>
        <w:t xml:space="preserve"> </w:t>
      </w:r>
      <w:r w:rsidRPr="00E85698">
        <w:t>к</w:t>
      </w:r>
      <w:r w:rsidRPr="00E85698">
        <w:rPr>
          <w:spacing w:val="-1"/>
        </w:rPr>
        <w:t xml:space="preserve"> </w:t>
      </w:r>
      <w:r w:rsidRPr="00E85698">
        <w:t>функционально-смысловому</w:t>
      </w:r>
      <w:r w:rsidRPr="00E85698">
        <w:rPr>
          <w:spacing w:val="-1"/>
        </w:rPr>
        <w:t xml:space="preserve"> </w:t>
      </w:r>
      <w:r w:rsidRPr="00E85698">
        <w:t>типу речи.</w:t>
      </w:r>
    </w:p>
    <w:p w:rsidR="00624C8A" w:rsidRPr="00E85698" w:rsidRDefault="00CB6516">
      <w:pPr>
        <w:pStyle w:val="a5"/>
        <w:spacing w:line="292" w:lineRule="auto"/>
        <w:ind w:right="369" w:firstLine="180"/>
      </w:pPr>
      <w:r w:rsidRPr="00E85698">
        <w:t>Использовать знание основных признаков текста, особенностей функционально-смысловых типов</w:t>
      </w:r>
      <w:r w:rsidRPr="00E85698">
        <w:rPr>
          <w:spacing w:val="-58"/>
        </w:rPr>
        <w:t xml:space="preserve"> </w:t>
      </w:r>
      <w:r w:rsidRPr="00E85698">
        <w:t>речи,</w:t>
      </w:r>
      <w:r w:rsidRPr="00E85698">
        <w:rPr>
          <w:spacing w:val="-3"/>
        </w:rPr>
        <w:t xml:space="preserve"> </w:t>
      </w:r>
      <w:r w:rsidRPr="00E85698">
        <w:t>функциональных</w:t>
      </w:r>
      <w:r w:rsidRPr="00E85698">
        <w:rPr>
          <w:spacing w:val="-2"/>
        </w:rPr>
        <w:t xml:space="preserve"> </w:t>
      </w:r>
      <w:r w:rsidRPr="00E85698">
        <w:t>разновидностей</w:t>
      </w:r>
      <w:r w:rsidRPr="00E85698">
        <w:rPr>
          <w:spacing w:val="-2"/>
        </w:rPr>
        <w:t xml:space="preserve"> </w:t>
      </w:r>
      <w:r w:rsidRPr="00E85698">
        <w:t>языка</w:t>
      </w:r>
      <w:r w:rsidRPr="00E85698">
        <w:rPr>
          <w:spacing w:val="-3"/>
        </w:rPr>
        <w:t xml:space="preserve"> </w:t>
      </w:r>
      <w:r w:rsidRPr="00E85698">
        <w:t>в</w:t>
      </w:r>
      <w:r w:rsidRPr="00E85698">
        <w:rPr>
          <w:spacing w:val="-3"/>
        </w:rPr>
        <w:t xml:space="preserve"> </w:t>
      </w:r>
      <w:r w:rsidRPr="00E85698">
        <w:t>практике</w:t>
      </w:r>
      <w:r w:rsidRPr="00E85698">
        <w:rPr>
          <w:spacing w:val="-2"/>
        </w:rPr>
        <w:t xml:space="preserve"> </w:t>
      </w:r>
      <w:r w:rsidRPr="00E85698">
        <w:t>создания</w:t>
      </w:r>
      <w:r w:rsidRPr="00E85698">
        <w:rPr>
          <w:spacing w:val="-3"/>
        </w:rPr>
        <w:t xml:space="preserve"> </w:t>
      </w:r>
      <w:r w:rsidRPr="00E85698">
        <w:t>текста</w:t>
      </w:r>
      <w:r w:rsidRPr="00E85698">
        <w:rPr>
          <w:spacing w:val="-3"/>
        </w:rPr>
        <w:t xml:space="preserve"> </w:t>
      </w:r>
      <w:r w:rsidRPr="00E85698">
        <w:t>(в</w:t>
      </w:r>
      <w:r w:rsidRPr="00E85698">
        <w:rPr>
          <w:spacing w:val="-3"/>
        </w:rPr>
        <w:t xml:space="preserve"> </w:t>
      </w:r>
      <w:r w:rsidRPr="00E85698">
        <w:t>рамках</w:t>
      </w:r>
      <w:r w:rsidRPr="00E85698">
        <w:rPr>
          <w:spacing w:val="-2"/>
        </w:rPr>
        <w:t xml:space="preserve"> </w:t>
      </w:r>
      <w:r w:rsidRPr="00E85698">
        <w:t>изученного).</w:t>
      </w:r>
    </w:p>
    <w:p w:rsidR="00624C8A" w:rsidRPr="00E85698" w:rsidRDefault="00CB6516">
      <w:pPr>
        <w:pStyle w:val="a5"/>
        <w:spacing w:line="275" w:lineRule="exact"/>
        <w:ind w:left="286"/>
      </w:pPr>
      <w:r w:rsidRPr="00E85698">
        <w:t>Применять</w:t>
      </w:r>
      <w:r w:rsidRPr="00E85698">
        <w:rPr>
          <w:spacing w:val="-5"/>
        </w:rPr>
        <w:t xml:space="preserve"> </w:t>
      </w:r>
      <w:r w:rsidRPr="00E85698">
        <w:t>знание</w:t>
      </w:r>
      <w:r w:rsidRPr="00E85698">
        <w:rPr>
          <w:spacing w:val="-3"/>
        </w:rPr>
        <w:t xml:space="preserve"> </w:t>
      </w:r>
      <w:r w:rsidRPr="00E85698">
        <w:t>основных</w:t>
      </w:r>
      <w:r w:rsidRPr="00E85698">
        <w:rPr>
          <w:spacing w:val="-4"/>
        </w:rPr>
        <w:t xml:space="preserve"> </w:t>
      </w:r>
      <w:r w:rsidRPr="00E85698">
        <w:t>признаков</w:t>
      </w:r>
      <w:r w:rsidRPr="00E85698">
        <w:rPr>
          <w:spacing w:val="-4"/>
        </w:rPr>
        <w:t xml:space="preserve"> </w:t>
      </w:r>
      <w:r w:rsidRPr="00E85698">
        <w:t>текста</w:t>
      </w:r>
      <w:r w:rsidRPr="00E85698">
        <w:rPr>
          <w:spacing w:val="-3"/>
        </w:rPr>
        <w:t xml:space="preserve"> </w:t>
      </w:r>
      <w:r w:rsidRPr="00E85698">
        <w:t>(повествование)</w:t>
      </w:r>
      <w:r w:rsidRPr="00E85698">
        <w:rPr>
          <w:spacing w:val="-5"/>
        </w:rPr>
        <w:t xml:space="preserve"> </w:t>
      </w:r>
      <w:r w:rsidRPr="00E85698">
        <w:t>в</w:t>
      </w:r>
      <w:r w:rsidRPr="00E85698">
        <w:rPr>
          <w:spacing w:val="-4"/>
        </w:rPr>
        <w:t xml:space="preserve"> </w:t>
      </w:r>
      <w:r w:rsidRPr="00E85698">
        <w:t>практике</w:t>
      </w:r>
      <w:r w:rsidRPr="00E85698">
        <w:rPr>
          <w:spacing w:val="-4"/>
        </w:rPr>
        <w:t xml:space="preserve"> </w:t>
      </w:r>
      <w:r w:rsidRPr="00E85698">
        <w:t>его</w:t>
      </w:r>
      <w:r w:rsidRPr="00E85698">
        <w:rPr>
          <w:spacing w:val="-3"/>
        </w:rPr>
        <w:t xml:space="preserve"> </w:t>
      </w:r>
      <w:r w:rsidRPr="00E85698">
        <w:t>создания.</w:t>
      </w:r>
    </w:p>
    <w:p w:rsidR="00624C8A" w:rsidRPr="00E85698" w:rsidRDefault="00CB6516">
      <w:pPr>
        <w:pStyle w:val="a5"/>
        <w:spacing w:before="55" w:line="292" w:lineRule="auto"/>
        <w:ind w:firstLine="180"/>
      </w:pPr>
      <w:r w:rsidRPr="00E85698">
        <w:t>Создавать</w:t>
      </w:r>
      <w:r w:rsidRPr="00E85698">
        <w:rPr>
          <w:spacing w:val="-4"/>
        </w:rPr>
        <w:t xml:space="preserve"> </w:t>
      </w:r>
      <w:r w:rsidRPr="00E85698">
        <w:t>тексты-повествования</w:t>
      </w:r>
      <w:r w:rsidRPr="00E85698">
        <w:rPr>
          <w:spacing w:val="-4"/>
        </w:rPr>
        <w:t xml:space="preserve"> </w:t>
      </w:r>
      <w:r w:rsidRPr="00E85698">
        <w:t>с</w:t>
      </w:r>
      <w:r w:rsidRPr="00E85698">
        <w:rPr>
          <w:spacing w:val="-3"/>
        </w:rPr>
        <w:t xml:space="preserve"> </w:t>
      </w:r>
      <w:r w:rsidRPr="00E85698">
        <w:t>опорой</w:t>
      </w:r>
      <w:r w:rsidRPr="00E85698">
        <w:rPr>
          <w:spacing w:val="-3"/>
        </w:rPr>
        <w:t xml:space="preserve"> </w:t>
      </w:r>
      <w:r w:rsidRPr="00E85698">
        <w:t>на</w:t>
      </w:r>
      <w:r w:rsidRPr="00E85698">
        <w:rPr>
          <w:spacing w:val="-3"/>
        </w:rPr>
        <w:t xml:space="preserve"> </w:t>
      </w:r>
      <w:r w:rsidRPr="00E85698">
        <w:t>жизненный</w:t>
      </w:r>
      <w:r w:rsidRPr="00E85698">
        <w:rPr>
          <w:spacing w:val="-3"/>
        </w:rPr>
        <w:t xml:space="preserve"> </w:t>
      </w:r>
      <w:r w:rsidRPr="00E85698">
        <w:t>и</w:t>
      </w:r>
      <w:r w:rsidRPr="00E85698">
        <w:rPr>
          <w:spacing w:val="-3"/>
        </w:rPr>
        <w:t xml:space="preserve"> </w:t>
      </w:r>
      <w:r w:rsidRPr="00E85698">
        <w:t>читательский</w:t>
      </w:r>
      <w:r w:rsidRPr="00E85698">
        <w:rPr>
          <w:spacing w:val="-3"/>
        </w:rPr>
        <w:t xml:space="preserve"> </w:t>
      </w:r>
      <w:r w:rsidRPr="00E85698">
        <w:t>опыт;</w:t>
      </w:r>
      <w:r w:rsidRPr="00E85698">
        <w:rPr>
          <w:spacing w:val="-4"/>
        </w:rPr>
        <w:t xml:space="preserve"> </w:t>
      </w:r>
      <w:r w:rsidRPr="00E85698">
        <w:t>тексты</w:t>
      </w:r>
      <w:r w:rsidRPr="00E85698">
        <w:rPr>
          <w:spacing w:val="-3"/>
        </w:rPr>
        <w:t xml:space="preserve"> </w:t>
      </w:r>
      <w:r w:rsidRPr="00E85698">
        <w:t>с</w:t>
      </w:r>
      <w:r w:rsidRPr="00E85698">
        <w:rPr>
          <w:spacing w:val="-3"/>
        </w:rPr>
        <w:t xml:space="preserve"> </w:t>
      </w:r>
      <w:r w:rsidRPr="00E85698">
        <w:t>опорой</w:t>
      </w:r>
      <w:r w:rsidRPr="00E85698">
        <w:rPr>
          <w:spacing w:val="-3"/>
        </w:rPr>
        <w:t xml:space="preserve"> </w:t>
      </w:r>
      <w:r w:rsidRPr="00E85698">
        <w:t>на</w:t>
      </w:r>
      <w:r w:rsidRPr="00E85698">
        <w:rPr>
          <w:spacing w:val="-57"/>
        </w:rPr>
        <w:t xml:space="preserve"> </w:t>
      </w:r>
      <w:r w:rsidRPr="00E85698">
        <w:t>сюжетную картину (в том числе сочинения-миниатюры объёмом 3 и более предложений; классные</w:t>
      </w:r>
      <w:r w:rsidRPr="00E85698">
        <w:rPr>
          <w:spacing w:val="1"/>
        </w:rPr>
        <w:t xml:space="preserve"> </w:t>
      </w:r>
      <w:r w:rsidRPr="00E85698">
        <w:t>сочинения</w:t>
      </w:r>
      <w:r w:rsidRPr="00E85698">
        <w:rPr>
          <w:spacing w:val="-2"/>
        </w:rPr>
        <w:t xml:space="preserve"> </w:t>
      </w:r>
      <w:r w:rsidRPr="00E85698">
        <w:t>объёмом не менее 70 слов).</w:t>
      </w:r>
    </w:p>
    <w:p w:rsidR="00624C8A" w:rsidRPr="00E85698" w:rsidRDefault="00CB6516">
      <w:pPr>
        <w:pStyle w:val="a5"/>
        <w:spacing w:line="292" w:lineRule="auto"/>
        <w:ind w:firstLine="180"/>
      </w:pPr>
      <w:r w:rsidRPr="00E85698">
        <w:t>Восстанавливать</w:t>
      </w:r>
      <w:r w:rsidRPr="00E85698">
        <w:rPr>
          <w:spacing w:val="-8"/>
        </w:rPr>
        <w:t xml:space="preserve"> </w:t>
      </w:r>
      <w:r w:rsidRPr="00E85698">
        <w:t>деформированный</w:t>
      </w:r>
      <w:r w:rsidRPr="00E85698">
        <w:rPr>
          <w:spacing w:val="-6"/>
        </w:rPr>
        <w:t xml:space="preserve"> </w:t>
      </w:r>
      <w:r w:rsidRPr="00E85698">
        <w:t>текст;</w:t>
      </w:r>
      <w:r w:rsidRPr="00E85698">
        <w:rPr>
          <w:spacing w:val="-7"/>
        </w:rPr>
        <w:t xml:space="preserve"> </w:t>
      </w:r>
      <w:r w:rsidRPr="00E85698">
        <w:t>осуществлять</w:t>
      </w:r>
      <w:r w:rsidRPr="00E85698">
        <w:rPr>
          <w:spacing w:val="-7"/>
        </w:rPr>
        <w:t xml:space="preserve"> </w:t>
      </w:r>
      <w:r w:rsidRPr="00E85698">
        <w:t>корректировку</w:t>
      </w:r>
      <w:r w:rsidRPr="00E85698">
        <w:rPr>
          <w:spacing w:val="-6"/>
        </w:rPr>
        <w:t xml:space="preserve"> </w:t>
      </w:r>
      <w:r w:rsidRPr="00E85698">
        <w:t>восстановленного</w:t>
      </w:r>
      <w:r w:rsidRPr="00E85698">
        <w:rPr>
          <w:spacing w:val="-7"/>
        </w:rPr>
        <w:t xml:space="preserve"> </w:t>
      </w:r>
      <w:r w:rsidRPr="00E85698">
        <w:t>текста</w:t>
      </w:r>
      <w:r w:rsidRPr="00E85698">
        <w:rPr>
          <w:spacing w:val="-6"/>
        </w:rPr>
        <w:t xml:space="preserve"> </w:t>
      </w:r>
      <w:r w:rsidRPr="00E85698">
        <w:t>с</w:t>
      </w:r>
      <w:r w:rsidRPr="00E85698">
        <w:rPr>
          <w:spacing w:val="-57"/>
        </w:rPr>
        <w:t xml:space="preserve"> </w:t>
      </w:r>
      <w:r w:rsidRPr="00E85698">
        <w:t>опорой</w:t>
      </w:r>
      <w:r w:rsidRPr="00E85698">
        <w:rPr>
          <w:spacing w:val="-1"/>
        </w:rPr>
        <w:t xml:space="preserve"> </w:t>
      </w:r>
      <w:r w:rsidRPr="00E85698">
        <w:t>на образец.</w:t>
      </w:r>
    </w:p>
    <w:p w:rsidR="00624C8A" w:rsidRPr="00E85698" w:rsidRDefault="00CB6516">
      <w:pPr>
        <w:pStyle w:val="a5"/>
        <w:spacing w:line="292" w:lineRule="auto"/>
        <w:ind w:right="191" w:firstLine="180"/>
      </w:pPr>
      <w:r w:rsidRPr="00E85698">
        <w:t>Владеть умениями информационной переработки прослушанного и прочитанного научно-учебного,</w:t>
      </w:r>
      <w:r w:rsidRPr="00E85698">
        <w:rPr>
          <w:spacing w:val="-57"/>
        </w:rPr>
        <w:t xml:space="preserve"> </w:t>
      </w:r>
      <w:r w:rsidRPr="00E85698">
        <w:t>художественного и научно-популярного текстов: составлять план (простой, сложный) с целью</w:t>
      </w:r>
      <w:r w:rsidRPr="00E85698">
        <w:rPr>
          <w:spacing w:val="1"/>
        </w:rPr>
        <w:t xml:space="preserve"> </w:t>
      </w:r>
      <w:r w:rsidRPr="00E85698">
        <w:t>дальнейшего воспроизведения содержания текста в устной и письменной форме; передавать</w:t>
      </w:r>
      <w:r w:rsidRPr="00E85698">
        <w:rPr>
          <w:spacing w:val="1"/>
        </w:rPr>
        <w:t xml:space="preserve"> </w:t>
      </w:r>
      <w:r w:rsidRPr="00E85698">
        <w:t>содержание</w:t>
      </w:r>
      <w:r w:rsidRPr="00E85698">
        <w:rPr>
          <w:spacing w:val="-4"/>
        </w:rPr>
        <w:t xml:space="preserve"> </w:t>
      </w:r>
      <w:r w:rsidRPr="00E85698">
        <w:t>текста,</w:t>
      </w:r>
      <w:r w:rsidRPr="00E85698">
        <w:rPr>
          <w:spacing w:val="-3"/>
        </w:rPr>
        <w:t xml:space="preserve"> </w:t>
      </w:r>
      <w:r w:rsidRPr="00E85698">
        <w:t>в</w:t>
      </w:r>
      <w:r w:rsidRPr="00E85698">
        <w:rPr>
          <w:spacing w:val="-4"/>
        </w:rPr>
        <w:t xml:space="preserve"> </w:t>
      </w:r>
      <w:r w:rsidRPr="00E85698">
        <w:t>том</w:t>
      </w:r>
      <w:r w:rsidRPr="00E85698">
        <w:rPr>
          <w:spacing w:val="-4"/>
        </w:rPr>
        <w:t xml:space="preserve"> </w:t>
      </w:r>
      <w:r w:rsidRPr="00E85698">
        <w:t>числе</w:t>
      </w:r>
      <w:r w:rsidRPr="00E85698">
        <w:rPr>
          <w:spacing w:val="-3"/>
        </w:rPr>
        <w:t xml:space="preserve"> </w:t>
      </w:r>
      <w:r w:rsidRPr="00E85698">
        <w:t>с</w:t>
      </w:r>
      <w:r w:rsidRPr="00E85698">
        <w:rPr>
          <w:spacing w:val="-3"/>
        </w:rPr>
        <w:t xml:space="preserve"> </w:t>
      </w:r>
      <w:r w:rsidRPr="00E85698">
        <w:t>изменением</w:t>
      </w:r>
      <w:r w:rsidRPr="00E85698">
        <w:rPr>
          <w:spacing w:val="-4"/>
        </w:rPr>
        <w:t xml:space="preserve"> </w:t>
      </w:r>
      <w:r w:rsidRPr="00E85698">
        <w:t>лица</w:t>
      </w:r>
      <w:r w:rsidRPr="00E85698">
        <w:rPr>
          <w:spacing w:val="-3"/>
        </w:rPr>
        <w:t xml:space="preserve"> </w:t>
      </w:r>
      <w:r w:rsidRPr="00E85698">
        <w:t>рассказчика;</w:t>
      </w:r>
      <w:r w:rsidRPr="00E85698">
        <w:rPr>
          <w:spacing w:val="-4"/>
        </w:rPr>
        <w:t xml:space="preserve"> </w:t>
      </w:r>
      <w:r w:rsidRPr="00E85698">
        <w:t>извлекать</w:t>
      </w:r>
      <w:r w:rsidRPr="00E85698">
        <w:rPr>
          <w:spacing w:val="-4"/>
        </w:rPr>
        <w:t xml:space="preserve"> </w:t>
      </w:r>
      <w:r w:rsidRPr="00E85698">
        <w:t>информацию</w:t>
      </w:r>
      <w:r w:rsidRPr="00E85698">
        <w:rPr>
          <w:spacing w:val="-5"/>
        </w:rPr>
        <w:t xml:space="preserve"> </w:t>
      </w:r>
      <w:r w:rsidRPr="00E85698">
        <w:t>из</w:t>
      </w:r>
      <w:r w:rsidRPr="00E85698">
        <w:rPr>
          <w:spacing w:val="-4"/>
        </w:rPr>
        <w:t xml:space="preserve"> </w:t>
      </w:r>
      <w:r w:rsidRPr="00E85698">
        <w:t>различных</w:t>
      </w:r>
      <w:r w:rsidRPr="00E85698">
        <w:rPr>
          <w:spacing w:val="-57"/>
        </w:rPr>
        <w:t xml:space="preserve"> </w:t>
      </w:r>
      <w:r w:rsidRPr="00E85698">
        <w:t>источников, в том числе из лингвистических словарей и справочной литературы, и использовать её в</w:t>
      </w:r>
      <w:r w:rsidRPr="00E85698">
        <w:rPr>
          <w:spacing w:val="1"/>
        </w:rPr>
        <w:t xml:space="preserve"> </w:t>
      </w:r>
      <w:r w:rsidRPr="00E85698">
        <w:t>учебной</w:t>
      </w:r>
      <w:r w:rsidRPr="00E85698">
        <w:rPr>
          <w:spacing w:val="-1"/>
        </w:rPr>
        <w:t xml:space="preserve"> </w:t>
      </w:r>
      <w:r w:rsidRPr="00E85698">
        <w:t>деятельности.</w:t>
      </w:r>
    </w:p>
    <w:p w:rsidR="00624C8A" w:rsidRPr="00E85698" w:rsidRDefault="00CB6516">
      <w:pPr>
        <w:pStyle w:val="a5"/>
        <w:spacing w:line="272" w:lineRule="exact"/>
        <w:ind w:left="286"/>
      </w:pPr>
      <w:r w:rsidRPr="00E85698">
        <w:t>Представлять</w:t>
      </w:r>
      <w:r w:rsidRPr="00E85698">
        <w:rPr>
          <w:spacing w:val="-5"/>
        </w:rPr>
        <w:t xml:space="preserve"> </w:t>
      </w:r>
      <w:r w:rsidRPr="00E85698">
        <w:t>сообщение</w:t>
      </w:r>
      <w:r w:rsidRPr="00E85698">
        <w:rPr>
          <w:spacing w:val="-3"/>
        </w:rPr>
        <w:t xml:space="preserve"> </w:t>
      </w:r>
      <w:r w:rsidRPr="00E85698">
        <w:t>на</w:t>
      </w:r>
      <w:r w:rsidRPr="00E85698">
        <w:rPr>
          <w:spacing w:val="-3"/>
        </w:rPr>
        <w:t xml:space="preserve"> </w:t>
      </w:r>
      <w:r w:rsidRPr="00E85698">
        <w:t>заданную</w:t>
      </w:r>
      <w:r w:rsidRPr="00E85698">
        <w:rPr>
          <w:spacing w:val="-4"/>
        </w:rPr>
        <w:t xml:space="preserve"> </w:t>
      </w:r>
      <w:r w:rsidRPr="00E85698">
        <w:t>тему</w:t>
      </w:r>
      <w:r w:rsidRPr="00E85698">
        <w:rPr>
          <w:spacing w:val="-4"/>
        </w:rPr>
        <w:t xml:space="preserve"> </w:t>
      </w:r>
      <w:r w:rsidRPr="00E85698">
        <w:t>в</w:t>
      </w:r>
      <w:r w:rsidRPr="00E85698">
        <w:rPr>
          <w:spacing w:val="-4"/>
        </w:rPr>
        <w:t xml:space="preserve"> </w:t>
      </w:r>
      <w:r w:rsidRPr="00E85698">
        <w:t>виде</w:t>
      </w:r>
      <w:r w:rsidRPr="00E85698">
        <w:rPr>
          <w:spacing w:val="-3"/>
        </w:rPr>
        <w:t xml:space="preserve"> </w:t>
      </w:r>
      <w:r w:rsidRPr="00E85698">
        <w:t>презентации.</w:t>
      </w:r>
    </w:p>
    <w:p w:rsidR="00624C8A" w:rsidRPr="00E85698" w:rsidRDefault="00CB6516">
      <w:pPr>
        <w:pStyle w:val="a5"/>
        <w:spacing w:before="57" w:line="292" w:lineRule="auto"/>
        <w:ind w:right="218" w:firstLine="180"/>
      </w:pPr>
      <w:r w:rsidRPr="00E85698">
        <w:t>Редактировать собственные/созданные другими обучающимися тексты с целью совершенствования</w:t>
      </w:r>
      <w:r w:rsidRPr="00E85698">
        <w:rPr>
          <w:spacing w:val="-58"/>
        </w:rPr>
        <w:t xml:space="preserve"> </w:t>
      </w:r>
      <w:r w:rsidRPr="00E85698">
        <w:t>их содержания (проверка фактического материала, начальный логический анализ текста —</w:t>
      </w:r>
      <w:r w:rsidRPr="00E85698">
        <w:rPr>
          <w:spacing w:val="1"/>
        </w:rPr>
        <w:t xml:space="preserve"> </w:t>
      </w:r>
      <w:r w:rsidRPr="00E85698">
        <w:t>целостность,</w:t>
      </w:r>
      <w:r w:rsidRPr="00E85698">
        <w:rPr>
          <w:spacing w:val="-1"/>
        </w:rPr>
        <w:t xml:space="preserve"> </w:t>
      </w:r>
      <w:r w:rsidRPr="00E85698">
        <w:t>связность, информативность).</w:t>
      </w:r>
    </w:p>
    <w:p w:rsidR="00624C8A" w:rsidRPr="00E85698" w:rsidRDefault="00CB6516">
      <w:pPr>
        <w:pStyle w:val="a5"/>
        <w:spacing w:line="274"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60" w:line="292" w:lineRule="auto"/>
        <w:ind w:firstLine="180"/>
      </w:pPr>
      <w:r w:rsidRPr="00E85698">
        <w:t>Иметь</w:t>
      </w:r>
      <w:r w:rsidRPr="00E85698">
        <w:rPr>
          <w:spacing w:val="-5"/>
        </w:rPr>
        <w:t xml:space="preserve"> </w:t>
      </w:r>
      <w:r w:rsidRPr="00E85698">
        <w:t>общее</w:t>
      </w:r>
      <w:r w:rsidRPr="00E85698">
        <w:rPr>
          <w:spacing w:val="-4"/>
        </w:rPr>
        <w:t xml:space="preserve"> </w:t>
      </w:r>
      <w:r w:rsidRPr="00E85698">
        <w:t>представление</w:t>
      </w:r>
      <w:r w:rsidRPr="00E85698">
        <w:rPr>
          <w:spacing w:val="-4"/>
        </w:rPr>
        <w:t xml:space="preserve"> </w:t>
      </w:r>
      <w:r w:rsidRPr="00E85698">
        <w:t>об</w:t>
      </w:r>
      <w:r w:rsidRPr="00E85698">
        <w:rPr>
          <w:spacing w:val="-5"/>
        </w:rPr>
        <w:t xml:space="preserve"> </w:t>
      </w:r>
      <w:r w:rsidRPr="00E85698">
        <w:t>особенностях</w:t>
      </w:r>
      <w:r w:rsidRPr="00E85698">
        <w:rPr>
          <w:spacing w:val="-4"/>
        </w:rPr>
        <w:t xml:space="preserve"> </w:t>
      </w:r>
      <w:r w:rsidRPr="00E85698">
        <w:t>разговорной</w:t>
      </w:r>
      <w:r w:rsidRPr="00E85698">
        <w:rPr>
          <w:spacing w:val="-3"/>
        </w:rPr>
        <w:t xml:space="preserve"> </w:t>
      </w:r>
      <w:r w:rsidRPr="00E85698">
        <w:t>речи,</w:t>
      </w:r>
      <w:r w:rsidRPr="00E85698">
        <w:rPr>
          <w:spacing w:val="-4"/>
        </w:rPr>
        <w:t xml:space="preserve"> </w:t>
      </w:r>
      <w:r w:rsidRPr="00E85698">
        <w:t>функциональных</w:t>
      </w:r>
      <w:r w:rsidRPr="00E85698">
        <w:rPr>
          <w:spacing w:val="-4"/>
        </w:rPr>
        <w:t xml:space="preserve"> </w:t>
      </w:r>
      <w:r w:rsidRPr="00E85698">
        <w:t>стилей,</w:t>
      </w:r>
      <w:r w:rsidRPr="00E85698">
        <w:rPr>
          <w:spacing w:val="-4"/>
        </w:rPr>
        <w:t xml:space="preserve"> </w:t>
      </w:r>
      <w:r w:rsidRPr="00E85698">
        <w:t>языка</w:t>
      </w:r>
      <w:r w:rsidRPr="00E85698">
        <w:rPr>
          <w:spacing w:val="-57"/>
        </w:rPr>
        <w:t xml:space="preserve"> </w:t>
      </w:r>
      <w:r w:rsidRPr="00E85698">
        <w:t>художественной</w:t>
      </w:r>
      <w:r w:rsidRPr="00E85698">
        <w:rPr>
          <w:spacing w:val="-1"/>
        </w:rPr>
        <w:t xml:space="preserve"> </w:t>
      </w:r>
      <w:r w:rsidRPr="00E85698">
        <w:t>литературы.</w:t>
      </w:r>
    </w:p>
    <w:p w:rsidR="00624C8A" w:rsidRPr="00E85698" w:rsidRDefault="00CB6516">
      <w:pPr>
        <w:pStyle w:val="11"/>
        <w:spacing w:before="119"/>
      </w:pPr>
      <w:r w:rsidRPr="00E85698">
        <w:t>Система</w:t>
      </w:r>
      <w:r w:rsidRPr="00E85698">
        <w:rPr>
          <w:spacing w:val="-5"/>
        </w:rPr>
        <w:t xml:space="preserve"> </w:t>
      </w:r>
      <w:r w:rsidRPr="00E85698">
        <w:t>языка</w:t>
      </w:r>
    </w:p>
    <w:p w:rsidR="00624C8A" w:rsidRPr="00E85698" w:rsidRDefault="00CB6516">
      <w:pPr>
        <w:spacing w:before="60"/>
        <w:ind w:left="286"/>
        <w:rPr>
          <w:b/>
          <w:sz w:val="24"/>
        </w:rPr>
      </w:pPr>
      <w:r w:rsidRPr="00E85698">
        <w:rPr>
          <w:b/>
          <w:sz w:val="24"/>
        </w:rPr>
        <w:t>Фонетика.</w:t>
      </w:r>
      <w:r w:rsidRPr="00E85698">
        <w:rPr>
          <w:b/>
          <w:spacing w:val="-6"/>
          <w:sz w:val="24"/>
        </w:rPr>
        <w:t xml:space="preserve"> </w:t>
      </w:r>
      <w:r w:rsidRPr="00E85698">
        <w:rPr>
          <w:b/>
          <w:sz w:val="24"/>
        </w:rPr>
        <w:t>Графика.</w:t>
      </w:r>
      <w:r w:rsidRPr="00E85698">
        <w:rPr>
          <w:b/>
          <w:spacing w:val="-5"/>
          <w:sz w:val="24"/>
        </w:rPr>
        <w:t xml:space="preserve"> </w:t>
      </w:r>
      <w:r w:rsidRPr="00E85698">
        <w:rPr>
          <w:b/>
          <w:sz w:val="24"/>
        </w:rPr>
        <w:t>Орфоэпия</w:t>
      </w:r>
    </w:p>
    <w:p w:rsidR="00624C8A" w:rsidRPr="00E85698" w:rsidRDefault="00CB6516">
      <w:pPr>
        <w:pStyle w:val="a5"/>
        <w:spacing w:before="60" w:line="292" w:lineRule="auto"/>
        <w:ind w:right="884" w:firstLine="180"/>
      </w:pPr>
      <w:r w:rsidRPr="00E85698">
        <w:t>Характеризовать звуки; понимать различие между звуком и буквой, характеризовать систему</w:t>
      </w:r>
      <w:r w:rsidRPr="00E85698">
        <w:rPr>
          <w:spacing w:val="-58"/>
        </w:rPr>
        <w:t xml:space="preserve"> </w:t>
      </w:r>
      <w:r w:rsidRPr="00E85698">
        <w:t>звуков.</w:t>
      </w:r>
    </w:p>
    <w:p w:rsidR="00624C8A" w:rsidRPr="00E85698" w:rsidRDefault="00CB6516">
      <w:pPr>
        <w:pStyle w:val="a5"/>
        <w:spacing w:line="275" w:lineRule="exact"/>
        <w:ind w:left="286"/>
      </w:pPr>
      <w:r w:rsidRPr="00E85698">
        <w:t>Проводить</w:t>
      </w:r>
      <w:r w:rsidRPr="00E85698">
        <w:rPr>
          <w:spacing w:val="-5"/>
        </w:rPr>
        <w:t xml:space="preserve"> </w:t>
      </w:r>
      <w:r w:rsidRPr="00E85698">
        <w:t>фонетический</w:t>
      </w:r>
      <w:r w:rsidRPr="00E85698">
        <w:rPr>
          <w:spacing w:val="-4"/>
        </w:rPr>
        <w:t xml:space="preserve"> </w:t>
      </w:r>
      <w:r w:rsidRPr="00E85698">
        <w:t>анализ</w:t>
      </w:r>
      <w:r w:rsidRPr="00E85698">
        <w:rPr>
          <w:spacing w:val="-5"/>
        </w:rPr>
        <w:t xml:space="preserve"> </w:t>
      </w:r>
      <w:r w:rsidRPr="00E85698">
        <w:t>слов.</w:t>
      </w:r>
    </w:p>
    <w:p w:rsidR="00624C8A" w:rsidRPr="00E85698" w:rsidRDefault="00CB6516">
      <w:pPr>
        <w:pStyle w:val="a5"/>
        <w:spacing w:before="60" w:line="292" w:lineRule="auto"/>
        <w:ind w:right="396" w:firstLine="180"/>
      </w:pPr>
      <w:r w:rsidRPr="00E85698">
        <w:t>Использовать знания по фонетике, графике и орфоэпии в практике произношения и правописания</w:t>
      </w:r>
      <w:r w:rsidRPr="00E85698">
        <w:rPr>
          <w:spacing w:val="-58"/>
        </w:rPr>
        <w:t xml:space="preserve"> </w:t>
      </w:r>
      <w:r w:rsidRPr="00E85698">
        <w:t>слов.</w:t>
      </w:r>
    </w:p>
    <w:p w:rsidR="00624C8A" w:rsidRPr="00E85698" w:rsidRDefault="00624C8A">
      <w:pPr>
        <w:spacing w:line="292" w:lineRule="auto"/>
        <w:sectPr w:rsidR="00624C8A" w:rsidRPr="00E85698">
          <w:pgSz w:w="11900" w:h="16840"/>
          <w:pgMar w:top="540" w:right="540" w:bottom="280" w:left="560" w:header="720" w:footer="720" w:gutter="0"/>
          <w:cols w:space="720"/>
        </w:sectPr>
      </w:pPr>
    </w:p>
    <w:p w:rsidR="00624C8A" w:rsidRPr="00E85698" w:rsidRDefault="00CB6516">
      <w:pPr>
        <w:pStyle w:val="11"/>
        <w:spacing w:before="70"/>
      </w:pPr>
      <w:r w:rsidRPr="00E85698">
        <w:lastRenderedPageBreak/>
        <w:t>Орфография</w:t>
      </w:r>
    </w:p>
    <w:p w:rsidR="00624C8A" w:rsidRPr="00E85698" w:rsidRDefault="00CB6516">
      <w:pPr>
        <w:pStyle w:val="a5"/>
        <w:spacing w:before="60" w:line="292" w:lineRule="auto"/>
        <w:ind w:right="761" w:firstLine="180"/>
      </w:pPr>
      <w:r w:rsidRPr="00E85698">
        <w:t>Оперировать понятием «орфограмма» и различать буквенные и небуквенные орфограммы при</w:t>
      </w:r>
      <w:r w:rsidRPr="00E85698">
        <w:rPr>
          <w:spacing w:val="-58"/>
        </w:rPr>
        <w:t xml:space="preserve"> </w:t>
      </w:r>
      <w:r w:rsidRPr="00E85698">
        <w:t>проведении</w:t>
      </w:r>
      <w:r w:rsidRPr="00E85698">
        <w:rPr>
          <w:spacing w:val="-1"/>
        </w:rPr>
        <w:t xml:space="preserve"> </w:t>
      </w:r>
      <w:r w:rsidRPr="00E85698">
        <w:t>орфографического анализа слова.</w:t>
      </w:r>
    </w:p>
    <w:p w:rsidR="00624C8A" w:rsidRPr="00E85698" w:rsidRDefault="00CB6516">
      <w:pPr>
        <w:pStyle w:val="a5"/>
        <w:spacing w:line="275" w:lineRule="exact"/>
        <w:ind w:left="286"/>
      </w:pPr>
      <w:r w:rsidRPr="00E85698">
        <w:t>Распознавать</w:t>
      </w:r>
      <w:r w:rsidRPr="00E85698">
        <w:rPr>
          <w:spacing w:val="-5"/>
        </w:rPr>
        <w:t xml:space="preserve"> </w:t>
      </w:r>
      <w:r w:rsidRPr="00E85698">
        <w:t>изученные</w:t>
      </w:r>
      <w:r w:rsidRPr="00E85698">
        <w:rPr>
          <w:spacing w:val="-4"/>
        </w:rPr>
        <w:t xml:space="preserve"> </w:t>
      </w:r>
      <w:r w:rsidRPr="00E85698">
        <w:t>орфограммы.</w:t>
      </w:r>
    </w:p>
    <w:p w:rsidR="00624C8A" w:rsidRPr="00E85698" w:rsidRDefault="00CB6516">
      <w:pPr>
        <w:pStyle w:val="a5"/>
        <w:spacing w:before="60" w:line="292" w:lineRule="auto"/>
        <w:ind w:right="922" w:firstLine="180"/>
      </w:pPr>
      <w:r w:rsidRPr="00E85698">
        <w:t>Применять знания по орфографии в практике правописания (в том числе применять знание о</w:t>
      </w:r>
      <w:r w:rsidRPr="00E85698">
        <w:rPr>
          <w:spacing w:val="-58"/>
        </w:rPr>
        <w:t xml:space="preserve"> </w:t>
      </w:r>
      <w:r w:rsidRPr="00E85698">
        <w:t>правописании</w:t>
      </w:r>
      <w:r w:rsidRPr="00E85698">
        <w:rPr>
          <w:spacing w:val="-1"/>
        </w:rPr>
        <w:t xml:space="preserve"> </w:t>
      </w:r>
      <w:r w:rsidRPr="00E85698">
        <w:t>разделительных</w:t>
      </w:r>
      <w:r w:rsidRPr="00E85698">
        <w:rPr>
          <w:spacing w:val="4"/>
        </w:rPr>
        <w:t xml:space="preserve"> </w:t>
      </w:r>
      <w:r w:rsidRPr="00E85698">
        <w:rPr>
          <w:b/>
          <w:i/>
        </w:rPr>
        <w:t>ъ</w:t>
      </w:r>
      <w:r w:rsidRPr="00E85698">
        <w:rPr>
          <w:b/>
          <w:i/>
          <w:spacing w:val="5"/>
        </w:rPr>
        <w:t xml:space="preserve"> </w:t>
      </w:r>
      <w:r w:rsidRPr="00E85698">
        <w:t>и</w:t>
      </w:r>
      <w:r w:rsidRPr="00E85698">
        <w:rPr>
          <w:spacing w:val="3"/>
        </w:rPr>
        <w:t xml:space="preserve"> </w:t>
      </w:r>
      <w:r w:rsidRPr="00E85698">
        <w:rPr>
          <w:b/>
          <w:i/>
        </w:rPr>
        <w:t>ь</w:t>
      </w:r>
      <w:r w:rsidRPr="00E85698">
        <w:t>).</w:t>
      </w:r>
    </w:p>
    <w:p w:rsidR="00624C8A" w:rsidRPr="00E85698" w:rsidRDefault="00CB6516">
      <w:pPr>
        <w:pStyle w:val="11"/>
        <w:spacing w:line="275" w:lineRule="exact"/>
      </w:pPr>
      <w:r w:rsidRPr="00E85698">
        <w:t>Лексикология</w:t>
      </w:r>
    </w:p>
    <w:p w:rsidR="00624C8A" w:rsidRPr="00E85698" w:rsidRDefault="00CB6516">
      <w:pPr>
        <w:pStyle w:val="a5"/>
        <w:spacing w:before="60" w:line="292" w:lineRule="auto"/>
        <w:ind w:firstLine="180"/>
      </w:pPr>
      <w:r w:rsidRPr="00E85698">
        <w:t>Объяснять лексическое значение слова разными способами (подбор однокоренных слов; подбор</w:t>
      </w:r>
      <w:r w:rsidRPr="00E85698">
        <w:rPr>
          <w:spacing w:val="1"/>
        </w:rPr>
        <w:t xml:space="preserve"> </w:t>
      </w:r>
      <w:r w:rsidRPr="00E85698">
        <w:t>синонимов</w:t>
      </w:r>
      <w:r w:rsidRPr="00E85698">
        <w:rPr>
          <w:spacing w:val="-5"/>
        </w:rPr>
        <w:t xml:space="preserve"> </w:t>
      </w:r>
      <w:r w:rsidRPr="00E85698">
        <w:t>и</w:t>
      </w:r>
      <w:r w:rsidRPr="00E85698">
        <w:rPr>
          <w:spacing w:val="-3"/>
        </w:rPr>
        <w:t xml:space="preserve"> </w:t>
      </w:r>
      <w:r w:rsidRPr="00E85698">
        <w:t>антонимов;</w:t>
      </w:r>
      <w:r w:rsidRPr="00E85698">
        <w:rPr>
          <w:spacing w:val="-4"/>
        </w:rPr>
        <w:t xml:space="preserve"> </w:t>
      </w:r>
      <w:r w:rsidRPr="00E85698">
        <w:t>определение</w:t>
      </w:r>
      <w:r w:rsidRPr="00E85698">
        <w:rPr>
          <w:spacing w:val="-3"/>
        </w:rPr>
        <w:t xml:space="preserve"> </w:t>
      </w:r>
      <w:r w:rsidRPr="00E85698">
        <w:t>значения</w:t>
      </w:r>
      <w:r w:rsidRPr="00E85698">
        <w:rPr>
          <w:spacing w:val="-4"/>
        </w:rPr>
        <w:t xml:space="preserve"> </w:t>
      </w:r>
      <w:r w:rsidRPr="00E85698">
        <w:t>слова</w:t>
      </w:r>
      <w:r w:rsidRPr="00E85698">
        <w:rPr>
          <w:spacing w:val="-3"/>
        </w:rPr>
        <w:t xml:space="preserve"> </w:t>
      </w:r>
      <w:r w:rsidRPr="00E85698">
        <w:t>по</w:t>
      </w:r>
      <w:r w:rsidRPr="00E85698">
        <w:rPr>
          <w:spacing w:val="-3"/>
        </w:rPr>
        <w:t xml:space="preserve"> </w:t>
      </w:r>
      <w:r w:rsidRPr="00E85698">
        <w:t>контексту,</w:t>
      </w:r>
      <w:r w:rsidRPr="00E85698">
        <w:rPr>
          <w:spacing w:val="-3"/>
        </w:rPr>
        <w:t xml:space="preserve"> </w:t>
      </w:r>
      <w:r w:rsidRPr="00E85698">
        <w:t>с</w:t>
      </w:r>
      <w:r w:rsidRPr="00E85698">
        <w:rPr>
          <w:spacing w:val="-3"/>
        </w:rPr>
        <w:t xml:space="preserve"> </w:t>
      </w:r>
      <w:r w:rsidRPr="00E85698">
        <w:t>помощью</w:t>
      </w:r>
      <w:r w:rsidRPr="00E85698">
        <w:rPr>
          <w:spacing w:val="-4"/>
        </w:rPr>
        <w:t xml:space="preserve"> </w:t>
      </w:r>
      <w:r w:rsidRPr="00E85698">
        <w:t>толкового</w:t>
      </w:r>
      <w:r w:rsidRPr="00E85698">
        <w:rPr>
          <w:spacing w:val="-3"/>
        </w:rPr>
        <w:t xml:space="preserve"> </w:t>
      </w:r>
      <w:r w:rsidRPr="00E85698">
        <w:t>словаря).</w:t>
      </w:r>
    </w:p>
    <w:p w:rsidR="00624C8A" w:rsidRPr="00E85698" w:rsidRDefault="00CB6516">
      <w:pPr>
        <w:pStyle w:val="a5"/>
        <w:spacing w:line="275" w:lineRule="exact"/>
        <w:ind w:left="286"/>
      </w:pPr>
      <w:r w:rsidRPr="00E85698">
        <w:t>Распознавать</w:t>
      </w:r>
      <w:r w:rsidRPr="00E85698">
        <w:rPr>
          <w:spacing w:val="-5"/>
        </w:rPr>
        <w:t xml:space="preserve"> </w:t>
      </w:r>
      <w:r w:rsidRPr="00E85698">
        <w:t>однозначные</w:t>
      </w:r>
      <w:r w:rsidRPr="00E85698">
        <w:rPr>
          <w:spacing w:val="-4"/>
        </w:rPr>
        <w:t xml:space="preserve"> </w:t>
      </w:r>
      <w:r w:rsidRPr="00E85698">
        <w:t>и</w:t>
      </w:r>
      <w:r w:rsidRPr="00E85698">
        <w:rPr>
          <w:spacing w:val="-4"/>
        </w:rPr>
        <w:t xml:space="preserve"> </w:t>
      </w:r>
      <w:r w:rsidRPr="00E85698">
        <w:t>многозначные</w:t>
      </w:r>
      <w:r w:rsidRPr="00E85698">
        <w:rPr>
          <w:spacing w:val="-3"/>
        </w:rPr>
        <w:t xml:space="preserve"> </w:t>
      </w:r>
      <w:r w:rsidRPr="00E85698">
        <w:t>слова,</w:t>
      </w:r>
      <w:r w:rsidRPr="00E85698">
        <w:rPr>
          <w:spacing w:val="-4"/>
        </w:rPr>
        <w:t xml:space="preserve"> </w:t>
      </w:r>
      <w:r w:rsidRPr="00E85698">
        <w:t>различать</w:t>
      </w:r>
      <w:r w:rsidRPr="00E85698">
        <w:rPr>
          <w:spacing w:val="-5"/>
        </w:rPr>
        <w:t xml:space="preserve"> </w:t>
      </w:r>
      <w:r w:rsidRPr="00E85698">
        <w:t>прямое</w:t>
      </w:r>
      <w:r w:rsidRPr="00E85698">
        <w:rPr>
          <w:spacing w:val="-3"/>
        </w:rPr>
        <w:t xml:space="preserve"> </w:t>
      </w:r>
      <w:r w:rsidRPr="00E85698">
        <w:t>и</w:t>
      </w:r>
      <w:r w:rsidRPr="00E85698">
        <w:rPr>
          <w:spacing w:val="-4"/>
        </w:rPr>
        <w:t xml:space="preserve"> </w:t>
      </w:r>
      <w:r w:rsidRPr="00E85698">
        <w:t>переносное</w:t>
      </w:r>
      <w:r w:rsidRPr="00E85698">
        <w:rPr>
          <w:spacing w:val="-4"/>
        </w:rPr>
        <w:t xml:space="preserve"> </w:t>
      </w:r>
      <w:r w:rsidRPr="00E85698">
        <w:t>значения</w:t>
      </w:r>
      <w:r w:rsidRPr="00E85698">
        <w:rPr>
          <w:spacing w:val="-4"/>
        </w:rPr>
        <w:t xml:space="preserve"> </w:t>
      </w:r>
      <w:r w:rsidRPr="00E85698">
        <w:t>слова.</w:t>
      </w:r>
    </w:p>
    <w:p w:rsidR="00624C8A" w:rsidRPr="00E85698" w:rsidRDefault="00CB6516">
      <w:pPr>
        <w:pStyle w:val="a5"/>
        <w:spacing w:before="60" w:line="292" w:lineRule="auto"/>
        <w:ind w:right="570" w:firstLine="180"/>
      </w:pPr>
      <w:r w:rsidRPr="00E85698">
        <w:t>Распознавать синонимы, антонимы, омонимы; различать многозначные слова и омонимы; уметь</w:t>
      </w:r>
      <w:r w:rsidRPr="00E85698">
        <w:rPr>
          <w:spacing w:val="-58"/>
        </w:rPr>
        <w:t xml:space="preserve"> </w:t>
      </w:r>
      <w:r w:rsidRPr="00E85698">
        <w:t>правильно</w:t>
      </w:r>
      <w:r w:rsidRPr="00E85698">
        <w:rPr>
          <w:spacing w:val="-1"/>
        </w:rPr>
        <w:t xml:space="preserve"> </w:t>
      </w:r>
      <w:r w:rsidRPr="00E85698">
        <w:t>употреблять</w:t>
      </w:r>
      <w:r w:rsidRPr="00E85698">
        <w:rPr>
          <w:spacing w:val="-1"/>
        </w:rPr>
        <w:t xml:space="preserve"> </w:t>
      </w:r>
      <w:r w:rsidRPr="00E85698">
        <w:t>слова-паронимы.</w:t>
      </w:r>
    </w:p>
    <w:p w:rsidR="00624C8A" w:rsidRPr="00E85698" w:rsidRDefault="00CB6516">
      <w:pPr>
        <w:pStyle w:val="a5"/>
        <w:spacing w:line="292" w:lineRule="auto"/>
        <w:ind w:left="286" w:right="2930"/>
      </w:pPr>
      <w:r w:rsidRPr="00E85698">
        <w:t>Характеризовать тематические группы слов, родовые и видовые понятия.</w:t>
      </w:r>
      <w:r w:rsidRPr="00E85698">
        <w:rPr>
          <w:spacing w:val="-58"/>
        </w:rPr>
        <w:t xml:space="preserve"> </w:t>
      </w:r>
      <w:r w:rsidRPr="00E85698">
        <w:t>Проводить</w:t>
      </w:r>
      <w:r w:rsidRPr="00E85698">
        <w:rPr>
          <w:spacing w:val="-2"/>
        </w:rPr>
        <w:t xml:space="preserve"> </w:t>
      </w:r>
      <w:r w:rsidRPr="00E85698">
        <w:t>лексический</w:t>
      </w:r>
      <w:r w:rsidRPr="00E85698">
        <w:rPr>
          <w:spacing w:val="-1"/>
        </w:rPr>
        <w:t xml:space="preserve"> </w:t>
      </w:r>
      <w:r w:rsidRPr="00E85698">
        <w:t>анализ</w:t>
      </w:r>
      <w:r w:rsidRPr="00E85698">
        <w:rPr>
          <w:spacing w:val="-2"/>
        </w:rPr>
        <w:t xml:space="preserve"> </w:t>
      </w:r>
      <w:r w:rsidRPr="00E85698">
        <w:t>слов</w:t>
      </w:r>
      <w:r w:rsidRPr="00E85698">
        <w:rPr>
          <w:spacing w:val="-2"/>
        </w:rPr>
        <w:t xml:space="preserve"> </w:t>
      </w:r>
      <w:r w:rsidRPr="00E85698">
        <w:t>(в</w:t>
      </w:r>
      <w:r w:rsidRPr="00E85698">
        <w:rPr>
          <w:spacing w:val="-2"/>
        </w:rPr>
        <w:t xml:space="preserve"> </w:t>
      </w:r>
      <w:r w:rsidRPr="00E85698">
        <w:t>рамках изученного).</w:t>
      </w:r>
    </w:p>
    <w:p w:rsidR="00624C8A" w:rsidRPr="00E85698" w:rsidRDefault="00CB6516">
      <w:pPr>
        <w:pStyle w:val="a5"/>
        <w:spacing w:line="292" w:lineRule="auto"/>
        <w:ind w:right="396" w:firstLine="180"/>
      </w:pPr>
      <w:r w:rsidRPr="00E85698">
        <w:t>Уметь</w:t>
      </w:r>
      <w:r w:rsidRPr="00E85698">
        <w:rPr>
          <w:spacing w:val="-7"/>
        </w:rPr>
        <w:t xml:space="preserve"> </w:t>
      </w:r>
      <w:r w:rsidRPr="00E85698">
        <w:t>пользоваться</w:t>
      </w:r>
      <w:r w:rsidRPr="00E85698">
        <w:rPr>
          <w:spacing w:val="-6"/>
        </w:rPr>
        <w:t xml:space="preserve"> </w:t>
      </w:r>
      <w:r w:rsidRPr="00E85698">
        <w:t>лексическими</w:t>
      </w:r>
      <w:r w:rsidRPr="00E85698">
        <w:rPr>
          <w:spacing w:val="-5"/>
        </w:rPr>
        <w:t xml:space="preserve"> </w:t>
      </w:r>
      <w:r w:rsidRPr="00E85698">
        <w:t>словарями</w:t>
      </w:r>
      <w:r w:rsidRPr="00E85698">
        <w:rPr>
          <w:spacing w:val="-6"/>
        </w:rPr>
        <w:t xml:space="preserve"> </w:t>
      </w:r>
      <w:r w:rsidRPr="00E85698">
        <w:t>(толковым</w:t>
      </w:r>
      <w:r w:rsidRPr="00E85698">
        <w:rPr>
          <w:spacing w:val="-5"/>
        </w:rPr>
        <w:t xml:space="preserve"> </w:t>
      </w:r>
      <w:r w:rsidRPr="00E85698">
        <w:t>словарём,</w:t>
      </w:r>
      <w:r w:rsidRPr="00E85698">
        <w:rPr>
          <w:spacing w:val="-5"/>
        </w:rPr>
        <w:t xml:space="preserve"> </w:t>
      </w:r>
      <w:r w:rsidRPr="00E85698">
        <w:t>словарями</w:t>
      </w:r>
      <w:r w:rsidRPr="00E85698">
        <w:rPr>
          <w:spacing w:val="-6"/>
        </w:rPr>
        <w:t xml:space="preserve"> </w:t>
      </w:r>
      <w:r w:rsidRPr="00E85698">
        <w:t>синонимов,</w:t>
      </w:r>
      <w:r w:rsidRPr="00E85698">
        <w:rPr>
          <w:spacing w:val="-57"/>
        </w:rPr>
        <w:t xml:space="preserve"> </w:t>
      </w:r>
      <w:r w:rsidRPr="00E85698">
        <w:t>антонимов,</w:t>
      </w:r>
      <w:r w:rsidRPr="00E85698">
        <w:rPr>
          <w:spacing w:val="-1"/>
        </w:rPr>
        <w:t xml:space="preserve"> </w:t>
      </w:r>
      <w:r w:rsidRPr="00E85698">
        <w:t>омонимов, паронимов).</w:t>
      </w:r>
    </w:p>
    <w:p w:rsidR="00624C8A" w:rsidRPr="00E85698" w:rsidRDefault="00CB6516">
      <w:pPr>
        <w:pStyle w:val="11"/>
        <w:spacing w:line="275" w:lineRule="exact"/>
      </w:pPr>
      <w:proofErr w:type="spellStart"/>
      <w:r w:rsidRPr="00E85698">
        <w:t>Морфемика</w:t>
      </w:r>
      <w:proofErr w:type="spellEnd"/>
      <w:r w:rsidRPr="00E85698">
        <w:t>.</w:t>
      </w:r>
      <w:r w:rsidRPr="00E85698">
        <w:rPr>
          <w:spacing w:val="-6"/>
        </w:rPr>
        <w:t xml:space="preserve"> </w:t>
      </w:r>
      <w:r w:rsidRPr="00E85698">
        <w:t>Орфография</w:t>
      </w:r>
    </w:p>
    <w:p w:rsidR="00624C8A" w:rsidRPr="00E85698" w:rsidRDefault="00CB6516">
      <w:pPr>
        <w:pStyle w:val="a5"/>
        <w:spacing w:before="58"/>
        <w:ind w:left="286"/>
      </w:pPr>
      <w:r w:rsidRPr="00E85698">
        <w:t>Характеризовать</w:t>
      </w:r>
      <w:r w:rsidRPr="00E85698">
        <w:rPr>
          <w:spacing w:val="-5"/>
        </w:rPr>
        <w:t xml:space="preserve"> </w:t>
      </w:r>
      <w:r w:rsidRPr="00E85698">
        <w:t>морфему</w:t>
      </w:r>
      <w:r w:rsidRPr="00E85698">
        <w:rPr>
          <w:spacing w:val="-4"/>
        </w:rPr>
        <w:t xml:space="preserve"> </w:t>
      </w:r>
      <w:r w:rsidRPr="00E85698">
        <w:t>как</w:t>
      </w:r>
      <w:r w:rsidRPr="00E85698">
        <w:rPr>
          <w:spacing w:val="-4"/>
        </w:rPr>
        <w:t xml:space="preserve"> </w:t>
      </w:r>
      <w:r w:rsidRPr="00E85698">
        <w:t>минимальную</w:t>
      </w:r>
      <w:r w:rsidRPr="00E85698">
        <w:rPr>
          <w:spacing w:val="-5"/>
        </w:rPr>
        <w:t xml:space="preserve"> </w:t>
      </w:r>
      <w:r w:rsidRPr="00E85698">
        <w:t>значимую</w:t>
      </w:r>
      <w:r w:rsidRPr="00E85698">
        <w:rPr>
          <w:spacing w:val="-4"/>
        </w:rPr>
        <w:t xml:space="preserve"> </w:t>
      </w:r>
      <w:r w:rsidRPr="00E85698">
        <w:t>единицу</w:t>
      </w:r>
      <w:r w:rsidRPr="00E85698">
        <w:rPr>
          <w:spacing w:val="-4"/>
        </w:rPr>
        <w:t xml:space="preserve"> </w:t>
      </w:r>
      <w:r w:rsidRPr="00E85698">
        <w:t>языка.</w:t>
      </w:r>
    </w:p>
    <w:p w:rsidR="00624C8A" w:rsidRPr="00E85698" w:rsidRDefault="00CB6516">
      <w:pPr>
        <w:pStyle w:val="a5"/>
        <w:spacing w:before="60" w:line="292" w:lineRule="auto"/>
        <w:ind w:left="286" w:right="496"/>
      </w:pPr>
      <w:r w:rsidRPr="00E85698">
        <w:t>Распознавать морфемы в слове (корень, приставку, суффикс, окончание), выделять основу слова.</w:t>
      </w:r>
      <w:r w:rsidRPr="00E85698">
        <w:rPr>
          <w:spacing w:val="-58"/>
        </w:rPr>
        <w:t xml:space="preserve"> </w:t>
      </w:r>
      <w:r w:rsidRPr="00E85698">
        <w:t>Находить</w:t>
      </w:r>
      <w:r w:rsidRPr="00E85698">
        <w:rPr>
          <w:spacing w:val="-3"/>
        </w:rPr>
        <w:t xml:space="preserve"> </w:t>
      </w:r>
      <w:r w:rsidRPr="00E85698">
        <w:t>чередование</w:t>
      </w:r>
      <w:r w:rsidRPr="00E85698">
        <w:rPr>
          <w:spacing w:val="-2"/>
        </w:rPr>
        <w:t xml:space="preserve"> </w:t>
      </w:r>
      <w:r w:rsidRPr="00E85698">
        <w:t>звуков</w:t>
      </w:r>
      <w:r w:rsidRPr="00E85698">
        <w:rPr>
          <w:spacing w:val="-3"/>
        </w:rPr>
        <w:t xml:space="preserve"> </w:t>
      </w:r>
      <w:r w:rsidRPr="00E85698">
        <w:t>в</w:t>
      </w:r>
      <w:r w:rsidRPr="00E85698">
        <w:rPr>
          <w:spacing w:val="-2"/>
        </w:rPr>
        <w:t xml:space="preserve"> </w:t>
      </w:r>
      <w:r w:rsidRPr="00E85698">
        <w:t>морфемах</w:t>
      </w:r>
      <w:r w:rsidRPr="00E85698">
        <w:rPr>
          <w:spacing w:val="-2"/>
        </w:rPr>
        <w:t xml:space="preserve"> </w:t>
      </w:r>
      <w:r w:rsidRPr="00E85698">
        <w:t>(в</w:t>
      </w:r>
      <w:r w:rsidRPr="00E85698">
        <w:rPr>
          <w:spacing w:val="-3"/>
        </w:rPr>
        <w:t xml:space="preserve"> </w:t>
      </w:r>
      <w:r w:rsidRPr="00E85698">
        <w:t>том</w:t>
      </w:r>
      <w:r w:rsidRPr="00E85698">
        <w:rPr>
          <w:spacing w:val="-2"/>
        </w:rPr>
        <w:t xml:space="preserve"> </w:t>
      </w:r>
      <w:r w:rsidRPr="00E85698">
        <w:t>числе</w:t>
      </w:r>
      <w:r w:rsidRPr="00E85698">
        <w:rPr>
          <w:spacing w:val="-2"/>
        </w:rPr>
        <w:t xml:space="preserve"> </w:t>
      </w:r>
      <w:r w:rsidRPr="00E85698">
        <w:t>чередование</w:t>
      </w:r>
      <w:r w:rsidRPr="00E85698">
        <w:rPr>
          <w:spacing w:val="-1"/>
        </w:rPr>
        <w:t xml:space="preserve"> </w:t>
      </w:r>
      <w:r w:rsidRPr="00E85698">
        <w:t>гласных</w:t>
      </w:r>
      <w:r w:rsidRPr="00E85698">
        <w:rPr>
          <w:spacing w:val="-2"/>
        </w:rPr>
        <w:t xml:space="preserve"> </w:t>
      </w:r>
      <w:r w:rsidRPr="00E85698">
        <w:t>с</w:t>
      </w:r>
      <w:r w:rsidRPr="00E85698">
        <w:rPr>
          <w:spacing w:val="-2"/>
        </w:rPr>
        <w:t xml:space="preserve"> </w:t>
      </w:r>
      <w:r w:rsidRPr="00E85698">
        <w:t>нулём</w:t>
      </w:r>
      <w:r w:rsidRPr="00E85698">
        <w:rPr>
          <w:spacing w:val="-2"/>
        </w:rPr>
        <w:t xml:space="preserve"> </w:t>
      </w:r>
      <w:r w:rsidRPr="00E85698">
        <w:t>звука).</w:t>
      </w:r>
    </w:p>
    <w:p w:rsidR="00624C8A" w:rsidRPr="00E85698" w:rsidRDefault="00CB6516">
      <w:pPr>
        <w:pStyle w:val="a5"/>
        <w:spacing w:line="275" w:lineRule="exact"/>
        <w:ind w:left="286"/>
      </w:pPr>
      <w:r w:rsidRPr="00E85698">
        <w:t>Проводить</w:t>
      </w:r>
      <w:r w:rsidRPr="00E85698">
        <w:rPr>
          <w:spacing w:val="-4"/>
        </w:rPr>
        <w:t xml:space="preserve"> </w:t>
      </w:r>
      <w:r w:rsidRPr="00E85698">
        <w:t>морфемный</w:t>
      </w:r>
      <w:r w:rsidRPr="00E85698">
        <w:rPr>
          <w:spacing w:val="-3"/>
        </w:rPr>
        <w:t xml:space="preserve"> </w:t>
      </w:r>
      <w:r w:rsidRPr="00E85698">
        <w:t>анализ</w:t>
      </w:r>
      <w:r w:rsidRPr="00E85698">
        <w:rPr>
          <w:spacing w:val="-4"/>
        </w:rPr>
        <w:t xml:space="preserve"> </w:t>
      </w:r>
      <w:r w:rsidRPr="00E85698">
        <w:t>слов.</w:t>
      </w:r>
    </w:p>
    <w:p w:rsidR="00624C8A" w:rsidRPr="00E85698" w:rsidRDefault="00CB6516">
      <w:pPr>
        <w:pStyle w:val="a5"/>
        <w:spacing w:before="60" w:line="292" w:lineRule="auto"/>
        <w:ind w:right="150" w:firstLine="180"/>
      </w:pPr>
      <w:r w:rsidRPr="00E85698">
        <w:t xml:space="preserve">Применять знания по </w:t>
      </w:r>
      <w:proofErr w:type="spellStart"/>
      <w:r w:rsidRPr="00E85698">
        <w:t>морфемике</w:t>
      </w:r>
      <w:proofErr w:type="spellEnd"/>
      <w:r w:rsidRPr="00E85698">
        <w:t xml:space="preserve"> при выполнении языкового анализа различных видов и в практике</w:t>
      </w:r>
      <w:r w:rsidRPr="00E85698">
        <w:rPr>
          <w:spacing w:val="-57"/>
        </w:rPr>
        <w:t xml:space="preserve"> </w:t>
      </w:r>
      <w:r w:rsidRPr="00E85698">
        <w:t>правописания неизменяемых приставок и приставок на -з (-с); ы — и после приставок; корней с</w:t>
      </w:r>
      <w:r w:rsidRPr="00E85698">
        <w:rPr>
          <w:spacing w:val="1"/>
        </w:rPr>
        <w:t xml:space="preserve"> </w:t>
      </w:r>
      <w:r w:rsidRPr="00E85698">
        <w:t>безударными проверяемыми, непроверяемыми, чередующимися гласными (в рамках изученного);</w:t>
      </w:r>
      <w:r w:rsidRPr="00E85698">
        <w:rPr>
          <w:spacing w:val="1"/>
        </w:rPr>
        <w:t xml:space="preserve"> </w:t>
      </w:r>
      <w:r w:rsidRPr="00E85698">
        <w:t>корней с проверяемыми, непроверяемыми, непроизносимыми согласными (в рамках изученного); ё —</w:t>
      </w:r>
      <w:r w:rsidRPr="00E85698">
        <w:rPr>
          <w:spacing w:val="-57"/>
        </w:rPr>
        <w:t xml:space="preserve"> </w:t>
      </w:r>
      <w:r w:rsidRPr="00E85698">
        <w:t>о</w:t>
      </w:r>
      <w:r w:rsidRPr="00E85698">
        <w:rPr>
          <w:spacing w:val="-1"/>
        </w:rPr>
        <w:t xml:space="preserve"> </w:t>
      </w:r>
      <w:r w:rsidRPr="00E85698">
        <w:t>после шипящих в</w:t>
      </w:r>
      <w:r w:rsidRPr="00E85698">
        <w:rPr>
          <w:spacing w:val="-1"/>
        </w:rPr>
        <w:t xml:space="preserve"> </w:t>
      </w:r>
      <w:r w:rsidRPr="00E85698">
        <w:t xml:space="preserve">корне слова; </w:t>
      </w:r>
      <w:r w:rsidRPr="00E85698">
        <w:rPr>
          <w:b/>
          <w:i/>
        </w:rPr>
        <w:t>ы</w:t>
      </w:r>
      <w:r w:rsidRPr="00E85698">
        <w:rPr>
          <w:b/>
          <w:i/>
          <w:spacing w:val="1"/>
        </w:rPr>
        <w:t xml:space="preserve"> </w:t>
      </w:r>
      <w:r w:rsidRPr="00E85698">
        <w:t>—</w:t>
      </w:r>
      <w:r w:rsidRPr="00E85698">
        <w:rPr>
          <w:spacing w:val="-1"/>
        </w:rPr>
        <w:t xml:space="preserve"> </w:t>
      </w:r>
      <w:r w:rsidRPr="00E85698">
        <w:rPr>
          <w:b/>
          <w:i/>
        </w:rPr>
        <w:t>и</w:t>
      </w:r>
      <w:r w:rsidRPr="00E85698">
        <w:rPr>
          <w:b/>
          <w:i/>
          <w:spacing w:val="-2"/>
        </w:rPr>
        <w:t xml:space="preserve"> </w:t>
      </w:r>
      <w:r w:rsidRPr="00E85698">
        <w:t>после</w:t>
      </w:r>
      <w:r w:rsidRPr="00E85698">
        <w:rPr>
          <w:spacing w:val="-6"/>
        </w:rPr>
        <w:t xml:space="preserve"> </w:t>
      </w:r>
      <w:r w:rsidRPr="00E85698">
        <w:rPr>
          <w:b/>
          <w:i/>
        </w:rPr>
        <w:t>ц</w:t>
      </w:r>
      <w:r w:rsidRPr="00E85698">
        <w:t>.</w:t>
      </w:r>
    </w:p>
    <w:p w:rsidR="00624C8A" w:rsidRPr="00E85698" w:rsidRDefault="00CB6516">
      <w:pPr>
        <w:pStyle w:val="a5"/>
        <w:spacing w:line="292" w:lineRule="auto"/>
        <w:ind w:left="286" w:right="3153"/>
      </w:pPr>
      <w:r w:rsidRPr="00E85698">
        <w:t>Уместно использовать слова с суффиксами оценки в собственной речи.</w:t>
      </w:r>
      <w:r w:rsidRPr="00E85698">
        <w:rPr>
          <w:spacing w:val="-58"/>
        </w:rPr>
        <w:t xml:space="preserve"> </w:t>
      </w:r>
      <w:r w:rsidRPr="00E85698">
        <w:t>Морфология.</w:t>
      </w:r>
      <w:r w:rsidRPr="00E85698">
        <w:rPr>
          <w:spacing w:val="-1"/>
        </w:rPr>
        <w:t xml:space="preserve"> </w:t>
      </w:r>
      <w:r w:rsidRPr="00E85698">
        <w:t>Культура речи. Орфография</w:t>
      </w:r>
    </w:p>
    <w:p w:rsidR="00624C8A" w:rsidRPr="00E85698" w:rsidRDefault="00CB6516">
      <w:pPr>
        <w:pStyle w:val="a5"/>
        <w:spacing w:line="292" w:lineRule="auto"/>
        <w:ind w:right="685" w:firstLine="180"/>
        <w:jc w:val="both"/>
      </w:pPr>
      <w:r w:rsidRPr="00E85698">
        <w:t>Применять знания о частях речи как лексико-грамматических разрядах слов, о грамматическом</w:t>
      </w:r>
      <w:r w:rsidRPr="00E85698">
        <w:rPr>
          <w:spacing w:val="-58"/>
        </w:rPr>
        <w:t xml:space="preserve"> </w:t>
      </w:r>
      <w:r w:rsidRPr="00E85698">
        <w:t>значении слова, о системе частей речи в русском языке для решения практико-ориентированных</w:t>
      </w:r>
      <w:r w:rsidRPr="00E85698">
        <w:rPr>
          <w:spacing w:val="1"/>
        </w:rPr>
        <w:t xml:space="preserve"> </w:t>
      </w:r>
      <w:r w:rsidRPr="00E85698">
        <w:t>учебных</w:t>
      </w:r>
      <w:r w:rsidRPr="00E85698">
        <w:rPr>
          <w:spacing w:val="-1"/>
        </w:rPr>
        <w:t xml:space="preserve"> </w:t>
      </w:r>
      <w:r w:rsidRPr="00E85698">
        <w:t>задач.</w:t>
      </w:r>
    </w:p>
    <w:p w:rsidR="00624C8A" w:rsidRPr="00E85698" w:rsidRDefault="00CB6516">
      <w:pPr>
        <w:pStyle w:val="a5"/>
        <w:spacing w:line="274" w:lineRule="exact"/>
        <w:ind w:left="286"/>
        <w:jc w:val="both"/>
      </w:pPr>
      <w:r w:rsidRPr="00E85698">
        <w:t>Распознавать</w:t>
      </w:r>
      <w:r w:rsidRPr="00E85698">
        <w:rPr>
          <w:spacing w:val="-6"/>
        </w:rPr>
        <w:t xml:space="preserve"> </w:t>
      </w:r>
      <w:r w:rsidRPr="00E85698">
        <w:t>имена</w:t>
      </w:r>
      <w:r w:rsidRPr="00E85698">
        <w:rPr>
          <w:spacing w:val="-6"/>
        </w:rPr>
        <w:t xml:space="preserve"> </w:t>
      </w:r>
      <w:r w:rsidRPr="00E85698">
        <w:t>существительные,</w:t>
      </w:r>
      <w:r w:rsidRPr="00E85698">
        <w:rPr>
          <w:spacing w:val="-5"/>
        </w:rPr>
        <w:t xml:space="preserve"> </w:t>
      </w:r>
      <w:r w:rsidRPr="00E85698">
        <w:t>имена</w:t>
      </w:r>
      <w:r w:rsidRPr="00E85698">
        <w:rPr>
          <w:spacing w:val="-5"/>
        </w:rPr>
        <w:t xml:space="preserve"> </w:t>
      </w:r>
      <w:r w:rsidRPr="00E85698">
        <w:t>прилагательные,</w:t>
      </w:r>
      <w:r w:rsidRPr="00E85698">
        <w:rPr>
          <w:spacing w:val="-5"/>
        </w:rPr>
        <w:t xml:space="preserve"> </w:t>
      </w:r>
      <w:r w:rsidRPr="00E85698">
        <w:t>глаголы.</w:t>
      </w:r>
    </w:p>
    <w:p w:rsidR="00624C8A" w:rsidRPr="00E85698" w:rsidRDefault="00CB6516">
      <w:pPr>
        <w:pStyle w:val="a5"/>
        <w:spacing w:before="56" w:line="292" w:lineRule="auto"/>
        <w:ind w:right="408" w:firstLine="180"/>
      </w:pPr>
      <w:r w:rsidRPr="00E85698">
        <w:t>Проводить морфологический анализ имён существительных, частичный морфологический анализ</w:t>
      </w:r>
      <w:r w:rsidRPr="00E85698">
        <w:rPr>
          <w:spacing w:val="-58"/>
        </w:rPr>
        <w:t xml:space="preserve"> </w:t>
      </w:r>
      <w:r w:rsidRPr="00E85698">
        <w:t>имён</w:t>
      </w:r>
      <w:r w:rsidRPr="00E85698">
        <w:rPr>
          <w:spacing w:val="-1"/>
        </w:rPr>
        <w:t xml:space="preserve"> </w:t>
      </w:r>
      <w:r w:rsidRPr="00E85698">
        <w:t>прилагательных, глаголов.</w:t>
      </w:r>
    </w:p>
    <w:p w:rsidR="00624C8A" w:rsidRPr="00E85698" w:rsidRDefault="00CB6516">
      <w:pPr>
        <w:pStyle w:val="a5"/>
        <w:spacing w:line="292" w:lineRule="auto"/>
        <w:ind w:right="192" w:firstLine="180"/>
      </w:pPr>
      <w:r w:rsidRPr="00E85698">
        <w:t>Применять знания по морфологии при выполнении языкового анализа различных видов и в речевой</w:t>
      </w:r>
      <w:r w:rsidRPr="00E85698">
        <w:rPr>
          <w:spacing w:val="-58"/>
        </w:rPr>
        <w:t xml:space="preserve"> </w:t>
      </w:r>
      <w:r w:rsidRPr="00E85698">
        <w:t>практике.</w:t>
      </w:r>
    </w:p>
    <w:p w:rsidR="00624C8A" w:rsidRPr="00E85698" w:rsidRDefault="00CB6516">
      <w:pPr>
        <w:pStyle w:val="11"/>
        <w:spacing w:line="275" w:lineRule="exact"/>
      </w:pPr>
      <w:r w:rsidRPr="00E85698">
        <w:t>Имя</w:t>
      </w:r>
      <w:r w:rsidRPr="00E85698">
        <w:rPr>
          <w:spacing w:val="-7"/>
        </w:rPr>
        <w:t xml:space="preserve"> </w:t>
      </w:r>
      <w:r w:rsidRPr="00E85698">
        <w:t>существительное</w:t>
      </w:r>
    </w:p>
    <w:p w:rsidR="00624C8A" w:rsidRPr="00E85698" w:rsidRDefault="00CB6516">
      <w:pPr>
        <w:pStyle w:val="a5"/>
        <w:spacing w:before="59" w:line="292" w:lineRule="auto"/>
        <w:ind w:firstLine="180"/>
      </w:pPr>
      <w:r w:rsidRPr="00E85698">
        <w:t>Определять</w:t>
      </w:r>
      <w:r w:rsidRPr="00E85698">
        <w:rPr>
          <w:spacing w:val="-6"/>
        </w:rPr>
        <w:t xml:space="preserve"> </w:t>
      </w:r>
      <w:r w:rsidRPr="00E85698">
        <w:t>общее</w:t>
      </w:r>
      <w:r w:rsidRPr="00E85698">
        <w:rPr>
          <w:spacing w:val="-5"/>
        </w:rPr>
        <w:t xml:space="preserve"> </w:t>
      </w:r>
      <w:r w:rsidRPr="00E85698">
        <w:t>грамматическое</w:t>
      </w:r>
      <w:r w:rsidRPr="00E85698">
        <w:rPr>
          <w:spacing w:val="-5"/>
        </w:rPr>
        <w:t xml:space="preserve"> </w:t>
      </w:r>
      <w:r w:rsidRPr="00E85698">
        <w:t>значение,</w:t>
      </w:r>
      <w:r w:rsidRPr="00E85698">
        <w:rPr>
          <w:spacing w:val="-5"/>
        </w:rPr>
        <w:t xml:space="preserve"> </w:t>
      </w:r>
      <w:r w:rsidRPr="00E85698">
        <w:t>морфологические</w:t>
      </w:r>
      <w:r w:rsidRPr="00E85698">
        <w:rPr>
          <w:spacing w:val="-4"/>
        </w:rPr>
        <w:t xml:space="preserve"> </w:t>
      </w:r>
      <w:r w:rsidRPr="00E85698">
        <w:t>признаки</w:t>
      </w:r>
      <w:r w:rsidRPr="00E85698">
        <w:rPr>
          <w:spacing w:val="-5"/>
        </w:rPr>
        <w:t xml:space="preserve"> </w:t>
      </w:r>
      <w:r w:rsidRPr="00E85698">
        <w:t>и</w:t>
      </w:r>
      <w:r w:rsidRPr="00E85698">
        <w:rPr>
          <w:spacing w:val="-5"/>
        </w:rPr>
        <w:t xml:space="preserve"> </w:t>
      </w:r>
      <w:r w:rsidRPr="00E85698">
        <w:t>синтаксические</w:t>
      </w:r>
      <w:r w:rsidRPr="00E85698">
        <w:rPr>
          <w:spacing w:val="-5"/>
        </w:rPr>
        <w:t xml:space="preserve"> </w:t>
      </w:r>
      <w:r w:rsidRPr="00E85698">
        <w:t>функции</w:t>
      </w:r>
      <w:r w:rsidRPr="00E85698">
        <w:rPr>
          <w:spacing w:val="-57"/>
        </w:rPr>
        <w:t xml:space="preserve"> </w:t>
      </w:r>
      <w:r w:rsidRPr="00E85698">
        <w:t>имени</w:t>
      </w:r>
      <w:r w:rsidRPr="00E85698">
        <w:rPr>
          <w:spacing w:val="-1"/>
        </w:rPr>
        <w:t xml:space="preserve"> </w:t>
      </w:r>
      <w:r w:rsidRPr="00E85698">
        <w:t>существительного;</w:t>
      </w:r>
      <w:r w:rsidRPr="00E85698">
        <w:rPr>
          <w:spacing w:val="-1"/>
        </w:rPr>
        <w:t xml:space="preserve"> </w:t>
      </w:r>
      <w:r w:rsidRPr="00E85698">
        <w:t>объяснять</w:t>
      </w:r>
      <w:r w:rsidRPr="00E85698">
        <w:rPr>
          <w:spacing w:val="-1"/>
        </w:rPr>
        <w:t xml:space="preserve"> </w:t>
      </w:r>
      <w:r w:rsidRPr="00E85698">
        <w:t>его роль</w:t>
      </w:r>
      <w:r w:rsidRPr="00E85698">
        <w:rPr>
          <w:spacing w:val="-2"/>
        </w:rPr>
        <w:t xml:space="preserve"> </w:t>
      </w:r>
      <w:r w:rsidRPr="00E85698">
        <w:t>в</w:t>
      </w:r>
      <w:r w:rsidRPr="00E85698">
        <w:rPr>
          <w:spacing w:val="-1"/>
        </w:rPr>
        <w:t xml:space="preserve"> </w:t>
      </w:r>
      <w:r w:rsidRPr="00E85698">
        <w:t>речи.</w:t>
      </w:r>
    </w:p>
    <w:p w:rsidR="00624C8A" w:rsidRPr="00E85698" w:rsidRDefault="00CB6516">
      <w:pPr>
        <w:pStyle w:val="a5"/>
        <w:spacing w:line="275" w:lineRule="exact"/>
        <w:ind w:left="286"/>
      </w:pPr>
      <w:r w:rsidRPr="00E85698">
        <w:t>Определять</w:t>
      </w:r>
      <w:r w:rsidRPr="00E85698">
        <w:rPr>
          <w:spacing w:val="-8"/>
        </w:rPr>
        <w:t xml:space="preserve"> </w:t>
      </w:r>
      <w:r w:rsidRPr="00E85698">
        <w:t>лексико-грамматические</w:t>
      </w:r>
      <w:r w:rsidRPr="00E85698">
        <w:rPr>
          <w:spacing w:val="-7"/>
        </w:rPr>
        <w:t xml:space="preserve"> </w:t>
      </w:r>
      <w:r w:rsidRPr="00E85698">
        <w:t>разряды</w:t>
      </w:r>
      <w:r w:rsidRPr="00E85698">
        <w:rPr>
          <w:spacing w:val="-6"/>
        </w:rPr>
        <w:t xml:space="preserve"> </w:t>
      </w:r>
      <w:r w:rsidRPr="00E85698">
        <w:t>имён</w:t>
      </w:r>
      <w:r w:rsidRPr="00E85698">
        <w:rPr>
          <w:spacing w:val="-7"/>
        </w:rPr>
        <w:t xml:space="preserve"> </w:t>
      </w:r>
      <w:r w:rsidRPr="00E85698">
        <w:t>существительных.</w:t>
      </w:r>
    </w:p>
    <w:p w:rsidR="00624C8A" w:rsidRPr="00E85698" w:rsidRDefault="00CB6516">
      <w:pPr>
        <w:pStyle w:val="a5"/>
        <w:spacing w:before="60" w:line="292" w:lineRule="auto"/>
        <w:ind w:right="396" w:firstLine="180"/>
      </w:pPr>
      <w:r w:rsidRPr="00E85698">
        <w:t>Различать</w:t>
      </w:r>
      <w:r w:rsidRPr="00E85698">
        <w:rPr>
          <w:spacing w:val="-6"/>
        </w:rPr>
        <w:t xml:space="preserve"> </w:t>
      </w:r>
      <w:r w:rsidRPr="00E85698">
        <w:t>типы</w:t>
      </w:r>
      <w:r w:rsidRPr="00E85698">
        <w:rPr>
          <w:spacing w:val="-5"/>
        </w:rPr>
        <w:t xml:space="preserve"> </w:t>
      </w:r>
      <w:r w:rsidRPr="00E85698">
        <w:t>склонения</w:t>
      </w:r>
      <w:r w:rsidRPr="00E85698">
        <w:rPr>
          <w:spacing w:val="-6"/>
        </w:rPr>
        <w:t xml:space="preserve"> </w:t>
      </w:r>
      <w:r w:rsidRPr="00E85698">
        <w:t>имён</w:t>
      </w:r>
      <w:r w:rsidRPr="00E85698">
        <w:rPr>
          <w:spacing w:val="-5"/>
        </w:rPr>
        <w:t xml:space="preserve"> </w:t>
      </w:r>
      <w:r w:rsidRPr="00E85698">
        <w:t>существительных,</w:t>
      </w:r>
      <w:r w:rsidRPr="00E85698">
        <w:rPr>
          <w:spacing w:val="-4"/>
        </w:rPr>
        <w:t xml:space="preserve"> </w:t>
      </w:r>
      <w:r w:rsidRPr="00E85698">
        <w:t>выявлять</w:t>
      </w:r>
      <w:r w:rsidRPr="00E85698">
        <w:rPr>
          <w:spacing w:val="-6"/>
        </w:rPr>
        <w:t xml:space="preserve"> </w:t>
      </w:r>
      <w:r w:rsidRPr="00E85698">
        <w:t>разносклоняемые</w:t>
      </w:r>
      <w:r w:rsidRPr="00E85698">
        <w:rPr>
          <w:spacing w:val="-5"/>
        </w:rPr>
        <w:t xml:space="preserve"> </w:t>
      </w:r>
      <w:r w:rsidRPr="00E85698">
        <w:t>и</w:t>
      </w:r>
      <w:r w:rsidRPr="00E85698">
        <w:rPr>
          <w:spacing w:val="-5"/>
        </w:rPr>
        <w:t xml:space="preserve"> </w:t>
      </w:r>
      <w:r w:rsidRPr="00E85698">
        <w:t>несклоняемые</w:t>
      </w:r>
      <w:r w:rsidRPr="00E85698">
        <w:rPr>
          <w:spacing w:val="-57"/>
        </w:rPr>
        <w:t xml:space="preserve"> </w:t>
      </w:r>
      <w:r w:rsidRPr="00E85698">
        <w:t>имена</w:t>
      </w:r>
      <w:r w:rsidRPr="00E85698">
        <w:rPr>
          <w:spacing w:val="-1"/>
        </w:rPr>
        <w:t xml:space="preserve"> </w:t>
      </w:r>
      <w:r w:rsidRPr="00E85698">
        <w:t>существительные.</w:t>
      </w:r>
    </w:p>
    <w:p w:rsidR="00624C8A" w:rsidRPr="00E85698" w:rsidRDefault="00CB6516">
      <w:pPr>
        <w:pStyle w:val="a5"/>
        <w:spacing w:line="275" w:lineRule="exact"/>
        <w:ind w:left="286"/>
      </w:pPr>
      <w:r w:rsidRPr="00E85698">
        <w:t>Проводить</w:t>
      </w:r>
      <w:r w:rsidRPr="00E85698">
        <w:rPr>
          <w:spacing w:val="-6"/>
        </w:rPr>
        <w:t xml:space="preserve"> </w:t>
      </w:r>
      <w:r w:rsidRPr="00E85698">
        <w:t>морфологический</w:t>
      </w:r>
      <w:r w:rsidRPr="00E85698">
        <w:rPr>
          <w:spacing w:val="-4"/>
        </w:rPr>
        <w:t xml:space="preserve"> </w:t>
      </w:r>
      <w:r w:rsidRPr="00E85698">
        <w:t>анализ</w:t>
      </w:r>
      <w:r w:rsidRPr="00E85698">
        <w:rPr>
          <w:spacing w:val="-6"/>
        </w:rPr>
        <w:t xml:space="preserve"> </w:t>
      </w:r>
      <w:r w:rsidRPr="00E85698">
        <w:t>имён</w:t>
      </w:r>
      <w:r w:rsidRPr="00E85698">
        <w:rPr>
          <w:spacing w:val="-4"/>
        </w:rPr>
        <w:t xml:space="preserve"> </w:t>
      </w:r>
      <w:r w:rsidRPr="00E85698">
        <w:t>существительных.</w:t>
      </w:r>
    </w:p>
    <w:p w:rsidR="00624C8A" w:rsidRPr="00E85698" w:rsidRDefault="00CB6516">
      <w:pPr>
        <w:pStyle w:val="a5"/>
        <w:spacing w:before="60" w:line="292" w:lineRule="auto"/>
        <w:ind w:right="906" w:firstLine="180"/>
      </w:pPr>
      <w:r w:rsidRPr="00E85698">
        <w:t>Соблюдать нормы словоизменения, произношения имён существительных, постановки в них</w:t>
      </w:r>
      <w:r w:rsidRPr="00E85698">
        <w:rPr>
          <w:spacing w:val="-58"/>
        </w:rPr>
        <w:t xml:space="preserve"> </w:t>
      </w:r>
      <w:r w:rsidRPr="00E85698">
        <w:t>ударения</w:t>
      </w:r>
      <w:r w:rsidRPr="00E85698">
        <w:rPr>
          <w:spacing w:val="-3"/>
        </w:rPr>
        <w:t xml:space="preserve"> </w:t>
      </w:r>
      <w:r w:rsidRPr="00E85698">
        <w:t>(в</w:t>
      </w:r>
      <w:r w:rsidRPr="00E85698">
        <w:rPr>
          <w:spacing w:val="-2"/>
        </w:rPr>
        <w:t xml:space="preserve"> </w:t>
      </w:r>
      <w:r w:rsidRPr="00E85698">
        <w:t>рамках</w:t>
      </w:r>
      <w:r w:rsidRPr="00E85698">
        <w:rPr>
          <w:spacing w:val="-2"/>
        </w:rPr>
        <w:t xml:space="preserve"> </w:t>
      </w:r>
      <w:r w:rsidRPr="00E85698">
        <w:t>изученного),</w:t>
      </w:r>
      <w:r w:rsidRPr="00E85698">
        <w:rPr>
          <w:spacing w:val="-1"/>
        </w:rPr>
        <w:t xml:space="preserve"> </w:t>
      </w:r>
      <w:r w:rsidRPr="00E85698">
        <w:t>употребления</w:t>
      </w:r>
      <w:r w:rsidRPr="00E85698">
        <w:rPr>
          <w:spacing w:val="-3"/>
        </w:rPr>
        <w:t xml:space="preserve"> </w:t>
      </w:r>
      <w:r w:rsidRPr="00E85698">
        <w:t>несклоняемых</w:t>
      </w:r>
      <w:r w:rsidRPr="00E85698">
        <w:rPr>
          <w:spacing w:val="-1"/>
        </w:rPr>
        <w:t xml:space="preserve"> </w:t>
      </w:r>
      <w:r w:rsidRPr="00E85698">
        <w:t>имён</w:t>
      </w:r>
      <w:r w:rsidRPr="00E85698">
        <w:rPr>
          <w:spacing w:val="-2"/>
        </w:rPr>
        <w:t xml:space="preserve"> </w:t>
      </w:r>
      <w:r w:rsidRPr="00E85698">
        <w:t>существительных.</w:t>
      </w:r>
    </w:p>
    <w:p w:rsidR="00624C8A" w:rsidRPr="00E85698" w:rsidRDefault="00CB6516">
      <w:pPr>
        <w:pStyle w:val="a5"/>
        <w:spacing w:line="275" w:lineRule="exact"/>
        <w:ind w:left="286"/>
      </w:pPr>
      <w:r w:rsidRPr="00E85698">
        <w:t>Соблюдать</w:t>
      </w:r>
      <w:r w:rsidRPr="00E85698">
        <w:rPr>
          <w:spacing w:val="-4"/>
        </w:rPr>
        <w:t xml:space="preserve"> </w:t>
      </w:r>
      <w:r w:rsidRPr="00E85698">
        <w:t>нормы</w:t>
      </w:r>
      <w:r w:rsidRPr="00E85698">
        <w:rPr>
          <w:spacing w:val="-2"/>
        </w:rPr>
        <w:t xml:space="preserve"> </w:t>
      </w:r>
      <w:r w:rsidRPr="00E85698">
        <w:t>правописания</w:t>
      </w:r>
      <w:r w:rsidRPr="00E85698">
        <w:rPr>
          <w:spacing w:val="-3"/>
        </w:rPr>
        <w:t xml:space="preserve"> </w:t>
      </w:r>
      <w:r w:rsidRPr="00E85698">
        <w:t>имён</w:t>
      </w:r>
      <w:r w:rsidRPr="00E85698">
        <w:rPr>
          <w:spacing w:val="-2"/>
        </w:rPr>
        <w:t xml:space="preserve"> </w:t>
      </w:r>
      <w:r w:rsidRPr="00E85698">
        <w:t>существительных:</w:t>
      </w:r>
      <w:r w:rsidRPr="00E85698">
        <w:rPr>
          <w:spacing w:val="-3"/>
        </w:rPr>
        <w:t xml:space="preserve"> </w:t>
      </w:r>
      <w:r w:rsidRPr="00E85698">
        <w:t>безударных</w:t>
      </w:r>
      <w:r w:rsidRPr="00E85698">
        <w:rPr>
          <w:spacing w:val="-3"/>
        </w:rPr>
        <w:t xml:space="preserve"> </w:t>
      </w:r>
      <w:r w:rsidRPr="00E85698">
        <w:t>окончаний;</w:t>
      </w:r>
      <w:r w:rsidRPr="00E85698">
        <w:rPr>
          <w:spacing w:val="-5"/>
        </w:rPr>
        <w:t xml:space="preserve"> </w:t>
      </w:r>
      <w:r w:rsidRPr="00E85698">
        <w:rPr>
          <w:b/>
          <w:i/>
        </w:rPr>
        <w:t>о</w:t>
      </w:r>
      <w:r w:rsidRPr="00E85698">
        <w:rPr>
          <w:b/>
          <w:i/>
          <w:spacing w:val="-2"/>
        </w:rPr>
        <w:t xml:space="preserve"> </w:t>
      </w:r>
      <w:r w:rsidRPr="00E85698">
        <w:t>—</w:t>
      </w:r>
      <w:r w:rsidRPr="00E85698">
        <w:rPr>
          <w:spacing w:val="-2"/>
        </w:rPr>
        <w:t xml:space="preserve"> </w:t>
      </w:r>
      <w:r w:rsidRPr="00E85698">
        <w:rPr>
          <w:b/>
          <w:i/>
        </w:rPr>
        <w:t>е</w:t>
      </w:r>
      <w:r w:rsidRPr="00E85698">
        <w:rPr>
          <w:b/>
          <w:i/>
          <w:spacing w:val="-1"/>
        </w:rPr>
        <w:t xml:space="preserve"> </w:t>
      </w:r>
      <w:r w:rsidRPr="00E85698">
        <w:t>(</w:t>
      </w:r>
      <w:r w:rsidRPr="00E85698">
        <w:rPr>
          <w:b/>
          <w:i/>
        </w:rPr>
        <w:t>ё</w:t>
      </w:r>
      <w:r w:rsidRPr="00E85698">
        <w:t>)</w:t>
      </w:r>
      <w:r w:rsidRPr="00E85698">
        <w:rPr>
          <w:spacing w:val="-4"/>
        </w:rPr>
        <w:t xml:space="preserve"> </w:t>
      </w:r>
      <w:r w:rsidRPr="00E85698">
        <w:t>после</w:t>
      </w:r>
    </w:p>
    <w:p w:rsidR="00624C8A" w:rsidRPr="00E85698" w:rsidRDefault="00624C8A">
      <w:pPr>
        <w:spacing w:line="275" w:lineRule="exact"/>
        <w:sectPr w:rsidR="00624C8A" w:rsidRPr="00E85698">
          <w:pgSz w:w="11900" w:h="16840"/>
          <w:pgMar w:top="540" w:right="540" w:bottom="280" w:left="560" w:header="720" w:footer="720" w:gutter="0"/>
          <w:cols w:space="720"/>
        </w:sectPr>
      </w:pPr>
    </w:p>
    <w:p w:rsidR="00624C8A" w:rsidRPr="00E85698" w:rsidRDefault="00CB6516">
      <w:pPr>
        <w:spacing w:before="62" w:line="292" w:lineRule="auto"/>
        <w:ind w:left="106" w:right="709"/>
        <w:rPr>
          <w:sz w:val="24"/>
        </w:rPr>
      </w:pPr>
      <w:r w:rsidRPr="00E85698">
        <w:rPr>
          <w:sz w:val="24"/>
        </w:rPr>
        <w:lastRenderedPageBreak/>
        <w:t xml:space="preserve">шипящих и </w:t>
      </w:r>
      <w:r w:rsidRPr="00E85698">
        <w:rPr>
          <w:b/>
          <w:i/>
          <w:sz w:val="24"/>
        </w:rPr>
        <w:t xml:space="preserve">ц </w:t>
      </w:r>
      <w:r w:rsidRPr="00E85698">
        <w:rPr>
          <w:sz w:val="24"/>
        </w:rPr>
        <w:t xml:space="preserve">в суффиксах и окончаниях; суффиксов </w:t>
      </w:r>
      <w:r w:rsidRPr="00E85698">
        <w:rPr>
          <w:b/>
          <w:sz w:val="24"/>
        </w:rPr>
        <w:t>-</w:t>
      </w:r>
      <w:r w:rsidRPr="00E85698">
        <w:rPr>
          <w:b/>
          <w:i/>
          <w:sz w:val="24"/>
        </w:rPr>
        <w:t>чик</w:t>
      </w:r>
      <w:r w:rsidRPr="00E85698">
        <w:rPr>
          <w:b/>
          <w:sz w:val="24"/>
        </w:rPr>
        <w:t xml:space="preserve">- </w:t>
      </w:r>
      <w:r w:rsidRPr="00E85698">
        <w:rPr>
          <w:sz w:val="24"/>
        </w:rPr>
        <w:t xml:space="preserve">— </w:t>
      </w:r>
      <w:r w:rsidRPr="00E85698">
        <w:rPr>
          <w:b/>
          <w:sz w:val="24"/>
        </w:rPr>
        <w:t>-</w:t>
      </w:r>
      <w:proofErr w:type="spellStart"/>
      <w:r w:rsidRPr="00E85698">
        <w:rPr>
          <w:b/>
          <w:i/>
          <w:sz w:val="24"/>
        </w:rPr>
        <w:t>щик</w:t>
      </w:r>
      <w:proofErr w:type="spellEnd"/>
      <w:r w:rsidRPr="00E85698">
        <w:rPr>
          <w:b/>
          <w:sz w:val="24"/>
        </w:rPr>
        <w:t>-</w:t>
      </w:r>
      <w:r w:rsidRPr="00E85698">
        <w:rPr>
          <w:sz w:val="24"/>
        </w:rPr>
        <w:t xml:space="preserve">, </w:t>
      </w:r>
      <w:r w:rsidRPr="00E85698">
        <w:rPr>
          <w:b/>
          <w:sz w:val="24"/>
        </w:rPr>
        <w:t>-</w:t>
      </w:r>
      <w:proofErr w:type="spellStart"/>
      <w:r w:rsidRPr="00E85698">
        <w:rPr>
          <w:b/>
          <w:i/>
          <w:sz w:val="24"/>
        </w:rPr>
        <w:t>ек</w:t>
      </w:r>
      <w:proofErr w:type="spellEnd"/>
      <w:r w:rsidRPr="00E85698">
        <w:rPr>
          <w:b/>
          <w:sz w:val="24"/>
        </w:rPr>
        <w:t xml:space="preserve">- </w:t>
      </w:r>
      <w:r w:rsidRPr="00E85698">
        <w:rPr>
          <w:sz w:val="24"/>
        </w:rPr>
        <w:t xml:space="preserve">— </w:t>
      </w:r>
      <w:r w:rsidRPr="00E85698">
        <w:rPr>
          <w:b/>
          <w:sz w:val="24"/>
        </w:rPr>
        <w:t>-</w:t>
      </w:r>
      <w:proofErr w:type="spellStart"/>
      <w:r w:rsidRPr="00E85698">
        <w:rPr>
          <w:b/>
          <w:i/>
          <w:sz w:val="24"/>
        </w:rPr>
        <w:t>ик</w:t>
      </w:r>
      <w:proofErr w:type="spellEnd"/>
      <w:r w:rsidRPr="00E85698">
        <w:rPr>
          <w:b/>
          <w:sz w:val="24"/>
        </w:rPr>
        <w:t>- (-</w:t>
      </w:r>
      <w:r w:rsidRPr="00E85698">
        <w:rPr>
          <w:b/>
          <w:i/>
          <w:sz w:val="24"/>
        </w:rPr>
        <w:t>чик</w:t>
      </w:r>
      <w:r w:rsidRPr="00E85698">
        <w:rPr>
          <w:b/>
          <w:sz w:val="24"/>
        </w:rPr>
        <w:t xml:space="preserve">-); </w:t>
      </w:r>
      <w:r w:rsidRPr="00E85698">
        <w:rPr>
          <w:sz w:val="24"/>
        </w:rPr>
        <w:t>корней</w:t>
      </w:r>
      <w:r w:rsidRPr="00E85698">
        <w:rPr>
          <w:spacing w:val="1"/>
          <w:sz w:val="24"/>
        </w:rPr>
        <w:t xml:space="preserve"> </w:t>
      </w:r>
      <w:r w:rsidRPr="00E85698">
        <w:rPr>
          <w:sz w:val="24"/>
        </w:rPr>
        <w:t xml:space="preserve">с </w:t>
      </w:r>
      <w:proofErr w:type="gramStart"/>
      <w:r w:rsidRPr="00E85698">
        <w:rPr>
          <w:sz w:val="24"/>
        </w:rPr>
        <w:t>чередованием</w:t>
      </w:r>
      <w:proofErr w:type="gramEnd"/>
      <w:r w:rsidRPr="00E85698">
        <w:rPr>
          <w:sz w:val="24"/>
        </w:rPr>
        <w:t xml:space="preserve"> </w:t>
      </w:r>
      <w:r w:rsidRPr="00E85698">
        <w:rPr>
          <w:b/>
          <w:i/>
          <w:sz w:val="24"/>
        </w:rPr>
        <w:t>а</w:t>
      </w:r>
      <w:r w:rsidRPr="00E85698">
        <w:rPr>
          <w:b/>
          <w:i/>
          <w:spacing w:val="1"/>
          <w:sz w:val="24"/>
        </w:rPr>
        <w:t xml:space="preserve"> </w:t>
      </w:r>
      <w:r w:rsidRPr="00E85698">
        <w:rPr>
          <w:sz w:val="24"/>
        </w:rPr>
        <w:t>//</w:t>
      </w:r>
      <w:r w:rsidRPr="00E85698">
        <w:rPr>
          <w:spacing w:val="1"/>
          <w:sz w:val="24"/>
        </w:rPr>
        <w:t xml:space="preserve"> </w:t>
      </w:r>
      <w:r w:rsidRPr="00E85698">
        <w:rPr>
          <w:b/>
          <w:i/>
          <w:sz w:val="24"/>
        </w:rPr>
        <w:t>о</w:t>
      </w:r>
      <w:r w:rsidRPr="00E85698">
        <w:rPr>
          <w:sz w:val="24"/>
        </w:rPr>
        <w:t xml:space="preserve">: </w:t>
      </w:r>
      <w:r w:rsidRPr="00E85698">
        <w:rPr>
          <w:b/>
          <w:sz w:val="24"/>
        </w:rPr>
        <w:t>-</w:t>
      </w:r>
      <w:r w:rsidRPr="00E85698">
        <w:rPr>
          <w:b/>
          <w:i/>
          <w:sz w:val="24"/>
        </w:rPr>
        <w:t>лаг</w:t>
      </w:r>
      <w:r w:rsidRPr="00E85698">
        <w:rPr>
          <w:b/>
          <w:sz w:val="24"/>
        </w:rPr>
        <w:t>-</w:t>
      </w:r>
      <w:r w:rsidRPr="00E85698">
        <w:rPr>
          <w:sz w:val="24"/>
        </w:rPr>
        <w:t>—</w:t>
      </w:r>
      <w:r w:rsidRPr="00E85698">
        <w:rPr>
          <w:b/>
          <w:sz w:val="24"/>
        </w:rPr>
        <w:t>-</w:t>
      </w:r>
      <w:r w:rsidRPr="00E85698">
        <w:rPr>
          <w:b/>
          <w:i/>
          <w:sz w:val="24"/>
        </w:rPr>
        <w:t>лож</w:t>
      </w:r>
      <w:r w:rsidRPr="00E85698">
        <w:rPr>
          <w:b/>
          <w:sz w:val="24"/>
        </w:rPr>
        <w:t>-</w:t>
      </w:r>
      <w:r w:rsidRPr="00E85698">
        <w:rPr>
          <w:sz w:val="24"/>
        </w:rPr>
        <w:t xml:space="preserve">; </w:t>
      </w:r>
      <w:r w:rsidRPr="00E85698">
        <w:rPr>
          <w:b/>
          <w:sz w:val="24"/>
        </w:rPr>
        <w:t>-</w:t>
      </w:r>
      <w:proofErr w:type="spellStart"/>
      <w:r w:rsidRPr="00E85698">
        <w:rPr>
          <w:b/>
          <w:i/>
          <w:sz w:val="24"/>
        </w:rPr>
        <w:t>раст</w:t>
      </w:r>
      <w:proofErr w:type="spellEnd"/>
      <w:r w:rsidRPr="00E85698">
        <w:rPr>
          <w:b/>
          <w:sz w:val="24"/>
        </w:rPr>
        <w:t>-</w:t>
      </w:r>
      <w:r w:rsidRPr="00E85698">
        <w:rPr>
          <w:sz w:val="24"/>
        </w:rPr>
        <w:t>—</w:t>
      </w:r>
      <w:r w:rsidRPr="00E85698">
        <w:rPr>
          <w:b/>
          <w:sz w:val="24"/>
        </w:rPr>
        <w:t>-</w:t>
      </w:r>
      <w:proofErr w:type="spellStart"/>
      <w:r w:rsidRPr="00E85698">
        <w:rPr>
          <w:b/>
          <w:i/>
          <w:sz w:val="24"/>
        </w:rPr>
        <w:t>ращ</w:t>
      </w:r>
      <w:proofErr w:type="spellEnd"/>
      <w:r w:rsidRPr="00E85698">
        <w:rPr>
          <w:b/>
          <w:sz w:val="24"/>
        </w:rPr>
        <w:t>-</w:t>
      </w:r>
      <w:r w:rsidRPr="00E85698">
        <w:rPr>
          <w:sz w:val="24"/>
        </w:rPr>
        <w:t>—</w:t>
      </w:r>
      <w:r w:rsidRPr="00E85698">
        <w:rPr>
          <w:b/>
          <w:sz w:val="24"/>
        </w:rPr>
        <w:t>-</w:t>
      </w:r>
      <w:r w:rsidRPr="00E85698">
        <w:rPr>
          <w:b/>
          <w:i/>
          <w:sz w:val="24"/>
        </w:rPr>
        <w:t>рос</w:t>
      </w:r>
      <w:r w:rsidRPr="00E85698">
        <w:rPr>
          <w:b/>
          <w:sz w:val="24"/>
        </w:rPr>
        <w:t>-</w:t>
      </w:r>
      <w:r w:rsidRPr="00E85698">
        <w:rPr>
          <w:sz w:val="24"/>
        </w:rPr>
        <w:t xml:space="preserve">; </w:t>
      </w:r>
      <w:r w:rsidRPr="00E85698">
        <w:rPr>
          <w:b/>
          <w:sz w:val="24"/>
        </w:rPr>
        <w:t>-</w:t>
      </w:r>
      <w:proofErr w:type="spellStart"/>
      <w:r w:rsidRPr="00E85698">
        <w:rPr>
          <w:b/>
          <w:i/>
          <w:sz w:val="24"/>
        </w:rPr>
        <w:t>гар</w:t>
      </w:r>
      <w:proofErr w:type="spellEnd"/>
      <w:r w:rsidRPr="00E85698">
        <w:rPr>
          <w:b/>
          <w:sz w:val="24"/>
        </w:rPr>
        <w:t>-</w:t>
      </w:r>
      <w:r w:rsidRPr="00E85698">
        <w:rPr>
          <w:sz w:val="24"/>
        </w:rPr>
        <w:t>—</w:t>
      </w:r>
      <w:r w:rsidRPr="00E85698">
        <w:rPr>
          <w:b/>
          <w:sz w:val="24"/>
        </w:rPr>
        <w:t>-</w:t>
      </w:r>
      <w:r w:rsidRPr="00E85698">
        <w:rPr>
          <w:b/>
          <w:i/>
          <w:sz w:val="24"/>
        </w:rPr>
        <w:t>гор</w:t>
      </w:r>
      <w:r w:rsidRPr="00E85698">
        <w:rPr>
          <w:b/>
          <w:sz w:val="24"/>
        </w:rPr>
        <w:t>-</w:t>
      </w:r>
      <w:r w:rsidRPr="00E85698">
        <w:rPr>
          <w:sz w:val="24"/>
        </w:rPr>
        <w:t xml:space="preserve">, </w:t>
      </w:r>
      <w:r w:rsidRPr="00E85698">
        <w:rPr>
          <w:b/>
          <w:sz w:val="24"/>
        </w:rPr>
        <w:t>-</w:t>
      </w:r>
      <w:proofErr w:type="spellStart"/>
      <w:r w:rsidRPr="00E85698">
        <w:rPr>
          <w:b/>
          <w:i/>
          <w:sz w:val="24"/>
        </w:rPr>
        <w:t>зар</w:t>
      </w:r>
      <w:proofErr w:type="spellEnd"/>
      <w:r w:rsidRPr="00E85698">
        <w:rPr>
          <w:b/>
          <w:sz w:val="24"/>
        </w:rPr>
        <w:t>-</w:t>
      </w:r>
      <w:r w:rsidRPr="00E85698">
        <w:rPr>
          <w:sz w:val="24"/>
        </w:rPr>
        <w:t>—</w:t>
      </w:r>
      <w:r w:rsidRPr="00E85698">
        <w:rPr>
          <w:b/>
          <w:sz w:val="24"/>
        </w:rPr>
        <w:t>-</w:t>
      </w:r>
      <w:proofErr w:type="spellStart"/>
      <w:r w:rsidRPr="00E85698">
        <w:rPr>
          <w:b/>
          <w:i/>
          <w:sz w:val="24"/>
        </w:rPr>
        <w:t>зор</w:t>
      </w:r>
      <w:proofErr w:type="spellEnd"/>
      <w:r w:rsidRPr="00E85698">
        <w:rPr>
          <w:b/>
          <w:sz w:val="24"/>
        </w:rPr>
        <w:t>-</w:t>
      </w:r>
      <w:r w:rsidRPr="00E85698">
        <w:rPr>
          <w:sz w:val="24"/>
        </w:rPr>
        <w:t xml:space="preserve">; </w:t>
      </w:r>
      <w:r w:rsidRPr="00E85698">
        <w:rPr>
          <w:b/>
          <w:i/>
          <w:sz w:val="24"/>
        </w:rPr>
        <w:t>-клан-</w:t>
      </w:r>
      <w:r w:rsidRPr="00E85698">
        <w:rPr>
          <w:sz w:val="24"/>
        </w:rPr>
        <w:t>—</w:t>
      </w:r>
      <w:r w:rsidRPr="00E85698">
        <w:rPr>
          <w:b/>
          <w:i/>
          <w:sz w:val="24"/>
        </w:rPr>
        <w:t>-</w:t>
      </w:r>
      <w:r w:rsidRPr="00E85698">
        <w:rPr>
          <w:b/>
          <w:i/>
          <w:spacing w:val="-57"/>
          <w:sz w:val="24"/>
        </w:rPr>
        <w:t xml:space="preserve"> </w:t>
      </w:r>
      <w:r w:rsidRPr="00E85698">
        <w:rPr>
          <w:b/>
          <w:i/>
          <w:sz w:val="24"/>
        </w:rPr>
        <w:t>клон-</w:t>
      </w:r>
      <w:r w:rsidRPr="00E85698">
        <w:rPr>
          <w:sz w:val="24"/>
        </w:rPr>
        <w:t xml:space="preserve">, </w:t>
      </w:r>
      <w:r w:rsidRPr="00E85698">
        <w:rPr>
          <w:b/>
          <w:i/>
          <w:sz w:val="24"/>
        </w:rPr>
        <w:t>-скак-</w:t>
      </w:r>
      <w:r w:rsidRPr="00E85698">
        <w:rPr>
          <w:sz w:val="24"/>
        </w:rPr>
        <w:t>—</w:t>
      </w:r>
      <w:r w:rsidRPr="00E85698">
        <w:rPr>
          <w:b/>
          <w:i/>
          <w:sz w:val="24"/>
        </w:rPr>
        <w:t>-</w:t>
      </w:r>
      <w:proofErr w:type="spellStart"/>
      <w:r w:rsidRPr="00E85698">
        <w:rPr>
          <w:b/>
          <w:i/>
          <w:sz w:val="24"/>
        </w:rPr>
        <w:t>скоч</w:t>
      </w:r>
      <w:proofErr w:type="spellEnd"/>
      <w:r w:rsidRPr="00E85698">
        <w:rPr>
          <w:b/>
          <w:i/>
          <w:sz w:val="24"/>
        </w:rPr>
        <w:t>-</w:t>
      </w:r>
      <w:r w:rsidRPr="00E85698">
        <w:rPr>
          <w:sz w:val="24"/>
        </w:rPr>
        <w:t xml:space="preserve">; употребления/неупотребления </w:t>
      </w:r>
      <w:r w:rsidRPr="00E85698">
        <w:rPr>
          <w:b/>
          <w:i/>
          <w:sz w:val="24"/>
        </w:rPr>
        <w:t xml:space="preserve">ь </w:t>
      </w:r>
      <w:r w:rsidRPr="00E85698">
        <w:rPr>
          <w:sz w:val="24"/>
        </w:rPr>
        <w:t>на конце имён существительных после</w:t>
      </w:r>
      <w:r w:rsidRPr="00E85698">
        <w:rPr>
          <w:spacing w:val="1"/>
          <w:sz w:val="24"/>
        </w:rPr>
        <w:t xml:space="preserve"> </w:t>
      </w:r>
      <w:r w:rsidRPr="00E85698">
        <w:rPr>
          <w:sz w:val="24"/>
        </w:rPr>
        <w:t xml:space="preserve">шипящих; слитное и раздельное написание </w:t>
      </w:r>
      <w:r w:rsidRPr="00E85698">
        <w:rPr>
          <w:b/>
          <w:i/>
          <w:sz w:val="24"/>
        </w:rPr>
        <w:t xml:space="preserve">не </w:t>
      </w:r>
      <w:r w:rsidRPr="00E85698">
        <w:rPr>
          <w:sz w:val="24"/>
        </w:rPr>
        <w:t>с именами существительными; правописание</w:t>
      </w:r>
      <w:r w:rsidRPr="00E85698">
        <w:rPr>
          <w:spacing w:val="1"/>
          <w:sz w:val="24"/>
        </w:rPr>
        <w:t xml:space="preserve"> </w:t>
      </w:r>
      <w:r w:rsidRPr="00E85698">
        <w:rPr>
          <w:sz w:val="24"/>
        </w:rPr>
        <w:t>собственных</w:t>
      </w:r>
      <w:r w:rsidRPr="00E85698">
        <w:rPr>
          <w:spacing w:val="-1"/>
          <w:sz w:val="24"/>
        </w:rPr>
        <w:t xml:space="preserve"> </w:t>
      </w:r>
      <w:r w:rsidRPr="00E85698">
        <w:rPr>
          <w:sz w:val="24"/>
        </w:rPr>
        <w:t>имён существительных.</w:t>
      </w:r>
    </w:p>
    <w:p w:rsidR="00624C8A" w:rsidRPr="00E85698" w:rsidRDefault="00CB6516">
      <w:pPr>
        <w:pStyle w:val="11"/>
        <w:spacing w:line="273" w:lineRule="exact"/>
      </w:pPr>
      <w:r w:rsidRPr="00E85698">
        <w:t>Имя</w:t>
      </w:r>
      <w:r w:rsidRPr="00E85698">
        <w:rPr>
          <w:spacing w:val="-7"/>
        </w:rPr>
        <w:t xml:space="preserve"> </w:t>
      </w:r>
      <w:r w:rsidRPr="00E85698">
        <w:t>прилагательное</w:t>
      </w:r>
    </w:p>
    <w:p w:rsidR="00624C8A" w:rsidRPr="00E85698" w:rsidRDefault="00CB6516">
      <w:pPr>
        <w:pStyle w:val="a5"/>
        <w:spacing w:before="60" w:line="292" w:lineRule="auto"/>
        <w:ind w:firstLine="180"/>
      </w:pPr>
      <w:r w:rsidRPr="00E85698">
        <w:t>Определять</w:t>
      </w:r>
      <w:r w:rsidRPr="00E85698">
        <w:rPr>
          <w:spacing w:val="-6"/>
        </w:rPr>
        <w:t xml:space="preserve"> </w:t>
      </w:r>
      <w:r w:rsidRPr="00E85698">
        <w:t>общее</w:t>
      </w:r>
      <w:r w:rsidRPr="00E85698">
        <w:rPr>
          <w:spacing w:val="-5"/>
        </w:rPr>
        <w:t xml:space="preserve"> </w:t>
      </w:r>
      <w:r w:rsidRPr="00E85698">
        <w:t>грамматическое</w:t>
      </w:r>
      <w:r w:rsidRPr="00E85698">
        <w:rPr>
          <w:spacing w:val="-5"/>
        </w:rPr>
        <w:t xml:space="preserve"> </w:t>
      </w:r>
      <w:r w:rsidRPr="00E85698">
        <w:t>значение,</w:t>
      </w:r>
      <w:r w:rsidRPr="00E85698">
        <w:rPr>
          <w:spacing w:val="-5"/>
        </w:rPr>
        <w:t xml:space="preserve"> </w:t>
      </w:r>
      <w:r w:rsidRPr="00E85698">
        <w:t>морфологические</w:t>
      </w:r>
      <w:r w:rsidRPr="00E85698">
        <w:rPr>
          <w:spacing w:val="-4"/>
        </w:rPr>
        <w:t xml:space="preserve"> </w:t>
      </w:r>
      <w:r w:rsidRPr="00E85698">
        <w:t>признаки</w:t>
      </w:r>
      <w:r w:rsidRPr="00E85698">
        <w:rPr>
          <w:spacing w:val="-5"/>
        </w:rPr>
        <w:t xml:space="preserve"> </w:t>
      </w:r>
      <w:r w:rsidRPr="00E85698">
        <w:t>и</w:t>
      </w:r>
      <w:r w:rsidRPr="00E85698">
        <w:rPr>
          <w:spacing w:val="-5"/>
        </w:rPr>
        <w:t xml:space="preserve"> </w:t>
      </w:r>
      <w:r w:rsidRPr="00E85698">
        <w:t>синтаксические</w:t>
      </w:r>
      <w:r w:rsidRPr="00E85698">
        <w:rPr>
          <w:spacing w:val="-5"/>
        </w:rPr>
        <w:t xml:space="preserve"> </w:t>
      </w:r>
      <w:r w:rsidRPr="00E85698">
        <w:t>функции</w:t>
      </w:r>
      <w:r w:rsidRPr="00E85698">
        <w:rPr>
          <w:spacing w:val="-57"/>
        </w:rPr>
        <w:t xml:space="preserve"> </w:t>
      </w:r>
      <w:r w:rsidRPr="00E85698">
        <w:t>имени прилагательного; объяснять его роль в речи; различать полную и краткую формы имён</w:t>
      </w:r>
      <w:r w:rsidRPr="00E85698">
        <w:rPr>
          <w:spacing w:val="1"/>
        </w:rPr>
        <w:t xml:space="preserve"> </w:t>
      </w:r>
      <w:r w:rsidRPr="00E85698">
        <w:t>прилагательных.</w:t>
      </w:r>
    </w:p>
    <w:p w:rsidR="00624C8A" w:rsidRPr="00E85698" w:rsidRDefault="00CB6516">
      <w:pPr>
        <w:pStyle w:val="a5"/>
        <w:spacing w:line="274" w:lineRule="exact"/>
        <w:ind w:left="286"/>
      </w:pPr>
      <w:r w:rsidRPr="00E85698">
        <w:t>Проводить</w:t>
      </w:r>
      <w:r w:rsidRPr="00E85698">
        <w:rPr>
          <w:spacing w:val="-5"/>
        </w:rPr>
        <w:t xml:space="preserve"> </w:t>
      </w:r>
      <w:r w:rsidRPr="00E85698">
        <w:t>частичный</w:t>
      </w:r>
      <w:r w:rsidRPr="00E85698">
        <w:rPr>
          <w:spacing w:val="-4"/>
        </w:rPr>
        <w:t xml:space="preserve"> </w:t>
      </w:r>
      <w:r w:rsidRPr="00E85698">
        <w:t>морфологический</w:t>
      </w:r>
      <w:r w:rsidRPr="00E85698">
        <w:rPr>
          <w:spacing w:val="-3"/>
        </w:rPr>
        <w:t xml:space="preserve"> </w:t>
      </w:r>
      <w:r w:rsidRPr="00E85698">
        <w:t>анализ</w:t>
      </w:r>
      <w:r w:rsidRPr="00E85698">
        <w:rPr>
          <w:spacing w:val="-5"/>
        </w:rPr>
        <w:t xml:space="preserve"> </w:t>
      </w:r>
      <w:r w:rsidRPr="00E85698">
        <w:t>имён</w:t>
      </w:r>
      <w:r w:rsidRPr="00E85698">
        <w:rPr>
          <w:spacing w:val="-4"/>
        </w:rPr>
        <w:t xml:space="preserve"> </w:t>
      </w:r>
      <w:r w:rsidRPr="00E85698">
        <w:t>прилагательных</w:t>
      </w:r>
      <w:r w:rsidRPr="00E85698">
        <w:rPr>
          <w:spacing w:val="-3"/>
        </w:rPr>
        <w:t xml:space="preserve"> </w:t>
      </w:r>
      <w:r w:rsidRPr="00E85698">
        <w:t>(в</w:t>
      </w:r>
      <w:r w:rsidRPr="00E85698">
        <w:rPr>
          <w:spacing w:val="-5"/>
        </w:rPr>
        <w:t xml:space="preserve"> </w:t>
      </w:r>
      <w:r w:rsidRPr="00E85698">
        <w:t>рамках</w:t>
      </w:r>
      <w:r w:rsidRPr="00E85698">
        <w:rPr>
          <w:spacing w:val="-4"/>
        </w:rPr>
        <w:t xml:space="preserve"> </w:t>
      </w:r>
      <w:r w:rsidRPr="00E85698">
        <w:t>изученного).</w:t>
      </w:r>
    </w:p>
    <w:p w:rsidR="00624C8A" w:rsidRPr="00E85698" w:rsidRDefault="00CB6516">
      <w:pPr>
        <w:pStyle w:val="a5"/>
        <w:spacing w:before="60" w:line="292" w:lineRule="auto"/>
        <w:ind w:right="1068" w:firstLine="180"/>
      </w:pPr>
      <w:r w:rsidRPr="00E85698">
        <w:t>Соблюдать нормы словоизменения, произношения имён прилагательных, постановки в них</w:t>
      </w:r>
      <w:r w:rsidRPr="00E85698">
        <w:rPr>
          <w:spacing w:val="-58"/>
        </w:rPr>
        <w:t xml:space="preserve"> </w:t>
      </w:r>
      <w:r w:rsidRPr="00E85698">
        <w:t>ударения</w:t>
      </w:r>
      <w:r w:rsidRPr="00E85698">
        <w:rPr>
          <w:spacing w:val="-2"/>
        </w:rPr>
        <w:t xml:space="preserve"> </w:t>
      </w:r>
      <w:r w:rsidRPr="00E85698">
        <w:t>(в</w:t>
      </w:r>
      <w:r w:rsidRPr="00E85698">
        <w:rPr>
          <w:spacing w:val="-1"/>
        </w:rPr>
        <w:t xml:space="preserve"> </w:t>
      </w:r>
      <w:r w:rsidRPr="00E85698">
        <w:t>рамках изученного).</w:t>
      </w:r>
    </w:p>
    <w:p w:rsidR="00624C8A" w:rsidRPr="00E85698" w:rsidRDefault="00CB6516">
      <w:pPr>
        <w:pStyle w:val="a5"/>
        <w:spacing w:line="292" w:lineRule="auto"/>
        <w:ind w:right="212" w:firstLine="180"/>
      </w:pPr>
      <w:r w:rsidRPr="00E85698">
        <w:t xml:space="preserve">Соблюдать нормы правописания имён прилагательных: безударных окончаний; </w:t>
      </w:r>
      <w:r w:rsidRPr="00E85698">
        <w:rPr>
          <w:b/>
          <w:i/>
        </w:rPr>
        <w:t xml:space="preserve">о </w:t>
      </w:r>
      <w:r w:rsidRPr="00E85698">
        <w:t xml:space="preserve">— </w:t>
      </w:r>
      <w:r w:rsidRPr="00E85698">
        <w:rPr>
          <w:b/>
          <w:i/>
        </w:rPr>
        <w:t xml:space="preserve">е </w:t>
      </w:r>
      <w:r w:rsidRPr="00E85698">
        <w:t>после</w:t>
      </w:r>
      <w:r w:rsidRPr="00E85698">
        <w:rPr>
          <w:spacing w:val="1"/>
        </w:rPr>
        <w:t xml:space="preserve"> </w:t>
      </w:r>
      <w:r w:rsidRPr="00E85698">
        <w:t xml:space="preserve">шипящих и </w:t>
      </w:r>
      <w:r w:rsidRPr="00E85698">
        <w:rPr>
          <w:b/>
          <w:i/>
        </w:rPr>
        <w:t xml:space="preserve">ц </w:t>
      </w:r>
      <w:r w:rsidRPr="00E85698">
        <w:t>в суффиксах и окончаниях; кратких форм имён прилагательных с основой на шипящие;</w:t>
      </w:r>
      <w:r w:rsidRPr="00E85698">
        <w:rPr>
          <w:spacing w:val="-57"/>
        </w:rPr>
        <w:t xml:space="preserve"> </w:t>
      </w:r>
      <w:r w:rsidRPr="00E85698">
        <w:t>нормы</w:t>
      </w:r>
      <w:r w:rsidRPr="00E85698">
        <w:rPr>
          <w:spacing w:val="-1"/>
        </w:rPr>
        <w:t xml:space="preserve"> </w:t>
      </w:r>
      <w:r w:rsidRPr="00E85698">
        <w:t>слитного и</w:t>
      </w:r>
      <w:r w:rsidRPr="00E85698">
        <w:rPr>
          <w:spacing w:val="-1"/>
        </w:rPr>
        <w:t xml:space="preserve"> </w:t>
      </w:r>
      <w:r w:rsidRPr="00E85698">
        <w:t>раздельного написания</w:t>
      </w:r>
      <w:r w:rsidRPr="00E85698">
        <w:rPr>
          <w:spacing w:val="1"/>
        </w:rPr>
        <w:t xml:space="preserve"> </w:t>
      </w:r>
      <w:r w:rsidRPr="00E85698">
        <w:rPr>
          <w:b/>
          <w:i/>
        </w:rPr>
        <w:t xml:space="preserve">не </w:t>
      </w:r>
      <w:r w:rsidRPr="00E85698">
        <w:t>с именами</w:t>
      </w:r>
      <w:r w:rsidRPr="00E85698">
        <w:rPr>
          <w:spacing w:val="-1"/>
        </w:rPr>
        <w:t xml:space="preserve"> </w:t>
      </w:r>
      <w:r w:rsidRPr="00E85698">
        <w:t>прилагательными.</w:t>
      </w:r>
    </w:p>
    <w:p w:rsidR="00624C8A" w:rsidRPr="00E85698" w:rsidRDefault="00CB6516">
      <w:pPr>
        <w:pStyle w:val="11"/>
        <w:spacing w:line="274" w:lineRule="exact"/>
      </w:pPr>
      <w:r w:rsidRPr="00E85698">
        <w:t>Глагол</w:t>
      </w:r>
    </w:p>
    <w:p w:rsidR="00624C8A" w:rsidRPr="00E85698" w:rsidRDefault="00CB6516">
      <w:pPr>
        <w:pStyle w:val="a5"/>
        <w:spacing w:before="59" w:line="292" w:lineRule="auto"/>
        <w:ind w:firstLine="180"/>
      </w:pPr>
      <w:r w:rsidRPr="00E85698">
        <w:t>Определять</w:t>
      </w:r>
      <w:r w:rsidRPr="00E85698">
        <w:rPr>
          <w:spacing w:val="-6"/>
        </w:rPr>
        <w:t xml:space="preserve"> </w:t>
      </w:r>
      <w:r w:rsidRPr="00E85698">
        <w:t>общее</w:t>
      </w:r>
      <w:r w:rsidRPr="00E85698">
        <w:rPr>
          <w:spacing w:val="-5"/>
        </w:rPr>
        <w:t xml:space="preserve"> </w:t>
      </w:r>
      <w:r w:rsidRPr="00E85698">
        <w:t>грамматическое</w:t>
      </w:r>
      <w:r w:rsidRPr="00E85698">
        <w:rPr>
          <w:spacing w:val="-5"/>
        </w:rPr>
        <w:t xml:space="preserve"> </w:t>
      </w:r>
      <w:r w:rsidRPr="00E85698">
        <w:t>значение,</w:t>
      </w:r>
      <w:r w:rsidRPr="00E85698">
        <w:rPr>
          <w:spacing w:val="-5"/>
        </w:rPr>
        <w:t xml:space="preserve"> </w:t>
      </w:r>
      <w:r w:rsidRPr="00E85698">
        <w:t>морфологические</w:t>
      </w:r>
      <w:r w:rsidRPr="00E85698">
        <w:rPr>
          <w:spacing w:val="-4"/>
        </w:rPr>
        <w:t xml:space="preserve"> </w:t>
      </w:r>
      <w:r w:rsidRPr="00E85698">
        <w:t>признаки</w:t>
      </w:r>
      <w:r w:rsidRPr="00E85698">
        <w:rPr>
          <w:spacing w:val="-5"/>
        </w:rPr>
        <w:t xml:space="preserve"> </w:t>
      </w:r>
      <w:r w:rsidRPr="00E85698">
        <w:t>и</w:t>
      </w:r>
      <w:r w:rsidRPr="00E85698">
        <w:rPr>
          <w:spacing w:val="-5"/>
        </w:rPr>
        <w:t xml:space="preserve"> </w:t>
      </w:r>
      <w:r w:rsidRPr="00E85698">
        <w:t>синтаксические</w:t>
      </w:r>
      <w:r w:rsidRPr="00E85698">
        <w:rPr>
          <w:spacing w:val="-5"/>
        </w:rPr>
        <w:t xml:space="preserve"> </w:t>
      </w:r>
      <w:r w:rsidRPr="00E85698">
        <w:t>функции</w:t>
      </w:r>
      <w:r w:rsidRPr="00E85698">
        <w:rPr>
          <w:spacing w:val="-57"/>
        </w:rPr>
        <w:t xml:space="preserve"> </w:t>
      </w:r>
      <w:r w:rsidRPr="00E85698">
        <w:t>глагола;</w:t>
      </w:r>
      <w:r w:rsidRPr="00E85698">
        <w:rPr>
          <w:spacing w:val="-2"/>
        </w:rPr>
        <w:t xml:space="preserve"> </w:t>
      </w:r>
      <w:r w:rsidRPr="00E85698">
        <w:t>объяснять</w:t>
      </w:r>
      <w:r w:rsidRPr="00E85698">
        <w:rPr>
          <w:spacing w:val="-2"/>
        </w:rPr>
        <w:t xml:space="preserve"> </w:t>
      </w:r>
      <w:r w:rsidRPr="00E85698">
        <w:t>его роль</w:t>
      </w:r>
      <w:r w:rsidRPr="00E85698">
        <w:rPr>
          <w:spacing w:val="-2"/>
        </w:rPr>
        <w:t xml:space="preserve"> </w:t>
      </w:r>
      <w:r w:rsidRPr="00E85698">
        <w:t>в</w:t>
      </w:r>
      <w:r w:rsidRPr="00E85698">
        <w:rPr>
          <w:spacing w:val="-1"/>
        </w:rPr>
        <w:t xml:space="preserve"> </w:t>
      </w:r>
      <w:r w:rsidRPr="00E85698">
        <w:t>словосочетании</w:t>
      </w:r>
      <w:r w:rsidRPr="00E85698">
        <w:rPr>
          <w:spacing w:val="-1"/>
        </w:rPr>
        <w:t xml:space="preserve"> </w:t>
      </w:r>
      <w:r w:rsidRPr="00E85698">
        <w:t>и предложении,</w:t>
      </w:r>
      <w:r w:rsidRPr="00E85698">
        <w:rPr>
          <w:spacing w:val="-1"/>
        </w:rPr>
        <w:t xml:space="preserve"> </w:t>
      </w:r>
      <w:r w:rsidRPr="00E85698">
        <w:t>а</w:t>
      </w:r>
      <w:r w:rsidRPr="00E85698">
        <w:rPr>
          <w:spacing w:val="-1"/>
        </w:rPr>
        <w:t xml:space="preserve"> </w:t>
      </w:r>
      <w:r w:rsidRPr="00E85698">
        <w:t>также в</w:t>
      </w:r>
      <w:r w:rsidRPr="00E85698">
        <w:rPr>
          <w:spacing w:val="-2"/>
        </w:rPr>
        <w:t xml:space="preserve"> </w:t>
      </w:r>
      <w:r w:rsidRPr="00E85698">
        <w:t>речи.</w:t>
      </w:r>
    </w:p>
    <w:p w:rsidR="00624C8A" w:rsidRPr="00E85698" w:rsidRDefault="00CB6516">
      <w:pPr>
        <w:pStyle w:val="a5"/>
        <w:spacing w:line="275" w:lineRule="exact"/>
        <w:ind w:left="286"/>
      </w:pPr>
      <w:r w:rsidRPr="00E85698">
        <w:t>Различать</w:t>
      </w:r>
      <w:r w:rsidRPr="00E85698">
        <w:rPr>
          <w:spacing w:val="-5"/>
        </w:rPr>
        <w:t xml:space="preserve"> </w:t>
      </w:r>
      <w:r w:rsidRPr="00E85698">
        <w:t>глаголы</w:t>
      </w:r>
      <w:r w:rsidRPr="00E85698">
        <w:rPr>
          <w:spacing w:val="-4"/>
        </w:rPr>
        <w:t xml:space="preserve"> </w:t>
      </w:r>
      <w:r w:rsidRPr="00E85698">
        <w:t>совершенного</w:t>
      </w:r>
      <w:r w:rsidRPr="00E85698">
        <w:rPr>
          <w:spacing w:val="-4"/>
        </w:rPr>
        <w:t xml:space="preserve"> </w:t>
      </w:r>
      <w:r w:rsidRPr="00E85698">
        <w:t>и</w:t>
      </w:r>
      <w:r w:rsidRPr="00E85698">
        <w:rPr>
          <w:spacing w:val="-4"/>
        </w:rPr>
        <w:t xml:space="preserve"> </w:t>
      </w:r>
      <w:r w:rsidRPr="00E85698">
        <w:t>несовершенного</w:t>
      </w:r>
      <w:r w:rsidRPr="00E85698">
        <w:rPr>
          <w:spacing w:val="-4"/>
        </w:rPr>
        <w:t xml:space="preserve"> </w:t>
      </w:r>
      <w:r w:rsidRPr="00E85698">
        <w:t>вида,</w:t>
      </w:r>
      <w:r w:rsidRPr="00E85698">
        <w:rPr>
          <w:spacing w:val="-4"/>
        </w:rPr>
        <w:t xml:space="preserve"> </w:t>
      </w:r>
      <w:r w:rsidRPr="00E85698">
        <w:t>возвратные</w:t>
      </w:r>
      <w:r w:rsidRPr="00E85698">
        <w:rPr>
          <w:spacing w:val="-3"/>
        </w:rPr>
        <w:t xml:space="preserve"> </w:t>
      </w:r>
      <w:r w:rsidRPr="00E85698">
        <w:t>и</w:t>
      </w:r>
      <w:r w:rsidRPr="00E85698">
        <w:rPr>
          <w:spacing w:val="-4"/>
        </w:rPr>
        <w:t xml:space="preserve"> </w:t>
      </w:r>
      <w:r w:rsidRPr="00E85698">
        <w:t>невозвратные.</w:t>
      </w:r>
    </w:p>
    <w:p w:rsidR="00624C8A" w:rsidRPr="00E85698" w:rsidRDefault="00CB6516">
      <w:pPr>
        <w:pStyle w:val="a5"/>
        <w:spacing w:before="60" w:line="292" w:lineRule="auto"/>
        <w:ind w:firstLine="180"/>
      </w:pPr>
      <w:r w:rsidRPr="00E85698">
        <w:t>Называть</w:t>
      </w:r>
      <w:r w:rsidRPr="00E85698">
        <w:rPr>
          <w:spacing w:val="-6"/>
        </w:rPr>
        <w:t xml:space="preserve"> </w:t>
      </w:r>
      <w:r w:rsidRPr="00E85698">
        <w:t>грамматические</w:t>
      </w:r>
      <w:r w:rsidRPr="00E85698">
        <w:rPr>
          <w:spacing w:val="-5"/>
        </w:rPr>
        <w:t xml:space="preserve"> </w:t>
      </w:r>
      <w:r w:rsidRPr="00E85698">
        <w:t>свойства</w:t>
      </w:r>
      <w:r w:rsidRPr="00E85698">
        <w:rPr>
          <w:spacing w:val="-4"/>
        </w:rPr>
        <w:t xml:space="preserve"> </w:t>
      </w:r>
      <w:r w:rsidRPr="00E85698">
        <w:t>инфинитива</w:t>
      </w:r>
      <w:r w:rsidRPr="00E85698">
        <w:rPr>
          <w:spacing w:val="-5"/>
        </w:rPr>
        <w:t xml:space="preserve"> </w:t>
      </w:r>
      <w:r w:rsidRPr="00E85698">
        <w:t>(неопределённой</w:t>
      </w:r>
      <w:r w:rsidRPr="00E85698">
        <w:rPr>
          <w:spacing w:val="-4"/>
        </w:rPr>
        <w:t xml:space="preserve"> </w:t>
      </w:r>
      <w:r w:rsidRPr="00E85698">
        <w:t>формы)</w:t>
      </w:r>
      <w:r w:rsidRPr="00E85698">
        <w:rPr>
          <w:spacing w:val="-6"/>
        </w:rPr>
        <w:t xml:space="preserve"> </w:t>
      </w:r>
      <w:r w:rsidRPr="00E85698">
        <w:t>глагола,</w:t>
      </w:r>
      <w:r w:rsidRPr="00E85698">
        <w:rPr>
          <w:spacing w:val="-5"/>
        </w:rPr>
        <w:t xml:space="preserve"> </w:t>
      </w:r>
      <w:r w:rsidRPr="00E85698">
        <w:t>выделять</w:t>
      </w:r>
      <w:r w:rsidRPr="00E85698">
        <w:rPr>
          <w:spacing w:val="-5"/>
        </w:rPr>
        <w:t xml:space="preserve"> </w:t>
      </w:r>
      <w:r w:rsidRPr="00E85698">
        <w:t>его</w:t>
      </w:r>
      <w:r w:rsidRPr="00E85698">
        <w:rPr>
          <w:spacing w:val="-57"/>
        </w:rPr>
        <w:t xml:space="preserve"> </w:t>
      </w:r>
      <w:r w:rsidRPr="00E85698">
        <w:t>основу;</w:t>
      </w:r>
      <w:r w:rsidRPr="00E85698">
        <w:rPr>
          <w:spacing w:val="-2"/>
        </w:rPr>
        <w:t xml:space="preserve"> </w:t>
      </w:r>
      <w:r w:rsidRPr="00E85698">
        <w:t>выделять</w:t>
      </w:r>
      <w:r w:rsidRPr="00E85698">
        <w:rPr>
          <w:spacing w:val="-2"/>
        </w:rPr>
        <w:t xml:space="preserve"> </w:t>
      </w:r>
      <w:r w:rsidRPr="00E85698">
        <w:t>основу настоящего</w:t>
      </w:r>
      <w:r w:rsidRPr="00E85698">
        <w:rPr>
          <w:spacing w:val="-1"/>
        </w:rPr>
        <w:t xml:space="preserve"> </w:t>
      </w:r>
      <w:r w:rsidRPr="00E85698">
        <w:t>(будущего</w:t>
      </w:r>
      <w:r w:rsidRPr="00E85698">
        <w:rPr>
          <w:spacing w:val="-1"/>
        </w:rPr>
        <w:t xml:space="preserve"> </w:t>
      </w:r>
      <w:r w:rsidRPr="00E85698">
        <w:t>простого)</w:t>
      </w:r>
      <w:r w:rsidRPr="00E85698">
        <w:rPr>
          <w:spacing w:val="-1"/>
        </w:rPr>
        <w:t xml:space="preserve"> </w:t>
      </w:r>
      <w:r w:rsidRPr="00E85698">
        <w:t>времени</w:t>
      </w:r>
      <w:r w:rsidRPr="00E85698">
        <w:rPr>
          <w:spacing w:val="-1"/>
        </w:rPr>
        <w:t xml:space="preserve"> </w:t>
      </w:r>
      <w:r w:rsidRPr="00E85698">
        <w:t>глагола.</w:t>
      </w:r>
    </w:p>
    <w:p w:rsidR="00624C8A" w:rsidRPr="00E85698" w:rsidRDefault="00CB6516">
      <w:pPr>
        <w:pStyle w:val="a5"/>
        <w:spacing w:line="275" w:lineRule="exact"/>
        <w:ind w:left="286"/>
      </w:pPr>
      <w:r w:rsidRPr="00E85698">
        <w:t>Определять</w:t>
      </w:r>
      <w:r w:rsidRPr="00E85698">
        <w:rPr>
          <w:spacing w:val="-5"/>
        </w:rPr>
        <w:t xml:space="preserve"> </w:t>
      </w:r>
      <w:r w:rsidRPr="00E85698">
        <w:t>спряжение</w:t>
      </w:r>
      <w:r w:rsidRPr="00E85698">
        <w:rPr>
          <w:spacing w:val="-4"/>
        </w:rPr>
        <w:t xml:space="preserve"> </w:t>
      </w:r>
      <w:r w:rsidRPr="00E85698">
        <w:t>глагола,</w:t>
      </w:r>
      <w:r w:rsidRPr="00E85698">
        <w:rPr>
          <w:spacing w:val="-4"/>
        </w:rPr>
        <w:t xml:space="preserve"> </w:t>
      </w:r>
      <w:r w:rsidRPr="00E85698">
        <w:t>уметь</w:t>
      </w:r>
      <w:r w:rsidRPr="00E85698">
        <w:rPr>
          <w:spacing w:val="-5"/>
        </w:rPr>
        <w:t xml:space="preserve"> </w:t>
      </w:r>
      <w:r w:rsidRPr="00E85698">
        <w:t>спрягать</w:t>
      </w:r>
      <w:r w:rsidRPr="00E85698">
        <w:rPr>
          <w:spacing w:val="-4"/>
        </w:rPr>
        <w:t xml:space="preserve"> </w:t>
      </w:r>
      <w:r w:rsidRPr="00E85698">
        <w:t>глаголы.</w:t>
      </w:r>
    </w:p>
    <w:p w:rsidR="00624C8A" w:rsidRPr="00E85698" w:rsidRDefault="00CB6516">
      <w:pPr>
        <w:pStyle w:val="a5"/>
        <w:spacing w:before="60"/>
        <w:ind w:left="286"/>
      </w:pPr>
      <w:r w:rsidRPr="00E85698">
        <w:t>Проводить</w:t>
      </w:r>
      <w:r w:rsidRPr="00E85698">
        <w:rPr>
          <w:spacing w:val="-5"/>
        </w:rPr>
        <w:t xml:space="preserve"> </w:t>
      </w:r>
      <w:r w:rsidRPr="00E85698">
        <w:t>частичный</w:t>
      </w:r>
      <w:r w:rsidRPr="00E85698">
        <w:rPr>
          <w:spacing w:val="-3"/>
        </w:rPr>
        <w:t xml:space="preserve"> </w:t>
      </w:r>
      <w:r w:rsidRPr="00E85698">
        <w:t>морфологический</w:t>
      </w:r>
      <w:r w:rsidRPr="00E85698">
        <w:rPr>
          <w:spacing w:val="-4"/>
        </w:rPr>
        <w:t xml:space="preserve"> </w:t>
      </w:r>
      <w:r w:rsidRPr="00E85698">
        <w:t>анализ</w:t>
      </w:r>
      <w:r w:rsidRPr="00E85698">
        <w:rPr>
          <w:spacing w:val="-4"/>
        </w:rPr>
        <w:t xml:space="preserve"> </w:t>
      </w:r>
      <w:r w:rsidRPr="00E85698">
        <w:t>глаголов</w:t>
      </w:r>
      <w:r w:rsidRPr="00E85698">
        <w:rPr>
          <w:spacing w:val="-5"/>
        </w:rPr>
        <w:t xml:space="preserve"> </w:t>
      </w:r>
      <w:r w:rsidRPr="00E85698">
        <w:t>(в</w:t>
      </w:r>
      <w:r w:rsidRPr="00E85698">
        <w:rPr>
          <w:spacing w:val="-4"/>
        </w:rPr>
        <w:t xml:space="preserve"> </w:t>
      </w:r>
      <w:r w:rsidRPr="00E85698">
        <w:t>рамках</w:t>
      </w:r>
      <w:r w:rsidRPr="00E85698">
        <w:rPr>
          <w:spacing w:val="-4"/>
        </w:rPr>
        <w:t xml:space="preserve"> </w:t>
      </w:r>
      <w:r w:rsidRPr="00E85698">
        <w:t>изученного).</w:t>
      </w:r>
    </w:p>
    <w:p w:rsidR="00624C8A" w:rsidRPr="00E85698" w:rsidRDefault="00CB6516">
      <w:pPr>
        <w:pStyle w:val="a5"/>
        <w:spacing w:before="60" w:line="292" w:lineRule="auto"/>
        <w:ind w:firstLine="180"/>
      </w:pPr>
      <w:r w:rsidRPr="00E85698">
        <w:t>Соблюдать</w:t>
      </w:r>
      <w:r w:rsidRPr="00E85698">
        <w:rPr>
          <w:spacing w:val="-5"/>
        </w:rPr>
        <w:t xml:space="preserve"> </w:t>
      </w:r>
      <w:r w:rsidRPr="00E85698">
        <w:t>нормы</w:t>
      </w:r>
      <w:r w:rsidRPr="00E85698">
        <w:rPr>
          <w:spacing w:val="-3"/>
        </w:rPr>
        <w:t xml:space="preserve"> </w:t>
      </w:r>
      <w:r w:rsidRPr="00E85698">
        <w:t>словоизменения</w:t>
      </w:r>
      <w:r w:rsidRPr="00E85698">
        <w:rPr>
          <w:spacing w:val="-4"/>
        </w:rPr>
        <w:t xml:space="preserve"> </w:t>
      </w:r>
      <w:r w:rsidRPr="00E85698">
        <w:t>глаголов,</w:t>
      </w:r>
      <w:r w:rsidRPr="00E85698">
        <w:rPr>
          <w:spacing w:val="-4"/>
        </w:rPr>
        <w:t xml:space="preserve"> </w:t>
      </w:r>
      <w:r w:rsidRPr="00E85698">
        <w:t>постановки</w:t>
      </w:r>
      <w:r w:rsidRPr="00E85698">
        <w:rPr>
          <w:spacing w:val="-3"/>
        </w:rPr>
        <w:t xml:space="preserve"> </w:t>
      </w:r>
      <w:r w:rsidRPr="00E85698">
        <w:t>ударения</w:t>
      </w:r>
      <w:r w:rsidRPr="00E85698">
        <w:rPr>
          <w:spacing w:val="-4"/>
        </w:rPr>
        <w:t xml:space="preserve"> </w:t>
      </w:r>
      <w:r w:rsidRPr="00E85698">
        <w:t>в</w:t>
      </w:r>
      <w:r w:rsidRPr="00E85698">
        <w:rPr>
          <w:spacing w:val="-4"/>
        </w:rPr>
        <w:t xml:space="preserve"> </w:t>
      </w:r>
      <w:r w:rsidRPr="00E85698">
        <w:t>глагольных</w:t>
      </w:r>
      <w:r w:rsidRPr="00E85698">
        <w:rPr>
          <w:spacing w:val="-4"/>
        </w:rPr>
        <w:t xml:space="preserve"> </w:t>
      </w:r>
      <w:r w:rsidRPr="00E85698">
        <w:t>формах</w:t>
      </w:r>
      <w:r w:rsidRPr="00E85698">
        <w:rPr>
          <w:spacing w:val="-3"/>
        </w:rPr>
        <w:t xml:space="preserve"> </w:t>
      </w:r>
      <w:r w:rsidRPr="00E85698">
        <w:t>(в</w:t>
      </w:r>
      <w:r w:rsidRPr="00E85698">
        <w:rPr>
          <w:spacing w:val="-4"/>
        </w:rPr>
        <w:t xml:space="preserve"> </w:t>
      </w:r>
      <w:r w:rsidRPr="00E85698">
        <w:t>рамках</w:t>
      </w:r>
      <w:r w:rsidRPr="00E85698">
        <w:rPr>
          <w:spacing w:val="-57"/>
        </w:rPr>
        <w:t xml:space="preserve"> </w:t>
      </w:r>
      <w:r w:rsidRPr="00E85698">
        <w:t>изученного).</w:t>
      </w:r>
    </w:p>
    <w:p w:rsidR="00624C8A" w:rsidRPr="00E85698" w:rsidRDefault="00CB6516">
      <w:pPr>
        <w:pStyle w:val="a5"/>
        <w:spacing w:line="292" w:lineRule="auto"/>
        <w:ind w:firstLine="180"/>
      </w:pPr>
      <w:r w:rsidRPr="00E85698">
        <w:t xml:space="preserve">Соблюдать нормы правописания глаголов: корней с чередованием </w:t>
      </w:r>
      <w:r w:rsidRPr="00E85698">
        <w:rPr>
          <w:b/>
          <w:i/>
        </w:rPr>
        <w:t>е</w:t>
      </w:r>
      <w:r w:rsidRPr="00E85698">
        <w:t xml:space="preserve">// </w:t>
      </w:r>
      <w:r w:rsidRPr="00E85698">
        <w:rPr>
          <w:b/>
          <w:i/>
        </w:rPr>
        <w:t>и</w:t>
      </w:r>
      <w:r w:rsidRPr="00E85698">
        <w:t xml:space="preserve">; использования </w:t>
      </w:r>
      <w:r w:rsidRPr="00E85698">
        <w:rPr>
          <w:b/>
          <w:i/>
        </w:rPr>
        <w:t xml:space="preserve">ь </w:t>
      </w:r>
      <w:r w:rsidRPr="00E85698">
        <w:t>после</w:t>
      </w:r>
      <w:r w:rsidRPr="00E85698">
        <w:rPr>
          <w:spacing w:val="1"/>
        </w:rPr>
        <w:t xml:space="preserve"> </w:t>
      </w:r>
      <w:r w:rsidRPr="00E85698">
        <w:t>шипящих как показателя грамматической формы в инфинитиве, в форме 2-го лица единственного</w:t>
      </w:r>
      <w:r w:rsidRPr="00E85698">
        <w:rPr>
          <w:spacing w:val="1"/>
        </w:rPr>
        <w:t xml:space="preserve"> </w:t>
      </w:r>
      <w:r w:rsidRPr="00E85698">
        <w:t>числа;</w:t>
      </w:r>
      <w:r w:rsidRPr="00E85698">
        <w:rPr>
          <w:spacing w:val="-3"/>
        </w:rPr>
        <w:t xml:space="preserve"> </w:t>
      </w:r>
      <w:r w:rsidRPr="00E85698">
        <w:rPr>
          <w:b/>
          <w:i/>
        </w:rPr>
        <w:t>-</w:t>
      </w:r>
      <w:proofErr w:type="spellStart"/>
      <w:r w:rsidRPr="00E85698">
        <w:rPr>
          <w:b/>
          <w:i/>
        </w:rPr>
        <w:t>тся</w:t>
      </w:r>
      <w:proofErr w:type="spellEnd"/>
      <w:r w:rsidRPr="00E85698">
        <w:rPr>
          <w:b/>
          <w:i/>
          <w:spacing w:val="6"/>
        </w:rPr>
        <w:t xml:space="preserve"> </w:t>
      </w:r>
      <w:r w:rsidRPr="00E85698">
        <w:t>и</w:t>
      </w:r>
      <w:r w:rsidRPr="00E85698">
        <w:rPr>
          <w:spacing w:val="1"/>
        </w:rPr>
        <w:t xml:space="preserve"> </w:t>
      </w:r>
      <w:r w:rsidRPr="00E85698">
        <w:rPr>
          <w:b/>
          <w:i/>
        </w:rPr>
        <w:t>-</w:t>
      </w:r>
      <w:proofErr w:type="spellStart"/>
      <w:r w:rsidRPr="00E85698">
        <w:rPr>
          <w:b/>
          <w:i/>
        </w:rPr>
        <w:t>ться</w:t>
      </w:r>
      <w:proofErr w:type="spellEnd"/>
      <w:r w:rsidRPr="00E85698">
        <w:rPr>
          <w:b/>
          <w:i/>
          <w:spacing w:val="4"/>
        </w:rPr>
        <w:t xml:space="preserve"> </w:t>
      </w:r>
      <w:r w:rsidRPr="00E85698">
        <w:t>в</w:t>
      </w:r>
      <w:r w:rsidRPr="00E85698">
        <w:rPr>
          <w:spacing w:val="-2"/>
        </w:rPr>
        <w:t xml:space="preserve"> </w:t>
      </w:r>
      <w:r w:rsidRPr="00E85698">
        <w:t>глаголах;</w:t>
      </w:r>
      <w:r w:rsidRPr="00E85698">
        <w:rPr>
          <w:spacing w:val="-3"/>
        </w:rPr>
        <w:t xml:space="preserve"> </w:t>
      </w:r>
      <w:r w:rsidRPr="00E85698">
        <w:t>суффиксов</w:t>
      </w:r>
      <w:r w:rsidRPr="00E85698">
        <w:rPr>
          <w:spacing w:val="4"/>
        </w:rPr>
        <w:t xml:space="preserve"> </w:t>
      </w:r>
      <w:r w:rsidRPr="00E85698">
        <w:rPr>
          <w:b/>
          <w:i/>
        </w:rPr>
        <w:t>-</w:t>
      </w:r>
      <w:proofErr w:type="spellStart"/>
      <w:r w:rsidRPr="00E85698">
        <w:rPr>
          <w:b/>
          <w:i/>
        </w:rPr>
        <w:t>ова</w:t>
      </w:r>
      <w:proofErr w:type="spellEnd"/>
      <w:r w:rsidRPr="00E85698">
        <w:t>-—</w:t>
      </w:r>
      <w:r w:rsidRPr="00E85698">
        <w:rPr>
          <w:spacing w:val="-2"/>
        </w:rPr>
        <w:t xml:space="preserve"> </w:t>
      </w:r>
      <w:r w:rsidRPr="00E85698">
        <w:t>-</w:t>
      </w:r>
      <w:proofErr w:type="spellStart"/>
      <w:r w:rsidRPr="00E85698">
        <w:rPr>
          <w:b/>
          <w:i/>
        </w:rPr>
        <w:t>ева</w:t>
      </w:r>
      <w:proofErr w:type="spellEnd"/>
      <w:r w:rsidRPr="00E85698">
        <w:t>-,</w:t>
      </w:r>
      <w:r w:rsidRPr="00E85698">
        <w:rPr>
          <w:spacing w:val="3"/>
        </w:rPr>
        <w:t xml:space="preserve"> </w:t>
      </w:r>
      <w:r w:rsidRPr="00E85698">
        <w:rPr>
          <w:b/>
          <w:i/>
        </w:rPr>
        <w:t>-</w:t>
      </w:r>
      <w:proofErr w:type="spellStart"/>
      <w:r w:rsidRPr="00E85698">
        <w:rPr>
          <w:b/>
          <w:i/>
        </w:rPr>
        <w:t>ыва</w:t>
      </w:r>
      <w:proofErr w:type="spellEnd"/>
      <w:r w:rsidRPr="00E85698">
        <w:rPr>
          <w:b/>
          <w:i/>
        </w:rPr>
        <w:t>-</w:t>
      </w:r>
      <w:r w:rsidRPr="00E85698">
        <w:t>—</w:t>
      </w:r>
      <w:r w:rsidRPr="00E85698">
        <w:rPr>
          <w:spacing w:val="-1"/>
        </w:rPr>
        <w:t xml:space="preserve"> </w:t>
      </w:r>
      <w:r w:rsidRPr="00E85698">
        <w:rPr>
          <w:b/>
          <w:i/>
        </w:rPr>
        <w:t>-ива-</w:t>
      </w:r>
      <w:r w:rsidRPr="00E85698">
        <w:t>;</w:t>
      </w:r>
      <w:r w:rsidRPr="00E85698">
        <w:rPr>
          <w:spacing w:val="-3"/>
        </w:rPr>
        <w:t xml:space="preserve"> </w:t>
      </w:r>
      <w:r w:rsidRPr="00E85698">
        <w:t>личных</w:t>
      </w:r>
      <w:r w:rsidRPr="00E85698">
        <w:rPr>
          <w:spacing w:val="-1"/>
        </w:rPr>
        <w:t xml:space="preserve"> </w:t>
      </w:r>
      <w:r w:rsidRPr="00E85698">
        <w:t>окончаний</w:t>
      </w:r>
      <w:r w:rsidRPr="00E85698">
        <w:rPr>
          <w:spacing w:val="-1"/>
        </w:rPr>
        <w:t xml:space="preserve"> </w:t>
      </w:r>
      <w:r w:rsidRPr="00E85698">
        <w:t>глагола,</w:t>
      </w:r>
      <w:r w:rsidRPr="00E85698">
        <w:rPr>
          <w:spacing w:val="-57"/>
        </w:rPr>
        <w:t xml:space="preserve"> </w:t>
      </w:r>
      <w:r w:rsidRPr="00E85698">
        <w:t xml:space="preserve">гласной перед суффиксом </w:t>
      </w:r>
      <w:r w:rsidRPr="00E85698">
        <w:rPr>
          <w:b/>
          <w:i/>
        </w:rPr>
        <w:t xml:space="preserve">-л- </w:t>
      </w:r>
      <w:r w:rsidRPr="00E85698">
        <w:t>в формах прошедшего времени глагола; слитного и раздельного</w:t>
      </w:r>
      <w:r w:rsidRPr="00E85698">
        <w:rPr>
          <w:spacing w:val="1"/>
        </w:rPr>
        <w:t xml:space="preserve"> </w:t>
      </w:r>
      <w:r w:rsidRPr="00E85698">
        <w:t>написания</w:t>
      </w:r>
      <w:r w:rsidRPr="00E85698">
        <w:rPr>
          <w:spacing w:val="-6"/>
        </w:rPr>
        <w:t xml:space="preserve"> </w:t>
      </w:r>
      <w:r w:rsidRPr="00E85698">
        <w:rPr>
          <w:b/>
          <w:i/>
        </w:rPr>
        <w:t xml:space="preserve">не </w:t>
      </w:r>
      <w:r w:rsidRPr="00E85698">
        <w:t>с глаголами.</w:t>
      </w:r>
    </w:p>
    <w:p w:rsidR="00624C8A" w:rsidRPr="00E85698" w:rsidRDefault="00CB6516">
      <w:pPr>
        <w:pStyle w:val="a5"/>
        <w:spacing w:line="273" w:lineRule="exact"/>
        <w:ind w:left="286"/>
      </w:pPr>
      <w:r w:rsidRPr="00E85698">
        <w:t>Синтаксис.</w:t>
      </w:r>
      <w:r w:rsidRPr="00E85698">
        <w:rPr>
          <w:spacing w:val="-4"/>
        </w:rPr>
        <w:t xml:space="preserve"> </w:t>
      </w:r>
      <w:r w:rsidRPr="00E85698">
        <w:t>Культура</w:t>
      </w:r>
      <w:r w:rsidRPr="00E85698">
        <w:rPr>
          <w:spacing w:val="-4"/>
        </w:rPr>
        <w:t xml:space="preserve"> </w:t>
      </w:r>
      <w:r w:rsidRPr="00E85698">
        <w:t>речи.</w:t>
      </w:r>
      <w:r w:rsidRPr="00E85698">
        <w:rPr>
          <w:spacing w:val="-4"/>
        </w:rPr>
        <w:t xml:space="preserve"> </w:t>
      </w:r>
      <w:r w:rsidRPr="00E85698">
        <w:t>Пунктуация</w:t>
      </w:r>
    </w:p>
    <w:p w:rsidR="00624C8A" w:rsidRPr="00E85698" w:rsidRDefault="00CB6516">
      <w:pPr>
        <w:pStyle w:val="a5"/>
        <w:spacing w:before="59" w:line="292" w:lineRule="auto"/>
        <w:ind w:right="641" w:firstLine="180"/>
      </w:pPr>
      <w:r w:rsidRPr="00E85698">
        <w:t>Распознавать единицы синтаксиса (словосочетание и предложение); проводить синтаксический</w:t>
      </w:r>
      <w:r w:rsidRPr="00E85698">
        <w:rPr>
          <w:spacing w:val="-57"/>
        </w:rPr>
        <w:t xml:space="preserve"> </w:t>
      </w:r>
      <w:r w:rsidRPr="00E85698">
        <w:t>анализ словосочетаний и простых предложений; проводить пунктуационный анализ простых</w:t>
      </w:r>
      <w:r w:rsidRPr="00E85698">
        <w:rPr>
          <w:spacing w:val="1"/>
        </w:rPr>
        <w:t xml:space="preserve"> </w:t>
      </w:r>
      <w:r w:rsidRPr="00E85698">
        <w:t>осложнённых и сложных предложений (в рамках изученного); применять знания по синтаксису и</w:t>
      </w:r>
      <w:r w:rsidRPr="00E85698">
        <w:rPr>
          <w:spacing w:val="-58"/>
        </w:rPr>
        <w:t xml:space="preserve"> </w:t>
      </w:r>
      <w:r w:rsidRPr="00E85698">
        <w:t>пунктуации</w:t>
      </w:r>
      <w:r w:rsidRPr="00E85698">
        <w:rPr>
          <w:spacing w:val="-2"/>
        </w:rPr>
        <w:t xml:space="preserve"> </w:t>
      </w:r>
      <w:r w:rsidRPr="00E85698">
        <w:t>при</w:t>
      </w:r>
      <w:r w:rsidRPr="00E85698">
        <w:rPr>
          <w:spacing w:val="-1"/>
        </w:rPr>
        <w:t xml:space="preserve"> </w:t>
      </w:r>
      <w:r w:rsidRPr="00E85698">
        <w:t>выполнении</w:t>
      </w:r>
      <w:r w:rsidRPr="00E85698">
        <w:rPr>
          <w:spacing w:val="-1"/>
        </w:rPr>
        <w:t xml:space="preserve"> </w:t>
      </w:r>
      <w:r w:rsidRPr="00E85698">
        <w:t>языкового</w:t>
      </w:r>
      <w:r w:rsidRPr="00E85698">
        <w:rPr>
          <w:spacing w:val="-1"/>
        </w:rPr>
        <w:t xml:space="preserve"> </w:t>
      </w:r>
      <w:r w:rsidRPr="00E85698">
        <w:t>анализа</w:t>
      </w:r>
      <w:r w:rsidRPr="00E85698">
        <w:rPr>
          <w:spacing w:val="-1"/>
        </w:rPr>
        <w:t xml:space="preserve"> </w:t>
      </w:r>
      <w:r w:rsidRPr="00E85698">
        <w:t>различных</w:t>
      </w:r>
      <w:r w:rsidRPr="00E85698">
        <w:rPr>
          <w:spacing w:val="-1"/>
        </w:rPr>
        <w:t xml:space="preserve"> </w:t>
      </w:r>
      <w:r w:rsidRPr="00E85698">
        <w:t>видов</w:t>
      </w:r>
      <w:r w:rsidRPr="00E85698">
        <w:rPr>
          <w:spacing w:val="-2"/>
        </w:rPr>
        <w:t xml:space="preserve"> </w:t>
      </w:r>
      <w:r w:rsidRPr="00E85698">
        <w:t>и</w:t>
      </w:r>
      <w:r w:rsidRPr="00E85698">
        <w:rPr>
          <w:spacing w:val="-1"/>
        </w:rPr>
        <w:t xml:space="preserve"> </w:t>
      </w:r>
      <w:r w:rsidRPr="00E85698">
        <w:t>в</w:t>
      </w:r>
      <w:r w:rsidRPr="00E85698">
        <w:rPr>
          <w:spacing w:val="-2"/>
        </w:rPr>
        <w:t xml:space="preserve"> </w:t>
      </w:r>
      <w:r w:rsidRPr="00E85698">
        <w:t>речевой</w:t>
      </w:r>
      <w:r w:rsidRPr="00E85698">
        <w:rPr>
          <w:spacing w:val="-1"/>
        </w:rPr>
        <w:t xml:space="preserve"> </w:t>
      </w:r>
      <w:r w:rsidRPr="00E85698">
        <w:t>практике.</w:t>
      </w:r>
    </w:p>
    <w:p w:rsidR="00624C8A" w:rsidRPr="00E85698" w:rsidRDefault="00CB6516">
      <w:pPr>
        <w:pStyle w:val="a5"/>
        <w:spacing w:line="292" w:lineRule="auto"/>
        <w:ind w:right="127" w:firstLine="180"/>
      </w:pPr>
      <w:r w:rsidRPr="00E85698">
        <w:t>Распознавать словосочетания по морфологическим свойствам главного слова (именные, глагольные,</w:t>
      </w:r>
      <w:r w:rsidRPr="00E85698">
        <w:rPr>
          <w:spacing w:val="-58"/>
        </w:rPr>
        <w:t xml:space="preserve"> </w:t>
      </w:r>
      <w:r w:rsidRPr="00E85698">
        <w:t>наречные); простые неосложнённые предложения; простые предложения, осложнённые однородными</w:t>
      </w:r>
      <w:r w:rsidRPr="00E85698">
        <w:rPr>
          <w:spacing w:val="-57"/>
        </w:rPr>
        <w:t xml:space="preserve"> </w:t>
      </w:r>
      <w:r w:rsidRPr="00E85698">
        <w:t>членами, включая предложения с обобщающим словом при однородных членах, обращением;</w:t>
      </w:r>
      <w:r w:rsidRPr="00E85698">
        <w:rPr>
          <w:spacing w:val="1"/>
        </w:rPr>
        <w:t xml:space="preserve"> </w:t>
      </w:r>
      <w:r w:rsidRPr="00E85698">
        <w:t>распознавать предложения по цели высказывания (повествовательные, побудительные,</w:t>
      </w:r>
      <w:r w:rsidRPr="00E85698">
        <w:rPr>
          <w:spacing w:val="1"/>
        </w:rPr>
        <w:t xml:space="preserve"> </w:t>
      </w:r>
      <w:r w:rsidRPr="00E85698">
        <w:t>вопросительные), эмоциональной окраске (восклицательные и невосклицательные), количеству</w:t>
      </w:r>
      <w:r w:rsidRPr="00E85698">
        <w:rPr>
          <w:spacing w:val="1"/>
        </w:rPr>
        <w:t xml:space="preserve"> </w:t>
      </w:r>
      <w:r w:rsidRPr="00E85698">
        <w:t>грамматических основ (простые и сложные), наличию второстепенных членов (распространённые и</w:t>
      </w:r>
      <w:r w:rsidRPr="00E85698">
        <w:rPr>
          <w:spacing w:val="1"/>
        </w:rPr>
        <w:t xml:space="preserve"> </w:t>
      </w:r>
      <w:r w:rsidRPr="00E85698">
        <w:t>нераспространённые); определять главные (грамматическую основу) и второстепенные члены</w:t>
      </w:r>
      <w:r w:rsidRPr="00E85698">
        <w:rPr>
          <w:spacing w:val="1"/>
        </w:rPr>
        <w:t xml:space="preserve"> </w:t>
      </w:r>
      <w:r w:rsidRPr="00E85698">
        <w:t>предложения, морфологические средства выражения подлежащего (именем существительным или</w:t>
      </w:r>
      <w:r w:rsidRPr="00E85698">
        <w:rPr>
          <w:spacing w:val="1"/>
        </w:rPr>
        <w:t xml:space="preserve"> </w:t>
      </w:r>
      <w:r w:rsidRPr="00E85698">
        <w:t>местоимением в именительном падеже, сочетанием имени существительного в форме именительного</w:t>
      </w:r>
      <w:r w:rsidRPr="00E85698">
        <w:rPr>
          <w:spacing w:val="1"/>
        </w:rPr>
        <w:t xml:space="preserve"> </w:t>
      </w:r>
      <w:r w:rsidRPr="00E85698">
        <w:t>падежа с существительным или местоимением в форме творительного падежа с предлогом;</w:t>
      </w:r>
      <w:r w:rsidRPr="00E85698">
        <w:rPr>
          <w:spacing w:val="1"/>
        </w:rPr>
        <w:t xml:space="preserve"> </w:t>
      </w:r>
      <w:r w:rsidRPr="00E85698">
        <w:t>сочетанием</w:t>
      </w:r>
      <w:r w:rsidRPr="00E85698">
        <w:rPr>
          <w:spacing w:val="-2"/>
        </w:rPr>
        <w:t xml:space="preserve"> </w:t>
      </w:r>
      <w:r w:rsidRPr="00E85698">
        <w:t>имени</w:t>
      </w:r>
      <w:r w:rsidRPr="00E85698">
        <w:rPr>
          <w:spacing w:val="-1"/>
        </w:rPr>
        <w:t xml:space="preserve"> </w:t>
      </w:r>
      <w:r w:rsidRPr="00E85698">
        <w:t>числительного</w:t>
      </w:r>
      <w:r w:rsidRPr="00E85698">
        <w:rPr>
          <w:spacing w:val="-2"/>
        </w:rPr>
        <w:t xml:space="preserve"> </w:t>
      </w:r>
      <w:r w:rsidRPr="00E85698">
        <w:t>в</w:t>
      </w:r>
      <w:r w:rsidRPr="00E85698">
        <w:rPr>
          <w:spacing w:val="-2"/>
        </w:rPr>
        <w:t xml:space="preserve"> </w:t>
      </w:r>
      <w:r w:rsidRPr="00E85698">
        <w:t>форме</w:t>
      </w:r>
      <w:r w:rsidRPr="00E85698">
        <w:rPr>
          <w:spacing w:val="-2"/>
        </w:rPr>
        <w:t xml:space="preserve"> </w:t>
      </w:r>
      <w:r w:rsidRPr="00E85698">
        <w:t>именительного</w:t>
      </w:r>
      <w:r w:rsidRPr="00E85698">
        <w:rPr>
          <w:spacing w:val="-1"/>
        </w:rPr>
        <w:t xml:space="preserve"> </w:t>
      </w:r>
      <w:r w:rsidRPr="00E85698">
        <w:t>падежа</w:t>
      </w:r>
      <w:r w:rsidRPr="00E85698">
        <w:rPr>
          <w:spacing w:val="-1"/>
        </w:rPr>
        <w:t xml:space="preserve"> </w:t>
      </w:r>
      <w:r w:rsidRPr="00E85698">
        <w:t>с</w:t>
      </w:r>
      <w:r w:rsidRPr="00E85698">
        <w:rPr>
          <w:spacing w:val="-2"/>
        </w:rPr>
        <w:t xml:space="preserve"> </w:t>
      </w:r>
      <w:r w:rsidRPr="00E85698">
        <w:t>существительным</w:t>
      </w:r>
      <w:r w:rsidRPr="00E85698">
        <w:rPr>
          <w:spacing w:val="-1"/>
        </w:rPr>
        <w:t xml:space="preserve"> </w:t>
      </w:r>
      <w:r w:rsidRPr="00E85698">
        <w:t>в</w:t>
      </w:r>
      <w:r w:rsidRPr="00E85698">
        <w:rPr>
          <w:spacing w:val="-3"/>
        </w:rPr>
        <w:t xml:space="preserve"> </w:t>
      </w:r>
      <w:r w:rsidRPr="00E85698">
        <w:t>форме</w:t>
      </w:r>
    </w:p>
    <w:p w:rsidR="00624C8A" w:rsidRPr="00E85698" w:rsidRDefault="00624C8A">
      <w:pPr>
        <w:spacing w:line="292" w:lineRule="auto"/>
        <w:sectPr w:rsidR="00624C8A" w:rsidRPr="00E85698">
          <w:pgSz w:w="11900" w:h="16840"/>
          <w:pgMar w:top="500" w:right="540" w:bottom="280" w:left="560" w:header="720" w:footer="720" w:gutter="0"/>
          <w:cols w:space="720"/>
        </w:sectPr>
      </w:pPr>
    </w:p>
    <w:p w:rsidR="00624C8A" w:rsidRPr="00E85698" w:rsidRDefault="00CB6516">
      <w:pPr>
        <w:pStyle w:val="a5"/>
        <w:spacing w:before="62" w:line="292" w:lineRule="auto"/>
        <w:ind w:right="344"/>
      </w:pPr>
      <w:r w:rsidRPr="00E85698">
        <w:lastRenderedPageBreak/>
        <w:t>родительного падежа) и сказуемого (глаголом, именем существительным, именем прилагательным),</w:t>
      </w:r>
      <w:r w:rsidRPr="00E85698">
        <w:rPr>
          <w:spacing w:val="-58"/>
        </w:rPr>
        <w:t xml:space="preserve"> </w:t>
      </w:r>
      <w:r w:rsidRPr="00E85698">
        <w:t>морфологические</w:t>
      </w:r>
      <w:r w:rsidRPr="00E85698">
        <w:rPr>
          <w:spacing w:val="-4"/>
        </w:rPr>
        <w:t xml:space="preserve"> </w:t>
      </w:r>
      <w:r w:rsidRPr="00E85698">
        <w:t>средства</w:t>
      </w:r>
      <w:r w:rsidRPr="00E85698">
        <w:rPr>
          <w:spacing w:val="-5"/>
        </w:rPr>
        <w:t xml:space="preserve"> </w:t>
      </w:r>
      <w:r w:rsidRPr="00E85698">
        <w:t>выражения</w:t>
      </w:r>
      <w:r w:rsidRPr="00E85698">
        <w:rPr>
          <w:spacing w:val="-4"/>
        </w:rPr>
        <w:t xml:space="preserve"> </w:t>
      </w:r>
      <w:r w:rsidRPr="00E85698">
        <w:t>второстепенных</w:t>
      </w:r>
      <w:r w:rsidRPr="00E85698">
        <w:rPr>
          <w:spacing w:val="-4"/>
        </w:rPr>
        <w:t xml:space="preserve"> </w:t>
      </w:r>
      <w:r w:rsidRPr="00E85698">
        <w:t>членов</w:t>
      </w:r>
      <w:r w:rsidRPr="00E85698">
        <w:rPr>
          <w:spacing w:val="-5"/>
        </w:rPr>
        <w:t xml:space="preserve"> </w:t>
      </w:r>
      <w:r w:rsidRPr="00E85698">
        <w:t>предложения</w:t>
      </w:r>
      <w:r w:rsidRPr="00E85698">
        <w:rPr>
          <w:spacing w:val="-5"/>
        </w:rPr>
        <w:t xml:space="preserve"> </w:t>
      </w:r>
      <w:r w:rsidRPr="00E85698">
        <w:t>(в</w:t>
      </w:r>
      <w:r w:rsidRPr="00E85698">
        <w:rPr>
          <w:spacing w:val="-5"/>
        </w:rPr>
        <w:t xml:space="preserve"> </w:t>
      </w:r>
      <w:r w:rsidRPr="00E85698">
        <w:t>рамках</w:t>
      </w:r>
      <w:r w:rsidRPr="00E85698">
        <w:rPr>
          <w:spacing w:val="-4"/>
        </w:rPr>
        <w:t xml:space="preserve"> </w:t>
      </w:r>
      <w:r w:rsidRPr="00E85698">
        <w:t>изученного).</w:t>
      </w:r>
    </w:p>
    <w:p w:rsidR="00624C8A" w:rsidRPr="00E85698" w:rsidRDefault="00CB6516">
      <w:pPr>
        <w:pStyle w:val="a5"/>
        <w:spacing w:line="292" w:lineRule="auto"/>
        <w:ind w:right="797" w:firstLine="180"/>
      </w:pPr>
      <w:r w:rsidRPr="00E85698">
        <w:t>Соблюдать на письме пунктуационные нормы при постановке тире между подлежащим и</w:t>
      </w:r>
      <w:r w:rsidRPr="00E85698">
        <w:rPr>
          <w:spacing w:val="1"/>
        </w:rPr>
        <w:t xml:space="preserve"> </w:t>
      </w:r>
      <w:r w:rsidRPr="00E85698">
        <w:t>сказуемым, выборе знаков препинания в предложениях с однородными членами, связанными</w:t>
      </w:r>
      <w:r w:rsidRPr="00E85698">
        <w:rPr>
          <w:spacing w:val="1"/>
        </w:rPr>
        <w:t xml:space="preserve"> </w:t>
      </w:r>
      <w:r w:rsidRPr="00E85698">
        <w:t xml:space="preserve">бессоюзной связью, одиночным союзом </w:t>
      </w:r>
      <w:r w:rsidRPr="00E85698">
        <w:rPr>
          <w:b/>
          <w:i/>
        </w:rPr>
        <w:t>и</w:t>
      </w:r>
      <w:r w:rsidRPr="00E85698">
        <w:t xml:space="preserve">, </w:t>
      </w:r>
      <w:proofErr w:type="gramStart"/>
      <w:r w:rsidRPr="00E85698">
        <w:t>союзами</w:t>
      </w:r>
      <w:proofErr w:type="gramEnd"/>
      <w:r w:rsidRPr="00E85698">
        <w:t xml:space="preserve"> </w:t>
      </w:r>
      <w:r w:rsidRPr="00E85698">
        <w:rPr>
          <w:b/>
          <w:i/>
        </w:rPr>
        <w:t>а</w:t>
      </w:r>
      <w:r w:rsidRPr="00E85698">
        <w:t xml:space="preserve">, </w:t>
      </w:r>
      <w:r w:rsidRPr="00E85698">
        <w:rPr>
          <w:b/>
          <w:i/>
        </w:rPr>
        <w:t>но</w:t>
      </w:r>
      <w:r w:rsidRPr="00E85698">
        <w:t xml:space="preserve">, </w:t>
      </w:r>
      <w:r w:rsidRPr="00E85698">
        <w:rPr>
          <w:b/>
          <w:i/>
        </w:rPr>
        <w:t>однако</w:t>
      </w:r>
      <w:r w:rsidRPr="00E85698">
        <w:t xml:space="preserve">, </w:t>
      </w:r>
      <w:r w:rsidRPr="00E85698">
        <w:rPr>
          <w:b/>
          <w:i/>
        </w:rPr>
        <w:t>зато</w:t>
      </w:r>
      <w:r w:rsidRPr="00E85698">
        <w:t xml:space="preserve">, </w:t>
      </w:r>
      <w:r w:rsidRPr="00E85698">
        <w:rPr>
          <w:b/>
          <w:i/>
        </w:rPr>
        <w:t xml:space="preserve">да </w:t>
      </w:r>
      <w:r w:rsidRPr="00E85698">
        <w:t xml:space="preserve">(в значении </w:t>
      </w:r>
      <w:r w:rsidRPr="00E85698">
        <w:rPr>
          <w:b/>
          <w:i/>
        </w:rPr>
        <w:t>и</w:t>
      </w:r>
      <w:r w:rsidRPr="00E85698">
        <w:t xml:space="preserve">), </w:t>
      </w:r>
      <w:r w:rsidRPr="00E85698">
        <w:rPr>
          <w:b/>
          <w:i/>
        </w:rPr>
        <w:t xml:space="preserve">да </w:t>
      </w:r>
      <w:r w:rsidRPr="00E85698">
        <w:t>(в</w:t>
      </w:r>
      <w:r w:rsidRPr="00E85698">
        <w:rPr>
          <w:spacing w:val="-57"/>
        </w:rPr>
        <w:t xml:space="preserve"> </w:t>
      </w:r>
      <w:r w:rsidRPr="00E85698">
        <w:t xml:space="preserve">значении </w:t>
      </w:r>
      <w:r w:rsidRPr="00E85698">
        <w:rPr>
          <w:b/>
          <w:i/>
        </w:rPr>
        <w:t>но</w:t>
      </w:r>
      <w:r w:rsidRPr="00E85698">
        <w:t>); с обобщающим словом при однородных членах; с обращением; в предложениях с</w:t>
      </w:r>
      <w:r w:rsidRPr="00E85698">
        <w:rPr>
          <w:spacing w:val="-57"/>
        </w:rPr>
        <w:t xml:space="preserve"> </w:t>
      </w:r>
      <w:r w:rsidRPr="00E85698">
        <w:t>прямой речью; в сложных предложениях, состоящих из частей, связанных бессоюзной связью и</w:t>
      </w:r>
      <w:r w:rsidRPr="00E85698">
        <w:rPr>
          <w:spacing w:val="-57"/>
        </w:rPr>
        <w:t xml:space="preserve"> </w:t>
      </w:r>
      <w:r w:rsidRPr="00E85698">
        <w:t>союзами</w:t>
      </w:r>
      <w:r w:rsidRPr="00E85698">
        <w:rPr>
          <w:spacing w:val="-1"/>
        </w:rPr>
        <w:t xml:space="preserve"> </w:t>
      </w:r>
      <w:r w:rsidRPr="00E85698">
        <w:rPr>
          <w:b/>
          <w:i/>
        </w:rPr>
        <w:t>и</w:t>
      </w:r>
      <w:r w:rsidRPr="00E85698">
        <w:t xml:space="preserve">, </w:t>
      </w:r>
      <w:r w:rsidRPr="00E85698">
        <w:rPr>
          <w:b/>
          <w:i/>
        </w:rPr>
        <w:t>но</w:t>
      </w:r>
      <w:r w:rsidRPr="00E85698">
        <w:t>,</w:t>
      </w:r>
      <w:r w:rsidRPr="00E85698">
        <w:rPr>
          <w:spacing w:val="-1"/>
        </w:rPr>
        <w:t xml:space="preserve"> </w:t>
      </w:r>
      <w:r w:rsidRPr="00E85698">
        <w:rPr>
          <w:b/>
          <w:i/>
        </w:rPr>
        <w:t>а</w:t>
      </w:r>
      <w:r w:rsidRPr="00E85698">
        <w:t xml:space="preserve">, </w:t>
      </w:r>
      <w:r w:rsidRPr="00E85698">
        <w:rPr>
          <w:b/>
          <w:i/>
        </w:rPr>
        <w:t>однако</w:t>
      </w:r>
      <w:r w:rsidRPr="00E85698">
        <w:t>,</w:t>
      </w:r>
      <w:r w:rsidRPr="00E85698">
        <w:rPr>
          <w:spacing w:val="-1"/>
        </w:rPr>
        <w:t xml:space="preserve"> </w:t>
      </w:r>
      <w:r w:rsidRPr="00E85698">
        <w:rPr>
          <w:b/>
          <w:i/>
        </w:rPr>
        <w:t>зато</w:t>
      </w:r>
      <w:r w:rsidRPr="00E85698">
        <w:t xml:space="preserve">, </w:t>
      </w:r>
      <w:r w:rsidRPr="00E85698">
        <w:rPr>
          <w:b/>
          <w:i/>
        </w:rPr>
        <w:t>да</w:t>
      </w:r>
      <w:r w:rsidRPr="00E85698">
        <w:t>;</w:t>
      </w:r>
      <w:r w:rsidRPr="00E85698">
        <w:rPr>
          <w:spacing w:val="-2"/>
        </w:rPr>
        <w:t xml:space="preserve"> </w:t>
      </w:r>
      <w:r w:rsidRPr="00E85698">
        <w:t>оформлять</w:t>
      </w:r>
      <w:r w:rsidRPr="00E85698">
        <w:rPr>
          <w:spacing w:val="-1"/>
        </w:rPr>
        <w:t xml:space="preserve"> </w:t>
      </w:r>
      <w:r w:rsidRPr="00E85698">
        <w:t>на</w:t>
      </w:r>
      <w:r w:rsidRPr="00E85698">
        <w:rPr>
          <w:spacing w:val="-1"/>
        </w:rPr>
        <w:t xml:space="preserve"> </w:t>
      </w:r>
      <w:r w:rsidRPr="00E85698">
        <w:t>письме диалог.</w:t>
      </w:r>
    </w:p>
    <w:p w:rsidR="00624C8A" w:rsidRPr="00E85698" w:rsidRDefault="00CB6516">
      <w:pPr>
        <w:pStyle w:val="11"/>
        <w:numPr>
          <w:ilvl w:val="0"/>
          <w:numId w:val="6"/>
        </w:numPr>
        <w:tabs>
          <w:tab w:val="left" w:pos="287"/>
        </w:tabs>
        <w:spacing w:before="187"/>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line="292" w:lineRule="auto"/>
        <w:ind w:right="492" w:firstLine="180"/>
      </w:pPr>
      <w:r w:rsidRPr="00E85698">
        <w:t>Характеризовать функции русского языка как государственного языка Российской Федерации и</w:t>
      </w:r>
      <w:r w:rsidRPr="00E85698">
        <w:rPr>
          <w:spacing w:val="1"/>
        </w:rPr>
        <w:t xml:space="preserve"> </w:t>
      </w:r>
      <w:r w:rsidRPr="00E85698">
        <w:t>языка межнационального общения, приводить примеры использования русского языка как</w:t>
      </w:r>
      <w:r w:rsidRPr="00E85698">
        <w:rPr>
          <w:spacing w:val="1"/>
        </w:rPr>
        <w:t xml:space="preserve"> </w:t>
      </w:r>
      <w:r w:rsidRPr="00E85698">
        <w:t>государственного языка Российской Федерации и как языка межнационального общения (в рамках</w:t>
      </w:r>
      <w:r w:rsidRPr="00E85698">
        <w:rPr>
          <w:spacing w:val="-58"/>
        </w:rPr>
        <w:t xml:space="preserve"> </w:t>
      </w:r>
      <w:r w:rsidRPr="00E85698">
        <w:t>изученного).</w:t>
      </w:r>
    </w:p>
    <w:p w:rsidR="00624C8A" w:rsidRPr="00E85698" w:rsidRDefault="00CB6516">
      <w:pPr>
        <w:pStyle w:val="a5"/>
        <w:spacing w:line="274" w:lineRule="exact"/>
        <w:ind w:left="286"/>
      </w:pPr>
      <w:r w:rsidRPr="00E85698">
        <w:t>Иметь</w:t>
      </w:r>
      <w:r w:rsidRPr="00E85698">
        <w:rPr>
          <w:spacing w:val="-5"/>
        </w:rPr>
        <w:t xml:space="preserve"> </w:t>
      </w:r>
      <w:r w:rsidRPr="00E85698">
        <w:t>представление</w:t>
      </w:r>
      <w:r w:rsidRPr="00E85698">
        <w:rPr>
          <w:spacing w:val="-4"/>
        </w:rPr>
        <w:t xml:space="preserve"> </w:t>
      </w:r>
      <w:r w:rsidRPr="00E85698">
        <w:t>о</w:t>
      </w:r>
      <w:r w:rsidRPr="00E85698">
        <w:rPr>
          <w:spacing w:val="-3"/>
        </w:rPr>
        <w:t xml:space="preserve"> </w:t>
      </w:r>
      <w:r w:rsidRPr="00E85698">
        <w:t>русском</w:t>
      </w:r>
      <w:r w:rsidRPr="00E85698">
        <w:rPr>
          <w:spacing w:val="-4"/>
        </w:rPr>
        <w:t xml:space="preserve"> </w:t>
      </w:r>
      <w:r w:rsidRPr="00E85698">
        <w:t>литературном</w:t>
      </w:r>
      <w:r w:rsidRPr="00E85698">
        <w:rPr>
          <w:spacing w:val="-4"/>
        </w:rPr>
        <w:t xml:space="preserve"> </w:t>
      </w:r>
      <w:r w:rsidRPr="00E85698">
        <w:t>языке.</w:t>
      </w:r>
    </w:p>
    <w:p w:rsidR="00624C8A" w:rsidRPr="00E85698" w:rsidRDefault="00CB6516">
      <w:pPr>
        <w:pStyle w:val="11"/>
        <w:spacing w:before="180"/>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0" w:line="292" w:lineRule="auto"/>
        <w:ind w:right="330" w:firstLine="180"/>
      </w:pPr>
      <w:r w:rsidRPr="00E85698">
        <w:t>Создавать устные монологические высказывания объёмом не менее 6 предложений на основе</w:t>
      </w:r>
      <w:r w:rsidRPr="00E85698">
        <w:rPr>
          <w:spacing w:val="1"/>
        </w:rPr>
        <w:t xml:space="preserve"> </w:t>
      </w:r>
      <w:r w:rsidRPr="00E85698">
        <w:t>жизненных наблюдений, чтения научно-учебной, художественной и научно-популярной литературы</w:t>
      </w:r>
      <w:r w:rsidRPr="00E85698">
        <w:rPr>
          <w:spacing w:val="-58"/>
        </w:rPr>
        <w:t xml:space="preserve"> </w:t>
      </w:r>
      <w:r w:rsidRPr="00E85698">
        <w:t>(монолог-описание, монолог-повествование, монолог-рассуждение); выступать с сообщением на</w:t>
      </w:r>
      <w:r w:rsidRPr="00E85698">
        <w:rPr>
          <w:spacing w:val="1"/>
        </w:rPr>
        <w:t xml:space="preserve"> </w:t>
      </w:r>
      <w:r w:rsidRPr="00E85698">
        <w:t>лингвистическую</w:t>
      </w:r>
      <w:r w:rsidRPr="00E85698">
        <w:rPr>
          <w:spacing w:val="-2"/>
        </w:rPr>
        <w:t xml:space="preserve"> </w:t>
      </w:r>
      <w:r w:rsidRPr="00E85698">
        <w:t>тему.</w:t>
      </w:r>
    </w:p>
    <w:p w:rsidR="00624C8A" w:rsidRPr="00E85698" w:rsidRDefault="00CB6516">
      <w:pPr>
        <w:pStyle w:val="a5"/>
        <w:spacing w:line="292" w:lineRule="auto"/>
        <w:ind w:left="286"/>
      </w:pPr>
      <w:r w:rsidRPr="00E85698">
        <w:t>Участвовать в диалоге (побуждение к действию, обмен мнениями) объёмом не менее 4 реплик.</w:t>
      </w:r>
      <w:r w:rsidRPr="00E85698">
        <w:rPr>
          <w:spacing w:val="1"/>
        </w:rPr>
        <w:t xml:space="preserve"> </w:t>
      </w:r>
      <w:r w:rsidRPr="00E85698">
        <w:t>Владеть</w:t>
      </w:r>
      <w:r w:rsidRPr="00E85698">
        <w:rPr>
          <w:spacing w:val="-6"/>
        </w:rPr>
        <w:t xml:space="preserve"> </w:t>
      </w:r>
      <w:r w:rsidRPr="00E85698">
        <w:t>различными</w:t>
      </w:r>
      <w:r w:rsidRPr="00E85698">
        <w:rPr>
          <w:spacing w:val="-4"/>
        </w:rPr>
        <w:t xml:space="preserve"> </w:t>
      </w:r>
      <w:r w:rsidRPr="00E85698">
        <w:t>видами</w:t>
      </w:r>
      <w:r w:rsidRPr="00E85698">
        <w:rPr>
          <w:spacing w:val="-4"/>
        </w:rPr>
        <w:t xml:space="preserve"> </w:t>
      </w:r>
      <w:proofErr w:type="spellStart"/>
      <w:r w:rsidRPr="00E85698">
        <w:t>аудирования</w:t>
      </w:r>
      <w:proofErr w:type="spellEnd"/>
      <w:r w:rsidRPr="00E85698">
        <w:t>:</w:t>
      </w:r>
      <w:r w:rsidRPr="00E85698">
        <w:rPr>
          <w:spacing w:val="-5"/>
        </w:rPr>
        <w:t xml:space="preserve"> </w:t>
      </w:r>
      <w:r w:rsidRPr="00E85698">
        <w:t>выборочным,</w:t>
      </w:r>
      <w:r w:rsidRPr="00E85698">
        <w:rPr>
          <w:spacing w:val="-4"/>
        </w:rPr>
        <w:t xml:space="preserve"> </w:t>
      </w:r>
      <w:r w:rsidRPr="00E85698">
        <w:t>ознакомительным,</w:t>
      </w:r>
      <w:r w:rsidRPr="00E85698">
        <w:rPr>
          <w:spacing w:val="-4"/>
        </w:rPr>
        <w:t xml:space="preserve"> </w:t>
      </w:r>
      <w:r w:rsidRPr="00E85698">
        <w:t>детальным</w:t>
      </w:r>
      <w:r w:rsidRPr="00E85698">
        <w:rPr>
          <w:spacing w:val="-5"/>
        </w:rPr>
        <w:t xml:space="preserve"> </w:t>
      </w:r>
      <w:r w:rsidRPr="00E85698">
        <w:t>—</w:t>
      </w:r>
      <w:r w:rsidRPr="00E85698">
        <w:rPr>
          <w:spacing w:val="-4"/>
        </w:rPr>
        <w:t xml:space="preserve"> </w:t>
      </w:r>
      <w:r w:rsidRPr="00E85698">
        <w:t>научно-</w:t>
      </w:r>
    </w:p>
    <w:p w:rsidR="00624C8A" w:rsidRPr="00E85698" w:rsidRDefault="00CB6516">
      <w:pPr>
        <w:pStyle w:val="a5"/>
        <w:spacing w:line="275" w:lineRule="exact"/>
      </w:pPr>
      <w:r w:rsidRPr="00E85698">
        <w:t>учебных</w:t>
      </w:r>
      <w:r w:rsidRPr="00E85698">
        <w:rPr>
          <w:spacing w:val="-4"/>
        </w:rPr>
        <w:t xml:space="preserve"> </w:t>
      </w:r>
      <w:r w:rsidRPr="00E85698">
        <w:t>и</w:t>
      </w:r>
      <w:r w:rsidRPr="00E85698">
        <w:rPr>
          <w:spacing w:val="-4"/>
        </w:rPr>
        <w:t xml:space="preserve"> </w:t>
      </w:r>
      <w:r w:rsidRPr="00E85698">
        <w:t>художественных</w:t>
      </w:r>
      <w:r w:rsidRPr="00E85698">
        <w:rPr>
          <w:spacing w:val="-4"/>
        </w:rPr>
        <w:t xml:space="preserve"> </w:t>
      </w:r>
      <w:r w:rsidRPr="00E85698">
        <w:t>текстов</w:t>
      </w:r>
      <w:r w:rsidRPr="00E85698">
        <w:rPr>
          <w:spacing w:val="-5"/>
        </w:rPr>
        <w:t xml:space="preserve"> </w:t>
      </w:r>
      <w:r w:rsidRPr="00E85698">
        <w:t>различных</w:t>
      </w:r>
      <w:r w:rsidRPr="00E85698">
        <w:rPr>
          <w:spacing w:val="-4"/>
        </w:rPr>
        <w:t xml:space="preserve"> </w:t>
      </w:r>
      <w:r w:rsidRPr="00E85698">
        <w:t>функционально-смысловых</w:t>
      </w:r>
      <w:r w:rsidRPr="00E85698">
        <w:rPr>
          <w:spacing w:val="-4"/>
        </w:rPr>
        <w:t xml:space="preserve"> </w:t>
      </w:r>
      <w:r w:rsidRPr="00E85698">
        <w:t>типов</w:t>
      </w:r>
      <w:r w:rsidRPr="00E85698">
        <w:rPr>
          <w:spacing w:val="-4"/>
        </w:rPr>
        <w:t xml:space="preserve"> </w:t>
      </w:r>
      <w:r w:rsidRPr="00E85698">
        <w:t>речи.</w:t>
      </w:r>
    </w:p>
    <w:p w:rsidR="00624C8A" w:rsidRPr="00E85698" w:rsidRDefault="00CB6516">
      <w:pPr>
        <w:pStyle w:val="a5"/>
        <w:spacing w:before="58" w:line="292" w:lineRule="auto"/>
        <w:ind w:left="286" w:right="499"/>
      </w:pPr>
      <w:r w:rsidRPr="00E85698">
        <w:t>Владеть различными видами чтения: просмотровым, ознакомительным, изучающим, поисковым.</w:t>
      </w:r>
      <w:r w:rsidRPr="00E85698">
        <w:rPr>
          <w:spacing w:val="-58"/>
        </w:rPr>
        <w:t xml:space="preserve"> </w:t>
      </w:r>
      <w:r w:rsidRPr="00E85698">
        <w:t>Устно</w:t>
      </w:r>
      <w:r w:rsidRPr="00E85698">
        <w:rPr>
          <w:spacing w:val="-2"/>
        </w:rPr>
        <w:t xml:space="preserve"> </w:t>
      </w:r>
      <w:r w:rsidRPr="00E85698">
        <w:t>пересказывать</w:t>
      </w:r>
      <w:r w:rsidRPr="00E85698">
        <w:rPr>
          <w:spacing w:val="-2"/>
        </w:rPr>
        <w:t xml:space="preserve"> </w:t>
      </w:r>
      <w:r w:rsidRPr="00E85698">
        <w:t>прочитанный</w:t>
      </w:r>
      <w:r w:rsidRPr="00E85698">
        <w:rPr>
          <w:spacing w:val="-1"/>
        </w:rPr>
        <w:t xml:space="preserve"> </w:t>
      </w:r>
      <w:r w:rsidRPr="00E85698">
        <w:t>или</w:t>
      </w:r>
      <w:r w:rsidRPr="00E85698">
        <w:rPr>
          <w:spacing w:val="-2"/>
        </w:rPr>
        <w:t xml:space="preserve"> </w:t>
      </w:r>
      <w:r w:rsidRPr="00E85698">
        <w:t>прослушанный</w:t>
      </w:r>
      <w:r w:rsidRPr="00E85698">
        <w:rPr>
          <w:spacing w:val="-1"/>
        </w:rPr>
        <w:t xml:space="preserve"> </w:t>
      </w:r>
      <w:r w:rsidRPr="00E85698">
        <w:t>текст</w:t>
      </w:r>
      <w:r w:rsidRPr="00E85698">
        <w:rPr>
          <w:spacing w:val="-2"/>
        </w:rPr>
        <w:t xml:space="preserve"> </w:t>
      </w:r>
      <w:r w:rsidRPr="00E85698">
        <w:t>объёмом</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110</w:t>
      </w:r>
      <w:r w:rsidRPr="00E85698">
        <w:rPr>
          <w:spacing w:val="-2"/>
        </w:rPr>
        <w:t xml:space="preserve"> </w:t>
      </w:r>
      <w:r w:rsidRPr="00E85698">
        <w:t>слов.</w:t>
      </w:r>
    </w:p>
    <w:p w:rsidR="00624C8A" w:rsidRPr="00E85698" w:rsidRDefault="00CB6516">
      <w:pPr>
        <w:pStyle w:val="a5"/>
        <w:spacing w:line="292" w:lineRule="auto"/>
        <w:ind w:right="432" w:firstLine="180"/>
      </w:pPr>
      <w:r w:rsidRPr="00E85698">
        <w:t>Понимать содержание прослушанных и прочитанных научно-учебных и художественных текстов</w:t>
      </w:r>
      <w:r w:rsidRPr="00E85698">
        <w:rPr>
          <w:spacing w:val="-57"/>
        </w:rPr>
        <w:t xml:space="preserve"> </w:t>
      </w:r>
      <w:r w:rsidRPr="00E85698">
        <w:t>различных функционально-смысловых типов речи объёмом не менее 180 слов: устно и письменно</w:t>
      </w:r>
      <w:r w:rsidRPr="00E85698">
        <w:rPr>
          <w:spacing w:val="1"/>
        </w:rPr>
        <w:t xml:space="preserve"> </w:t>
      </w:r>
      <w:r w:rsidRPr="00E85698">
        <w:t>формулировать тему и главную мысль текста, вопросы по содержанию текста и отвечать на них;</w:t>
      </w:r>
      <w:r w:rsidRPr="00E85698">
        <w:rPr>
          <w:spacing w:val="1"/>
        </w:rPr>
        <w:t xml:space="preserve"> </w:t>
      </w:r>
      <w:r w:rsidRPr="00E85698">
        <w:t>подробно и сжато передавать в устной и письменной форме содержание прочитанных научно-</w:t>
      </w:r>
      <w:r w:rsidRPr="00E85698">
        <w:rPr>
          <w:spacing w:val="1"/>
        </w:rPr>
        <w:t xml:space="preserve"> </w:t>
      </w:r>
      <w:r w:rsidRPr="00E85698">
        <w:t>учебных и художественных текстов различных функционально-смысловых типов речи (для</w:t>
      </w:r>
      <w:r w:rsidRPr="00E85698">
        <w:rPr>
          <w:spacing w:val="1"/>
        </w:rPr>
        <w:t xml:space="preserve"> </w:t>
      </w:r>
      <w:r w:rsidRPr="00E85698">
        <w:t>подробного изложения объём исходного текста должен составлять не менее 160 слов; для сжатого</w:t>
      </w:r>
      <w:r w:rsidRPr="00E85698">
        <w:rPr>
          <w:spacing w:val="1"/>
        </w:rPr>
        <w:t xml:space="preserve"> </w:t>
      </w:r>
      <w:r w:rsidRPr="00E85698">
        <w:t>изложения</w:t>
      </w:r>
      <w:r w:rsidRPr="00E85698">
        <w:rPr>
          <w:spacing w:val="-2"/>
        </w:rPr>
        <w:t xml:space="preserve"> </w:t>
      </w:r>
      <w:r w:rsidRPr="00E85698">
        <w:t>— не менее 165 слов).</w:t>
      </w:r>
    </w:p>
    <w:p w:rsidR="00624C8A" w:rsidRPr="00E85698" w:rsidRDefault="00CB6516">
      <w:pPr>
        <w:pStyle w:val="a5"/>
        <w:spacing w:line="292" w:lineRule="auto"/>
        <w:ind w:right="396" w:firstLine="180"/>
      </w:pPr>
      <w:r w:rsidRPr="00E85698">
        <w:t>Осуществлять</w:t>
      </w:r>
      <w:r w:rsidRPr="00E85698">
        <w:rPr>
          <w:spacing w:val="-6"/>
        </w:rPr>
        <w:t xml:space="preserve"> </w:t>
      </w:r>
      <w:r w:rsidRPr="00E85698">
        <w:t>выбор</w:t>
      </w:r>
      <w:r w:rsidRPr="00E85698">
        <w:rPr>
          <w:spacing w:val="-5"/>
        </w:rPr>
        <w:t xml:space="preserve"> </w:t>
      </w:r>
      <w:r w:rsidRPr="00E85698">
        <w:t>лексических</w:t>
      </w:r>
      <w:r w:rsidRPr="00E85698">
        <w:rPr>
          <w:spacing w:val="-5"/>
        </w:rPr>
        <w:t xml:space="preserve"> </w:t>
      </w:r>
      <w:r w:rsidRPr="00E85698">
        <w:t>средств</w:t>
      </w:r>
      <w:r w:rsidRPr="00E85698">
        <w:rPr>
          <w:spacing w:val="-6"/>
        </w:rPr>
        <w:t xml:space="preserve"> </w:t>
      </w:r>
      <w:r w:rsidRPr="00E85698">
        <w:t>в</w:t>
      </w:r>
      <w:r w:rsidRPr="00E85698">
        <w:rPr>
          <w:spacing w:val="-6"/>
        </w:rPr>
        <w:t xml:space="preserve"> </w:t>
      </w:r>
      <w:r w:rsidRPr="00E85698">
        <w:t>соответствии</w:t>
      </w:r>
      <w:r w:rsidRPr="00E85698">
        <w:rPr>
          <w:spacing w:val="-5"/>
        </w:rPr>
        <w:t xml:space="preserve"> </w:t>
      </w:r>
      <w:r w:rsidRPr="00E85698">
        <w:t>с</w:t>
      </w:r>
      <w:r w:rsidRPr="00E85698">
        <w:rPr>
          <w:spacing w:val="-5"/>
        </w:rPr>
        <w:t xml:space="preserve"> </w:t>
      </w:r>
      <w:r w:rsidRPr="00E85698">
        <w:t>речевой</w:t>
      </w:r>
      <w:r w:rsidRPr="00E85698">
        <w:rPr>
          <w:spacing w:val="-5"/>
        </w:rPr>
        <w:t xml:space="preserve"> </w:t>
      </w:r>
      <w:r w:rsidRPr="00E85698">
        <w:t>ситуацией;</w:t>
      </w:r>
      <w:r w:rsidRPr="00E85698">
        <w:rPr>
          <w:spacing w:val="-6"/>
        </w:rPr>
        <w:t xml:space="preserve"> </w:t>
      </w:r>
      <w:r w:rsidRPr="00E85698">
        <w:t>пользоваться</w:t>
      </w:r>
      <w:r w:rsidRPr="00E85698">
        <w:rPr>
          <w:spacing w:val="-57"/>
        </w:rPr>
        <w:t xml:space="preserve"> </w:t>
      </w:r>
      <w:r w:rsidRPr="00E85698">
        <w:t>словарями иностранных слов, устаревших слов; оценивать свою и чужую речь с точки зрения</w:t>
      </w:r>
      <w:r w:rsidRPr="00E85698">
        <w:rPr>
          <w:spacing w:val="1"/>
        </w:rPr>
        <w:t xml:space="preserve"> </w:t>
      </w:r>
      <w:r w:rsidRPr="00E85698">
        <w:t>точного,</w:t>
      </w:r>
      <w:r w:rsidRPr="00E85698">
        <w:rPr>
          <w:spacing w:val="-3"/>
        </w:rPr>
        <w:t xml:space="preserve"> </w:t>
      </w:r>
      <w:r w:rsidRPr="00E85698">
        <w:t>уместного</w:t>
      </w:r>
      <w:r w:rsidRPr="00E85698">
        <w:rPr>
          <w:spacing w:val="-3"/>
        </w:rPr>
        <w:t xml:space="preserve"> </w:t>
      </w:r>
      <w:r w:rsidRPr="00E85698">
        <w:t>и</w:t>
      </w:r>
      <w:r w:rsidRPr="00E85698">
        <w:rPr>
          <w:spacing w:val="-2"/>
        </w:rPr>
        <w:t xml:space="preserve"> </w:t>
      </w:r>
      <w:r w:rsidRPr="00E85698">
        <w:t>выразительного</w:t>
      </w:r>
      <w:r w:rsidRPr="00E85698">
        <w:rPr>
          <w:spacing w:val="-3"/>
        </w:rPr>
        <w:t xml:space="preserve"> </w:t>
      </w:r>
      <w:r w:rsidRPr="00E85698">
        <w:t>словоупотребления;</w:t>
      </w:r>
      <w:r w:rsidRPr="00E85698">
        <w:rPr>
          <w:spacing w:val="-4"/>
        </w:rPr>
        <w:t xml:space="preserve"> </w:t>
      </w:r>
      <w:r w:rsidRPr="00E85698">
        <w:t>использовать</w:t>
      </w:r>
      <w:r w:rsidRPr="00E85698">
        <w:rPr>
          <w:spacing w:val="-3"/>
        </w:rPr>
        <w:t xml:space="preserve"> </w:t>
      </w:r>
      <w:r w:rsidRPr="00E85698">
        <w:t>толковые</w:t>
      </w:r>
      <w:r w:rsidRPr="00E85698">
        <w:rPr>
          <w:spacing w:val="-3"/>
        </w:rPr>
        <w:t xml:space="preserve"> </w:t>
      </w:r>
      <w:r w:rsidRPr="00E85698">
        <w:t>словари.</w:t>
      </w:r>
    </w:p>
    <w:p w:rsidR="00624C8A" w:rsidRPr="00E85698" w:rsidRDefault="00CB6516">
      <w:pPr>
        <w:pStyle w:val="a5"/>
        <w:spacing w:line="292" w:lineRule="auto"/>
        <w:ind w:right="277" w:firstLine="180"/>
      </w:pPr>
      <w:r w:rsidRPr="00E85698">
        <w:t>Соблюдать в устной речи и на письме нормы современного русского литературного языка, в том</w:t>
      </w:r>
      <w:r w:rsidRPr="00E85698">
        <w:rPr>
          <w:spacing w:val="1"/>
        </w:rPr>
        <w:t xml:space="preserve"> </w:t>
      </w:r>
      <w:r w:rsidRPr="00E85698">
        <w:t>числе во время списывания текста объёмом 100—110 слов; словарного диктанта объёмом 20—25</w:t>
      </w:r>
      <w:r w:rsidRPr="00E85698">
        <w:rPr>
          <w:spacing w:val="1"/>
        </w:rPr>
        <w:t xml:space="preserve"> </w:t>
      </w:r>
      <w:r w:rsidRPr="00E85698">
        <w:t>слов; диктанта на основе связного текста объёмом 100—110 слов, составленного с учётом ранее</w:t>
      </w:r>
      <w:r w:rsidRPr="00E85698">
        <w:rPr>
          <w:spacing w:val="1"/>
        </w:rPr>
        <w:t xml:space="preserve"> </w:t>
      </w:r>
      <w:r w:rsidRPr="00E85698">
        <w:t>изученных правил правописания (в том числе содержащего изученные в течение второго года</w:t>
      </w:r>
      <w:r w:rsidRPr="00E85698">
        <w:rPr>
          <w:spacing w:val="1"/>
        </w:rPr>
        <w:t xml:space="preserve"> </w:t>
      </w:r>
      <w:r w:rsidRPr="00E85698">
        <w:t xml:space="preserve">обучения орфограммы, </w:t>
      </w:r>
      <w:proofErr w:type="spellStart"/>
      <w:r w:rsidRPr="00E85698">
        <w:t>пунктограммы</w:t>
      </w:r>
      <w:proofErr w:type="spellEnd"/>
      <w:r w:rsidRPr="00E85698">
        <w:t xml:space="preserve"> и слова с непроверяемыми написаниями); соблюдать в устной</w:t>
      </w:r>
      <w:r w:rsidRPr="00E85698">
        <w:rPr>
          <w:spacing w:val="-58"/>
        </w:rPr>
        <w:t xml:space="preserve"> </w:t>
      </w:r>
      <w:r w:rsidRPr="00E85698">
        <w:t>речи</w:t>
      </w:r>
      <w:r w:rsidRPr="00E85698">
        <w:rPr>
          <w:spacing w:val="-1"/>
        </w:rPr>
        <w:t xml:space="preserve"> </w:t>
      </w:r>
      <w:r w:rsidRPr="00E85698">
        <w:t>и на письме правила речевого этикета.</w:t>
      </w:r>
    </w:p>
    <w:p w:rsidR="00624C8A" w:rsidRPr="00E85698" w:rsidRDefault="00CB6516">
      <w:pPr>
        <w:pStyle w:val="11"/>
        <w:spacing w:before="110"/>
      </w:pPr>
      <w:r w:rsidRPr="00E85698">
        <w:t>Текст</w:t>
      </w:r>
    </w:p>
    <w:p w:rsidR="00624C8A" w:rsidRPr="00E85698" w:rsidRDefault="00CB6516">
      <w:pPr>
        <w:pStyle w:val="a5"/>
        <w:spacing w:before="60" w:line="292" w:lineRule="auto"/>
        <w:ind w:firstLine="180"/>
      </w:pPr>
      <w:r w:rsidRPr="00E85698">
        <w:t>Анализировать</w:t>
      </w:r>
      <w:r w:rsidRPr="00E85698">
        <w:rPr>
          <w:spacing w:val="-4"/>
        </w:rPr>
        <w:t xml:space="preserve"> </w:t>
      </w:r>
      <w:r w:rsidRPr="00E85698">
        <w:t>текст</w:t>
      </w:r>
      <w:r w:rsidRPr="00E85698">
        <w:rPr>
          <w:spacing w:val="-4"/>
        </w:rPr>
        <w:t xml:space="preserve"> </w:t>
      </w:r>
      <w:r w:rsidRPr="00E85698">
        <w:t>с</w:t>
      </w:r>
      <w:r w:rsidRPr="00E85698">
        <w:rPr>
          <w:spacing w:val="-3"/>
        </w:rPr>
        <w:t xml:space="preserve"> </w:t>
      </w:r>
      <w:r w:rsidRPr="00E85698">
        <w:t>точки</w:t>
      </w:r>
      <w:r w:rsidRPr="00E85698">
        <w:rPr>
          <w:spacing w:val="-3"/>
        </w:rPr>
        <w:t xml:space="preserve"> </w:t>
      </w:r>
      <w:r w:rsidRPr="00E85698">
        <w:t>зрения</w:t>
      </w:r>
      <w:r w:rsidRPr="00E85698">
        <w:rPr>
          <w:spacing w:val="-4"/>
        </w:rPr>
        <w:t xml:space="preserve"> </w:t>
      </w:r>
      <w:r w:rsidRPr="00E85698">
        <w:t>его</w:t>
      </w:r>
      <w:r w:rsidRPr="00E85698">
        <w:rPr>
          <w:spacing w:val="-3"/>
        </w:rPr>
        <w:t xml:space="preserve"> </w:t>
      </w:r>
      <w:r w:rsidRPr="00E85698">
        <w:t>соответствия</w:t>
      </w:r>
      <w:r w:rsidRPr="00E85698">
        <w:rPr>
          <w:spacing w:val="-4"/>
        </w:rPr>
        <w:t xml:space="preserve"> </w:t>
      </w:r>
      <w:r w:rsidRPr="00E85698">
        <w:t>основным</w:t>
      </w:r>
      <w:r w:rsidRPr="00E85698">
        <w:rPr>
          <w:spacing w:val="-3"/>
        </w:rPr>
        <w:t xml:space="preserve"> </w:t>
      </w:r>
      <w:r w:rsidRPr="00E85698">
        <w:t>признакам;</w:t>
      </w:r>
      <w:r w:rsidRPr="00E85698">
        <w:rPr>
          <w:spacing w:val="-4"/>
        </w:rPr>
        <w:t xml:space="preserve"> </w:t>
      </w:r>
      <w:r w:rsidRPr="00E85698">
        <w:t>с</w:t>
      </w:r>
      <w:r w:rsidRPr="00E85698">
        <w:rPr>
          <w:spacing w:val="-3"/>
        </w:rPr>
        <w:t xml:space="preserve"> </w:t>
      </w:r>
      <w:r w:rsidRPr="00E85698">
        <w:t>точки</w:t>
      </w:r>
      <w:r w:rsidRPr="00E85698">
        <w:rPr>
          <w:spacing w:val="-2"/>
        </w:rPr>
        <w:t xml:space="preserve"> </w:t>
      </w:r>
      <w:r w:rsidRPr="00E85698">
        <w:t>зрения</w:t>
      </w:r>
      <w:r w:rsidRPr="00E85698">
        <w:rPr>
          <w:spacing w:val="-4"/>
        </w:rPr>
        <w:t xml:space="preserve"> </w:t>
      </w:r>
      <w:r w:rsidRPr="00E85698">
        <w:t>его</w:t>
      </w:r>
      <w:r w:rsidRPr="00E85698">
        <w:rPr>
          <w:spacing w:val="-57"/>
        </w:rPr>
        <w:t xml:space="preserve"> </w:t>
      </w:r>
      <w:r w:rsidRPr="00E85698">
        <w:t>принадлежности</w:t>
      </w:r>
      <w:r w:rsidRPr="00E85698">
        <w:rPr>
          <w:spacing w:val="-1"/>
        </w:rPr>
        <w:t xml:space="preserve"> </w:t>
      </w:r>
      <w:r w:rsidRPr="00E85698">
        <w:t>к</w:t>
      </w:r>
      <w:r w:rsidRPr="00E85698">
        <w:rPr>
          <w:spacing w:val="-1"/>
        </w:rPr>
        <w:t xml:space="preserve"> </w:t>
      </w:r>
      <w:r w:rsidRPr="00E85698">
        <w:t>функционально-смысловому типу</w:t>
      </w:r>
      <w:r w:rsidRPr="00E85698">
        <w:rPr>
          <w:spacing w:val="-1"/>
        </w:rPr>
        <w:t xml:space="preserve"> </w:t>
      </w:r>
      <w:r w:rsidRPr="00E85698">
        <w:t>речи.</w:t>
      </w:r>
    </w:p>
    <w:p w:rsidR="00624C8A" w:rsidRPr="00E85698" w:rsidRDefault="00CB6516">
      <w:pPr>
        <w:pStyle w:val="a5"/>
        <w:spacing w:line="275" w:lineRule="exact"/>
        <w:ind w:left="286"/>
      </w:pPr>
      <w:r w:rsidRPr="00E85698">
        <w:t>Характеризовать</w:t>
      </w:r>
      <w:r w:rsidRPr="00E85698">
        <w:rPr>
          <w:spacing w:val="-7"/>
        </w:rPr>
        <w:t xml:space="preserve"> </w:t>
      </w:r>
      <w:r w:rsidRPr="00E85698">
        <w:t>тексты</w:t>
      </w:r>
      <w:r w:rsidRPr="00E85698">
        <w:rPr>
          <w:spacing w:val="-6"/>
        </w:rPr>
        <w:t xml:space="preserve"> </w:t>
      </w:r>
      <w:r w:rsidRPr="00E85698">
        <w:t>различных</w:t>
      </w:r>
      <w:r w:rsidRPr="00E85698">
        <w:rPr>
          <w:spacing w:val="-5"/>
        </w:rPr>
        <w:t xml:space="preserve"> </w:t>
      </w:r>
      <w:r w:rsidRPr="00E85698">
        <w:t>функционально-смысловых</w:t>
      </w:r>
      <w:r w:rsidRPr="00E85698">
        <w:rPr>
          <w:spacing w:val="-6"/>
        </w:rPr>
        <w:t xml:space="preserve"> </w:t>
      </w:r>
      <w:r w:rsidRPr="00E85698">
        <w:t>типов</w:t>
      </w:r>
      <w:r w:rsidRPr="00E85698">
        <w:rPr>
          <w:spacing w:val="-6"/>
        </w:rPr>
        <w:t xml:space="preserve"> </w:t>
      </w:r>
      <w:r w:rsidRPr="00E85698">
        <w:t>речи;</w:t>
      </w:r>
      <w:r w:rsidRPr="00E85698">
        <w:rPr>
          <w:spacing w:val="-7"/>
        </w:rPr>
        <w:t xml:space="preserve"> </w:t>
      </w:r>
      <w:r w:rsidRPr="00E85698">
        <w:t>характеризовать</w:t>
      </w:r>
    </w:p>
    <w:p w:rsidR="00624C8A" w:rsidRPr="00E85698" w:rsidRDefault="00624C8A">
      <w:pPr>
        <w:spacing w:line="275" w:lineRule="exact"/>
        <w:sectPr w:rsidR="00624C8A" w:rsidRPr="00E85698">
          <w:pgSz w:w="11900" w:h="16840"/>
          <w:pgMar w:top="500" w:right="540" w:bottom="280" w:left="560" w:header="720" w:footer="720" w:gutter="0"/>
          <w:cols w:space="720"/>
        </w:sectPr>
      </w:pPr>
    </w:p>
    <w:p w:rsidR="00624C8A" w:rsidRPr="00E85698" w:rsidRDefault="00CB6516">
      <w:pPr>
        <w:pStyle w:val="a5"/>
        <w:spacing w:before="62" w:line="292" w:lineRule="auto"/>
        <w:ind w:right="130"/>
        <w:jc w:val="both"/>
      </w:pPr>
      <w:r w:rsidRPr="00E85698">
        <w:lastRenderedPageBreak/>
        <w:t>особенности описания как типа речи (описание внешности человека, помещения, природы, местности,</w:t>
      </w:r>
      <w:r w:rsidRPr="00E85698">
        <w:rPr>
          <w:spacing w:val="-58"/>
        </w:rPr>
        <w:t xml:space="preserve"> </w:t>
      </w:r>
      <w:r w:rsidRPr="00E85698">
        <w:t>действий).</w:t>
      </w:r>
    </w:p>
    <w:p w:rsidR="00624C8A" w:rsidRPr="00E85698" w:rsidRDefault="00CB6516">
      <w:pPr>
        <w:pStyle w:val="a5"/>
        <w:spacing w:line="292" w:lineRule="auto"/>
        <w:ind w:right="947" w:firstLine="180"/>
        <w:jc w:val="both"/>
      </w:pPr>
      <w:r w:rsidRPr="00E85698">
        <w:t>Выявлять средства связи предложений в тексте, в том числе притяжательные и указательные</w:t>
      </w:r>
      <w:r w:rsidRPr="00E85698">
        <w:rPr>
          <w:spacing w:val="-58"/>
        </w:rPr>
        <w:t xml:space="preserve"> </w:t>
      </w:r>
      <w:r w:rsidRPr="00E85698">
        <w:t>местоимения,</w:t>
      </w:r>
      <w:r w:rsidRPr="00E85698">
        <w:rPr>
          <w:spacing w:val="-1"/>
        </w:rPr>
        <w:t xml:space="preserve"> </w:t>
      </w:r>
      <w:proofErr w:type="spellStart"/>
      <w:proofErr w:type="gramStart"/>
      <w:r w:rsidRPr="00E85698">
        <w:t>видо</w:t>
      </w:r>
      <w:proofErr w:type="spellEnd"/>
      <w:r w:rsidRPr="00E85698">
        <w:t>-временную</w:t>
      </w:r>
      <w:proofErr w:type="gramEnd"/>
      <w:r w:rsidRPr="00E85698">
        <w:rPr>
          <w:spacing w:val="-1"/>
        </w:rPr>
        <w:t xml:space="preserve"> </w:t>
      </w:r>
      <w:r w:rsidRPr="00E85698">
        <w:t>соотнесённость</w:t>
      </w:r>
      <w:r w:rsidRPr="00E85698">
        <w:rPr>
          <w:spacing w:val="-2"/>
        </w:rPr>
        <w:t xml:space="preserve"> </w:t>
      </w:r>
      <w:r w:rsidRPr="00E85698">
        <w:t>глагольных форм.</w:t>
      </w:r>
    </w:p>
    <w:p w:rsidR="00624C8A" w:rsidRPr="00E85698" w:rsidRDefault="00CB6516">
      <w:pPr>
        <w:pStyle w:val="a5"/>
        <w:spacing w:line="292" w:lineRule="auto"/>
        <w:ind w:right="576" w:firstLine="180"/>
        <w:jc w:val="both"/>
      </w:pPr>
      <w:r w:rsidRPr="00E85698">
        <w:t>Применять знания о функционально-смысловых типах речи при выполнении анализа различных</w:t>
      </w:r>
      <w:r w:rsidRPr="00E85698">
        <w:rPr>
          <w:spacing w:val="-58"/>
        </w:rPr>
        <w:t xml:space="preserve"> </w:t>
      </w:r>
      <w:r w:rsidRPr="00E85698">
        <w:t>видов и в речевой практике; использовать знание основных признаков текста в практике создания</w:t>
      </w:r>
      <w:r w:rsidRPr="00E85698">
        <w:rPr>
          <w:spacing w:val="-57"/>
        </w:rPr>
        <w:t xml:space="preserve"> </w:t>
      </w:r>
      <w:r w:rsidRPr="00E85698">
        <w:t>собственного</w:t>
      </w:r>
      <w:r w:rsidRPr="00E85698">
        <w:rPr>
          <w:spacing w:val="-1"/>
        </w:rPr>
        <w:t xml:space="preserve"> </w:t>
      </w:r>
      <w:r w:rsidRPr="00E85698">
        <w:t>текста.</w:t>
      </w:r>
    </w:p>
    <w:p w:rsidR="00624C8A" w:rsidRPr="00E85698" w:rsidRDefault="00CB6516">
      <w:pPr>
        <w:pStyle w:val="a5"/>
        <w:spacing w:line="292" w:lineRule="auto"/>
        <w:ind w:right="539" w:firstLine="180"/>
        <w:jc w:val="both"/>
      </w:pPr>
      <w:r w:rsidRPr="00E85698">
        <w:t>Проводить смысловой анализ текста, его композиционных особенностей, определять количество</w:t>
      </w:r>
      <w:r w:rsidRPr="00E85698">
        <w:rPr>
          <w:spacing w:val="-58"/>
        </w:rPr>
        <w:t xml:space="preserve"> </w:t>
      </w:r>
      <w:proofErr w:type="spellStart"/>
      <w:r w:rsidRPr="00E85698">
        <w:t>микротем</w:t>
      </w:r>
      <w:proofErr w:type="spellEnd"/>
      <w:r w:rsidRPr="00E85698">
        <w:rPr>
          <w:spacing w:val="-1"/>
        </w:rPr>
        <w:t xml:space="preserve"> </w:t>
      </w:r>
      <w:r w:rsidRPr="00E85698">
        <w:t>и абзацев.</w:t>
      </w:r>
    </w:p>
    <w:p w:rsidR="00624C8A" w:rsidRPr="00E85698" w:rsidRDefault="00CB6516">
      <w:pPr>
        <w:pStyle w:val="a5"/>
        <w:spacing w:line="292" w:lineRule="auto"/>
        <w:ind w:right="396" w:firstLine="180"/>
      </w:pPr>
      <w:r w:rsidRPr="00E85698">
        <w:t>Создавать тексты различных функционально-смысловых типов речи (повествование, описание</w:t>
      </w:r>
      <w:r w:rsidRPr="00E85698">
        <w:rPr>
          <w:spacing w:val="1"/>
        </w:rPr>
        <w:t xml:space="preserve"> </w:t>
      </w:r>
      <w:r w:rsidRPr="00E85698">
        <w:t>внешности человека, помещения, природы, местности, действий) с опорой на жизненный и</w:t>
      </w:r>
      <w:r w:rsidRPr="00E85698">
        <w:rPr>
          <w:spacing w:val="1"/>
        </w:rPr>
        <w:t xml:space="preserve"> </w:t>
      </w:r>
      <w:r w:rsidRPr="00E85698">
        <w:t>читательский</w:t>
      </w:r>
      <w:r w:rsidRPr="00E85698">
        <w:rPr>
          <w:spacing w:val="-4"/>
        </w:rPr>
        <w:t xml:space="preserve"> </w:t>
      </w:r>
      <w:r w:rsidRPr="00E85698">
        <w:t>опыт;</w:t>
      </w:r>
      <w:r w:rsidRPr="00E85698">
        <w:rPr>
          <w:spacing w:val="-4"/>
        </w:rPr>
        <w:t xml:space="preserve"> </w:t>
      </w:r>
      <w:r w:rsidRPr="00E85698">
        <w:t>произведение</w:t>
      </w:r>
      <w:r w:rsidRPr="00E85698">
        <w:rPr>
          <w:spacing w:val="-4"/>
        </w:rPr>
        <w:t xml:space="preserve"> </w:t>
      </w:r>
      <w:r w:rsidRPr="00E85698">
        <w:t>искусства</w:t>
      </w:r>
      <w:r w:rsidRPr="00E85698">
        <w:rPr>
          <w:spacing w:val="-3"/>
        </w:rPr>
        <w:t xml:space="preserve"> </w:t>
      </w:r>
      <w:r w:rsidRPr="00E85698">
        <w:t>(в</w:t>
      </w:r>
      <w:r w:rsidRPr="00E85698">
        <w:rPr>
          <w:spacing w:val="-4"/>
        </w:rPr>
        <w:t xml:space="preserve"> </w:t>
      </w:r>
      <w:r w:rsidRPr="00E85698">
        <w:t>том</w:t>
      </w:r>
      <w:r w:rsidRPr="00E85698">
        <w:rPr>
          <w:spacing w:val="-4"/>
        </w:rPr>
        <w:t xml:space="preserve"> </w:t>
      </w:r>
      <w:r w:rsidRPr="00E85698">
        <w:t>числе</w:t>
      </w:r>
      <w:r w:rsidRPr="00E85698">
        <w:rPr>
          <w:spacing w:val="-3"/>
        </w:rPr>
        <w:t xml:space="preserve"> </w:t>
      </w:r>
      <w:r w:rsidRPr="00E85698">
        <w:t>сочинения-миниатюры</w:t>
      </w:r>
      <w:r w:rsidRPr="00E85698">
        <w:rPr>
          <w:spacing w:val="-4"/>
        </w:rPr>
        <w:t xml:space="preserve"> </w:t>
      </w:r>
      <w:r w:rsidRPr="00E85698">
        <w:t>объёмом</w:t>
      </w:r>
      <w:r w:rsidRPr="00E85698">
        <w:rPr>
          <w:spacing w:val="-3"/>
        </w:rPr>
        <w:t xml:space="preserve"> </w:t>
      </w:r>
      <w:r w:rsidRPr="00E85698">
        <w:t>5</w:t>
      </w:r>
      <w:r w:rsidRPr="00E85698">
        <w:rPr>
          <w:spacing w:val="-4"/>
        </w:rPr>
        <w:t xml:space="preserve"> </w:t>
      </w:r>
      <w:r w:rsidRPr="00E85698">
        <w:t>и</w:t>
      </w:r>
      <w:r w:rsidRPr="00E85698">
        <w:rPr>
          <w:spacing w:val="-3"/>
        </w:rPr>
        <w:t xml:space="preserve"> </w:t>
      </w:r>
      <w:r w:rsidRPr="00E85698">
        <w:t>более</w:t>
      </w:r>
      <w:r w:rsidRPr="00E85698">
        <w:rPr>
          <w:spacing w:val="-57"/>
        </w:rPr>
        <w:t xml:space="preserve"> </w:t>
      </w:r>
      <w:r w:rsidRPr="00E85698">
        <w:t>предложений; классные сочинения объёмом не менее 100 слов с учётом функциональной</w:t>
      </w:r>
      <w:r w:rsidRPr="00E85698">
        <w:rPr>
          <w:spacing w:val="1"/>
        </w:rPr>
        <w:t xml:space="preserve"> </w:t>
      </w:r>
      <w:r w:rsidRPr="00E85698">
        <w:t>разновидности</w:t>
      </w:r>
      <w:r w:rsidRPr="00E85698">
        <w:rPr>
          <w:spacing w:val="-1"/>
        </w:rPr>
        <w:t xml:space="preserve"> </w:t>
      </w:r>
      <w:r w:rsidRPr="00E85698">
        <w:t>и жанра сочинения, характера</w:t>
      </w:r>
      <w:r w:rsidRPr="00E85698">
        <w:rPr>
          <w:spacing w:val="-1"/>
        </w:rPr>
        <w:t xml:space="preserve"> </w:t>
      </w:r>
      <w:r w:rsidRPr="00E85698">
        <w:t>темы).</w:t>
      </w:r>
    </w:p>
    <w:p w:rsidR="00624C8A" w:rsidRPr="00E85698" w:rsidRDefault="00CB6516">
      <w:pPr>
        <w:pStyle w:val="a5"/>
        <w:spacing w:line="292" w:lineRule="auto"/>
        <w:ind w:right="232" w:firstLine="180"/>
      </w:pPr>
      <w:r w:rsidRPr="00E85698">
        <w:t>Владеть умениями информационной переработки текста: составлять план прочитанного текста</w:t>
      </w:r>
      <w:r w:rsidRPr="00E85698">
        <w:rPr>
          <w:spacing w:val="1"/>
        </w:rPr>
        <w:t xml:space="preserve"> </w:t>
      </w:r>
      <w:r w:rsidRPr="00E85698">
        <w:t>(простой, сложный; назывной, вопросный) с целью дальнейшего воспроизведения содержания текста</w:t>
      </w:r>
      <w:r w:rsidRPr="00E85698">
        <w:rPr>
          <w:spacing w:val="-58"/>
        </w:rPr>
        <w:t xml:space="preserve"> </w:t>
      </w:r>
      <w:r w:rsidRPr="00E85698">
        <w:t>в устной и письменной форме; выделять главную и второстепенную информацию в прослушанном и</w:t>
      </w:r>
      <w:r w:rsidRPr="00E85698">
        <w:rPr>
          <w:spacing w:val="1"/>
        </w:rPr>
        <w:t xml:space="preserve"> </w:t>
      </w:r>
      <w:r w:rsidRPr="00E85698">
        <w:t>прочитанном тексте; извлекать информацию из различных источников, в том числе из</w:t>
      </w:r>
      <w:r w:rsidRPr="00E85698">
        <w:rPr>
          <w:spacing w:val="1"/>
        </w:rPr>
        <w:t xml:space="preserve"> </w:t>
      </w:r>
      <w:r w:rsidRPr="00E85698">
        <w:t>лингвистических</w:t>
      </w:r>
      <w:r w:rsidRPr="00E85698">
        <w:rPr>
          <w:spacing w:val="-3"/>
        </w:rPr>
        <w:t xml:space="preserve"> </w:t>
      </w:r>
      <w:r w:rsidRPr="00E85698">
        <w:t>словарей</w:t>
      </w:r>
      <w:r w:rsidRPr="00E85698">
        <w:rPr>
          <w:spacing w:val="-2"/>
        </w:rPr>
        <w:t xml:space="preserve"> </w:t>
      </w:r>
      <w:r w:rsidRPr="00E85698">
        <w:t>и</w:t>
      </w:r>
      <w:r w:rsidRPr="00E85698">
        <w:rPr>
          <w:spacing w:val="-2"/>
        </w:rPr>
        <w:t xml:space="preserve"> </w:t>
      </w:r>
      <w:r w:rsidRPr="00E85698">
        <w:t>справочной</w:t>
      </w:r>
      <w:r w:rsidRPr="00E85698">
        <w:rPr>
          <w:spacing w:val="-2"/>
        </w:rPr>
        <w:t xml:space="preserve"> </w:t>
      </w:r>
      <w:r w:rsidRPr="00E85698">
        <w:t>литературы,</w:t>
      </w:r>
      <w:r w:rsidRPr="00E85698">
        <w:rPr>
          <w:spacing w:val="-2"/>
        </w:rPr>
        <w:t xml:space="preserve"> </w:t>
      </w:r>
      <w:r w:rsidRPr="00E85698">
        <w:t>и</w:t>
      </w:r>
      <w:r w:rsidRPr="00E85698">
        <w:rPr>
          <w:spacing w:val="-3"/>
        </w:rPr>
        <w:t xml:space="preserve"> </w:t>
      </w:r>
      <w:r w:rsidRPr="00E85698">
        <w:t>использовать</w:t>
      </w:r>
      <w:r w:rsidRPr="00E85698">
        <w:rPr>
          <w:spacing w:val="-3"/>
        </w:rPr>
        <w:t xml:space="preserve"> </w:t>
      </w:r>
      <w:r w:rsidRPr="00E85698">
        <w:t>её</w:t>
      </w:r>
      <w:r w:rsidRPr="00E85698">
        <w:rPr>
          <w:spacing w:val="-2"/>
        </w:rPr>
        <w:t xml:space="preserve"> </w:t>
      </w:r>
      <w:r w:rsidRPr="00E85698">
        <w:t>в</w:t>
      </w:r>
      <w:r w:rsidRPr="00E85698">
        <w:rPr>
          <w:spacing w:val="-3"/>
        </w:rPr>
        <w:t xml:space="preserve"> </w:t>
      </w:r>
      <w:r w:rsidRPr="00E85698">
        <w:t>учебной</w:t>
      </w:r>
      <w:r w:rsidRPr="00E85698">
        <w:rPr>
          <w:spacing w:val="-2"/>
        </w:rPr>
        <w:t xml:space="preserve"> </w:t>
      </w:r>
      <w:r w:rsidRPr="00E85698">
        <w:t>деятельности.</w:t>
      </w:r>
    </w:p>
    <w:p w:rsidR="00624C8A" w:rsidRPr="00E85698" w:rsidRDefault="00CB6516">
      <w:pPr>
        <w:pStyle w:val="a5"/>
        <w:spacing w:line="273" w:lineRule="exact"/>
        <w:ind w:left="286"/>
      </w:pPr>
      <w:r w:rsidRPr="00E85698">
        <w:t>Представлять</w:t>
      </w:r>
      <w:r w:rsidRPr="00E85698">
        <w:rPr>
          <w:spacing w:val="-5"/>
        </w:rPr>
        <w:t xml:space="preserve"> </w:t>
      </w:r>
      <w:r w:rsidRPr="00E85698">
        <w:t>сообщение</w:t>
      </w:r>
      <w:r w:rsidRPr="00E85698">
        <w:rPr>
          <w:spacing w:val="-3"/>
        </w:rPr>
        <w:t xml:space="preserve"> </w:t>
      </w:r>
      <w:r w:rsidRPr="00E85698">
        <w:t>на</w:t>
      </w:r>
      <w:r w:rsidRPr="00E85698">
        <w:rPr>
          <w:spacing w:val="-3"/>
        </w:rPr>
        <w:t xml:space="preserve"> </w:t>
      </w:r>
      <w:r w:rsidRPr="00E85698">
        <w:t>заданную</w:t>
      </w:r>
      <w:r w:rsidRPr="00E85698">
        <w:rPr>
          <w:spacing w:val="-4"/>
        </w:rPr>
        <w:t xml:space="preserve"> </w:t>
      </w:r>
      <w:r w:rsidRPr="00E85698">
        <w:t>тему</w:t>
      </w:r>
      <w:r w:rsidRPr="00E85698">
        <w:rPr>
          <w:spacing w:val="-4"/>
        </w:rPr>
        <w:t xml:space="preserve"> </w:t>
      </w:r>
      <w:r w:rsidRPr="00E85698">
        <w:t>в</w:t>
      </w:r>
      <w:r w:rsidRPr="00E85698">
        <w:rPr>
          <w:spacing w:val="-4"/>
        </w:rPr>
        <w:t xml:space="preserve"> </w:t>
      </w:r>
      <w:r w:rsidRPr="00E85698">
        <w:t>виде</w:t>
      </w:r>
      <w:r w:rsidRPr="00E85698">
        <w:rPr>
          <w:spacing w:val="-3"/>
        </w:rPr>
        <w:t xml:space="preserve"> </w:t>
      </w:r>
      <w:r w:rsidRPr="00E85698">
        <w:t>презентации.</w:t>
      </w:r>
    </w:p>
    <w:p w:rsidR="00624C8A" w:rsidRPr="00E85698" w:rsidRDefault="00CB6516">
      <w:pPr>
        <w:pStyle w:val="a5"/>
        <w:spacing w:before="51" w:line="292" w:lineRule="auto"/>
        <w:ind w:right="1033" w:firstLine="180"/>
      </w:pPr>
      <w:r w:rsidRPr="00E85698">
        <w:t>Представлять содержание прослушанного или прочитанного научно-учебного текста в виде</w:t>
      </w:r>
      <w:r w:rsidRPr="00E85698">
        <w:rPr>
          <w:spacing w:val="-58"/>
        </w:rPr>
        <w:t xml:space="preserve"> </w:t>
      </w:r>
      <w:r w:rsidRPr="00E85698">
        <w:t>таблицы,</w:t>
      </w:r>
      <w:r w:rsidRPr="00E85698">
        <w:rPr>
          <w:spacing w:val="-1"/>
        </w:rPr>
        <w:t xml:space="preserve"> </w:t>
      </w:r>
      <w:r w:rsidRPr="00E85698">
        <w:t>схемы;</w:t>
      </w:r>
      <w:r w:rsidRPr="00E85698">
        <w:rPr>
          <w:spacing w:val="-2"/>
        </w:rPr>
        <w:t xml:space="preserve"> </w:t>
      </w:r>
      <w:r w:rsidRPr="00E85698">
        <w:t>представлять</w:t>
      </w:r>
      <w:r w:rsidRPr="00E85698">
        <w:rPr>
          <w:spacing w:val="-2"/>
        </w:rPr>
        <w:t xml:space="preserve"> </w:t>
      </w:r>
      <w:r w:rsidRPr="00E85698">
        <w:t>содержание</w:t>
      </w:r>
      <w:r w:rsidRPr="00E85698">
        <w:rPr>
          <w:spacing w:val="-1"/>
        </w:rPr>
        <w:t xml:space="preserve"> </w:t>
      </w:r>
      <w:r w:rsidRPr="00E85698">
        <w:t>таблицы, схемы</w:t>
      </w:r>
      <w:r w:rsidRPr="00E85698">
        <w:rPr>
          <w:spacing w:val="-1"/>
        </w:rPr>
        <w:t xml:space="preserve"> </w:t>
      </w:r>
      <w:r w:rsidRPr="00E85698">
        <w:t>в</w:t>
      </w:r>
      <w:r w:rsidRPr="00E85698">
        <w:rPr>
          <w:spacing w:val="-2"/>
        </w:rPr>
        <w:t xml:space="preserve"> </w:t>
      </w:r>
      <w:r w:rsidRPr="00E85698">
        <w:t>виде</w:t>
      </w:r>
      <w:r w:rsidRPr="00E85698">
        <w:rPr>
          <w:spacing w:val="-1"/>
        </w:rPr>
        <w:t xml:space="preserve"> </w:t>
      </w:r>
      <w:r w:rsidRPr="00E85698">
        <w:t>текста.</w:t>
      </w:r>
    </w:p>
    <w:p w:rsidR="00624C8A" w:rsidRPr="00E85698" w:rsidRDefault="00CB6516">
      <w:pPr>
        <w:pStyle w:val="a5"/>
        <w:spacing w:line="292" w:lineRule="auto"/>
        <w:ind w:right="278" w:firstLine="180"/>
      </w:pPr>
      <w:r w:rsidRPr="00E85698">
        <w:t>Редактировать собственные тексты с опорой на знание норм современного русского литературного</w:t>
      </w:r>
      <w:r w:rsidRPr="00E85698">
        <w:rPr>
          <w:spacing w:val="-57"/>
        </w:rPr>
        <w:t xml:space="preserve"> </w:t>
      </w:r>
      <w:r w:rsidRPr="00E85698">
        <w:t>языка.</w:t>
      </w:r>
    </w:p>
    <w:p w:rsidR="00624C8A" w:rsidRPr="00E85698" w:rsidRDefault="00CB6516">
      <w:pPr>
        <w:pStyle w:val="a5"/>
        <w:spacing w:line="275"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59" w:line="292" w:lineRule="auto"/>
        <w:ind w:right="323" w:firstLine="180"/>
      </w:pPr>
      <w:r w:rsidRPr="00E85698">
        <w:t>Характеризовать особенности официально-делового стиля речи, научного стиля речи; перечислять</w:t>
      </w:r>
      <w:r w:rsidRPr="00E85698">
        <w:rPr>
          <w:spacing w:val="-58"/>
        </w:rPr>
        <w:t xml:space="preserve"> </w:t>
      </w:r>
      <w:r w:rsidRPr="00E85698">
        <w:t>требования к составлению словарной статьи и научного сообщения; анализировать тексты разных</w:t>
      </w:r>
      <w:r w:rsidRPr="00E85698">
        <w:rPr>
          <w:spacing w:val="1"/>
        </w:rPr>
        <w:t xml:space="preserve"> </w:t>
      </w:r>
      <w:r w:rsidRPr="00E85698">
        <w:t>функциональных разновидностей языка и жанров (рассказ; заявление, расписка; словарная статья,</w:t>
      </w:r>
      <w:r w:rsidRPr="00E85698">
        <w:rPr>
          <w:spacing w:val="1"/>
        </w:rPr>
        <w:t xml:space="preserve"> </w:t>
      </w:r>
      <w:r w:rsidRPr="00E85698">
        <w:t>научное</w:t>
      </w:r>
      <w:r w:rsidRPr="00E85698">
        <w:rPr>
          <w:spacing w:val="-1"/>
        </w:rPr>
        <w:t xml:space="preserve"> </w:t>
      </w:r>
      <w:r w:rsidRPr="00E85698">
        <w:t>сообщение).</w:t>
      </w:r>
    </w:p>
    <w:p w:rsidR="00624C8A" w:rsidRPr="00E85698" w:rsidRDefault="00CB6516">
      <w:pPr>
        <w:pStyle w:val="a5"/>
        <w:spacing w:line="292" w:lineRule="auto"/>
        <w:ind w:right="586" w:firstLine="180"/>
      </w:pPr>
      <w:r w:rsidRPr="00E85698">
        <w:t>Применять знания об официально-деловом и научном стиле при выполнении языкового анализа</w:t>
      </w:r>
      <w:r w:rsidRPr="00E85698">
        <w:rPr>
          <w:spacing w:val="-58"/>
        </w:rPr>
        <w:t xml:space="preserve"> </w:t>
      </w:r>
      <w:r w:rsidRPr="00E85698">
        <w:t>различных</w:t>
      </w:r>
      <w:r w:rsidRPr="00E85698">
        <w:rPr>
          <w:spacing w:val="-1"/>
        </w:rPr>
        <w:t xml:space="preserve"> </w:t>
      </w:r>
      <w:r w:rsidRPr="00E85698">
        <w:t>видов</w:t>
      </w:r>
      <w:r w:rsidRPr="00E85698">
        <w:rPr>
          <w:spacing w:val="-1"/>
        </w:rPr>
        <w:t xml:space="preserve"> </w:t>
      </w:r>
      <w:r w:rsidRPr="00E85698">
        <w:t>и в</w:t>
      </w:r>
      <w:r w:rsidRPr="00E85698">
        <w:rPr>
          <w:spacing w:val="-1"/>
        </w:rPr>
        <w:t xml:space="preserve"> </w:t>
      </w:r>
      <w:r w:rsidRPr="00E85698">
        <w:t>речевой практике.</w:t>
      </w:r>
    </w:p>
    <w:p w:rsidR="00624C8A" w:rsidRPr="00E85698" w:rsidRDefault="00CB6516">
      <w:pPr>
        <w:pStyle w:val="11"/>
        <w:spacing w:before="117"/>
      </w:pPr>
      <w:r w:rsidRPr="00E85698">
        <w:t>СИСТЕМА</w:t>
      </w:r>
      <w:r w:rsidRPr="00E85698">
        <w:rPr>
          <w:spacing w:val="-6"/>
        </w:rPr>
        <w:t xml:space="preserve"> </w:t>
      </w:r>
      <w:r w:rsidRPr="00E85698">
        <w:t>ЯЗЫКА</w:t>
      </w:r>
    </w:p>
    <w:p w:rsidR="00624C8A" w:rsidRPr="00E85698" w:rsidRDefault="00CB6516">
      <w:pPr>
        <w:spacing w:before="60"/>
        <w:ind w:left="286"/>
        <w:rPr>
          <w:b/>
          <w:sz w:val="24"/>
        </w:rPr>
      </w:pPr>
      <w:r w:rsidRPr="00E85698">
        <w:rPr>
          <w:b/>
          <w:sz w:val="24"/>
        </w:rPr>
        <w:t>Лексикология.</w:t>
      </w:r>
      <w:r w:rsidRPr="00E85698">
        <w:rPr>
          <w:b/>
          <w:spacing w:val="-6"/>
          <w:sz w:val="24"/>
        </w:rPr>
        <w:t xml:space="preserve"> </w:t>
      </w:r>
      <w:r w:rsidRPr="00E85698">
        <w:rPr>
          <w:b/>
          <w:sz w:val="24"/>
        </w:rPr>
        <w:t>Культура</w:t>
      </w:r>
      <w:r w:rsidRPr="00E85698">
        <w:rPr>
          <w:b/>
          <w:spacing w:val="-5"/>
          <w:sz w:val="24"/>
        </w:rPr>
        <w:t xml:space="preserve"> </w:t>
      </w:r>
      <w:r w:rsidRPr="00E85698">
        <w:rPr>
          <w:b/>
          <w:sz w:val="24"/>
        </w:rPr>
        <w:t>речи</w:t>
      </w:r>
    </w:p>
    <w:p w:rsidR="00624C8A" w:rsidRPr="00E85698" w:rsidRDefault="00CB6516">
      <w:pPr>
        <w:pStyle w:val="a5"/>
        <w:spacing w:before="60" w:line="292" w:lineRule="auto"/>
        <w:ind w:firstLine="180"/>
      </w:pPr>
      <w:r w:rsidRPr="00E85698">
        <w:t>Различать слова с точки зрения их происхождения: исконно русские и заимствованные слова;</w:t>
      </w:r>
      <w:r w:rsidRPr="00E85698">
        <w:rPr>
          <w:spacing w:val="1"/>
        </w:rPr>
        <w:t xml:space="preserve"> </w:t>
      </w:r>
      <w:r w:rsidRPr="00E85698">
        <w:t>различать</w:t>
      </w:r>
      <w:r w:rsidRPr="00E85698">
        <w:rPr>
          <w:spacing w:val="-4"/>
        </w:rPr>
        <w:t xml:space="preserve"> </w:t>
      </w:r>
      <w:r w:rsidRPr="00E85698">
        <w:t>слова</w:t>
      </w:r>
      <w:r w:rsidRPr="00E85698">
        <w:rPr>
          <w:spacing w:val="-3"/>
        </w:rPr>
        <w:t xml:space="preserve"> </w:t>
      </w:r>
      <w:r w:rsidRPr="00E85698">
        <w:t>с</w:t>
      </w:r>
      <w:r w:rsidRPr="00E85698">
        <w:rPr>
          <w:spacing w:val="-3"/>
        </w:rPr>
        <w:t xml:space="preserve"> </w:t>
      </w:r>
      <w:r w:rsidRPr="00E85698">
        <w:t>точки</w:t>
      </w:r>
      <w:r w:rsidRPr="00E85698">
        <w:rPr>
          <w:spacing w:val="-3"/>
        </w:rPr>
        <w:t xml:space="preserve"> </w:t>
      </w:r>
      <w:r w:rsidRPr="00E85698">
        <w:t>зрения</w:t>
      </w:r>
      <w:r w:rsidRPr="00E85698">
        <w:rPr>
          <w:spacing w:val="-4"/>
        </w:rPr>
        <w:t xml:space="preserve"> </w:t>
      </w:r>
      <w:r w:rsidRPr="00E85698">
        <w:t>их</w:t>
      </w:r>
      <w:r w:rsidRPr="00E85698">
        <w:rPr>
          <w:spacing w:val="-3"/>
        </w:rPr>
        <w:t xml:space="preserve"> </w:t>
      </w:r>
      <w:r w:rsidRPr="00E85698">
        <w:t>принадлежности</w:t>
      </w:r>
      <w:r w:rsidRPr="00E85698">
        <w:rPr>
          <w:spacing w:val="-3"/>
        </w:rPr>
        <w:t xml:space="preserve"> </w:t>
      </w:r>
      <w:r w:rsidRPr="00E85698">
        <w:t>к</w:t>
      </w:r>
      <w:r w:rsidRPr="00E85698">
        <w:rPr>
          <w:spacing w:val="-4"/>
        </w:rPr>
        <w:t xml:space="preserve"> </w:t>
      </w:r>
      <w:r w:rsidRPr="00E85698">
        <w:t>активному</w:t>
      </w:r>
      <w:r w:rsidRPr="00E85698">
        <w:rPr>
          <w:spacing w:val="-3"/>
        </w:rPr>
        <w:t xml:space="preserve"> </w:t>
      </w:r>
      <w:r w:rsidRPr="00E85698">
        <w:t>или</w:t>
      </w:r>
      <w:r w:rsidRPr="00E85698">
        <w:rPr>
          <w:spacing w:val="-3"/>
        </w:rPr>
        <w:t xml:space="preserve"> </w:t>
      </w:r>
      <w:r w:rsidRPr="00E85698">
        <w:t>пассивному</w:t>
      </w:r>
      <w:r w:rsidRPr="00E85698">
        <w:rPr>
          <w:spacing w:val="-3"/>
        </w:rPr>
        <w:t xml:space="preserve"> </w:t>
      </w:r>
      <w:r w:rsidRPr="00E85698">
        <w:t>запасу:</w:t>
      </w:r>
      <w:r w:rsidRPr="00E85698">
        <w:rPr>
          <w:spacing w:val="-3"/>
        </w:rPr>
        <w:t xml:space="preserve"> </w:t>
      </w:r>
      <w:r w:rsidRPr="00E85698">
        <w:t>неологизмы,</w:t>
      </w:r>
      <w:r w:rsidRPr="00E85698">
        <w:rPr>
          <w:spacing w:val="-57"/>
        </w:rPr>
        <w:t xml:space="preserve"> </w:t>
      </w:r>
      <w:r w:rsidRPr="00E85698">
        <w:t>устаревшие слова (историзмы и архаизмы); различать слова с точки зрения сферы их употребления:</w:t>
      </w:r>
      <w:r w:rsidRPr="00E85698">
        <w:rPr>
          <w:spacing w:val="1"/>
        </w:rPr>
        <w:t xml:space="preserve"> </w:t>
      </w:r>
      <w:r w:rsidRPr="00E85698">
        <w:t>общеупотребительные слова и слова ограниченной сферы употребления (диалектизмы, термины,</w:t>
      </w:r>
      <w:r w:rsidRPr="00E85698">
        <w:rPr>
          <w:spacing w:val="1"/>
        </w:rPr>
        <w:t xml:space="preserve"> </w:t>
      </w:r>
      <w:r w:rsidRPr="00E85698">
        <w:t>профессионализмы,</w:t>
      </w:r>
      <w:r w:rsidRPr="00E85698">
        <w:rPr>
          <w:spacing w:val="-1"/>
        </w:rPr>
        <w:t xml:space="preserve"> </w:t>
      </w:r>
      <w:r w:rsidRPr="00E85698">
        <w:t>жаргонизмы);</w:t>
      </w:r>
      <w:r w:rsidRPr="00E85698">
        <w:rPr>
          <w:spacing w:val="-2"/>
        </w:rPr>
        <w:t xml:space="preserve"> </w:t>
      </w:r>
      <w:r w:rsidRPr="00E85698">
        <w:t>определять</w:t>
      </w:r>
      <w:r w:rsidRPr="00E85698">
        <w:rPr>
          <w:spacing w:val="-2"/>
        </w:rPr>
        <w:t xml:space="preserve"> </w:t>
      </w:r>
      <w:r w:rsidRPr="00E85698">
        <w:t>стилистическую</w:t>
      </w:r>
      <w:r w:rsidRPr="00E85698">
        <w:rPr>
          <w:spacing w:val="-1"/>
        </w:rPr>
        <w:t xml:space="preserve"> </w:t>
      </w:r>
      <w:r w:rsidRPr="00E85698">
        <w:t>окраску</w:t>
      </w:r>
      <w:r w:rsidRPr="00E85698">
        <w:rPr>
          <w:spacing w:val="-1"/>
        </w:rPr>
        <w:t xml:space="preserve"> </w:t>
      </w:r>
      <w:r w:rsidRPr="00E85698">
        <w:t>слова.</w:t>
      </w:r>
    </w:p>
    <w:p w:rsidR="00624C8A" w:rsidRPr="00E85698" w:rsidRDefault="00CB6516">
      <w:pPr>
        <w:pStyle w:val="a5"/>
        <w:spacing w:line="292" w:lineRule="auto"/>
        <w:ind w:right="396" w:firstLine="180"/>
      </w:pPr>
      <w:r w:rsidRPr="00E85698">
        <w:t>Распознавать эпитеты, метафоры, олицетворения; понимать их основное коммуникативное</w:t>
      </w:r>
      <w:r w:rsidRPr="00E85698">
        <w:rPr>
          <w:spacing w:val="1"/>
        </w:rPr>
        <w:t xml:space="preserve"> </w:t>
      </w:r>
      <w:r w:rsidRPr="00E85698">
        <w:t>назначение</w:t>
      </w:r>
      <w:r w:rsidRPr="00E85698">
        <w:rPr>
          <w:spacing w:val="-3"/>
        </w:rPr>
        <w:t xml:space="preserve"> </w:t>
      </w:r>
      <w:r w:rsidRPr="00E85698">
        <w:t>в</w:t>
      </w:r>
      <w:r w:rsidRPr="00E85698">
        <w:rPr>
          <w:spacing w:val="-4"/>
        </w:rPr>
        <w:t xml:space="preserve"> </w:t>
      </w:r>
      <w:r w:rsidRPr="00E85698">
        <w:t>художественном</w:t>
      </w:r>
      <w:r w:rsidRPr="00E85698">
        <w:rPr>
          <w:spacing w:val="-3"/>
        </w:rPr>
        <w:t xml:space="preserve"> </w:t>
      </w:r>
      <w:r w:rsidRPr="00E85698">
        <w:t>тексте</w:t>
      </w:r>
      <w:r w:rsidRPr="00E85698">
        <w:rPr>
          <w:spacing w:val="-3"/>
        </w:rPr>
        <w:t xml:space="preserve"> </w:t>
      </w:r>
      <w:r w:rsidRPr="00E85698">
        <w:t>и</w:t>
      </w:r>
      <w:r w:rsidRPr="00E85698">
        <w:rPr>
          <w:spacing w:val="-3"/>
        </w:rPr>
        <w:t xml:space="preserve"> </w:t>
      </w:r>
      <w:r w:rsidRPr="00E85698">
        <w:t>использовать</w:t>
      </w:r>
      <w:r w:rsidRPr="00E85698">
        <w:rPr>
          <w:spacing w:val="-4"/>
        </w:rPr>
        <w:t xml:space="preserve"> </w:t>
      </w:r>
      <w:r w:rsidRPr="00E85698">
        <w:t>в</w:t>
      </w:r>
      <w:r w:rsidRPr="00E85698">
        <w:rPr>
          <w:spacing w:val="-3"/>
        </w:rPr>
        <w:t xml:space="preserve"> </w:t>
      </w:r>
      <w:r w:rsidRPr="00E85698">
        <w:t>речи</w:t>
      </w:r>
      <w:r w:rsidRPr="00E85698">
        <w:rPr>
          <w:spacing w:val="-3"/>
        </w:rPr>
        <w:t xml:space="preserve"> </w:t>
      </w:r>
      <w:r w:rsidRPr="00E85698">
        <w:t>с</w:t>
      </w:r>
      <w:r w:rsidRPr="00E85698">
        <w:rPr>
          <w:spacing w:val="-3"/>
        </w:rPr>
        <w:t xml:space="preserve"> </w:t>
      </w:r>
      <w:r w:rsidRPr="00E85698">
        <w:t>целью</w:t>
      </w:r>
      <w:r w:rsidRPr="00E85698">
        <w:rPr>
          <w:spacing w:val="-4"/>
        </w:rPr>
        <w:t xml:space="preserve"> </w:t>
      </w:r>
      <w:r w:rsidRPr="00E85698">
        <w:t>повышения</w:t>
      </w:r>
      <w:r w:rsidRPr="00E85698">
        <w:rPr>
          <w:spacing w:val="-4"/>
        </w:rPr>
        <w:t xml:space="preserve"> </w:t>
      </w:r>
      <w:r w:rsidRPr="00E85698">
        <w:t>её</w:t>
      </w:r>
      <w:r w:rsidRPr="00E85698">
        <w:rPr>
          <w:spacing w:val="-2"/>
        </w:rPr>
        <w:t xml:space="preserve"> </w:t>
      </w:r>
      <w:r w:rsidRPr="00E85698">
        <w:t>богатства</w:t>
      </w:r>
      <w:r w:rsidRPr="00E85698">
        <w:rPr>
          <w:spacing w:val="-3"/>
        </w:rPr>
        <w:t xml:space="preserve"> </w:t>
      </w:r>
      <w:r w:rsidRPr="00E85698">
        <w:t>и</w:t>
      </w:r>
      <w:r w:rsidRPr="00E85698">
        <w:rPr>
          <w:spacing w:val="-57"/>
        </w:rPr>
        <w:t xml:space="preserve"> </w:t>
      </w:r>
      <w:r w:rsidRPr="00E85698">
        <w:t>выразительности.</w:t>
      </w:r>
    </w:p>
    <w:p w:rsidR="00624C8A" w:rsidRPr="00E85698" w:rsidRDefault="00CB6516">
      <w:pPr>
        <w:pStyle w:val="a5"/>
        <w:spacing w:line="292" w:lineRule="auto"/>
        <w:ind w:firstLine="180"/>
      </w:pPr>
      <w:r w:rsidRPr="00E85698">
        <w:t>Распознавать</w:t>
      </w:r>
      <w:r w:rsidRPr="00E85698">
        <w:rPr>
          <w:spacing w:val="-6"/>
        </w:rPr>
        <w:t xml:space="preserve"> </w:t>
      </w:r>
      <w:r w:rsidRPr="00E85698">
        <w:t>в</w:t>
      </w:r>
      <w:r w:rsidRPr="00E85698">
        <w:rPr>
          <w:spacing w:val="-5"/>
        </w:rPr>
        <w:t xml:space="preserve"> </w:t>
      </w:r>
      <w:r w:rsidRPr="00E85698">
        <w:t>тексте</w:t>
      </w:r>
      <w:r w:rsidRPr="00E85698">
        <w:rPr>
          <w:spacing w:val="-5"/>
        </w:rPr>
        <w:t xml:space="preserve"> </w:t>
      </w:r>
      <w:r w:rsidRPr="00E85698">
        <w:t>фразеологизмы,</w:t>
      </w:r>
      <w:r w:rsidRPr="00E85698">
        <w:rPr>
          <w:spacing w:val="-4"/>
        </w:rPr>
        <w:t xml:space="preserve"> </w:t>
      </w:r>
      <w:r w:rsidRPr="00E85698">
        <w:t>уметь</w:t>
      </w:r>
      <w:r w:rsidRPr="00E85698">
        <w:rPr>
          <w:spacing w:val="-6"/>
        </w:rPr>
        <w:t xml:space="preserve"> </w:t>
      </w:r>
      <w:r w:rsidRPr="00E85698">
        <w:t>определять</w:t>
      </w:r>
      <w:r w:rsidRPr="00E85698">
        <w:rPr>
          <w:spacing w:val="-5"/>
        </w:rPr>
        <w:t xml:space="preserve"> </w:t>
      </w:r>
      <w:r w:rsidRPr="00E85698">
        <w:t>их</w:t>
      </w:r>
      <w:r w:rsidRPr="00E85698">
        <w:rPr>
          <w:spacing w:val="-5"/>
        </w:rPr>
        <w:t xml:space="preserve"> </w:t>
      </w:r>
      <w:r w:rsidRPr="00E85698">
        <w:t>значения;</w:t>
      </w:r>
      <w:r w:rsidRPr="00E85698">
        <w:rPr>
          <w:spacing w:val="-5"/>
        </w:rPr>
        <w:t xml:space="preserve"> </w:t>
      </w:r>
      <w:r w:rsidRPr="00E85698">
        <w:t>характеризовать</w:t>
      </w:r>
      <w:r w:rsidRPr="00E85698">
        <w:rPr>
          <w:spacing w:val="-6"/>
        </w:rPr>
        <w:t xml:space="preserve"> </w:t>
      </w:r>
      <w:r w:rsidRPr="00E85698">
        <w:t>ситуацию</w:t>
      </w:r>
      <w:r w:rsidRPr="00E85698">
        <w:rPr>
          <w:spacing w:val="-57"/>
        </w:rPr>
        <w:t xml:space="preserve"> </w:t>
      </w:r>
      <w:r w:rsidRPr="00E85698">
        <w:t>употребления</w:t>
      </w:r>
      <w:r w:rsidRPr="00E85698">
        <w:rPr>
          <w:spacing w:val="-2"/>
        </w:rPr>
        <w:t xml:space="preserve"> </w:t>
      </w:r>
      <w:r w:rsidRPr="00E85698">
        <w:t>фразеологизма.</w:t>
      </w:r>
    </w:p>
    <w:p w:rsidR="00624C8A" w:rsidRPr="00E85698" w:rsidRDefault="00CB6516">
      <w:pPr>
        <w:pStyle w:val="a5"/>
        <w:spacing w:line="292" w:lineRule="auto"/>
        <w:ind w:right="396" w:firstLine="180"/>
      </w:pPr>
      <w:r w:rsidRPr="00E85698">
        <w:t>Осуществлять</w:t>
      </w:r>
      <w:r w:rsidRPr="00E85698">
        <w:rPr>
          <w:spacing w:val="-6"/>
        </w:rPr>
        <w:t xml:space="preserve"> </w:t>
      </w:r>
      <w:r w:rsidRPr="00E85698">
        <w:t>выбор</w:t>
      </w:r>
      <w:r w:rsidRPr="00E85698">
        <w:rPr>
          <w:spacing w:val="-5"/>
        </w:rPr>
        <w:t xml:space="preserve"> </w:t>
      </w:r>
      <w:r w:rsidRPr="00E85698">
        <w:t>лексических</w:t>
      </w:r>
      <w:r w:rsidRPr="00E85698">
        <w:rPr>
          <w:spacing w:val="-5"/>
        </w:rPr>
        <w:t xml:space="preserve"> </w:t>
      </w:r>
      <w:r w:rsidRPr="00E85698">
        <w:t>средств</w:t>
      </w:r>
      <w:r w:rsidRPr="00E85698">
        <w:rPr>
          <w:spacing w:val="-6"/>
        </w:rPr>
        <w:t xml:space="preserve"> </w:t>
      </w:r>
      <w:r w:rsidRPr="00E85698">
        <w:t>в</w:t>
      </w:r>
      <w:r w:rsidRPr="00E85698">
        <w:rPr>
          <w:spacing w:val="-6"/>
        </w:rPr>
        <w:t xml:space="preserve"> </w:t>
      </w:r>
      <w:r w:rsidRPr="00E85698">
        <w:t>соответствии</w:t>
      </w:r>
      <w:r w:rsidRPr="00E85698">
        <w:rPr>
          <w:spacing w:val="-5"/>
        </w:rPr>
        <w:t xml:space="preserve"> </w:t>
      </w:r>
      <w:r w:rsidRPr="00E85698">
        <w:t>с</w:t>
      </w:r>
      <w:r w:rsidRPr="00E85698">
        <w:rPr>
          <w:spacing w:val="-5"/>
        </w:rPr>
        <w:t xml:space="preserve"> </w:t>
      </w:r>
      <w:r w:rsidRPr="00E85698">
        <w:t>речевой</w:t>
      </w:r>
      <w:r w:rsidRPr="00E85698">
        <w:rPr>
          <w:spacing w:val="-5"/>
        </w:rPr>
        <w:t xml:space="preserve"> </w:t>
      </w:r>
      <w:r w:rsidRPr="00E85698">
        <w:t>ситуацией;</w:t>
      </w:r>
      <w:r w:rsidRPr="00E85698">
        <w:rPr>
          <w:spacing w:val="-6"/>
        </w:rPr>
        <w:t xml:space="preserve"> </w:t>
      </w:r>
      <w:r w:rsidRPr="00E85698">
        <w:t>пользоваться</w:t>
      </w:r>
      <w:r w:rsidRPr="00E85698">
        <w:rPr>
          <w:spacing w:val="-57"/>
        </w:rPr>
        <w:t xml:space="preserve"> </w:t>
      </w:r>
      <w:r w:rsidRPr="00E85698">
        <w:t>словарями иностранных слов, устаревших слов; оценивать свою и чужую речь с точки зрения</w:t>
      </w:r>
      <w:r w:rsidRPr="00E85698">
        <w:rPr>
          <w:spacing w:val="1"/>
        </w:rPr>
        <w:t xml:space="preserve"> </w:t>
      </w:r>
      <w:r w:rsidRPr="00E85698">
        <w:t>точного,</w:t>
      </w:r>
      <w:r w:rsidRPr="00E85698">
        <w:rPr>
          <w:spacing w:val="-3"/>
        </w:rPr>
        <w:t xml:space="preserve"> </w:t>
      </w:r>
      <w:r w:rsidRPr="00E85698">
        <w:t>уместного</w:t>
      </w:r>
      <w:r w:rsidRPr="00E85698">
        <w:rPr>
          <w:spacing w:val="-3"/>
        </w:rPr>
        <w:t xml:space="preserve"> </w:t>
      </w:r>
      <w:r w:rsidRPr="00E85698">
        <w:t>и</w:t>
      </w:r>
      <w:r w:rsidRPr="00E85698">
        <w:rPr>
          <w:spacing w:val="-2"/>
        </w:rPr>
        <w:t xml:space="preserve"> </w:t>
      </w:r>
      <w:r w:rsidRPr="00E85698">
        <w:t>выразительного</w:t>
      </w:r>
      <w:r w:rsidRPr="00E85698">
        <w:rPr>
          <w:spacing w:val="-3"/>
        </w:rPr>
        <w:t xml:space="preserve"> </w:t>
      </w:r>
      <w:r w:rsidRPr="00E85698">
        <w:t>словоупотребления;</w:t>
      </w:r>
      <w:r w:rsidRPr="00E85698">
        <w:rPr>
          <w:spacing w:val="-4"/>
        </w:rPr>
        <w:t xml:space="preserve"> </w:t>
      </w:r>
      <w:r w:rsidRPr="00E85698">
        <w:t>использовать</w:t>
      </w:r>
      <w:r w:rsidRPr="00E85698">
        <w:rPr>
          <w:spacing w:val="-3"/>
        </w:rPr>
        <w:t xml:space="preserve"> </w:t>
      </w:r>
      <w:r w:rsidRPr="00E85698">
        <w:t>толковые</w:t>
      </w:r>
      <w:r w:rsidRPr="00E85698">
        <w:rPr>
          <w:spacing w:val="-3"/>
        </w:rPr>
        <w:t xml:space="preserve"> </w:t>
      </w:r>
      <w:r w:rsidRPr="00E85698">
        <w:t>словари.</w:t>
      </w:r>
    </w:p>
    <w:p w:rsidR="00624C8A" w:rsidRPr="00E85698" w:rsidRDefault="00624C8A">
      <w:pPr>
        <w:spacing w:line="292" w:lineRule="auto"/>
        <w:sectPr w:rsidR="00624C8A" w:rsidRPr="00E85698">
          <w:pgSz w:w="11900" w:h="16840"/>
          <w:pgMar w:top="500" w:right="540" w:bottom="280" w:left="560" w:header="720" w:footer="720" w:gutter="0"/>
          <w:cols w:space="720"/>
        </w:sectPr>
      </w:pPr>
    </w:p>
    <w:p w:rsidR="00624C8A" w:rsidRPr="00E85698" w:rsidRDefault="00CB6516">
      <w:pPr>
        <w:pStyle w:val="11"/>
        <w:spacing w:before="66"/>
      </w:pPr>
      <w:r w:rsidRPr="00E85698">
        <w:lastRenderedPageBreak/>
        <w:t>Словообразование.</w:t>
      </w:r>
      <w:r w:rsidRPr="00E85698">
        <w:rPr>
          <w:spacing w:val="-6"/>
        </w:rPr>
        <w:t xml:space="preserve"> </w:t>
      </w:r>
      <w:r w:rsidRPr="00E85698">
        <w:t>Культура</w:t>
      </w:r>
      <w:r w:rsidRPr="00E85698">
        <w:rPr>
          <w:spacing w:val="-6"/>
        </w:rPr>
        <w:t xml:space="preserve"> </w:t>
      </w:r>
      <w:r w:rsidRPr="00E85698">
        <w:t>речи.</w:t>
      </w:r>
      <w:r w:rsidRPr="00E85698">
        <w:rPr>
          <w:spacing w:val="-6"/>
        </w:rPr>
        <w:t xml:space="preserve"> </w:t>
      </w:r>
      <w:r w:rsidRPr="00E85698">
        <w:t>Орфография</w:t>
      </w:r>
    </w:p>
    <w:p w:rsidR="00624C8A" w:rsidRPr="00E85698" w:rsidRDefault="00CB6516">
      <w:pPr>
        <w:pStyle w:val="a5"/>
        <w:spacing w:before="60" w:line="292" w:lineRule="auto"/>
        <w:ind w:right="512" w:firstLine="180"/>
      </w:pPr>
      <w:r w:rsidRPr="00E85698">
        <w:t>Распознавать формообразующие и словообразующие морфемы в слове; выделять производящую</w:t>
      </w:r>
      <w:r w:rsidRPr="00E85698">
        <w:rPr>
          <w:spacing w:val="-58"/>
        </w:rPr>
        <w:t xml:space="preserve"> </w:t>
      </w:r>
      <w:r w:rsidRPr="00E85698">
        <w:t>основу.</w:t>
      </w:r>
    </w:p>
    <w:p w:rsidR="00624C8A" w:rsidRPr="00E85698" w:rsidRDefault="00CB6516">
      <w:pPr>
        <w:pStyle w:val="a5"/>
        <w:spacing w:line="292" w:lineRule="auto"/>
        <w:ind w:right="831" w:firstLine="180"/>
      </w:pPr>
      <w:r w:rsidRPr="00E85698">
        <w:t>Определять способы словообразования (приставочный, суффиксальный, приставочно-</w:t>
      </w:r>
      <w:r w:rsidRPr="00E85698">
        <w:rPr>
          <w:spacing w:val="1"/>
        </w:rPr>
        <w:t xml:space="preserve"> </w:t>
      </w:r>
      <w:r w:rsidRPr="00E85698">
        <w:t xml:space="preserve">суффиксальный, </w:t>
      </w:r>
      <w:proofErr w:type="spellStart"/>
      <w:r w:rsidRPr="00E85698">
        <w:t>бессуффиксный</w:t>
      </w:r>
      <w:proofErr w:type="spellEnd"/>
      <w:r w:rsidRPr="00E85698">
        <w:t>, сложение, переход из одной части речи в другую); проводить</w:t>
      </w:r>
      <w:r w:rsidRPr="00E85698">
        <w:rPr>
          <w:spacing w:val="-58"/>
        </w:rPr>
        <w:t xml:space="preserve"> </w:t>
      </w:r>
      <w:r w:rsidRPr="00E85698">
        <w:t xml:space="preserve">морфемный и словообразовательный анализ слов; применять знания по </w:t>
      </w:r>
      <w:proofErr w:type="spellStart"/>
      <w:r w:rsidRPr="00E85698">
        <w:t>морфемике</w:t>
      </w:r>
      <w:proofErr w:type="spellEnd"/>
      <w:r w:rsidRPr="00E85698">
        <w:t xml:space="preserve"> и</w:t>
      </w:r>
      <w:r w:rsidRPr="00E85698">
        <w:rPr>
          <w:spacing w:val="1"/>
        </w:rPr>
        <w:t xml:space="preserve"> </w:t>
      </w:r>
      <w:r w:rsidRPr="00E85698">
        <w:t>словообразованию</w:t>
      </w:r>
      <w:r w:rsidRPr="00E85698">
        <w:rPr>
          <w:spacing w:val="-2"/>
        </w:rPr>
        <w:t xml:space="preserve"> </w:t>
      </w:r>
      <w:r w:rsidRPr="00E85698">
        <w:t>при</w:t>
      </w:r>
      <w:r w:rsidRPr="00E85698">
        <w:rPr>
          <w:spacing w:val="-1"/>
        </w:rPr>
        <w:t xml:space="preserve"> </w:t>
      </w:r>
      <w:r w:rsidRPr="00E85698">
        <w:t>выполнении языкового</w:t>
      </w:r>
      <w:r w:rsidRPr="00E85698">
        <w:rPr>
          <w:spacing w:val="-1"/>
        </w:rPr>
        <w:t xml:space="preserve"> </w:t>
      </w:r>
      <w:r w:rsidRPr="00E85698">
        <w:t>анализа различных</w:t>
      </w:r>
      <w:r w:rsidRPr="00E85698">
        <w:rPr>
          <w:spacing w:val="-1"/>
        </w:rPr>
        <w:t xml:space="preserve"> </w:t>
      </w:r>
      <w:r w:rsidRPr="00E85698">
        <w:t>видов.</w:t>
      </w:r>
    </w:p>
    <w:p w:rsidR="00624C8A" w:rsidRPr="00E85698" w:rsidRDefault="00CB6516">
      <w:pPr>
        <w:pStyle w:val="a5"/>
        <w:spacing w:line="274" w:lineRule="exact"/>
        <w:ind w:left="286"/>
      </w:pPr>
      <w:r w:rsidRPr="00E85698">
        <w:t>Соблюдать</w:t>
      </w:r>
      <w:r w:rsidRPr="00E85698">
        <w:rPr>
          <w:spacing w:val="-6"/>
        </w:rPr>
        <w:t xml:space="preserve"> </w:t>
      </w:r>
      <w:r w:rsidRPr="00E85698">
        <w:t>нормы</w:t>
      </w:r>
      <w:r w:rsidRPr="00E85698">
        <w:rPr>
          <w:spacing w:val="-4"/>
        </w:rPr>
        <w:t xml:space="preserve"> </w:t>
      </w:r>
      <w:r w:rsidRPr="00E85698">
        <w:t>словообразования</w:t>
      </w:r>
      <w:r w:rsidRPr="00E85698">
        <w:rPr>
          <w:spacing w:val="-5"/>
        </w:rPr>
        <w:t xml:space="preserve"> </w:t>
      </w:r>
      <w:r w:rsidRPr="00E85698">
        <w:t>имён</w:t>
      </w:r>
      <w:r w:rsidRPr="00E85698">
        <w:rPr>
          <w:spacing w:val="-5"/>
        </w:rPr>
        <w:t xml:space="preserve"> </w:t>
      </w:r>
      <w:r w:rsidRPr="00E85698">
        <w:t>прилагательных.</w:t>
      </w:r>
    </w:p>
    <w:p w:rsidR="00624C8A" w:rsidRPr="00E85698" w:rsidRDefault="00CB6516">
      <w:pPr>
        <w:pStyle w:val="a5"/>
        <w:spacing w:before="59" w:line="292" w:lineRule="auto"/>
        <w:ind w:right="293" w:firstLine="180"/>
      </w:pPr>
      <w:r w:rsidRPr="00E85698">
        <w:t>Распознавать изученные орфограммы; проводить орфографический анализ слов; применять знания</w:t>
      </w:r>
      <w:r w:rsidRPr="00E85698">
        <w:rPr>
          <w:spacing w:val="-58"/>
        </w:rPr>
        <w:t xml:space="preserve"> </w:t>
      </w:r>
      <w:r w:rsidRPr="00E85698">
        <w:t>по</w:t>
      </w:r>
      <w:r w:rsidRPr="00E85698">
        <w:rPr>
          <w:spacing w:val="-1"/>
        </w:rPr>
        <w:t xml:space="preserve"> </w:t>
      </w:r>
      <w:r w:rsidRPr="00E85698">
        <w:t>орфографии в</w:t>
      </w:r>
      <w:r w:rsidRPr="00E85698">
        <w:rPr>
          <w:spacing w:val="-1"/>
        </w:rPr>
        <w:t xml:space="preserve"> </w:t>
      </w:r>
      <w:r w:rsidRPr="00E85698">
        <w:t>практике правописания.</w:t>
      </w:r>
    </w:p>
    <w:p w:rsidR="00624C8A" w:rsidRPr="00E85698" w:rsidRDefault="00CB6516">
      <w:pPr>
        <w:pStyle w:val="a5"/>
        <w:spacing w:line="275" w:lineRule="exact"/>
        <w:ind w:left="286"/>
      </w:pPr>
      <w:r w:rsidRPr="00E85698">
        <w:t>Соблюдать</w:t>
      </w:r>
      <w:r w:rsidRPr="00E85698">
        <w:rPr>
          <w:spacing w:val="-4"/>
        </w:rPr>
        <w:t xml:space="preserve"> </w:t>
      </w:r>
      <w:r w:rsidRPr="00E85698">
        <w:t>нормы</w:t>
      </w:r>
      <w:r w:rsidRPr="00E85698">
        <w:rPr>
          <w:spacing w:val="-3"/>
        </w:rPr>
        <w:t xml:space="preserve"> </w:t>
      </w:r>
      <w:r w:rsidRPr="00E85698">
        <w:t>правописания</w:t>
      </w:r>
      <w:r w:rsidRPr="00E85698">
        <w:rPr>
          <w:spacing w:val="-4"/>
        </w:rPr>
        <w:t xml:space="preserve"> </w:t>
      </w:r>
      <w:r w:rsidRPr="00E85698">
        <w:t>сложных</w:t>
      </w:r>
      <w:r w:rsidRPr="00E85698">
        <w:rPr>
          <w:spacing w:val="-3"/>
        </w:rPr>
        <w:t xml:space="preserve"> </w:t>
      </w:r>
      <w:r w:rsidRPr="00E85698">
        <w:t>и</w:t>
      </w:r>
      <w:r w:rsidRPr="00E85698">
        <w:rPr>
          <w:spacing w:val="-3"/>
        </w:rPr>
        <w:t xml:space="preserve"> </w:t>
      </w:r>
      <w:r w:rsidRPr="00E85698">
        <w:t>сложносокращённых</w:t>
      </w:r>
      <w:r w:rsidRPr="00E85698">
        <w:rPr>
          <w:spacing w:val="-3"/>
        </w:rPr>
        <w:t xml:space="preserve"> </w:t>
      </w:r>
      <w:r w:rsidRPr="00E85698">
        <w:t>слов;</w:t>
      </w:r>
      <w:r w:rsidRPr="00E85698">
        <w:rPr>
          <w:spacing w:val="-4"/>
        </w:rPr>
        <w:t xml:space="preserve"> </w:t>
      </w:r>
      <w:r w:rsidRPr="00E85698">
        <w:t>нормы</w:t>
      </w:r>
      <w:r w:rsidRPr="00E85698">
        <w:rPr>
          <w:spacing w:val="-3"/>
        </w:rPr>
        <w:t xml:space="preserve"> </w:t>
      </w:r>
      <w:r w:rsidRPr="00E85698">
        <w:t>правописания</w:t>
      </w:r>
      <w:r w:rsidRPr="00E85698">
        <w:rPr>
          <w:spacing w:val="-4"/>
        </w:rPr>
        <w:t xml:space="preserve"> </w:t>
      </w:r>
      <w:r w:rsidRPr="00E85698">
        <w:t>корня</w:t>
      </w:r>
    </w:p>
    <w:p w:rsidR="00624C8A" w:rsidRPr="00E85698" w:rsidRDefault="00CB6516">
      <w:pPr>
        <w:spacing w:before="60"/>
        <w:ind w:left="106"/>
        <w:rPr>
          <w:sz w:val="24"/>
        </w:rPr>
      </w:pPr>
      <w:r w:rsidRPr="00E85698">
        <w:rPr>
          <w:b/>
          <w:i/>
          <w:sz w:val="24"/>
        </w:rPr>
        <w:t>-</w:t>
      </w:r>
      <w:proofErr w:type="spellStart"/>
      <w:r w:rsidRPr="00E85698">
        <w:rPr>
          <w:b/>
          <w:i/>
          <w:sz w:val="24"/>
        </w:rPr>
        <w:t>кас</w:t>
      </w:r>
      <w:proofErr w:type="spellEnd"/>
      <w:r w:rsidRPr="00E85698">
        <w:rPr>
          <w:b/>
          <w:i/>
          <w:sz w:val="24"/>
        </w:rPr>
        <w:t>-</w:t>
      </w:r>
      <w:r w:rsidRPr="00E85698">
        <w:rPr>
          <w:b/>
          <w:i/>
          <w:spacing w:val="5"/>
          <w:sz w:val="24"/>
        </w:rPr>
        <w:t xml:space="preserve"> </w:t>
      </w:r>
      <w:r w:rsidRPr="00E85698">
        <w:rPr>
          <w:sz w:val="24"/>
        </w:rPr>
        <w:t>—</w:t>
      </w:r>
      <w:r w:rsidRPr="00E85698">
        <w:rPr>
          <w:spacing w:val="-1"/>
          <w:sz w:val="24"/>
        </w:rPr>
        <w:t xml:space="preserve"> </w:t>
      </w:r>
      <w:r w:rsidRPr="00E85698">
        <w:rPr>
          <w:b/>
          <w:i/>
          <w:sz w:val="24"/>
        </w:rPr>
        <w:t>-кос-</w:t>
      </w:r>
      <w:r w:rsidRPr="00E85698">
        <w:rPr>
          <w:b/>
          <w:i/>
          <w:spacing w:val="6"/>
          <w:sz w:val="24"/>
        </w:rPr>
        <w:t xml:space="preserve"> </w:t>
      </w:r>
      <w:r w:rsidRPr="00E85698">
        <w:rPr>
          <w:sz w:val="24"/>
        </w:rPr>
        <w:t>с</w:t>
      </w:r>
      <w:r w:rsidRPr="00E85698">
        <w:rPr>
          <w:spacing w:val="-2"/>
          <w:sz w:val="24"/>
        </w:rPr>
        <w:t xml:space="preserve"> </w:t>
      </w:r>
      <w:proofErr w:type="gramStart"/>
      <w:r w:rsidRPr="00E85698">
        <w:rPr>
          <w:sz w:val="24"/>
        </w:rPr>
        <w:t>чередованием</w:t>
      </w:r>
      <w:proofErr w:type="gramEnd"/>
      <w:r w:rsidRPr="00E85698">
        <w:rPr>
          <w:spacing w:val="-4"/>
          <w:sz w:val="24"/>
        </w:rPr>
        <w:t xml:space="preserve"> </w:t>
      </w:r>
      <w:r w:rsidRPr="00E85698">
        <w:rPr>
          <w:b/>
          <w:i/>
          <w:sz w:val="24"/>
        </w:rPr>
        <w:t>а</w:t>
      </w:r>
      <w:r w:rsidRPr="00E85698">
        <w:rPr>
          <w:b/>
          <w:i/>
          <w:spacing w:val="-2"/>
          <w:sz w:val="24"/>
        </w:rPr>
        <w:t xml:space="preserve"> </w:t>
      </w:r>
      <w:r w:rsidRPr="00E85698">
        <w:rPr>
          <w:sz w:val="24"/>
        </w:rPr>
        <w:t>//</w:t>
      </w:r>
      <w:r w:rsidRPr="00E85698">
        <w:rPr>
          <w:spacing w:val="-3"/>
          <w:sz w:val="24"/>
        </w:rPr>
        <w:t xml:space="preserve"> </w:t>
      </w:r>
      <w:r w:rsidRPr="00E85698">
        <w:rPr>
          <w:b/>
          <w:i/>
          <w:sz w:val="24"/>
        </w:rPr>
        <w:t>о</w:t>
      </w:r>
      <w:r w:rsidRPr="00E85698">
        <w:rPr>
          <w:sz w:val="24"/>
        </w:rPr>
        <w:t>,</w:t>
      </w:r>
      <w:r w:rsidRPr="00E85698">
        <w:rPr>
          <w:spacing w:val="-2"/>
          <w:sz w:val="24"/>
        </w:rPr>
        <w:t xml:space="preserve"> </w:t>
      </w:r>
      <w:r w:rsidRPr="00E85698">
        <w:rPr>
          <w:sz w:val="24"/>
        </w:rPr>
        <w:t>гласных</w:t>
      </w:r>
      <w:r w:rsidRPr="00E85698">
        <w:rPr>
          <w:spacing w:val="-2"/>
          <w:sz w:val="24"/>
        </w:rPr>
        <w:t xml:space="preserve"> </w:t>
      </w:r>
      <w:r w:rsidRPr="00E85698">
        <w:rPr>
          <w:sz w:val="24"/>
        </w:rPr>
        <w:t>в</w:t>
      </w:r>
      <w:r w:rsidRPr="00E85698">
        <w:rPr>
          <w:spacing w:val="-3"/>
          <w:sz w:val="24"/>
        </w:rPr>
        <w:t xml:space="preserve"> </w:t>
      </w:r>
      <w:r w:rsidRPr="00E85698">
        <w:rPr>
          <w:sz w:val="24"/>
        </w:rPr>
        <w:t>приставках</w:t>
      </w:r>
      <w:r w:rsidRPr="00E85698">
        <w:rPr>
          <w:spacing w:val="-6"/>
          <w:sz w:val="24"/>
        </w:rPr>
        <w:t xml:space="preserve"> </w:t>
      </w:r>
      <w:r w:rsidRPr="00E85698">
        <w:rPr>
          <w:b/>
          <w:i/>
          <w:sz w:val="24"/>
        </w:rPr>
        <w:t>пре-</w:t>
      </w:r>
      <w:r w:rsidRPr="00E85698">
        <w:rPr>
          <w:b/>
          <w:i/>
          <w:spacing w:val="2"/>
          <w:sz w:val="24"/>
        </w:rPr>
        <w:t xml:space="preserve"> </w:t>
      </w:r>
      <w:r w:rsidRPr="00E85698">
        <w:rPr>
          <w:sz w:val="24"/>
        </w:rPr>
        <w:t>и</w:t>
      </w:r>
      <w:r w:rsidRPr="00E85698">
        <w:rPr>
          <w:spacing w:val="1"/>
          <w:sz w:val="24"/>
        </w:rPr>
        <w:t xml:space="preserve"> </w:t>
      </w:r>
      <w:r w:rsidRPr="00E85698">
        <w:rPr>
          <w:b/>
          <w:i/>
          <w:sz w:val="24"/>
        </w:rPr>
        <w:t>при-</w:t>
      </w:r>
      <w:r w:rsidRPr="00E85698">
        <w:rPr>
          <w:sz w:val="24"/>
        </w:rPr>
        <w:t>.</w:t>
      </w:r>
    </w:p>
    <w:p w:rsidR="00624C8A" w:rsidRPr="00E85698" w:rsidRDefault="00CB6516">
      <w:pPr>
        <w:pStyle w:val="11"/>
        <w:spacing w:before="60"/>
      </w:pPr>
      <w:r w:rsidRPr="00E85698">
        <w:t>Морфология.</w:t>
      </w:r>
      <w:r w:rsidRPr="00E85698">
        <w:rPr>
          <w:spacing w:val="-6"/>
        </w:rPr>
        <w:t xml:space="preserve"> </w:t>
      </w:r>
      <w:r w:rsidRPr="00E85698">
        <w:t>Культура</w:t>
      </w:r>
      <w:r w:rsidRPr="00E85698">
        <w:rPr>
          <w:spacing w:val="-5"/>
        </w:rPr>
        <w:t xml:space="preserve"> </w:t>
      </w:r>
      <w:r w:rsidRPr="00E85698">
        <w:t>речи.</w:t>
      </w:r>
      <w:r w:rsidRPr="00E85698">
        <w:rPr>
          <w:spacing w:val="-5"/>
        </w:rPr>
        <w:t xml:space="preserve"> </w:t>
      </w:r>
      <w:r w:rsidRPr="00E85698">
        <w:t>Орфография</w:t>
      </w:r>
    </w:p>
    <w:p w:rsidR="00624C8A" w:rsidRPr="00E85698" w:rsidRDefault="00CB6516">
      <w:pPr>
        <w:pStyle w:val="a5"/>
        <w:spacing w:before="60" w:line="292" w:lineRule="auto"/>
        <w:ind w:left="286" w:right="2071"/>
      </w:pPr>
      <w:r w:rsidRPr="00E85698">
        <w:t>Характеризовать особенности словообразования имён существительных.</w:t>
      </w:r>
      <w:r w:rsidRPr="00E85698">
        <w:rPr>
          <w:spacing w:val="1"/>
        </w:rPr>
        <w:t xml:space="preserve"> </w:t>
      </w:r>
      <w:r w:rsidRPr="00E85698">
        <w:t>Соблюдать</w:t>
      </w:r>
      <w:r w:rsidRPr="00E85698">
        <w:rPr>
          <w:spacing w:val="-4"/>
        </w:rPr>
        <w:t xml:space="preserve"> </w:t>
      </w:r>
      <w:r w:rsidRPr="00E85698">
        <w:t>нормы</w:t>
      </w:r>
      <w:r w:rsidRPr="00E85698">
        <w:rPr>
          <w:spacing w:val="-3"/>
        </w:rPr>
        <w:t xml:space="preserve"> </w:t>
      </w:r>
      <w:r w:rsidRPr="00E85698">
        <w:t>слитного</w:t>
      </w:r>
      <w:r w:rsidRPr="00E85698">
        <w:rPr>
          <w:spacing w:val="-2"/>
        </w:rPr>
        <w:t xml:space="preserve"> </w:t>
      </w:r>
      <w:r w:rsidRPr="00E85698">
        <w:t>и</w:t>
      </w:r>
      <w:r w:rsidRPr="00E85698">
        <w:rPr>
          <w:spacing w:val="-3"/>
        </w:rPr>
        <w:t xml:space="preserve"> </w:t>
      </w:r>
      <w:r w:rsidRPr="00E85698">
        <w:t>дефисного</w:t>
      </w:r>
      <w:r w:rsidRPr="00E85698">
        <w:rPr>
          <w:spacing w:val="-2"/>
        </w:rPr>
        <w:t xml:space="preserve"> </w:t>
      </w:r>
      <w:r w:rsidRPr="00E85698">
        <w:t>написания</w:t>
      </w:r>
      <w:r w:rsidRPr="00E85698">
        <w:rPr>
          <w:spacing w:val="-13"/>
        </w:rPr>
        <w:t xml:space="preserve"> </w:t>
      </w:r>
      <w:proofErr w:type="gramStart"/>
      <w:r w:rsidRPr="00E85698">
        <w:rPr>
          <w:b/>
          <w:i/>
        </w:rPr>
        <w:t>пол-</w:t>
      </w:r>
      <w:r w:rsidRPr="00E85698">
        <w:rPr>
          <w:b/>
          <w:i/>
          <w:spacing w:val="-3"/>
        </w:rPr>
        <w:t xml:space="preserve"> </w:t>
      </w:r>
      <w:r w:rsidRPr="00E85698">
        <w:t>и</w:t>
      </w:r>
      <w:proofErr w:type="gramEnd"/>
      <w:r w:rsidRPr="00E85698">
        <w:t xml:space="preserve"> </w:t>
      </w:r>
      <w:r w:rsidRPr="00E85698">
        <w:rPr>
          <w:b/>
          <w:i/>
        </w:rPr>
        <w:t>полу-</w:t>
      </w:r>
      <w:r w:rsidRPr="00E85698">
        <w:rPr>
          <w:b/>
          <w:i/>
          <w:spacing w:val="-2"/>
        </w:rPr>
        <w:t xml:space="preserve"> </w:t>
      </w:r>
      <w:r w:rsidRPr="00E85698">
        <w:t>со</w:t>
      </w:r>
      <w:r w:rsidRPr="00E85698">
        <w:rPr>
          <w:spacing w:val="-2"/>
        </w:rPr>
        <w:t xml:space="preserve"> </w:t>
      </w:r>
      <w:r w:rsidRPr="00E85698">
        <w:t>словами.</w:t>
      </w:r>
    </w:p>
    <w:p w:rsidR="00624C8A" w:rsidRPr="00E85698" w:rsidRDefault="00CB6516">
      <w:pPr>
        <w:pStyle w:val="a5"/>
        <w:spacing w:line="292" w:lineRule="auto"/>
        <w:ind w:right="629" w:firstLine="180"/>
      </w:pPr>
      <w:r w:rsidRPr="00E85698">
        <w:t>Соблюдать нормы произношения, постановки ударения (в рамках изученного), словоизменения</w:t>
      </w:r>
      <w:r w:rsidRPr="00E85698">
        <w:rPr>
          <w:spacing w:val="-58"/>
        </w:rPr>
        <w:t xml:space="preserve"> </w:t>
      </w:r>
      <w:r w:rsidRPr="00E85698">
        <w:t>имён</w:t>
      </w:r>
      <w:r w:rsidRPr="00E85698">
        <w:rPr>
          <w:spacing w:val="-1"/>
        </w:rPr>
        <w:t xml:space="preserve"> </w:t>
      </w:r>
      <w:r w:rsidRPr="00E85698">
        <w:t>существительных.</w:t>
      </w:r>
    </w:p>
    <w:p w:rsidR="00624C8A" w:rsidRPr="00E85698" w:rsidRDefault="00CB6516">
      <w:pPr>
        <w:pStyle w:val="a5"/>
        <w:spacing w:line="292" w:lineRule="auto"/>
        <w:ind w:right="396" w:firstLine="180"/>
      </w:pPr>
      <w:r w:rsidRPr="00E85698">
        <w:t>Различать</w:t>
      </w:r>
      <w:r w:rsidRPr="00E85698">
        <w:rPr>
          <w:spacing w:val="-7"/>
        </w:rPr>
        <w:t xml:space="preserve"> </w:t>
      </w:r>
      <w:r w:rsidRPr="00E85698">
        <w:t>качественные,</w:t>
      </w:r>
      <w:r w:rsidRPr="00E85698">
        <w:rPr>
          <w:spacing w:val="-5"/>
        </w:rPr>
        <w:t xml:space="preserve"> </w:t>
      </w:r>
      <w:r w:rsidRPr="00E85698">
        <w:t>относительные</w:t>
      </w:r>
      <w:r w:rsidRPr="00E85698">
        <w:rPr>
          <w:spacing w:val="-6"/>
        </w:rPr>
        <w:t xml:space="preserve"> </w:t>
      </w:r>
      <w:r w:rsidRPr="00E85698">
        <w:t>и</w:t>
      </w:r>
      <w:r w:rsidRPr="00E85698">
        <w:rPr>
          <w:spacing w:val="-6"/>
        </w:rPr>
        <w:t xml:space="preserve"> </w:t>
      </w:r>
      <w:r w:rsidRPr="00E85698">
        <w:t>притяжательные</w:t>
      </w:r>
      <w:r w:rsidRPr="00E85698">
        <w:rPr>
          <w:spacing w:val="-5"/>
        </w:rPr>
        <w:t xml:space="preserve"> </w:t>
      </w:r>
      <w:r w:rsidRPr="00E85698">
        <w:t>имена</w:t>
      </w:r>
      <w:r w:rsidRPr="00E85698">
        <w:rPr>
          <w:spacing w:val="-6"/>
        </w:rPr>
        <w:t xml:space="preserve"> </w:t>
      </w:r>
      <w:r w:rsidRPr="00E85698">
        <w:t>прилагательные,</w:t>
      </w:r>
      <w:r w:rsidRPr="00E85698">
        <w:rPr>
          <w:spacing w:val="-5"/>
        </w:rPr>
        <w:t xml:space="preserve"> </w:t>
      </w:r>
      <w:r w:rsidRPr="00E85698">
        <w:t>степени</w:t>
      </w:r>
      <w:r w:rsidRPr="00E85698">
        <w:rPr>
          <w:spacing w:val="-57"/>
        </w:rPr>
        <w:t xml:space="preserve"> </w:t>
      </w:r>
      <w:r w:rsidRPr="00E85698">
        <w:t>сравнения</w:t>
      </w:r>
      <w:r w:rsidRPr="00E85698">
        <w:rPr>
          <w:spacing w:val="-2"/>
        </w:rPr>
        <w:t xml:space="preserve"> </w:t>
      </w:r>
      <w:r w:rsidRPr="00E85698">
        <w:t>качественных имён прилагательных.</w:t>
      </w:r>
    </w:p>
    <w:p w:rsidR="00624C8A" w:rsidRPr="00E85698" w:rsidRDefault="00CB6516">
      <w:pPr>
        <w:pStyle w:val="a5"/>
        <w:spacing w:line="292" w:lineRule="auto"/>
        <w:ind w:firstLine="180"/>
      </w:pPr>
      <w:r w:rsidRPr="00E85698">
        <w:t>Соблюдать нормы словообразования имён прилагательных; нормы произношения имён</w:t>
      </w:r>
      <w:r w:rsidRPr="00E85698">
        <w:rPr>
          <w:spacing w:val="1"/>
        </w:rPr>
        <w:t xml:space="preserve"> </w:t>
      </w:r>
      <w:r w:rsidRPr="00E85698">
        <w:t xml:space="preserve">прилагательных, нормы ударения (в рамках изученного); соблюдать нормы правописания </w:t>
      </w:r>
      <w:r w:rsidRPr="00E85698">
        <w:rPr>
          <w:b/>
          <w:i/>
        </w:rPr>
        <w:t xml:space="preserve">н </w:t>
      </w:r>
      <w:r w:rsidRPr="00E85698">
        <w:t xml:space="preserve">и </w:t>
      </w:r>
      <w:proofErr w:type="spellStart"/>
      <w:r w:rsidRPr="00E85698">
        <w:rPr>
          <w:b/>
          <w:i/>
        </w:rPr>
        <w:t>нн</w:t>
      </w:r>
      <w:proofErr w:type="spellEnd"/>
      <w:r w:rsidRPr="00E85698">
        <w:rPr>
          <w:b/>
          <w:i/>
        </w:rPr>
        <w:t xml:space="preserve"> </w:t>
      </w:r>
      <w:r w:rsidRPr="00E85698">
        <w:t>в</w:t>
      </w:r>
      <w:r w:rsidRPr="00E85698">
        <w:rPr>
          <w:spacing w:val="1"/>
        </w:rPr>
        <w:t xml:space="preserve"> </w:t>
      </w:r>
      <w:r w:rsidRPr="00E85698">
        <w:t>именах</w:t>
      </w:r>
      <w:r w:rsidRPr="00E85698">
        <w:rPr>
          <w:spacing w:val="-4"/>
        </w:rPr>
        <w:t xml:space="preserve"> </w:t>
      </w:r>
      <w:r w:rsidRPr="00E85698">
        <w:t>прилагательных,</w:t>
      </w:r>
      <w:r w:rsidRPr="00E85698">
        <w:rPr>
          <w:spacing w:val="-3"/>
        </w:rPr>
        <w:t xml:space="preserve"> </w:t>
      </w:r>
      <w:r w:rsidRPr="00E85698">
        <w:t>суффиксов</w:t>
      </w:r>
      <w:r w:rsidRPr="00E85698">
        <w:rPr>
          <w:spacing w:val="-10"/>
        </w:rPr>
        <w:t xml:space="preserve"> </w:t>
      </w:r>
      <w:r w:rsidRPr="00E85698">
        <w:rPr>
          <w:b/>
          <w:i/>
        </w:rPr>
        <w:t>-к-</w:t>
      </w:r>
      <w:r w:rsidRPr="00E85698">
        <w:rPr>
          <w:b/>
          <w:i/>
          <w:spacing w:val="3"/>
        </w:rPr>
        <w:t xml:space="preserve"> </w:t>
      </w:r>
      <w:r w:rsidRPr="00E85698">
        <w:t>и</w:t>
      </w:r>
      <w:r w:rsidRPr="00E85698">
        <w:rPr>
          <w:spacing w:val="-1"/>
        </w:rPr>
        <w:t xml:space="preserve"> </w:t>
      </w:r>
      <w:r w:rsidRPr="00E85698">
        <w:rPr>
          <w:b/>
          <w:i/>
        </w:rPr>
        <w:t>-</w:t>
      </w:r>
      <w:proofErr w:type="spellStart"/>
      <w:r w:rsidRPr="00E85698">
        <w:rPr>
          <w:b/>
          <w:i/>
        </w:rPr>
        <w:t>ск</w:t>
      </w:r>
      <w:proofErr w:type="spellEnd"/>
      <w:r w:rsidRPr="00E85698">
        <w:rPr>
          <w:b/>
          <w:i/>
        </w:rPr>
        <w:t>-</w:t>
      </w:r>
      <w:r w:rsidRPr="00E85698">
        <w:rPr>
          <w:b/>
          <w:i/>
          <w:spacing w:val="4"/>
        </w:rPr>
        <w:t xml:space="preserve"> </w:t>
      </w:r>
      <w:r w:rsidRPr="00E85698">
        <w:t>имён</w:t>
      </w:r>
      <w:r w:rsidRPr="00E85698">
        <w:rPr>
          <w:spacing w:val="-4"/>
        </w:rPr>
        <w:t xml:space="preserve"> </w:t>
      </w:r>
      <w:r w:rsidRPr="00E85698">
        <w:t>прилагательных,</w:t>
      </w:r>
      <w:r w:rsidRPr="00E85698">
        <w:rPr>
          <w:spacing w:val="-3"/>
        </w:rPr>
        <w:t xml:space="preserve"> </w:t>
      </w:r>
      <w:r w:rsidRPr="00E85698">
        <w:t>сложных</w:t>
      </w:r>
      <w:r w:rsidRPr="00E85698">
        <w:rPr>
          <w:spacing w:val="-4"/>
        </w:rPr>
        <w:t xml:space="preserve"> </w:t>
      </w:r>
      <w:r w:rsidRPr="00E85698">
        <w:t>имён</w:t>
      </w:r>
      <w:r w:rsidRPr="00E85698">
        <w:rPr>
          <w:spacing w:val="-3"/>
        </w:rPr>
        <w:t xml:space="preserve"> </w:t>
      </w:r>
      <w:r w:rsidRPr="00E85698">
        <w:t>прилагательных.</w:t>
      </w:r>
    </w:p>
    <w:p w:rsidR="00624C8A" w:rsidRPr="00E85698" w:rsidRDefault="00CB6516">
      <w:pPr>
        <w:pStyle w:val="a5"/>
        <w:spacing w:line="292" w:lineRule="auto"/>
        <w:ind w:firstLine="180"/>
      </w:pPr>
      <w:r w:rsidRPr="00E85698">
        <w:t>Распознавать</w:t>
      </w:r>
      <w:r w:rsidRPr="00E85698">
        <w:rPr>
          <w:spacing w:val="-7"/>
        </w:rPr>
        <w:t xml:space="preserve"> </w:t>
      </w:r>
      <w:r w:rsidRPr="00E85698">
        <w:t>числительные;</w:t>
      </w:r>
      <w:r w:rsidRPr="00E85698">
        <w:rPr>
          <w:spacing w:val="-7"/>
        </w:rPr>
        <w:t xml:space="preserve"> </w:t>
      </w:r>
      <w:r w:rsidRPr="00E85698">
        <w:t>определять</w:t>
      </w:r>
      <w:r w:rsidRPr="00E85698">
        <w:rPr>
          <w:spacing w:val="-6"/>
        </w:rPr>
        <w:t xml:space="preserve"> </w:t>
      </w:r>
      <w:r w:rsidRPr="00E85698">
        <w:t>общее</w:t>
      </w:r>
      <w:r w:rsidRPr="00E85698">
        <w:rPr>
          <w:spacing w:val="-6"/>
        </w:rPr>
        <w:t xml:space="preserve"> </w:t>
      </w:r>
      <w:r w:rsidRPr="00E85698">
        <w:t>грамматическое</w:t>
      </w:r>
      <w:r w:rsidRPr="00E85698">
        <w:rPr>
          <w:spacing w:val="-6"/>
        </w:rPr>
        <w:t xml:space="preserve"> </w:t>
      </w:r>
      <w:r w:rsidRPr="00E85698">
        <w:t>значение</w:t>
      </w:r>
      <w:r w:rsidRPr="00E85698">
        <w:rPr>
          <w:spacing w:val="-5"/>
        </w:rPr>
        <w:t xml:space="preserve"> </w:t>
      </w:r>
      <w:r w:rsidRPr="00E85698">
        <w:t>имени</w:t>
      </w:r>
      <w:r w:rsidRPr="00E85698">
        <w:rPr>
          <w:spacing w:val="-6"/>
        </w:rPr>
        <w:t xml:space="preserve"> </w:t>
      </w:r>
      <w:r w:rsidRPr="00E85698">
        <w:t>числительного;</w:t>
      </w:r>
      <w:r w:rsidRPr="00E85698">
        <w:rPr>
          <w:spacing w:val="-57"/>
        </w:rPr>
        <w:t xml:space="preserve"> </w:t>
      </w:r>
      <w:r w:rsidRPr="00E85698">
        <w:t>различать</w:t>
      </w:r>
      <w:r w:rsidRPr="00E85698">
        <w:rPr>
          <w:spacing w:val="-2"/>
        </w:rPr>
        <w:t xml:space="preserve"> </w:t>
      </w:r>
      <w:r w:rsidRPr="00E85698">
        <w:t>разряды имён</w:t>
      </w:r>
      <w:r w:rsidRPr="00E85698">
        <w:rPr>
          <w:spacing w:val="-1"/>
        </w:rPr>
        <w:t xml:space="preserve"> </w:t>
      </w:r>
      <w:r w:rsidRPr="00E85698">
        <w:t>числительных по</w:t>
      </w:r>
      <w:r w:rsidRPr="00E85698">
        <w:rPr>
          <w:spacing w:val="-1"/>
        </w:rPr>
        <w:t xml:space="preserve"> </w:t>
      </w:r>
      <w:r w:rsidRPr="00E85698">
        <w:t>значению, по</w:t>
      </w:r>
      <w:r w:rsidRPr="00E85698">
        <w:rPr>
          <w:spacing w:val="-1"/>
        </w:rPr>
        <w:t xml:space="preserve"> </w:t>
      </w:r>
      <w:r w:rsidRPr="00E85698">
        <w:t>строению.</w:t>
      </w:r>
    </w:p>
    <w:p w:rsidR="00624C8A" w:rsidRPr="00E85698" w:rsidRDefault="00CB6516">
      <w:pPr>
        <w:pStyle w:val="a5"/>
        <w:spacing w:line="292" w:lineRule="auto"/>
        <w:ind w:right="396" w:firstLine="180"/>
      </w:pPr>
      <w:r w:rsidRPr="00E85698">
        <w:t>Уметь</w:t>
      </w:r>
      <w:r w:rsidRPr="00E85698">
        <w:rPr>
          <w:spacing w:val="-6"/>
        </w:rPr>
        <w:t xml:space="preserve"> </w:t>
      </w:r>
      <w:r w:rsidRPr="00E85698">
        <w:t>склонять</w:t>
      </w:r>
      <w:r w:rsidRPr="00E85698">
        <w:rPr>
          <w:spacing w:val="-6"/>
        </w:rPr>
        <w:t xml:space="preserve"> </w:t>
      </w:r>
      <w:r w:rsidRPr="00E85698">
        <w:t>числительные</w:t>
      </w:r>
      <w:r w:rsidRPr="00E85698">
        <w:rPr>
          <w:spacing w:val="-5"/>
        </w:rPr>
        <w:t xml:space="preserve"> </w:t>
      </w:r>
      <w:r w:rsidRPr="00E85698">
        <w:t>и</w:t>
      </w:r>
      <w:r w:rsidRPr="00E85698">
        <w:rPr>
          <w:spacing w:val="-5"/>
        </w:rPr>
        <w:t xml:space="preserve"> </w:t>
      </w:r>
      <w:r w:rsidRPr="00E85698">
        <w:t>характеризовать</w:t>
      </w:r>
      <w:r w:rsidRPr="00E85698">
        <w:rPr>
          <w:spacing w:val="-5"/>
        </w:rPr>
        <w:t xml:space="preserve"> </w:t>
      </w:r>
      <w:r w:rsidRPr="00E85698">
        <w:t>особенности</w:t>
      </w:r>
      <w:r w:rsidRPr="00E85698">
        <w:rPr>
          <w:spacing w:val="-5"/>
        </w:rPr>
        <w:t xml:space="preserve"> </w:t>
      </w:r>
      <w:r w:rsidRPr="00E85698">
        <w:t>склонения,</w:t>
      </w:r>
      <w:r w:rsidRPr="00E85698">
        <w:rPr>
          <w:spacing w:val="-5"/>
        </w:rPr>
        <w:t xml:space="preserve"> </w:t>
      </w:r>
      <w:r w:rsidRPr="00E85698">
        <w:t>словообразования</w:t>
      </w:r>
      <w:r w:rsidRPr="00E85698">
        <w:rPr>
          <w:spacing w:val="-6"/>
        </w:rPr>
        <w:t xml:space="preserve"> </w:t>
      </w:r>
      <w:r w:rsidRPr="00E85698">
        <w:t>и</w:t>
      </w:r>
      <w:r w:rsidRPr="00E85698">
        <w:rPr>
          <w:spacing w:val="-57"/>
        </w:rPr>
        <w:t xml:space="preserve"> </w:t>
      </w:r>
      <w:r w:rsidRPr="00E85698">
        <w:t>синтаксических функций числительных; характеризовать роль имён числительных в речи,</w:t>
      </w:r>
      <w:r w:rsidRPr="00E85698">
        <w:rPr>
          <w:spacing w:val="1"/>
        </w:rPr>
        <w:t xml:space="preserve"> </w:t>
      </w:r>
      <w:r w:rsidRPr="00E85698">
        <w:t>особенности</w:t>
      </w:r>
      <w:r w:rsidRPr="00E85698">
        <w:rPr>
          <w:spacing w:val="-1"/>
        </w:rPr>
        <w:t xml:space="preserve"> </w:t>
      </w:r>
      <w:r w:rsidRPr="00E85698">
        <w:t>употребления</w:t>
      </w:r>
      <w:r w:rsidRPr="00E85698">
        <w:rPr>
          <w:spacing w:val="-1"/>
        </w:rPr>
        <w:t xml:space="preserve"> </w:t>
      </w:r>
      <w:r w:rsidRPr="00E85698">
        <w:t>в</w:t>
      </w:r>
      <w:r w:rsidRPr="00E85698">
        <w:rPr>
          <w:spacing w:val="-2"/>
        </w:rPr>
        <w:t xml:space="preserve"> </w:t>
      </w:r>
      <w:r w:rsidRPr="00E85698">
        <w:t>научных текстах, деловой</w:t>
      </w:r>
      <w:r w:rsidRPr="00E85698">
        <w:rPr>
          <w:spacing w:val="-1"/>
        </w:rPr>
        <w:t xml:space="preserve"> </w:t>
      </w:r>
      <w:r w:rsidRPr="00E85698">
        <w:t>речи.</w:t>
      </w:r>
    </w:p>
    <w:p w:rsidR="00624C8A" w:rsidRPr="00E85698" w:rsidRDefault="00CB6516">
      <w:pPr>
        <w:pStyle w:val="a5"/>
        <w:spacing w:line="292" w:lineRule="auto"/>
        <w:ind w:firstLine="180"/>
      </w:pPr>
      <w:r w:rsidRPr="00E85698">
        <w:t>Правильно</w:t>
      </w:r>
      <w:r w:rsidRPr="00E85698">
        <w:rPr>
          <w:spacing w:val="-5"/>
        </w:rPr>
        <w:t xml:space="preserve"> </w:t>
      </w:r>
      <w:r w:rsidRPr="00E85698">
        <w:t>употреблять</w:t>
      </w:r>
      <w:r w:rsidRPr="00E85698">
        <w:rPr>
          <w:spacing w:val="-5"/>
        </w:rPr>
        <w:t xml:space="preserve"> </w:t>
      </w:r>
      <w:r w:rsidRPr="00E85698">
        <w:t>собирательные</w:t>
      </w:r>
      <w:r w:rsidRPr="00E85698">
        <w:rPr>
          <w:spacing w:val="-5"/>
        </w:rPr>
        <w:t xml:space="preserve"> </w:t>
      </w:r>
      <w:r w:rsidRPr="00E85698">
        <w:t>имена</w:t>
      </w:r>
      <w:r w:rsidRPr="00E85698">
        <w:rPr>
          <w:spacing w:val="-4"/>
        </w:rPr>
        <w:t xml:space="preserve"> </w:t>
      </w:r>
      <w:r w:rsidRPr="00E85698">
        <w:t>числительные;</w:t>
      </w:r>
      <w:r w:rsidRPr="00E85698">
        <w:rPr>
          <w:spacing w:val="-6"/>
        </w:rPr>
        <w:t xml:space="preserve"> </w:t>
      </w:r>
      <w:r w:rsidRPr="00E85698">
        <w:t>соблюдать</w:t>
      </w:r>
      <w:r w:rsidRPr="00E85698">
        <w:rPr>
          <w:spacing w:val="-5"/>
        </w:rPr>
        <w:t xml:space="preserve"> </w:t>
      </w:r>
      <w:r w:rsidRPr="00E85698">
        <w:t>нормы</w:t>
      </w:r>
      <w:r w:rsidRPr="00E85698">
        <w:rPr>
          <w:spacing w:val="-5"/>
        </w:rPr>
        <w:t xml:space="preserve"> </w:t>
      </w:r>
      <w:r w:rsidRPr="00E85698">
        <w:t>правописания</w:t>
      </w:r>
      <w:r w:rsidRPr="00E85698">
        <w:rPr>
          <w:spacing w:val="-5"/>
        </w:rPr>
        <w:t xml:space="preserve"> </w:t>
      </w:r>
      <w:r w:rsidRPr="00E85698">
        <w:t>имён</w:t>
      </w:r>
      <w:r w:rsidRPr="00E85698">
        <w:rPr>
          <w:spacing w:val="-57"/>
        </w:rPr>
        <w:t xml:space="preserve"> </w:t>
      </w:r>
      <w:r w:rsidRPr="00E85698">
        <w:t xml:space="preserve">числительных, в том числе написание </w:t>
      </w:r>
      <w:r w:rsidRPr="00E85698">
        <w:rPr>
          <w:b/>
          <w:i/>
        </w:rPr>
        <w:t xml:space="preserve">ь </w:t>
      </w:r>
      <w:r w:rsidRPr="00E85698">
        <w:t>в именах числительных; написание двойных согласных;</w:t>
      </w:r>
      <w:r w:rsidRPr="00E85698">
        <w:rPr>
          <w:spacing w:val="1"/>
        </w:rPr>
        <w:t xml:space="preserve"> </w:t>
      </w:r>
      <w:r w:rsidRPr="00E85698">
        <w:t>слитное, раздельное, дефисное написание числительных; нормы правописания окончаний</w:t>
      </w:r>
      <w:r w:rsidRPr="00E85698">
        <w:rPr>
          <w:spacing w:val="1"/>
        </w:rPr>
        <w:t xml:space="preserve"> </w:t>
      </w:r>
      <w:r w:rsidRPr="00E85698">
        <w:t>числительных.</w:t>
      </w:r>
    </w:p>
    <w:p w:rsidR="00624C8A" w:rsidRPr="00E85698" w:rsidRDefault="00CB6516">
      <w:pPr>
        <w:pStyle w:val="a5"/>
        <w:spacing w:line="292" w:lineRule="auto"/>
        <w:ind w:firstLine="180"/>
      </w:pPr>
      <w:r w:rsidRPr="00E85698">
        <w:t>Распознавать</w:t>
      </w:r>
      <w:r w:rsidRPr="00E85698">
        <w:rPr>
          <w:spacing w:val="-7"/>
        </w:rPr>
        <w:t xml:space="preserve"> </w:t>
      </w:r>
      <w:r w:rsidRPr="00E85698">
        <w:t>местоимения;</w:t>
      </w:r>
      <w:r w:rsidRPr="00E85698">
        <w:rPr>
          <w:spacing w:val="-7"/>
        </w:rPr>
        <w:t xml:space="preserve"> </w:t>
      </w:r>
      <w:r w:rsidRPr="00E85698">
        <w:t>определять</w:t>
      </w:r>
      <w:r w:rsidRPr="00E85698">
        <w:rPr>
          <w:spacing w:val="-6"/>
        </w:rPr>
        <w:t xml:space="preserve"> </w:t>
      </w:r>
      <w:r w:rsidRPr="00E85698">
        <w:t>общее</w:t>
      </w:r>
      <w:r w:rsidRPr="00E85698">
        <w:rPr>
          <w:spacing w:val="-6"/>
        </w:rPr>
        <w:t xml:space="preserve"> </w:t>
      </w:r>
      <w:r w:rsidRPr="00E85698">
        <w:t>грамматическое</w:t>
      </w:r>
      <w:r w:rsidRPr="00E85698">
        <w:rPr>
          <w:spacing w:val="-6"/>
        </w:rPr>
        <w:t xml:space="preserve"> </w:t>
      </w:r>
      <w:r w:rsidRPr="00E85698">
        <w:t>значение;</w:t>
      </w:r>
      <w:r w:rsidRPr="00E85698">
        <w:rPr>
          <w:spacing w:val="-6"/>
        </w:rPr>
        <w:t xml:space="preserve"> </w:t>
      </w:r>
      <w:r w:rsidRPr="00E85698">
        <w:t>различать</w:t>
      </w:r>
      <w:r w:rsidRPr="00E85698">
        <w:rPr>
          <w:spacing w:val="-7"/>
        </w:rPr>
        <w:t xml:space="preserve"> </w:t>
      </w:r>
      <w:r w:rsidRPr="00E85698">
        <w:t>разряды</w:t>
      </w:r>
      <w:r w:rsidRPr="00E85698">
        <w:rPr>
          <w:spacing w:val="-57"/>
        </w:rPr>
        <w:t xml:space="preserve"> </w:t>
      </w:r>
      <w:r w:rsidRPr="00E85698">
        <w:t>местоимений; уметь склонять местоимения; характеризовать особенности их склонения,</w:t>
      </w:r>
      <w:r w:rsidRPr="00E85698">
        <w:rPr>
          <w:spacing w:val="1"/>
        </w:rPr>
        <w:t xml:space="preserve"> </w:t>
      </w:r>
      <w:r w:rsidRPr="00E85698">
        <w:t>словообразования,</w:t>
      </w:r>
      <w:r w:rsidRPr="00E85698">
        <w:rPr>
          <w:spacing w:val="-1"/>
        </w:rPr>
        <w:t xml:space="preserve"> </w:t>
      </w:r>
      <w:r w:rsidRPr="00E85698">
        <w:t>синтаксических функций,</w:t>
      </w:r>
      <w:r w:rsidRPr="00E85698">
        <w:rPr>
          <w:spacing w:val="-1"/>
        </w:rPr>
        <w:t xml:space="preserve"> </w:t>
      </w:r>
      <w:r w:rsidRPr="00E85698">
        <w:t>роли в</w:t>
      </w:r>
      <w:r w:rsidRPr="00E85698">
        <w:rPr>
          <w:spacing w:val="-1"/>
        </w:rPr>
        <w:t xml:space="preserve"> </w:t>
      </w:r>
      <w:r w:rsidRPr="00E85698">
        <w:t>речи.</w:t>
      </w:r>
    </w:p>
    <w:p w:rsidR="00624C8A" w:rsidRPr="00E85698" w:rsidRDefault="00CB6516">
      <w:pPr>
        <w:pStyle w:val="a5"/>
        <w:spacing w:line="292" w:lineRule="auto"/>
        <w:ind w:right="388" w:firstLine="180"/>
      </w:pPr>
      <w:r w:rsidRPr="00E85698">
        <w:t>Правильно употреблять местоимения в соответствии с требованиями русского речевого этикета, в</w:t>
      </w:r>
      <w:r w:rsidRPr="00E85698">
        <w:rPr>
          <w:spacing w:val="-58"/>
        </w:rPr>
        <w:t xml:space="preserve"> </w:t>
      </w:r>
      <w:r w:rsidRPr="00E85698">
        <w:t>том числе местоимения 3-го лица в соответствии со смыслом предшествующего текста (устранение</w:t>
      </w:r>
      <w:r w:rsidRPr="00E85698">
        <w:rPr>
          <w:spacing w:val="-57"/>
        </w:rPr>
        <w:t xml:space="preserve"> </w:t>
      </w:r>
      <w:r w:rsidRPr="00E85698">
        <w:t xml:space="preserve">двусмысленности, неточности); соблюдать нормы правописания местоимений с </w:t>
      </w:r>
      <w:r w:rsidRPr="00E85698">
        <w:rPr>
          <w:b/>
          <w:i/>
        </w:rPr>
        <w:t xml:space="preserve">не </w:t>
      </w:r>
      <w:r w:rsidRPr="00E85698">
        <w:t xml:space="preserve">и </w:t>
      </w:r>
      <w:r w:rsidRPr="00E85698">
        <w:rPr>
          <w:b/>
          <w:i/>
        </w:rPr>
        <w:t>ни</w:t>
      </w:r>
      <w:r w:rsidRPr="00E85698">
        <w:t>, слитного,</w:t>
      </w:r>
      <w:r w:rsidRPr="00E85698">
        <w:rPr>
          <w:spacing w:val="1"/>
        </w:rPr>
        <w:t xml:space="preserve"> </w:t>
      </w:r>
      <w:r w:rsidRPr="00E85698">
        <w:t>раздельного</w:t>
      </w:r>
      <w:r w:rsidRPr="00E85698">
        <w:rPr>
          <w:spacing w:val="-1"/>
        </w:rPr>
        <w:t xml:space="preserve"> </w:t>
      </w:r>
      <w:r w:rsidRPr="00E85698">
        <w:t>и дефисного написания</w:t>
      </w:r>
      <w:r w:rsidRPr="00E85698">
        <w:rPr>
          <w:spacing w:val="-1"/>
        </w:rPr>
        <w:t xml:space="preserve"> </w:t>
      </w:r>
      <w:r w:rsidRPr="00E85698">
        <w:t>местоимений.</w:t>
      </w:r>
    </w:p>
    <w:p w:rsidR="00624C8A" w:rsidRPr="00E85698" w:rsidRDefault="00CB6516">
      <w:pPr>
        <w:pStyle w:val="a5"/>
        <w:spacing w:line="292" w:lineRule="auto"/>
        <w:ind w:right="396" w:firstLine="180"/>
      </w:pPr>
      <w:r w:rsidRPr="00E85698">
        <w:t>Распознавать переходные и непереходные глаголы; разноспрягаемые глаголы; определять</w:t>
      </w:r>
      <w:r w:rsidRPr="00E85698">
        <w:rPr>
          <w:spacing w:val="1"/>
        </w:rPr>
        <w:t xml:space="preserve"> </w:t>
      </w:r>
      <w:r w:rsidRPr="00E85698">
        <w:t>наклонение</w:t>
      </w:r>
      <w:r w:rsidRPr="00E85698">
        <w:rPr>
          <w:spacing w:val="-4"/>
        </w:rPr>
        <w:t xml:space="preserve"> </w:t>
      </w:r>
      <w:r w:rsidRPr="00E85698">
        <w:t>глагола,</w:t>
      </w:r>
      <w:r w:rsidRPr="00E85698">
        <w:rPr>
          <w:spacing w:val="-4"/>
        </w:rPr>
        <w:t xml:space="preserve"> </w:t>
      </w:r>
      <w:r w:rsidRPr="00E85698">
        <w:t>значение</w:t>
      </w:r>
      <w:r w:rsidRPr="00E85698">
        <w:rPr>
          <w:spacing w:val="-4"/>
        </w:rPr>
        <w:t xml:space="preserve"> </w:t>
      </w:r>
      <w:r w:rsidRPr="00E85698">
        <w:t>глаголов</w:t>
      </w:r>
      <w:r w:rsidRPr="00E85698">
        <w:rPr>
          <w:spacing w:val="-5"/>
        </w:rPr>
        <w:t xml:space="preserve"> </w:t>
      </w:r>
      <w:r w:rsidRPr="00E85698">
        <w:t>в</w:t>
      </w:r>
      <w:r w:rsidRPr="00E85698">
        <w:rPr>
          <w:spacing w:val="-5"/>
        </w:rPr>
        <w:t xml:space="preserve"> </w:t>
      </w:r>
      <w:r w:rsidRPr="00E85698">
        <w:t>изъявительном,</w:t>
      </w:r>
      <w:r w:rsidRPr="00E85698">
        <w:rPr>
          <w:spacing w:val="-3"/>
        </w:rPr>
        <w:t xml:space="preserve"> </w:t>
      </w:r>
      <w:r w:rsidRPr="00E85698">
        <w:t>условном</w:t>
      </w:r>
      <w:r w:rsidRPr="00E85698">
        <w:rPr>
          <w:spacing w:val="-4"/>
        </w:rPr>
        <w:t xml:space="preserve"> </w:t>
      </w:r>
      <w:r w:rsidRPr="00E85698">
        <w:t>и</w:t>
      </w:r>
      <w:r w:rsidRPr="00E85698">
        <w:rPr>
          <w:spacing w:val="-4"/>
        </w:rPr>
        <w:t xml:space="preserve"> </w:t>
      </w:r>
      <w:r w:rsidRPr="00E85698">
        <w:t>повелительном</w:t>
      </w:r>
      <w:r w:rsidRPr="00E85698">
        <w:rPr>
          <w:spacing w:val="-4"/>
        </w:rPr>
        <w:t xml:space="preserve"> </w:t>
      </w:r>
      <w:r w:rsidRPr="00E85698">
        <w:t>наклонении;</w:t>
      </w:r>
      <w:r w:rsidRPr="00E85698">
        <w:rPr>
          <w:spacing w:val="-57"/>
        </w:rPr>
        <w:t xml:space="preserve"> </w:t>
      </w:r>
      <w:r w:rsidRPr="00E85698">
        <w:t>различать</w:t>
      </w:r>
      <w:r w:rsidRPr="00E85698">
        <w:rPr>
          <w:spacing w:val="-4"/>
        </w:rPr>
        <w:t xml:space="preserve"> </w:t>
      </w:r>
      <w:r w:rsidRPr="00E85698">
        <w:t>безличные</w:t>
      </w:r>
      <w:r w:rsidRPr="00E85698">
        <w:rPr>
          <w:spacing w:val="-2"/>
        </w:rPr>
        <w:t xml:space="preserve"> </w:t>
      </w:r>
      <w:r w:rsidRPr="00E85698">
        <w:t>и</w:t>
      </w:r>
      <w:r w:rsidRPr="00E85698">
        <w:rPr>
          <w:spacing w:val="-2"/>
        </w:rPr>
        <w:t xml:space="preserve"> </w:t>
      </w:r>
      <w:r w:rsidRPr="00E85698">
        <w:t>личные</w:t>
      </w:r>
      <w:r w:rsidRPr="00E85698">
        <w:rPr>
          <w:spacing w:val="-2"/>
        </w:rPr>
        <w:t xml:space="preserve"> </w:t>
      </w:r>
      <w:r w:rsidRPr="00E85698">
        <w:t>глаголы;</w:t>
      </w:r>
      <w:r w:rsidRPr="00E85698">
        <w:rPr>
          <w:spacing w:val="-3"/>
        </w:rPr>
        <w:t xml:space="preserve"> </w:t>
      </w:r>
      <w:r w:rsidRPr="00E85698">
        <w:t>использовать</w:t>
      </w:r>
      <w:r w:rsidRPr="00E85698">
        <w:rPr>
          <w:spacing w:val="-3"/>
        </w:rPr>
        <w:t xml:space="preserve"> </w:t>
      </w:r>
      <w:r w:rsidRPr="00E85698">
        <w:t>личные</w:t>
      </w:r>
      <w:r w:rsidRPr="00E85698">
        <w:rPr>
          <w:spacing w:val="-2"/>
        </w:rPr>
        <w:t xml:space="preserve"> </w:t>
      </w:r>
      <w:r w:rsidRPr="00E85698">
        <w:t>глаголы</w:t>
      </w:r>
      <w:r w:rsidRPr="00E85698">
        <w:rPr>
          <w:spacing w:val="-3"/>
        </w:rPr>
        <w:t xml:space="preserve"> </w:t>
      </w:r>
      <w:r w:rsidRPr="00E85698">
        <w:t>в</w:t>
      </w:r>
      <w:r w:rsidRPr="00E85698">
        <w:rPr>
          <w:spacing w:val="-3"/>
        </w:rPr>
        <w:t xml:space="preserve"> </w:t>
      </w:r>
      <w:r w:rsidRPr="00E85698">
        <w:t>безличном</w:t>
      </w:r>
      <w:r w:rsidRPr="00E85698">
        <w:rPr>
          <w:spacing w:val="-2"/>
        </w:rPr>
        <w:t xml:space="preserve"> </w:t>
      </w:r>
      <w:r w:rsidRPr="00E85698">
        <w:t>значении.</w:t>
      </w:r>
    </w:p>
    <w:p w:rsidR="00624C8A" w:rsidRPr="00E85698" w:rsidRDefault="00CB6516">
      <w:pPr>
        <w:pStyle w:val="a5"/>
        <w:spacing w:line="274" w:lineRule="exact"/>
        <w:ind w:left="286"/>
      </w:pPr>
      <w:r w:rsidRPr="00E85698">
        <w:t>Соблюдать</w:t>
      </w:r>
      <w:r w:rsidRPr="00E85698">
        <w:rPr>
          <w:spacing w:val="-4"/>
        </w:rPr>
        <w:t xml:space="preserve"> </w:t>
      </w:r>
      <w:r w:rsidRPr="00E85698">
        <w:t>нормы</w:t>
      </w:r>
      <w:r w:rsidRPr="00E85698">
        <w:rPr>
          <w:spacing w:val="-3"/>
        </w:rPr>
        <w:t xml:space="preserve"> </w:t>
      </w:r>
      <w:r w:rsidRPr="00E85698">
        <w:t>правописания</w:t>
      </w:r>
      <w:r w:rsidRPr="00E85698">
        <w:rPr>
          <w:spacing w:val="-3"/>
        </w:rPr>
        <w:t xml:space="preserve"> </w:t>
      </w:r>
      <w:r w:rsidRPr="00E85698">
        <w:rPr>
          <w:b/>
          <w:i/>
        </w:rPr>
        <w:t>ь</w:t>
      </w:r>
      <w:r w:rsidRPr="00E85698">
        <w:rPr>
          <w:b/>
          <w:i/>
          <w:spacing w:val="-4"/>
        </w:rPr>
        <w:t xml:space="preserve"> </w:t>
      </w:r>
      <w:r w:rsidRPr="00E85698">
        <w:t>в</w:t>
      </w:r>
      <w:r w:rsidRPr="00E85698">
        <w:rPr>
          <w:spacing w:val="-4"/>
        </w:rPr>
        <w:t xml:space="preserve"> </w:t>
      </w:r>
      <w:r w:rsidRPr="00E85698">
        <w:t>формах</w:t>
      </w:r>
      <w:r w:rsidRPr="00E85698">
        <w:rPr>
          <w:spacing w:val="-3"/>
        </w:rPr>
        <w:t xml:space="preserve"> </w:t>
      </w:r>
      <w:r w:rsidRPr="00E85698">
        <w:t>глагола</w:t>
      </w:r>
      <w:r w:rsidRPr="00E85698">
        <w:rPr>
          <w:spacing w:val="-3"/>
        </w:rPr>
        <w:t xml:space="preserve"> </w:t>
      </w:r>
      <w:r w:rsidRPr="00E85698">
        <w:t>повелительного</w:t>
      </w:r>
      <w:r w:rsidRPr="00E85698">
        <w:rPr>
          <w:spacing w:val="-3"/>
        </w:rPr>
        <w:t xml:space="preserve"> </w:t>
      </w:r>
      <w:r w:rsidRPr="00E85698">
        <w:t>наклонения.</w:t>
      </w:r>
    </w:p>
    <w:p w:rsidR="00624C8A" w:rsidRPr="00E85698" w:rsidRDefault="00CB6516">
      <w:pPr>
        <w:pStyle w:val="a5"/>
        <w:spacing w:before="45" w:line="292" w:lineRule="auto"/>
        <w:ind w:right="270" w:firstLine="180"/>
      </w:pPr>
      <w:r w:rsidRPr="00E85698">
        <w:t>Проводить морфологический анализ имён прилагательных, имён числительных, местоимений,</w:t>
      </w:r>
      <w:r w:rsidRPr="00E85698">
        <w:rPr>
          <w:spacing w:val="1"/>
        </w:rPr>
        <w:t xml:space="preserve"> </w:t>
      </w:r>
      <w:r w:rsidRPr="00E85698">
        <w:t>глаголов; применять знания по морфологии при выполнении языкового анализа различных видов и в</w:t>
      </w:r>
      <w:r w:rsidRPr="00E85698">
        <w:rPr>
          <w:spacing w:val="-58"/>
        </w:rPr>
        <w:t xml:space="preserve"> </w:t>
      </w:r>
      <w:r w:rsidRPr="00E85698">
        <w:t>речевой</w:t>
      </w:r>
      <w:r w:rsidRPr="00E85698">
        <w:rPr>
          <w:spacing w:val="-1"/>
        </w:rPr>
        <w:t xml:space="preserve"> </w:t>
      </w:r>
      <w:r w:rsidRPr="00E85698">
        <w:t>практике.</w:t>
      </w:r>
    </w:p>
    <w:p w:rsidR="00624C8A" w:rsidRPr="00E85698" w:rsidRDefault="00CB6516">
      <w:pPr>
        <w:pStyle w:val="a5"/>
        <w:spacing w:line="274" w:lineRule="exact"/>
        <w:ind w:left="286"/>
      </w:pPr>
      <w:r w:rsidRPr="00E85698">
        <w:t>Проводить</w:t>
      </w:r>
      <w:r w:rsidRPr="00E85698">
        <w:rPr>
          <w:spacing w:val="-4"/>
        </w:rPr>
        <w:t xml:space="preserve"> </w:t>
      </w:r>
      <w:r w:rsidRPr="00E85698">
        <w:t>фонетический</w:t>
      </w:r>
      <w:r w:rsidRPr="00E85698">
        <w:rPr>
          <w:spacing w:val="-3"/>
        </w:rPr>
        <w:t xml:space="preserve"> </w:t>
      </w:r>
      <w:r w:rsidRPr="00E85698">
        <w:t>анализ</w:t>
      </w:r>
      <w:r w:rsidRPr="00E85698">
        <w:rPr>
          <w:spacing w:val="-4"/>
        </w:rPr>
        <w:t xml:space="preserve"> </w:t>
      </w:r>
      <w:r w:rsidRPr="00E85698">
        <w:t>слов;</w:t>
      </w:r>
      <w:r w:rsidRPr="00E85698">
        <w:rPr>
          <w:spacing w:val="-4"/>
        </w:rPr>
        <w:t xml:space="preserve"> </w:t>
      </w:r>
      <w:r w:rsidRPr="00E85698">
        <w:t>использовать</w:t>
      </w:r>
      <w:r w:rsidRPr="00E85698">
        <w:rPr>
          <w:spacing w:val="-4"/>
        </w:rPr>
        <w:t xml:space="preserve"> </w:t>
      </w:r>
      <w:r w:rsidRPr="00E85698">
        <w:t>знания</w:t>
      </w:r>
      <w:r w:rsidRPr="00E85698">
        <w:rPr>
          <w:spacing w:val="-4"/>
        </w:rPr>
        <w:t xml:space="preserve"> </w:t>
      </w:r>
      <w:r w:rsidRPr="00E85698">
        <w:t>по</w:t>
      </w:r>
      <w:r w:rsidRPr="00E85698">
        <w:rPr>
          <w:spacing w:val="-3"/>
        </w:rPr>
        <w:t xml:space="preserve"> </w:t>
      </w:r>
      <w:r w:rsidRPr="00E85698">
        <w:t>фонетике</w:t>
      </w:r>
      <w:r w:rsidRPr="00E85698">
        <w:rPr>
          <w:spacing w:val="-3"/>
        </w:rPr>
        <w:t xml:space="preserve"> </w:t>
      </w:r>
      <w:r w:rsidRPr="00E85698">
        <w:t>и</w:t>
      </w:r>
      <w:r w:rsidRPr="00E85698">
        <w:rPr>
          <w:spacing w:val="-3"/>
        </w:rPr>
        <w:t xml:space="preserve"> </w:t>
      </w:r>
      <w:r w:rsidRPr="00E85698">
        <w:t>графике</w:t>
      </w:r>
      <w:r w:rsidRPr="00E85698">
        <w:rPr>
          <w:spacing w:val="-3"/>
        </w:rPr>
        <w:t xml:space="preserve"> </w:t>
      </w:r>
      <w:r w:rsidRPr="00E85698">
        <w:t>в</w:t>
      </w:r>
      <w:r w:rsidRPr="00E85698">
        <w:rPr>
          <w:spacing w:val="-4"/>
        </w:rPr>
        <w:t xml:space="preserve"> </w:t>
      </w:r>
      <w:r w:rsidRPr="00E85698">
        <w:t>практике</w:t>
      </w:r>
    </w:p>
    <w:p w:rsidR="00624C8A" w:rsidRPr="00E85698" w:rsidRDefault="00624C8A">
      <w:pPr>
        <w:spacing w:line="274"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2"/>
      </w:pPr>
      <w:r w:rsidRPr="00E85698">
        <w:lastRenderedPageBreak/>
        <w:t>произношения</w:t>
      </w:r>
      <w:r w:rsidRPr="00E85698">
        <w:rPr>
          <w:spacing w:val="-4"/>
        </w:rPr>
        <w:t xml:space="preserve"> </w:t>
      </w:r>
      <w:r w:rsidRPr="00E85698">
        <w:t>и</w:t>
      </w:r>
      <w:r w:rsidRPr="00E85698">
        <w:rPr>
          <w:spacing w:val="-2"/>
        </w:rPr>
        <w:t xml:space="preserve"> </w:t>
      </w:r>
      <w:r w:rsidRPr="00E85698">
        <w:t>правописания</w:t>
      </w:r>
      <w:r w:rsidRPr="00E85698">
        <w:rPr>
          <w:spacing w:val="-3"/>
        </w:rPr>
        <w:t xml:space="preserve"> </w:t>
      </w:r>
      <w:r w:rsidRPr="00E85698">
        <w:t>слов.</w:t>
      </w:r>
    </w:p>
    <w:p w:rsidR="00624C8A" w:rsidRPr="00E85698" w:rsidRDefault="00CB6516">
      <w:pPr>
        <w:pStyle w:val="a5"/>
        <w:spacing w:before="60" w:line="292" w:lineRule="auto"/>
        <w:ind w:right="293" w:firstLine="180"/>
      </w:pPr>
      <w:r w:rsidRPr="00E85698">
        <w:t>Распознавать изученные орфограммы; проводить орфографический анализ слов; применять знания</w:t>
      </w:r>
      <w:r w:rsidRPr="00E85698">
        <w:rPr>
          <w:spacing w:val="-58"/>
        </w:rPr>
        <w:t xml:space="preserve"> </w:t>
      </w:r>
      <w:r w:rsidRPr="00E85698">
        <w:t>по</w:t>
      </w:r>
      <w:r w:rsidRPr="00E85698">
        <w:rPr>
          <w:spacing w:val="-1"/>
        </w:rPr>
        <w:t xml:space="preserve"> </w:t>
      </w:r>
      <w:r w:rsidRPr="00E85698">
        <w:t>орфографии в</w:t>
      </w:r>
      <w:r w:rsidRPr="00E85698">
        <w:rPr>
          <w:spacing w:val="-1"/>
        </w:rPr>
        <w:t xml:space="preserve"> </w:t>
      </w:r>
      <w:r w:rsidRPr="00E85698">
        <w:t>практике правописания.</w:t>
      </w:r>
    </w:p>
    <w:p w:rsidR="00624C8A" w:rsidRPr="00E85698" w:rsidRDefault="00CB6516">
      <w:pPr>
        <w:pStyle w:val="a5"/>
        <w:spacing w:line="292" w:lineRule="auto"/>
        <w:ind w:right="247" w:firstLine="180"/>
      </w:pPr>
      <w:r w:rsidRPr="00E85698">
        <w:t>Проводить синтаксический анализ словосочетаний, синтаксический и пунктуационный анализ</w:t>
      </w:r>
      <w:r w:rsidRPr="00E85698">
        <w:rPr>
          <w:spacing w:val="1"/>
        </w:rPr>
        <w:t xml:space="preserve"> </w:t>
      </w:r>
      <w:r w:rsidRPr="00E85698">
        <w:t>предложений (в рамках изученного); применять знания по синтаксису и пунктуации при выполнении</w:t>
      </w:r>
      <w:r w:rsidRPr="00E85698">
        <w:rPr>
          <w:spacing w:val="-57"/>
        </w:rPr>
        <w:t xml:space="preserve"> </w:t>
      </w:r>
      <w:r w:rsidRPr="00E85698">
        <w:t>языкового</w:t>
      </w:r>
      <w:r w:rsidRPr="00E85698">
        <w:rPr>
          <w:spacing w:val="-1"/>
        </w:rPr>
        <w:t xml:space="preserve"> </w:t>
      </w:r>
      <w:r w:rsidRPr="00E85698">
        <w:t>анализа различных видов</w:t>
      </w:r>
      <w:r w:rsidRPr="00E85698">
        <w:rPr>
          <w:spacing w:val="-2"/>
        </w:rPr>
        <w:t xml:space="preserve"> </w:t>
      </w:r>
      <w:r w:rsidRPr="00E85698">
        <w:t>и в</w:t>
      </w:r>
      <w:r w:rsidRPr="00E85698">
        <w:rPr>
          <w:spacing w:val="-1"/>
        </w:rPr>
        <w:t xml:space="preserve"> </w:t>
      </w:r>
      <w:r w:rsidRPr="00E85698">
        <w:t>речевой практике.</w:t>
      </w:r>
    </w:p>
    <w:p w:rsidR="00624C8A" w:rsidRPr="00E85698" w:rsidRDefault="00CB6516">
      <w:pPr>
        <w:pStyle w:val="11"/>
        <w:numPr>
          <w:ilvl w:val="0"/>
          <w:numId w:val="6"/>
        </w:numPr>
        <w:tabs>
          <w:tab w:val="left" w:pos="287"/>
        </w:tabs>
        <w:spacing w:before="189"/>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ind w:left="286"/>
      </w:pPr>
      <w:r w:rsidRPr="00E85698">
        <w:t>Иметь</w:t>
      </w:r>
      <w:r w:rsidRPr="00E85698">
        <w:rPr>
          <w:spacing w:val="-5"/>
        </w:rPr>
        <w:t xml:space="preserve"> </w:t>
      </w:r>
      <w:r w:rsidRPr="00E85698">
        <w:t>представление</w:t>
      </w:r>
      <w:r w:rsidRPr="00E85698">
        <w:rPr>
          <w:spacing w:val="-4"/>
        </w:rPr>
        <w:t xml:space="preserve"> </w:t>
      </w:r>
      <w:r w:rsidRPr="00E85698">
        <w:t>о</w:t>
      </w:r>
      <w:r w:rsidRPr="00E85698">
        <w:rPr>
          <w:spacing w:val="-4"/>
        </w:rPr>
        <w:t xml:space="preserve"> </w:t>
      </w:r>
      <w:r w:rsidRPr="00E85698">
        <w:t>языке</w:t>
      </w:r>
      <w:r w:rsidRPr="00E85698">
        <w:rPr>
          <w:spacing w:val="-4"/>
        </w:rPr>
        <w:t xml:space="preserve"> </w:t>
      </w:r>
      <w:r w:rsidRPr="00E85698">
        <w:t>как</w:t>
      </w:r>
      <w:r w:rsidRPr="00E85698">
        <w:rPr>
          <w:spacing w:val="-5"/>
        </w:rPr>
        <w:t xml:space="preserve"> </w:t>
      </w:r>
      <w:r w:rsidRPr="00E85698">
        <w:t>развивающемся</w:t>
      </w:r>
      <w:r w:rsidRPr="00E85698">
        <w:rPr>
          <w:spacing w:val="-5"/>
        </w:rPr>
        <w:t xml:space="preserve"> </w:t>
      </w:r>
      <w:r w:rsidRPr="00E85698">
        <w:t>явлении.</w:t>
      </w:r>
    </w:p>
    <w:p w:rsidR="00624C8A" w:rsidRPr="00E85698" w:rsidRDefault="00CB6516">
      <w:pPr>
        <w:pStyle w:val="a5"/>
        <w:spacing w:before="60"/>
        <w:ind w:left="286"/>
      </w:pPr>
      <w:r w:rsidRPr="00E85698">
        <w:t>Осознавать</w:t>
      </w:r>
      <w:r w:rsidRPr="00E85698">
        <w:rPr>
          <w:spacing w:val="-5"/>
        </w:rPr>
        <w:t xml:space="preserve"> </w:t>
      </w:r>
      <w:r w:rsidRPr="00E85698">
        <w:t>взаимосвязь</w:t>
      </w:r>
      <w:r w:rsidRPr="00E85698">
        <w:rPr>
          <w:spacing w:val="-4"/>
        </w:rPr>
        <w:t xml:space="preserve"> </w:t>
      </w:r>
      <w:r w:rsidRPr="00E85698">
        <w:t>языка,</w:t>
      </w:r>
      <w:r w:rsidRPr="00E85698">
        <w:rPr>
          <w:spacing w:val="-4"/>
        </w:rPr>
        <w:t xml:space="preserve"> </w:t>
      </w:r>
      <w:r w:rsidRPr="00E85698">
        <w:t>культуры</w:t>
      </w:r>
      <w:r w:rsidRPr="00E85698">
        <w:rPr>
          <w:spacing w:val="-3"/>
        </w:rPr>
        <w:t xml:space="preserve"> </w:t>
      </w:r>
      <w:r w:rsidRPr="00E85698">
        <w:t>и</w:t>
      </w:r>
      <w:r w:rsidRPr="00E85698">
        <w:rPr>
          <w:spacing w:val="-4"/>
        </w:rPr>
        <w:t xml:space="preserve"> </w:t>
      </w:r>
      <w:r w:rsidRPr="00E85698">
        <w:t>истории</w:t>
      </w:r>
      <w:r w:rsidRPr="00E85698">
        <w:rPr>
          <w:spacing w:val="-3"/>
        </w:rPr>
        <w:t xml:space="preserve"> </w:t>
      </w:r>
      <w:r w:rsidRPr="00E85698">
        <w:t>народа</w:t>
      </w:r>
      <w:r w:rsidRPr="00E85698">
        <w:rPr>
          <w:spacing w:val="-4"/>
        </w:rPr>
        <w:t xml:space="preserve"> </w:t>
      </w:r>
      <w:r w:rsidRPr="00E85698">
        <w:t>(приводить</w:t>
      </w:r>
      <w:r w:rsidRPr="00E85698">
        <w:rPr>
          <w:spacing w:val="-4"/>
        </w:rPr>
        <w:t xml:space="preserve"> </w:t>
      </w:r>
      <w:r w:rsidRPr="00E85698">
        <w:t>примеры).</w:t>
      </w:r>
    </w:p>
    <w:p w:rsidR="00624C8A" w:rsidRPr="00E85698" w:rsidRDefault="00CB6516">
      <w:pPr>
        <w:pStyle w:val="11"/>
        <w:spacing w:before="180"/>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1" w:line="292" w:lineRule="auto"/>
        <w:ind w:right="113" w:firstLine="180"/>
      </w:pPr>
      <w:r w:rsidRPr="00E85698">
        <w:t>Создавать устные монологические высказывания объёмом не менее 7 предложений на основе</w:t>
      </w:r>
      <w:r w:rsidRPr="00E85698">
        <w:rPr>
          <w:spacing w:val="1"/>
        </w:rPr>
        <w:t xml:space="preserve"> </w:t>
      </w:r>
      <w:r w:rsidRPr="00E85698">
        <w:t>наблюдений, личных впечатлений, чтения научно-учебной, художественной и научно- популярной</w:t>
      </w:r>
      <w:r w:rsidRPr="00E85698">
        <w:rPr>
          <w:spacing w:val="1"/>
        </w:rPr>
        <w:t xml:space="preserve"> </w:t>
      </w:r>
      <w:r w:rsidRPr="00E85698">
        <w:t>литературы (монолог-описание, монолог-рассуждение, монолог-повествование); выступать с научным</w:t>
      </w:r>
      <w:r w:rsidRPr="00E85698">
        <w:rPr>
          <w:spacing w:val="-58"/>
        </w:rPr>
        <w:t xml:space="preserve"> </w:t>
      </w:r>
      <w:r w:rsidRPr="00E85698">
        <w:t>сообщением.</w:t>
      </w:r>
    </w:p>
    <w:p w:rsidR="00624C8A" w:rsidRPr="00E85698" w:rsidRDefault="00CB6516">
      <w:pPr>
        <w:pStyle w:val="a5"/>
        <w:spacing w:line="292" w:lineRule="auto"/>
        <w:ind w:right="1338" w:firstLine="180"/>
      </w:pPr>
      <w:r w:rsidRPr="00E85698">
        <w:t>Участвовать в диалоге на лингвистические темы (в рамках изученного) и темы на основе</w:t>
      </w:r>
      <w:r w:rsidRPr="00E85698">
        <w:rPr>
          <w:spacing w:val="-58"/>
        </w:rPr>
        <w:t xml:space="preserve"> </w:t>
      </w:r>
      <w:r w:rsidRPr="00E85698">
        <w:t>жизненных</w:t>
      </w:r>
      <w:r w:rsidRPr="00E85698">
        <w:rPr>
          <w:spacing w:val="-1"/>
        </w:rPr>
        <w:t xml:space="preserve"> </w:t>
      </w:r>
      <w:r w:rsidRPr="00E85698">
        <w:t>наблюдений объёмом не менее</w:t>
      </w:r>
      <w:r w:rsidRPr="00E85698">
        <w:rPr>
          <w:spacing w:val="-1"/>
        </w:rPr>
        <w:t xml:space="preserve"> </w:t>
      </w:r>
      <w:r w:rsidRPr="00E85698">
        <w:t>5 реплик.</w:t>
      </w:r>
    </w:p>
    <w:p w:rsidR="00624C8A" w:rsidRPr="00E85698" w:rsidRDefault="00CB6516">
      <w:pPr>
        <w:pStyle w:val="a5"/>
        <w:spacing w:line="292" w:lineRule="auto"/>
        <w:ind w:right="1158" w:firstLine="180"/>
      </w:pPr>
      <w:r w:rsidRPr="00E85698">
        <w:t>Владеть различными видами диалога: диалог — запрос информации, диалог — сообщение</w:t>
      </w:r>
      <w:r w:rsidRPr="00E85698">
        <w:rPr>
          <w:spacing w:val="-58"/>
        </w:rPr>
        <w:t xml:space="preserve"> </w:t>
      </w:r>
      <w:r w:rsidRPr="00E85698">
        <w:t>информации.</w:t>
      </w:r>
    </w:p>
    <w:p w:rsidR="00624C8A" w:rsidRPr="00E85698" w:rsidRDefault="00CB6516">
      <w:pPr>
        <w:pStyle w:val="a5"/>
        <w:spacing w:line="292" w:lineRule="auto"/>
        <w:ind w:firstLine="180"/>
      </w:pPr>
      <w:r w:rsidRPr="00E85698">
        <w:t>Владеть</w:t>
      </w:r>
      <w:r w:rsidRPr="00E85698">
        <w:rPr>
          <w:spacing w:val="-7"/>
        </w:rPr>
        <w:t xml:space="preserve"> </w:t>
      </w:r>
      <w:r w:rsidRPr="00E85698">
        <w:t>различными</w:t>
      </w:r>
      <w:r w:rsidRPr="00E85698">
        <w:rPr>
          <w:spacing w:val="-6"/>
        </w:rPr>
        <w:t xml:space="preserve"> </w:t>
      </w:r>
      <w:r w:rsidRPr="00E85698">
        <w:t>видами</w:t>
      </w:r>
      <w:r w:rsidRPr="00E85698">
        <w:rPr>
          <w:spacing w:val="-5"/>
        </w:rPr>
        <w:t xml:space="preserve"> </w:t>
      </w:r>
      <w:proofErr w:type="spellStart"/>
      <w:r w:rsidRPr="00E85698">
        <w:t>аудирования</w:t>
      </w:r>
      <w:proofErr w:type="spellEnd"/>
      <w:r w:rsidRPr="00E85698">
        <w:rPr>
          <w:spacing w:val="-7"/>
        </w:rPr>
        <w:t xml:space="preserve"> </w:t>
      </w:r>
      <w:r w:rsidRPr="00E85698">
        <w:t>(выборочное,</w:t>
      </w:r>
      <w:r w:rsidRPr="00E85698">
        <w:rPr>
          <w:spacing w:val="-5"/>
        </w:rPr>
        <w:t xml:space="preserve"> </w:t>
      </w:r>
      <w:r w:rsidRPr="00E85698">
        <w:t>ознакомительное,</w:t>
      </w:r>
      <w:r w:rsidRPr="00E85698">
        <w:rPr>
          <w:spacing w:val="-6"/>
        </w:rPr>
        <w:t xml:space="preserve"> </w:t>
      </w:r>
      <w:r w:rsidRPr="00E85698">
        <w:t>детальное)</w:t>
      </w:r>
      <w:r w:rsidRPr="00E85698">
        <w:rPr>
          <w:spacing w:val="-57"/>
        </w:rPr>
        <w:t xml:space="preserve"> </w:t>
      </w:r>
      <w:r w:rsidRPr="00E85698">
        <w:t>публицистических</w:t>
      </w:r>
      <w:r w:rsidRPr="00E85698">
        <w:rPr>
          <w:spacing w:val="-2"/>
        </w:rPr>
        <w:t xml:space="preserve"> </w:t>
      </w:r>
      <w:r w:rsidRPr="00E85698">
        <w:t>текстов</w:t>
      </w:r>
      <w:r w:rsidRPr="00E85698">
        <w:rPr>
          <w:spacing w:val="-2"/>
        </w:rPr>
        <w:t xml:space="preserve"> </w:t>
      </w:r>
      <w:r w:rsidRPr="00E85698">
        <w:t>различных</w:t>
      </w:r>
      <w:r w:rsidRPr="00E85698">
        <w:rPr>
          <w:spacing w:val="-2"/>
        </w:rPr>
        <w:t xml:space="preserve"> </w:t>
      </w:r>
      <w:r w:rsidRPr="00E85698">
        <w:t>функционально-смысловых</w:t>
      </w:r>
      <w:r w:rsidRPr="00E85698">
        <w:rPr>
          <w:spacing w:val="-1"/>
        </w:rPr>
        <w:t xml:space="preserve"> </w:t>
      </w:r>
      <w:r w:rsidRPr="00E85698">
        <w:t>типов</w:t>
      </w:r>
      <w:r w:rsidRPr="00E85698">
        <w:rPr>
          <w:spacing w:val="-3"/>
        </w:rPr>
        <w:t xml:space="preserve"> </w:t>
      </w:r>
      <w:r w:rsidRPr="00E85698">
        <w:t>речи.</w:t>
      </w:r>
    </w:p>
    <w:p w:rsidR="00624C8A" w:rsidRPr="00E85698" w:rsidRDefault="00CB6516">
      <w:pPr>
        <w:pStyle w:val="a5"/>
        <w:spacing w:line="292" w:lineRule="auto"/>
        <w:ind w:left="286" w:right="499"/>
      </w:pPr>
      <w:r w:rsidRPr="00E85698">
        <w:t>Владеть различными видами чтения: просмотровым, ознакомительным, изучающим, поисковым.</w:t>
      </w:r>
      <w:r w:rsidRPr="00E85698">
        <w:rPr>
          <w:spacing w:val="-58"/>
        </w:rPr>
        <w:t xml:space="preserve"> </w:t>
      </w:r>
      <w:r w:rsidRPr="00E85698">
        <w:t>Устно</w:t>
      </w:r>
      <w:r w:rsidRPr="00E85698">
        <w:rPr>
          <w:spacing w:val="-2"/>
        </w:rPr>
        <w:t xml:space="preserve"> </w:t>
      </w:r>
      <w:r w:rsidRPr="00E85698">
        <w:t>пересказывать</w:t>
      </w:r>
      <w:r w:rsidRPr="00E85698">
        <w:rPr>
          <w:spacing w:val="-2"/>
        </w:rPr>
        <w:t xml:space="preserve"> </w:t>
      </w:r>
      <w:r w:rsidRPr="00E85698">
        <w:t>прослушанный</w:t>
      </w:r>
      <w:r w:rsidRPr="00E85698">
        <w:rPr>
          <w:spacing w:val="-1"/>
        </w:rPr>
        <w:t xml:space="preserve"> </w:t>
      </w:r>
      <w:r w:rsidRPr="00E85698">
        <w:t>или</w:t>
      </w:r>
      <w:r w:rsidRPr="00E85698">
        <w:rPr>
          <w:spacing w:val="-2"/>
        </w:rPr>
        <w:t xml:space="preserve"> </w:t>
      </w:r>
      <w:r w:rsidRPr="00E85698">
        <w:t>прочитанный</w:t>
      </w:r>
      <w:r w:rsidRPr="00E85698">
        <w:rPr>
          <w:spacing w:val="-1"/>
        </w:rPr>
        <w:t xml:space="preserve"> </w:t>
      </w:r>
      <w:r w:rsidRPr="00E85698">
        <w:t>текст</w:t>
      </w:r>
      <w:r w:rsidRPr="00E85698">
        <w:rPr>
          <w:spacing w:val="-2"/>
        </w:rPr>
        <w:t xml:space="preserve"> </w:t>
      </w:r>
      <w:r w:rsidRPr="00E85698">
        <w:t>объёмом</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120</w:t>
      </w:r>
      <w:r w:rsidRPr="00E85698">
        <w:rPr>
          <w:spacing w:val="-2"/>
        </w:rPr>
        <w:t xml:space="preserve"> </w:t>
      </w:r>
      <w:r w:rsidRPr="00E85698">
        <w:t>слов.</w:t>
      </w:r>
    </w:p>
    <w:p w:rsidR="00624C8A" w:rsidRPr="00E85698" w:rsidRDefault="00CB6516">
      <w:pPr>
        <w:pStyle w:val="a5"/>
        <w:spacing w:line="292" w:lineRule="auto"/>
        <w:ind w:right="127" w:firstLine="180"/>
      </w:pPr>
      <w:r w:rsidRPr="00E85698">
        <w:t>Понимать содержание прослушанных и прочитанных публицистических текстов (рассуждение-</w:t>
      </w:r>
      <w:r w:rsidRPr="00E85698">
        <w:rPr>
          <w:spacing w:val="1"/>
        </w:rPr>
        <w:t xml:space="preserve"> </w:t>
      </w:r>
      <w:r w:rsidRPr="00E85698">
        <w:t>доказательство, рассуждение-объяснение, рассуждение-размышление) объёмом не менее 230 слов:</w:t>
      </w:r>
      <w:r w:rsidRPr="00E85698">
        <w:rPr>
          <w:spacing w:val="1"/>
        </w:rPr>
        <w:t xml:space="preserve"> </w:t>
      </w:r>
      <w:r w:rsidRPr="00E85698">
        <w:t>устно и письменно формулировать тему и главную мысль текста; формулировать вопросы по</w:t>
      </w:r>
      <w:r w:rsidRPr="00E85698">
        <w:rPr>
          <w:spacing w:val="1"/>
        </w:rPr>
        <w:t xml:space="preserve"> </w:t>
      </w:r>
      <w:r w:rsidRPr="00E85698">
        <w:t>содержанию текста и отвечать на них; подробно, сжато и выборочно передавать в устной и</w:t>
      </w:r>
      <w:r w:rsidRPr="00E85698">
        <w:rPr>
          <w:spacing w:val="1"/>
        </w:rPr>
        <w:t xml:space="preserve"> </w:t>
      </w:r>
      <w:r w:rsidRPr="00E85698">
        <w:t>письменной форме содержание прослушанных публицистических текстов (для подробного изложения</w:t>
      </w:r>
      <w:r w:rsidRPr="00E85698">
        <w:rPr>
          <w:spacing w:val="-57"/>
        </w:rPr>
        <w:t xml:space="preserve"> </w:t>
      </w:r>
      <w:r w:rsidRPr="00E85698">
        <w:t>объём</w:t>
      </w:r>
      <w:r w:rsidRPr="00E85698">
        <w:rPr>
          <w:spacing w:val="-3"/>
        </w:rPr>
        <w:t xml:space="preserve"> </w:t>
      </w:r>
      <w:r w:rsidRPr="00E85698">
        <w:t>исходного</w:t>
      </w:r>
      <w:r w:rsidRPr="00E85698">
        <w:rPr>
          <w:spacing w:val="-3"/>
        </w:rPr>
        <w:t xml:space="preserve"> </w:t>
      </w:r>
      <w:r w:rsidRPr="00E85698">
        <w:t>текста</w:t>
      </w:r>
      <w:r w:rsidRPr="00E85698">
        <w:rPr>
          <w:spacing w:val="-2"/>
        </w:rPr>
        <w:t xml:space="preserve"> </w:t>
      </w:r>
      <w:r w:rsidRPr="00E85698">
        <w:t>должен</w:t>
      </w:r>
      <w:r w:rsidRPr="00E85698">
        <w:rPr>
          <w:spacing w:val="-3"/>
        </w:rPr>
        <w:t xml:space="preserve"> </w:t>
      </w:r>
      <w:r w:rsidRPr="00E85698">
        <w:t>составлять</w:t>
      </w:r>
      <w:r w:rsidRPr="00E85698">
        <w:rPr>
          <w:spacing w:val="-3"/>
        </w:rPr>
        <w:t xml:space="preserve"> </w:t>
      </w:r>
      <w:r w:rsidRPr="00E85698">
        <w:t>не</w:t>
      </w:r>
      <w:r w:rsidRPr="00E85698">
        <w:rPr>
          <w:spacing w:val="-3"/>
        </w:rPr>
        <w:t xml:space="preserve"> </w:t>
      </w:r>
      <w:r w:rsidRPr="00E85698">
        <w:t>менее</w:t>
      </w:r>
      <w:r w:rsidRPr="00E85698">
        <w:rPr>
          <w:spacing w:val="-3"/>
        </w:rPr>
        <w:t xml:space="preserve"> </w:t>
      </w:r>
      <w:r w:rsidRPr="00E85698">
        <w:t>180</w:t>
      </w:r>
      <w:r w:rsidRPr="00E85698">
        <w:rPr>
          <w:spacing w:val="-2"/>
        </w:rPr>
        <w:t xml:space="preserve"> </w:t>
      </w:r>
      <w:r w:rsidRPr="00E85698">
        <w:t>слов;</w:t>
      </w:r>
      <w:r w:rsidRPr="00E85698">
        <w:rPr>
          <w:spacing w:val="-4"/>
        </w:rPr>
        <w:t xml:space="preserve"> </w:t>
      </w:r>
      <w:r w:rsidRPr="00E85698">
        <w:t>для</w:t>
      </w:r>
      <w:r w:rsidRPr="00E85698">
        <w:rPr>
          <w:spacing w:val="-3"/>
        </w:rPr>
        <w:t xml:space="preserve"> </w:t>
      </w:r>
      <w:r w:rsidRPr="00E85698">
        <w:t>сжатого</w:t>
      </w:r>
      <w:r w:rsidRPr="00E85698">
        <w:rPr>
          <w:spacing w:val="-3"/>
        </w:rPr>
        <w:t xml:space="preserve"> </w:t>
      </w:r>
      <w:r w:rsidRPr="00E85698">
        <w:t>и</w:t>
      </w:r>
      <w:r w:rsidRPr="00E85698">
        <w:rPr>
          <w:spacing w:val="-3"/>
        </w:rPr>
        <w:t xml:space="preserve"> </w:t>
      </w:r>
      <w:r w:rsidRPr="00E85698">
        <w:t>выборочного</w:t>
      </w:r>
      <w:r w:rsidRPr="00E85698">
        <w:rPr>
          <w:spacing w:val="-2"/>
        </w:rPr>
        <w:t xml:space="preserve"> </w:t>
      </w:r>
      <w:r w:rsidRPr="00E85698">
        <w:t>изложения</w:t>
      </w:r>
    </w:p>
    <w:p w:rsidR="00624C8A" w:rsidRPr="00E85698" w:rsidRDefault="00CB6516">
      <w:pPr>
        <w:pStyle w:val="a5"/>
        <w:spacing w:line="272" w:lineRule="exact"/>
      </w:pPr>
      <w:r w:rsidRPr="00E85698">
        <w:t>—</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200</w:t>
      </w:r>
      <w:r w:rsidRPr="00E85698">
        <w:rPr>
          <w:spacing w:val="-1"/>
        </w:rPr>
        <w:t xml:space="preserve"> </w:t>
      </w:r>
      <w:r w:rsidRPr="00E85698">
        <w:t>слов).</w:t>
      </w:r>
    </w:p>
    <w:p w:rsidR="00624C8A" w:rsidRPr="00E85698" w:rsidRDefault="00CB6516">
      <w:pPr>
        <w:pStyle w:val="a5"/>
        <w:spacing w:before="52" w:line="292" w:lineRule="auto"/>
        <w:ind w:firstLine="180"/>
      </w:pPr>
      <w:r w:rsidRPr="00E85698">
        <w:t>Осуществлять</w:t>
      </w:r>
      <w:r w:rsidRPr="00E85698">
        <w:rPr>
          <w:spacing w:val="-6"/>
        </w:rPr>
        <w:t xml:space="preserve"> </w:t>
      </w:r>
      <w:r w:rsidRPr="00E85698">
        <w:t>адекватный</w:t>
      </w:r>
      <w:r w:rsidRPr="00E85698">
        <w:rPr>
          <w:spacing w:val="-4"/>
        </w:rPr>
        <w:t xml:space="preserve"> </w:t>
      </w:r>
      <w:r w:rsidRPr="00E85698">
        <w:t>выбор</w:t>
      </w:r>
      <w:r w:rsidRPr="00E85698">
        <w:rPr>
          <w:spacing w:val="-5"/>
        </w:rPr>
        <w:t xml:space="preserve"> </w:t>
      </w:r>
      <w:r w:rsidRPr="00E85698">
        <w:t>языковых</w:t>
      </w:r>
      <w:r w:rsidRPr="00E85698">
        <w:rPr>
          <w:spacing w:val="-4"/>
        </w:rPr>
        <w:t xml:space="preserve"> </w:t>
      </w:r>
      <w:r w:rsidRPr="00E85698">
        <w:t>средств</w:t>
      </w:r>
      <w:r w:rsidRPr="00E85698">
        <w:rPr>
          <w:spacing w:val="-6"/>
        </w:rPr>
        <w:t xml:space="preserve"> </w:t>
      </w:r>
      <w:r w:rsidRPr="00E85698">
        <w:t>для</w:t>
      </w:r>
      <w:r w:rsidRPr="00E85698">
        <w:rPr>
          <w:spacing w:val="-5"/>
        </w:rPr>
        <w:t xml:space="preserve"> </w:t>
      </w:r>
      <w:r w:rsidRPr="00E85698">
        <w:t>создания</w:t>
      </w:r>
      <w:r w:rsidRPr="00E85698">
        <w:rPr>
          <w:spacing w:val="-6"/>
        </w:rPr>
        <w:t xml:space="preserve"> </w:t>
      </w:r>
      <w:r w:rsidRPr="00E85698">
        <w:t>высказывания</w:t>
      </w:r>
      <w:r w:rsidRPr="00E85698">
        <w:rPr>
          <w:spacing w:val="-5"/>
        </w:rPr>
        <w:t xml:space="preserve"> </w:t>
      </w:r>
      <w:r w:rsidRPr="00E85698">
        <w:t>в</w:t>
      </w:r>
      <w:r w:rsidRPr="00E85698">
        <w:rPr>
          <w:spacing w:val="-6"/>
        </w:rPr>
        <w:t xml:space="preserve"> </w:t>
      </w:r>
      <w:r w:rsidRPr="00E85698">
        <w:t>соответствии</w:t>
      </w:r>
      <w:r w:rsidRPr="00E85698">
        <w:rPr>
          <w:spacing w:val="-4"/>
        </w:rPr>
        <w:t xml:space="preserve"> </w:t>
      </w:r>
      <w:r w:rsidRPr="00E85698">
        <w:t>с</w:t>
      </w:r>
      <w:r w:rsidRPr="00E85698">
        <w:rPr>
          <w:spacing w:val="-57"/>
        </w:rPr>
        <w:t xml:space="preserve"> </w:t>
      </w:r>
      <w:r w:rsidRPr="00E85698">
        <w:t>целью,</w:t>
      </w:r>
      <w:r w:rsidRPr="00E85698">
        <w:rPr>
          <w:spacing w:val="-1"/>
        </w:rPr>
        <w:t xml:space="preserve"> </w:t>
      </w:r>
      <w:r w:rsidRPr="00E85698">
        <w:t>темой и коммуникативным замыслом.</w:t>
      </w:r>
    </w:p>
    <w:p w:rsidR="00624C8A" w:rsidRPr="00E85698" w:rsidRDefault="00CB6516">
      <w:pPr>
        <w:pStyle w:val="a5"/>
        <w:spacing w:line="292" w:lineRule="auto"/>
        <w:ind w:right="150" w:firstLine="180"/>
      </w:pPr>
      <w:r w:rsidRPr="00E85698">
        <w:t>Соблюдать в устной речи и на письме нормы современного русского литературного языка, в том</w:t>
      </w:r>
      <w:r w:rsidRPr="00E85698">
        <w:rPr>
          <w:spacing w:val="1"/>
        </w:rPr>
        <w:t xml:space="preserve"> </w:t>
      </w:r>
      <w:r w:rsidRPr="00E85698">
        <w:t>числе во</w:t>
      </w:r>
      <w:r w:rsidRPr="00E85698">
        <w:rPr>
          <w:spacing w:val="1"/>
        </w:rPr>
        <w:t xml:space="preserve"> </w:t>
      </w:r>
      <w:r w:rsidRPr="00E85698">
        <w:t>время списывания текста объёмом</w:t>
      </w:r>
      <w:r w:rsidRPr="00E85698">
        <w:rPr>
          <w:spacing w:val="1"/>
        </w:rPr>
        <w:t xml:space="preserve"> </w:t>
      </w:r>
      <w:r w:rsidRPr="00E85698">
        <w:t>110—120</w:t>
      </w:r>
      <w:r w:rsidRPr="00E85698">
        <w:rPr>
          <w:spacing w:val="1"/>
        </w:rPr>
        <w:t xml:space="preserve"> </w:t>
      </w:r>
      <w:r w:rsidRPr="00E85698">
        <w:t>слов; словарного диктанта</w:t>
      </w:r>
      <w:r w:rsidRPr="00E85698">
        <w:rPr>
          <w:spacing w:val="1"/>
        </w:rPr>
        <w:t xml:space="preserve"> </w:t>
      </w:r>
      <w:r w:rsidRPr="00E85698">
        <w:t>объёмом</w:t>
      </w:r>
      <w:r w:rsidRPr="00E85698">
        <w:rPr>
          <w:spacing w:val="1"/>
        </w:rPr>
        <w:t xml:space="preserve"> </w:t>
      </w:r>
      <w:r w:rsidRPr="00E85698">
        <w:t>25—30</w:t>
      </w:r>
      <w:r w:rsidRPr="00E85698">
        <w:rPr>
          <w:spacing w:val="1"/>
        </w:rPr>
        <w:t xml:space="preserve"> </w:t>
      </w:r>
      <w:r w:rsidRPr="00E85698">
        <w:t>слов; диктанта на основе связного текста объёмом 110—120 слов, составленного с учётом ранее</w:t>
      </w:r>
      <w:r w:rsidRPr="00E85698">
        <w:rPr>
          <w:spacing w:val="1"/>
        </w:rPr>
        <w:t xml:space="preserve"> </w:t>
      </w:r>
      <w:r w:rsidRPr="00E85698">
        <w:t>изученных правил правописания (в том числе содержащего изученные в течение третьего года</w:t>
      </w:r>
      <w:r w:rsidRPr="00E85698">
        <w:rPr>
          <w:spacing w:val="1"/>
        </w:rPr>
        <w:t xml:space="preserve"> </w:t>
      </w:r>
      <w:r w:rsidRPr="00E85698">
        <w:t xml:space="preserve">обучения орфограммы, </w:t>
      </w:r>
      <w:proofErr w:type="spellStart"/>
      <w:r w:rsidRPr="00E85698">
        <w:t>пунктограммы</w:t>
      </w:r>
      <w:proofErr w:type="spellEnd"/>
      <w:r w:rsidRPr="00E85698">
        <w:t xml:space="preserve"> и слова с непроверяемыми написаниями); соблюдать на письме</w:t>
      </w:r>
      <w:r w:rsidRPr="00E85698">
        <w:rPr>
          <w:spacing w:val="-58"/>
        </w:rPr>
        <w:t xml:space="preserve"> </w:t>
      </w:r>
      <w:r w:rsidRPr="00E85698">
        <w:t>правила</w:t>
      </w:r>
      <w:r w:rsidRPr="00E85698">
        <w:rPr>
          <w:spacing w:val="-1"/>
        </w:rPr>
        <w:t xml:space="preserve"> </w:t>
      </w:r>
      <w:r w:rsidRPr="00E85698">
        <w:t>речевого этикета.</w:t>
      </w:r>
    </w:p>
    <w:p w:rsidR="00624C8A" w:rsidRPr="00E85698" w:rsidRDefault="00CB6516">
      <w:pPr>
        <w:pStyle w:val="11"/>
        <w:spacing w:before="116"/>
      </w:pPr>
      <w:r w:rsidRPr="00E85698">
        <w:t>Текст</w:t>
      </w:r>
    </w:p>
    <w:p w:rsidR="00624C8A" w:rsidRPr="00E85698" w:rsidRDefault="00CB6516">
      <w:pPr>
        <w:pStyle w:val="a5"/>
        <w:spacing w:before="60" w:line="292" w:lineRule="auto"/>
        <w:ind w:firstLine="180"/>
      </w:pPr>
      <w:r w:rsidRPr="00E85698">
        <w:t>Анализировать</w:t>
      </w:r>
      <w:r w:rsidRPr="00E85698">
        <w:rPr>
          <w:spacing w:val="-5"/>
        </w:rPr>
        <w:t xml:space="preserve"> </w:t>
      </w:r>
      <w:r w:rsidRPr="00E85698">
        <w:t>текст</w:t>
      </w:r>
      <w:r w:rsidRPr="00E85698">
        <w:rPr>
          <w:spacing w:val="-5"/>
        </w:rPr>
        <w:t xml:space="preserve"> </w:t>
      </w:r>
      <w:r w:rsidRPr="00E85698">
        <w:t>с</w:t>
      </w:r>
      <w:r w:rsidRPr="00E85698">
        <w:rPr>
          <w:spacing w:val="-3"/>
        </w:rPr>
        <w:t xml:space="preserve"> </w:t>
      </w:r>
      <w:r w:rsidRPr="00E85698">
        <w:t>точки</w:t>
      </w:r>
      <w:r w:rsidRPr="00E85698">
        <w:rPr>
          <w:spacing w:val="-4"/>
        </w:rPr>
        <w:t xml:space="preserve"> </w:t>
      </w:r>
      <w:r w:rsidRPr="00E85698">
        <w:t>зрения</w:t>
      </w:r>
      <w:r w:rsidRPr="00E85698">
        <w:rPr>
          <w:spacing w:val="-4"/>
        </w:rPr>
        <w:t xml:space="preserve"> </w:t>
      </w:r>
      <w:r w:rsidRPr="00E85698">
        <w:t>его</w:t>
      </w:r>
      <w:r w:rsidRPr="00E85698">
        <w:rPr>
          <w:spacing w:val="-4"/>
        </w:rPr>
        <w:t xml:space="preserve"> </w:t>
      </w:r>
      <w:r w:rsidRPr="00E85698">
        <w:t>соответствия</w:t>
      </w:r>
      <w:r w:rsidRPr="00E85698">
        <w:rPr>
          <w:spacing w:val="-4"/>
        </w:rPr>
        <w:t xml:space="preserve"> </w:t>
      </w:r>
      <w:r w:rsidRPr="00E85698">
        <w:t>основным</w:t>
      </w:r>
      <w:r w:rsidRPr="00E85698">
        <w:rPr>
          <w:spacing w:val="-4"/>
        </w:rPr>
        <w:t xml:space="preserve"> </w:t>
      </w:r>
      <w:r w:rsidRPr="00E85698">
        <w:t>признакам;</w:t>
      </w:r>
      <w:r w:rsidRPr="00E85698">
        <w:rPr>
          <w:spacing w:val="-4"/>
        </w:rPr>
        <w:t xml:space="preserve"> </w:t>
      </w:r>
      <w:r w:rsidRPr="00E85698">
        <w:t>выявлять</w:t>
      </w:r>
      <w:r w:rsidRPr="00E85698">
        <w:rPr>
          <w:spacing w:val="-5"/>
        </w:rPr>
        <w:t xml:space="preserve"> </w:t>
      </w:r>
      <w:r w:rsidRPr="00E85698">
        <w:t>его</w:t>
      </w:r>
      <w:r w:rsidRPr="00E85698">
        <w:rPr>
          <w:spacing w:val="-4"/>
        </w:rPr>
        <w:t xml:space="preserve"> </w:t>
      </w:r>
      <w:r w:rsidRPr="00E85698">
        <w:t>структуру,</w:t>
      </w:r>
      <w:r w:rsidRPr="00E85698">
        <w:rPr>
          <w:spacing w:val="-57"/>
        </w:rPr>
        <w:t xml:space="preserve"> </w:t>
      </w:r>
      <w:r w:rsidRPr="00E85698">
        <w:t>особенности абзацного членения, языковые средства выразительности в тексте: фонетические</w:t>
      </w:r>
      <w:r w:rsidRPr="00E85698">
        <w:rPr>
          <w:spacing w:val="1"/>
        </w:rPr>
        <w:t xml:space="preserve"> </w:t>
      </w:r>
      <w:r w:rsidRPr="00E85698">
        <w:t>(звукопись),</w:t>
      </w:r>
      <w:r w:rsidRPr="00E85698">
        <w:rPr>
          <w:spacing w:val="-1"/>
        </w:rPr>
        <w:t xml:space="preserve"> </w:t>
      </w:r>
      <w:r w:rsidRPr="00E85698">
        <w:t>словообразовательные, лексические.</w:t>
      </w:r>
    </w:p>
    <w:p w:rsidR="00624C8A" w:rsidRPr="00E85698" w:rsidRDefault="00CB6516">
      <w:pPr>
        <w:pStyle w:val="a5"/>
        <w:spacing w:line="292" w:lineRule="auto"/>
        <w:ind w:firstLine="180"/>
      </w:pPr>
      <w:r w:rsidRPr="00E85698">
        <w:t>Проводить</w:t>
      </w:r>
      <w:r w:rsidRPr="00E85698">
        <w:rPr>
          <w:spacing w:val="-6"/>
        </w:rPr>
        <w:t xml:space="preserve"> </w:t>
      </w:r>
      <w:r w:rsidRPr="00E85698">
        <w:t>смысловой</w:t>
      </w:r>
      <w:r w:rsidRPr="00E85698">
        <w:rPr>
          <w:spacing w:val="-4"/>
        </w:rPr>
        <w:t xml:space="preserve"> </w:t>
      </w:r>
      <w:r w:rsidRPr="00E85698">
        <w:t>анализ</w:t>
      </w:r>
      <w:r w:rsidRPr="00E85698">
        <w:rPr>
          <w:spacing w:val="-6"/>
        </w:rPr>
        <w:t xml:space="preserve"> </w:t>
      </w:r>
      <w:r w:rsidRPr="00E85698">
        <w:t>текста,</w:t>
      </w:r>
      <w:r w:rsidRPr="00E85698">
        <w:rPr>
          <w:spacing w:val="-4"/>
        </w:rPr>
        <w:t xml:space="preserve"> </w:t>
      </w:r>
      <w:r w:rsidRPr="00E85698">
        <w:t>его</w:t>
      </w:r>
      <w:r w:rsidRPr="00E85698">
        <w:rPr>
          <w:spacing w:val="-5"/>
        </w:rPr>
        <w:t xml:space="preserve"> </w:t>
      </w:r>
      <w:r w:rsidRPr="00E85698">
        <w:t>композиционных</w:t>
      </w:r>
      <w:r w:rsidRPr="00E85698">
        <w:rPr>
          <w:spacing w:val="-4"/>
        </w:rPr>
        <w:t xml:space="preserve"> </w:t>
      </w:r>
      <w:r w:rsidRPr="00E85698">
        <w:t>особенностей,</w:t>
      </w:r>
      <w:r w:rsidRPr="00E85698">
        <w:rPr>
          <w:spacing w:val="-5"/>
        </w:rPr>
        <w:t xml:space="preserve"> </w:t>
      </w:r>
      <w:r w:rsidRPr="00E85698">
        <w:t>определять</w:t>
      </w:r>
      <w:r w:rsidRPr="00E85698">
        <w:rPr>
          <w:spacing w:val="-5"/>
        </w:rPr>
        <w:t xml:space="preserve"> </w:t>
      </w:r>
      <w:r w:rsidRPr="00E85698">
        <w:t>количество</w:t>
      </w:r>
      <w:r w:rsidRPr="00E85698">
        <w:rPr>
          <w:spacing w:val="-57"/>
        </w:rPr>
        <w:t xml:space="preserve"> </w:t>
      </w:r>
      <w:proofErr w:type="spellStart"/>
      <w:r w:rsidRPr="00E85698">
        <w:t>микротем</w:t>
      </w:r>
      <w:proofErr w:type="spellEnd"/>
      <w:r w:rsidRPr="00E85698">
        <w:rPr>
          <w:spacing w:val="-1"/>
        </w:rPr>
        <w:t xml:space="preserve"> </w:t>
      </w:r>
      <w:r w:rsidRPr="00E85698">
        <w:t>и абзацев.</w:t>
      </w:r>
    </w:p>
    <w:p w:rsidR="00624C8A" w:rsidRPr="00E85698" w:rsidRDefault="00CB6516">
      <w:pPr>
        <w:pStyle w:val="a5"/>
        <w:spacing w:line="275" w:lineRule="exact"/>
        <w:ind w:left="286"/>
      </w:pPr>
      <w:r w:rsidRPr="00E85698">
        <w:t>Выявлять</w:t>
      </w:r>
      <w:r w:rsidRPr="00E85698">
        <w:rPr>
          <w:spacing w:val="-6"/>
        </w:rPr>
        <w:t xml:space="preserve"> </w:t>
      </w:r>
      <w:r w:rsidRPr="00E85698">
        <w:t>лексические</w:t>
      </w:r>
      <w:r w:rsidRPr="00E85698">
        <w:rPr>
          <w:spacing w:val="-5"/>
        </w:rPr>
        <w:t xml:space="preserve"> </w:t>
      </w:r>
      <w:r w:rsidRPr="00E85698">
        <w:t>и</w:t>
      </w:r>
      <w:r w:rsidRPr="00E85698">
        <w:rPr>
          <w:spacing w:val="-4"/>
        </w:rPr>
        <w:t xml:space="preserve"> </w:t>
      </w:r>
      <w:r w:rsidRPr="00E85698">
        <w:t>грамматические</w:t>
      </w:r>
      <w:r w:rsidRPr="00E85698">
        <w:rPr>
          <w:spacing w:val="-5"/>
        </w:rPr>
        <w:t xml:space="preserve"> </w:t>
      </w:r>
      <w:r w:rsidRPr="00E85698">
        <w:t>средства</w:t>
      </w:r>
      <w:r w:rsidRPr="00E85698">
        <w:rPr>
          <w:spacing w:val="-4"/>
        </w:rPr>
        <w:t xml:space="preserve"> </w:t>
      </w:r>
      <w:r w:rsidRPr="00E85698">
        <w:t>связи</w:t>
      </w:r>
      <w:r w:rsidRPr="00E85698">
        <w:rPr>
          <w:spacing w:val="-5"/>
        </w:rPr>
        <w:t xml:space="preserve"> </w:t>
      </w:r>
      <w:r w:rsidRPr="00E85698">
        <w:t>предложений</w:t>
      </w:r>
      <w:r w:rsidRPr="00E85698">
        <w:rPr>
          <w:spacing w:val="-4"/>
        </w:rPr>
        <w:t xml:space="preserve"> </w:t>
      </w:r>
      <w:r w:rsidRPr="00E85698">
        <w:t>и</w:t>
      </w:r>
      <w:r w:rsidRPr="00E85698">
        <w:rPr>
          <w:spacing w:val="-5"/>
        </w:rPr>
        <w:t xml:space="preserve"> </w:t>
      </w:r>
      <w:r w:rsidRPr="00E85698">
        <w:t>частей</w:t>
      </w:r>
      <w:r w:rsidRPr="00E85698">
        <w:rPr>
          <w:spacing w:val="-4"/>
        </w:rPr>
        <w:t xml:space="preserve"> </w:t>
      </w:r>
      <w:r w:rsidRPr="00E85698">
        <w:t>текста.</w:t>
      </w:r>
    </w:p>
    <w:p w:rsidR="00624C8A" w:rsidRPr="00E85698" w:rsidRDefault="00624C8A">
      <w:pPr>
        <w:spacing w:line="275" w:lineRule="exact"/>
        <w:sectPr w:rsidR="00624C8A" w:rsidRPr="00E85698">
          <w:pgSz w:w="11900" w:h="16840"/>
          <w:pgMar w:top="500" w:right="540" w:bottom="280" w:left="560" w:header="720" w:footer="720" w:gutter="0"/>
          <w:cols w:space="720"/>
        </w:sectPr>
      </w:pPr>
    </w:p>
    <w:p w:rsidR="00624C8A" w:rsidRPr="00E85698" w:rsidRDefault="00CB6516">
      <w:pPr>
        <w:pStyle w:val="a5"/>
        <w:spacing w:before="66" w:line="292" w:lineRule="auto"/>
        <w:ind w:right="101" w:firstLine="180"/>
      </w:pPr>
      <w:r w:rsidRPr="00E85698">
        <w:lastRenderedPageBreak/>
        <w:t>Создавать тексты различных функционально-смысловых типов речи с опорой на жизненный и</w:t>
      </w:r>
      <w:r w:rsidRPr="00E85698">
        <w:rPr>
          <w:spacing w:val="1"/>
        </w:rPr>
        <w:t xml:space="preserve"> </w:t>
      </w:r>
      <w:r w:rsidRPr="00E85698">
        <w:t>читательский опыт; на произведения искусства (в том числе сочинения-миниатюры объёмом 6 и более</w:t>
      </w:r>
      <w:r w:rsidRPr="00E85698">
        <w:rPr>
          <w:spacing w:val="-58"/>
        </w:rPr>
        <w:t xml:space="preserve"> </w:t>
      </w:r>
      <w:r w:rsidRPr="00E85698">
        <w:t>предложений; классные сочинения объёмом не менее 150 слов с учётом стиля и жанра сочинения,</w:t>
      </w:r>
      <w:r w:rsidRPr="00E85698">
        <w:rPr>
          <w:spacing w:val="1"/>
        </w:rPr>
        <w:t xml:space="preserve"> </w:t>
      </w:r>
      <w:r w:rsidRPr="00E85698">
        <w:t>характера</w:t>
      </w:r>
      <w:r w:rsidRPr="00E85698">
        <w:rPr>
          <w:spacing w:val="-1"/>
        </w:rPr>
        <w:t xml:space="preserve"> </w:t>
      </w:r>
      <w:r w:rsidRPr="00E85698">
        <w:t>темы).</w:t>
      </w:r>
    </w:p>
    <w:p w:rsidR="00624C8A" w:rsidRPr="00E85698" w:rsidRDefault="00CB6516">
      <w:pPr>
        <w:pStyle w:val="a5"/>
        <w:spacing w:line="292" w:lineRule="auto"/>
        <w:ind w:right="269" w:firstLine="180"/>
      </w:pPr>
      <w:r w:rsidRPr="00E85698">
        <w:t>Владеть умениями информационной переработки текста: составлять план прочитанного текста</w:t>
      </w:r>
      <w:r w:rsidRPr="00E85698">
        <w:rPr>
          <w:spacing w:val="1"/>
        </w:rPr>
        <w:t xml:space="preserve"> </w:t>
      </w:r>
      <w:r w:rsidRPr="00E85698">
        <w:t>(простой, сложный; назывной, вопросный, тезисный) с целью дальнейшего воспроизведения</w:t>
      </w:r>
      <w:r w:rsidRPr="00E85698">
        <w:rPr>
          <w:spacing w:val="1"/>
        </w:rPr>
        <w:t xml:space="preserve"> </w:t>
      </w:r>
      <w:r w:rsidRPr="00E85698">
        <w:t>содержания текста в устной и письменной форме; выделять главную и второстепенную информацию</w:t>
      </w:r>
      <w:r w:rsidRPr="00E85698">
        <w:rPr>
          <w:spacing w:val="-58"/>
        </w:rPr>
        <w:t xml:space="preserve"> </w:t>
      </w:r>
      <w:r w:rsidRPr="00E85698">
        <w:t>в тексте; передавать содержание текста с изменением лица рассказчика; использовать способы</w:t>
      </w:r>
      <w:r w:rsidRPr="00E85698">
        <w:rPr>
          <w:spacing w:val="1"/>
        </w:rPr>
        <w:t xml:space="preserve"> </w:t>
      </w:r>
      <w:r w:rsidRPr="00E85698">
        <w:t>информационной переработки текста; извлекать информацию из различных источников, в том числе</w:t>
      </w:r>
      <w:r w:rsidRPr="00E85698">
        <w:rPr>
          <w:spacing w:val="-57"/>
        </w:rPr>
        <w:t xml:space="preserve"> </w:t>
      </w:r>
      <w:r w:rsidRPr="00E85698">
        <w:t>из</w:t>
      </w:r>
      <w:r w:rsidRPr="00E85698">
        <w:rPr>
          <w:spacing w:val="-4"/>
        </w:rPr>
        <w:t xml:space="preserve"> </w:t>
      </w:r>
      <w:r w:rsidRPr="00E85698">
        <w:t>лингвистических</w:t>
      </w:r>
      <w:r w:rsidRPr="00E85698">
        <w:rPr>
          <w:spacing w:val="-3"/>
        </w:rPr>
        <w:t xml:space="preserve"> </w:t>
      </w:r>
      <w:r w:rsidRPr="00E85698">
        <w:t>словарей</w:t>
      </w:r>
      <w:r w:rsidRPr="00E85698">
        <w:rPr>
          <w:spacing w:val="-3"/>
        </w:rPr>
        <w:t xml:space="preserve"> </w:t>
      </w:r>
      <w:r w:rsidRPr="00E85698">
        <w:t>и</w:t>
      </w:r>
      <w:r w:rsidRPr="00E85698">
        <w:rPr>
          <w:spacing w:val="-3"/>
        </w:rPr>
        <w:t xml:space="preserve"> </w:t>
      </w:r>
      <w:r w:rsidRPr="00E85698">
        <w:t>справочной</w:t>
      </w:r>
      <w:r w:rsidRPr="00E85698">
        <w:rPr>
          <w:spacing w:val="-3"/>
        </w:rPr>
        <w:t xml:space="preserve"> </w:t>
      </w:r>
      <w:r w:rsidRPr="00E85698">
        <w:t>литературы,</w:t>
      </w:r>
      <w:r w:rsidRPr="00E85698">
        <w:rPr>
          <w:spacing w:val="-3"/>
        </w:rPr>
        <w:t xml:space="preserve"> </w:t>
      </w:r>
      <w:r w:rsidRPr="00E85698">
        <w:t>и</w:t>
      </w:r>
      <w:r w:rsidRPr="00E85698">
        <w:rPr>
          <w:spacing w:val="-2"/>
        </w:rPr>
        <w:t xml:space="preserve"> </w:t>
      </w:r>
      <w:r w:rsidRPr="00E85698">
        <w:t>использовать</w:t>
      </w:r>
      <w:r w:rsidRPr="00E85698">
        <w:rPr>
          <w:spacing w:val="-4"/>
        </w:rPr>
        <w:t xml:space="preserve"> </w:t>
      </w:r>
      <w:r w:rsidRPr="00E85698">
        <w:t>её</w:t>
      </w:r>
      <w:r w:rsidRPr="00E85698">
        <w:rPr>
          <w:spacing w:val="-3"/>
        </w:rPr>
        <w:t xml:space="preserve"> </w:t>
      </w:r>
      <w:r w:rsidRPr="00E85698">
        <w:t>в</w:t>
      </w:r>
      <w:r w:rsidRPr="00E85698">
        <w:rPr>
          <w:spacing w:val="-4"/>
        </w:rPr>
        <w:t xml:space="preserve"> </w:t>
      </w:r>
      <w:r w:rsidRPr="00E85698">
        <w:t>учебной</w:t>
      </w:r>
      <w:r w:rsidRPr="00E85698">
        <w:rPr>
          <w:spacing w:val="-3"/>
        </w:rPr>
        <w:t xml:space="preserve"> </w:t>
      </w:r>
      <w:r w:rsidRPr="00E85698">
        <w:t>деятельности.</w:t>
      </w:r>
    </w:p>
    <w:p w:rsidR="00624C8A" w:rsidRPr="00E85698" w:rsidRDefault="00CB6516">
      <w:pPr>
        <w:pStyle w:val="a5"/>
        <w:spacing w:line="272" w:lineRule="exact"/>
        <w:ind w:left="286"/>
      </w:pPr>
      <w:r w:rsidRPr="00E85698">
        <w:t>Представлять</w:t>
      </w:r>
      <w:r w:rsidRPr="00E85698">
        <w:rPr>
          <w:spacing w:val="-5"/>
        </w:rPr>
        <w:t xml:space="preserve"> </w:t>
      </w:r>
      <w:r w:rsidRPr="00E85698">
        <w:t>сообщение</w:t>
      </w:r>
      <w:r w:rsidRPr="00E85698">
        <w:rPr>
          <w:spacing w:val="-3"/>
        </w:rPr>
        <w:t xml:space="preserve"> </w:t>
      </w:r>
      <w:r w:rsidRPr="00E85698">
        <w:t>на</w:t>
      </w:r>
      <w:r w:rsidRPr="00E85698">
        <w:rPr>
          <w:spacing w:val="-3"/>
        </w:rPr>
        <w:t xml:space="preserve"> </w:t>
      </w:r>
      <w:r w:rsidRPr="00E85698">
        <w:t>заданную</w:t>
      </w:r>
      <w:r w:rsidRPr="00E85698">
        <w:rPr>
          <w:spacing w:val="-4"/>
        </w:rPr>
        <w:t xml:space="preserve"> </w:t>
      </w:r>
      <w:r w:rsidRPr="00E85698">
        <w:t>тему</w:t>
      </w:r>
      <w:r w:rsidRPr="00E85698">
        <w:rPr>
          <w:spacing w:val="-4"/>
        </w:rPr>
        <w:t xml:space="preserve"> </w:t>
      </w:r>
      <w:r w:rsidRPr="00E85698">
        <w:t>в</w:t>
      </w:r>
      <w:r w:rsidRPr="00E85698">
        <w:rPr>
          <w:spacing w:val="-4"/>
        </w:rPr>
        <w:t xml:space="preserve"> </w:t>
      </w:r>
      <w:r w:rsidRPr="00E85698">
        <w:t>виде</w:t>
      </w:r>
      <w:r w:rsidRPr="00E85698">
        <w:rPr>
          <w:spacing w:val="-3"/>
        </w:rPr>
        <w:t xml:space="preserve"> </w:t>
      </w:r>
      <w:r w:rsidRPr="00E85698">
        <w:t>презентации.</w:t>
      </w:r>
    </w:p>
    <w:p w:rsidR="00624C8A" w:rsidRPr="00E85698" w:rsidRDefault="00CB6516">
      <w:pPr>
        <w:pStyle w:val="a5"/>
        <w:spacing w:before="57" w:line="292" w:lineRule="auto"/>
        <w:ind w:firstLine="180"/>
      </w:pPr>
      <w:r w:rsidRPr="00E85698">
        <w:t>Представлять</w:t>
      </w:r>
      <w:r w:rsidRPr="00E85698">
        <w:rPr>
          <w:spacing w:val="-6"/>
        </w:rPr>
        <w:t xml:space="preserve"> </w:t>
      </w:r>
      <w:r w:rsidRPr="00E85698">
        <w:t>содержание</w:t>
      </w:r>
      <w:r w:rsidRPr="00E85698">
        <w:rPr>
          <w:spacing w:val="-5"/>
        </w:rPr>
        <w:t xml:space="preserve"> </w:t>
      </w:r>
      <w:r w:rsidRPr="00E85698">
        <w:t>научно-учебного</w:t>
      </w:r>
      <w:r w:rsidRPr="00E85698">
        <w:rPr>
          <w:spacing w:val="-5"/>
        </w:rPr>
        <w:t xml:space="preserve"> </w:t>
      </w:r>
      <w:r w:rsidRPr="00E85698">
        <w:t>текста</w:t>
      </w:r>
      <w:r w:rsidRPr="00E85698">
        <w:rPr>
          <w:spacing w:val="-5"/>
        </w:rPr>
        <w:t xml:space="preserve"> </w:t>
      </w:r>
      <w:r w:rsidRPr="00E85698">
        <w:t>в</w:t>
      </w:r>
      <w:r w:rsidRPr="00E85698">
        <w:rPr>
          <w:spacing w:val="-6"/>
        </w:rPr>
        <w:t xml:space="preserve"> </w:t>
      </w:r>
      <w:r w:rsidRPr="00E85698">
        <w:t>виде</w:t>
      </w:r>
      <w:r w:rsidRPr="00E85698">
        <w:rPr>
          <w:spacing w:val="-5"/>
        </w:rPr>
        <w:t xml:space="preserve"> </w:t>
      </w:r>
      <w:r w:rsidRPr="00E85698">
        <w:t>таблицы,</w:t>
      </w:r>
      <w:r w:rsidRPr="00E85698">
        <w:rPr>
          <w:spacing w:val="-5"/>
        </w:rPr>
        <w:t xml:space="preserve"> </w:t>
      </w:r>
      <w:r w:rsidRPr="00E85698">
        <w:t>схемы;</w:t>
      </w:r>
      <w:r w:rsidRPr="00E85698">
        <w:rPr>
          <w:spacing w:val="-5"/>
        </w:rPr>
        <w:t xml:space="preserve"> </w:t>
      </w:r>
      <w:r w:rsidRPr="00E85698">
        <w:t>представлять</w:t>
      </w:r>
      <w:r w:rsidRPr="00E85698">
        <w:rPr>
          <w:spacing w:val="-6"/>
        </w:rPr>
        <w:t xml:space="preserve"> </w:t>
      </w:r>
      <w:r w:rsidRPr="00E85698">
        <w:t>содержание</w:t>
      </w:r>
      <w:r w:rsidRPr="00E85698">
        <w:rPr>
          <w:spacing w:val="-57"/>
        </w:rPr>
        <w:t xml:space="preserve"> </w:t>
      </w:r>
      <w:r w:rsidRPr="00E85698">
        <w:t>таблицы,</w:t>
      </w:r>
      <w:r w:rsidRPr="00E85698">
        <w:rPr>
          <w:spacing w:val="-1"/>
        </w:rPr>
        <w:t xml:space="preserve"> </w:t>
      </w:r>
      <w:r w:rsidRPr="00E85698">
        <w:t>схемы в</w:t>
      </w:r>
      <w:r w:rsidRPr="00E85698">
        <w:rPr>
          <w:spacing w:val="-1"/>
        </w:rPr>
        <w:t xml:space="preserve"> </w:t>
      </w:r>
      <w:r w:rsidRPr="00E85698">
        <w:t>виде текста.</w:t>
      </w:r>
    </w:p>
    <w:p w:rsidR="00624C8A" w:rsidRPr="00E85698" w:rsidRDefault="00CB6516">
      <w:pPr>
        <w:pStyle w:val="a5"/>
        <w:spacing w:line="292" w:lineRule="auto"/>
        <w:ind w:right="528" w:firstLine="180"/>
      </w:pPr>
      <w:r w:rsidRPr="00E85698">
        <w:t>Редактировать тексты: сопоставлять исходный и отредактированный тексты; редактировать</w:t>
      </w:r>
      <w:r w:rsidRPr="00E85698">
        <w:rPr>
          <w:spacing w:val="1"/>
        </w:rPr>
        <w:t xml:space="preserve"> </w:t>
      </w:r>
      <w:r w:rsidRPr="00E85698">
        <w:t>собственные тексты с целью совершенствования их содержания и формы с опорой на знание норм</w:t>
      </w:r>
      <w:r w:rsidRPr="00E85698">
        <w:rPr>
          <w:spacing w:val="-58"/>
        </w:rPr>
        <w:t xml:space="preserve"> </w:t>
      </w:r>
      <w:r w:rsidRPr="00E85698">
        <w:t>современного</w:t>
      </w:r>
      <w:r w:rsidRPr="00E85698">
        <w:rPr>
          <w:spacing w:val="-1"/>
        </w:rPr>
        <w:t xml:space="preserve"> </w:t>
      </w:r>
      <w:r w:rsidRPr="00E85698">
        <w:t>русского литературного языка.</w:t>
      </w:r>
    </w:p>
    <w:p w:rsidR="00624C8A" w:rsidRPr="00E85698" w:rsidRDefault="00CB6516">
      <w:pPr>
        <w:pStyle w:val="a5"/>
        <w:spacing w:line="274"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59" w:line="292" w:lineRule="auto"/>
        <w:ind w:right="396" w:firstLine="180"/>
      </w:pPr>
      <w:r w:rsidRPr="00E85698">
        <w:t>Характеризовать</w:t>
      </w:r>
      <w:r w:rsidRPr="00E85698">
        <w:rPr>
          <w:spacing w:val="-6"/>
        </w:rPr>
        <w:t xml:space="preserve"> </w:t>
      </w: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r w:rsidRPr="00E85698">
        <w:rPr>
          <w:spacing w:val="-6"/>
        </w:rPr>
        <w:t xml:space="preserve"> </w:t>
      </w:r>
      <w:r w:rsidRPr="00E85698">
        <w:t>разговорную</w:t>
      </w:r>
      <w:r w:rsidRPr="00E85698">
        <w:rPr>
          <w:spacing w:val="-5"/>
        </w:rPr>
        <w:t xml:space="preserve"> </w:t>
      </w:r>
      <w:r w:rsidRPr="00E85698">
        <w:t>речь</w:t>
      </w:r>
      <w:r w:rsidRPr="00E85698">
        <w:rPr>
          <w:spacing w:val="-6"/>
        </w:rPr>
        <w:t xml:space="preserve"> </w:t>
      </w:r>
      <w:r w:rsidRPr="00E85698">
        <w:t>и</w:t>
      </w:r>
      <w:r w:rsidRPr="00E85698">
        <w:rPr>
          <w:spacing w:val="-4"/>
        </w:rPr>
        <w:t xml:space="preserve"> </w:t>
      </w:r>
      <w:r w:rsidRPr="00E85698">
        <w:t>функциональные</w:t>
      </w:r>
      <w:r w:rsidRPr="00E85698">
        <w:rPr>
          <w:spacing w:val="-57"/>
        </w:rPr>
        <w:t xml:space="preserve"> </w:t>
      </w:r>
      <w:r w:rsidRPr="00E85698">
        <w:t>стили</w:t>
      </w:r>
      <w:r w:rsidRPr="00E85698">
        <w:rPr>
          <w:spacing w:val="-4"/>
        </w:rPr>
        <w:t xml:space="preserve"> </w:t>
      </w:r>
      <w:r w:rsidRPr="00E85698">
        <w:t>(научный,</w:t>
      </w:r>
      <w:r w:rsidRPr="00E85698">
        <w:rPr>
          <w:spacing w:val="-4"/>
        </w:rPr>
        <w:t xml:space="preserve"> </w:t>
      </w:r>
      <w:r w:rsidRPr="00E85698">
        <w:t>публицистический,</w:t>
      </w:r>
      <w:r w:rsidRPr="00E85698">
        <w:rPr>
          <w:spacing w:val="-3"/>
        </w:rPr>
        <w:t xml:space="preserve"> </w:t>
      </w:r>
      <w:r w:rsidRPr="00E85698">
        <w:t>официально-деловой),</w:t>
      </w:r>
      <w:r w:rsidRPr="00E85698">
        <w:rPr>
          <w:spacing w:val="-4"/>
        </w:rPr>
        <w:t xml:space="preserve"> </w:t>
      </w:r>
      <w:r w:rsidRPr="00E85698">
        <w:t>язык</w:t>
      </w:r>
      <w:r w:rsidRPr="00E85698">
        <w:rPr>
          <w:spacing w:val="-4"/>
        </w:rPr>
        <w:t xml:space="preserve"> </w:t>
      </w:r>
      <w:r w:rsidRPr="00E85698">
        <w:t>художественной</w:t>
      </w:r>
      <w:r w:rsidRPr="00E85698">
        <w:rPr>
          <w:spacing w:val="-4"/>
        </w:rPr>
        <w:t xml:space="preserve"> </w:t>
      </w:r>
      <w:r w:rsidRPr="00E85698">
        <w:t>литературы.</w:t>
      </w:r>
    </w:p>
    <w:p w:rsidR="00624C8A" w:rsidRPr="00E85698" w:rsidRDefault="00CB6516">
      <w:pPr>
        <w:pStyle w:val="a5"/>
        <w:spacing w:line="292" w:lineRule="auto"/>
        <w:ind w:right="396" w:firstLine="180"/>
      </w:pPr>
      <w:r w:rsidRPr="00E85698">
        <w:t>Характеризовать особенности публицистического стиля (в том числе сферу употребления,</w:t>
      </w:r>
      <w:r w:rsidRPr="00E85698">
        <w:rPr>
          <w:spacing w:val="1"/>
        </w:rPr>
        <w:t xml:space="preserve"> </w:t>
      </w:r>
      <w:r w:rsidRPr="00E85698">
        <w:t>функции),</w:t>
      </w:r>
      <w:r w:rsidRPr="00E85698">
        <w:rPr>
          <w:spacing w:val="-6"/>
        </w:rPr>
        <w:t xml:space="preserve"> </w:t>
      </w:r>
      <w:r w:rsidRPr="00E85698">
        <w:t>употребления</w:t>
      </w:r>
      <w:r w:rsidRPr="00E85698">
        <w:rPr>
          <w:spacing w:val="-5"/>
        </w:rPr>
        <w:t xml:space="preserve"> </w:t>
      </w:r>
      <w:r w:rsidRPr="00E85698">
        <w:t>языковых</w:t>
      </w:r>
      <w:r w:rsidRPr="00E85698">
        <w:rPr>
          <w:spacing w:val="-5"/>
        </w:rPr>
        <w:t xml:space="preserve"> </w:t>
      </w:r>
      <w:r w:rsidRPr="00E85698">
        <w:t>средств</w:t>
      </w:r>
      <w:r w:rsidRPr="00E85698">
        <w:rPr>
          <w:spacing w:val="-6"/>
        </w:rPr>
        <w:t xml:space="preserve"> </w:t>
      </w:r>
      <w:r w:rsidRPr="00E85698">
        <w:t>выразительности</w:t>
      </w:r>
      <w:r w:rsidRPr="00E85698">
        <w:rPr>
          <w:spacing w:val="-5"/>
        </w:rPr>
        <w:t xml:space="preserve"> </w:t>
      </w:r>
      <w:r w:rsidRPr="00E85698">
        <w:t>в</w:t>
      </w:r>
      <w:r w:rsidRPr="00E85698">
        <w:rPr>
          <w:spacing w:val="-6"/>
        </w:rPr>
        <w:t xml:space="preserve"> </w:t>
      </w:r>
      <w:r w:rsidRPr="00E85698">
        <w:t>текстах</w:t>
      </w:r>
      <w:r w:rsidRPr="00E85698">
        <w:rPr>
          <w:spacing w:val="-5"/>
        </w:rPr>
        <w:t xml:space="preserve"> </w:t>
      </w:r>
      <w:r w:rsidRPr="00E85698">
        <w:t>публицистического</w:t>
      </w:r>
      <w:r w:rsidRPr="00E85698">
        <w:rPr>
          <w:spacing w:val="-5"/>
        </w:rPr>
        <w:t xml:space="preserve"> </w:t>
      </w:r>
      <w:r w:rsidRPr="00E85698">
        <w:t>стиля,</w:t>
      </w:r>
      <w:r w:rsidRPr="00E85698">
        <w:rPr>
          <w:spacing w:val="-57"/>
        </w:rPr>
        <w:t xml:space="preserve"> </w:t>
      </w:r>
      <w:r w:rsidRPr="00E85698">
        <w:t>нормы построения текстов публицистического стиля, особенности жанров (интервью, репортаж,</w:t>
      </w:r>
      <w:r w:rsidRPr="00E85698">
        <w:rPr>
          <w:spacing w:val="-57"/>
        </w:rPr>
        <w:t xml:space="preserve"> </w:t>
      </w:r>
      <w:r w:rsidRPr="00E85698">
        <w:t>заметка).</w:t>
      </w:r>
    </w:p>
    <w:p w:rsidR="00624C8A" w:rsidRPr="00E85698" w:rsidRDefault="00CB6516">
      <w:pPr>
        <w:pStyle w:val="a5"/>
        <w:spacing w:line="292" w:lineRule="auto"/>
        <w:ind w:firstLine="180"/>
      </w:pPr>
      <w:r w:rsidRPr="00E85698">
        <w:t>Создавать</w:t>
      </w:r>
      <w:r w:rsidRPr="00E85698">
        <w:rPr>
          <w:spacing w:val="-6"/>
        </w:rPr>
        <w:t xml:space="preserve"> </w:t>
      </w:r>
      <w:r w:rsidRPr="00E85698">
        <w:t>тексты</w:t>
      </w:r>
      <w:r w:rsidRPr="00E85698">
        <w:rPr>
          <w:spacing w:val="-4"/>
        </w:rPr>
        <w:t xml:space="preserve"> </w:t>
      </w:r>
      <w:r w:rsidRPr="00E85698">
        <w:t>публицистического</w:t>
      </w:r>
      <w:r w:rsidRPr="00E85698">
        <w:rPr>
          <w:spacing w:val="-5"/>
        </w:rPr>
        <w:t xml:space="preserve"> </w:t>
      </w:r>
      <w:r w:rsidRPr="00E85698">
        <w:t>стиля</w:t>
      </w:r>
      <w:r w:rsidRPr="00E85698">
        <w:rPr>
          <w:spacing w:val="-5"/>
        </w:rPr>
        <w:t xml:space="preserve"> </w:t>
      </w:r>
      <w:r w:rsidRPr="00E85698">
        <w:t>в</w:t>
      </w:r>
      <w:r w:rsidRPr="00E85698">
        <w:rPr>
          <w:spacing w:val="-6"/>
        </w:rPr>
        <w:t xml:space="preserve"> </w:t>
      </w:r>
      <w:r w:rsidRPr="00E85698">
        <w:t>жанре</w:t>
      </w:r>
      <w:r w:rsidRPr="00E85698">
        <w:rPr>
          <w:spacing w:val="-4"/>
        </w:rPr>
        <w:t xml:space="preserve"> </w:t>
      </w:r>
      <w:r w:rsidRPr="00E85698">
        <w:t>репортажа,</w:t>
      </w:r>
      <w:r w:rsidRPr="00E85698">
        <w:rPr>
          <w:spacing w:val="-5"/>
        </w:rPr>
        <w:t xml:space="preserve"> </w:t>
      </w:r>
      <w:r w:rsidRPr="00E85698">
        <w:t>заметки,</w:t>
      </w:r>
      <w:r w:rsidRPr="00E85698">
        <w:rPr>
          <w:spacing w:val="-4"/>
        </w:rPr>
        <w:t xml:space="preserve"> </w:t>
      </w:r>
      <w:r w:rsidRPr="00E85698">
        <w:t>интервью;</w:t>
      </w:r>
      <w:r w:rsidRPr="00E85698">
        <w:rPr>
          <w:spacing w:val="-6"/>
        </w:rPr>
        <w:t xml:space="preserve"> </w:t>
      </w:r>
      <w:r w:rsidRPr="00E85698">
        <w:t>оформлять</w:t>
      </w:r>
      <w:r w:rsidRPr="00E85698">
        <w:rPr>
          <w:spacing w:val="-57"/>
        </w:rPr>
        <w:t xml:space="preserve"> </w:t>
      </w:r>
      <w:r w:rsidRPr="00E85698">
        <w:t>деловые</w:t>
      </w:r>
      <w:r w:rsidRPr="00E85698">
        <w:rPr>
          <w:spacing w:val="-1"/>
        </w:rPr>
        <w:t xml:space="preserve"> </w:t>
      </w:r>
      <w:r w:rsidRPr="00E85698">
        <w:t>бумаги (инструкция).</w:t>
      </w:r>
    </w:p>
    <w:p w:rsidR="00624C8A" w:rsidRPr="00E85698" w:rsidRDefault="00CB6516">
      <w:pPr>
        <w:pStyle w:val="a5"/>
        <w:spacing w:line="275" w:lineRule="exact"/>
        <w:ind w:left="286"/>
      </w:pPr>
      <w:r w:rsidRPr="00E85698">
        <w:t>Владеть</w:t>
      </w:r>
      <w:r w:rsidRPr="00E85698">
        <w:rPr>
          <w:spacing w:val="-6"/>
        </w:rPr>
        <w:t xml:space="preserve"> </w:t>
      </w:r>
      <w:r w:rsidRPr="00E85698">
        <w:t>нормами</w:t>
      </w:r>
      <w:r w:rsidRPr="00E85698">
        <w:rPr>
          <w:spacing w:val="-4"/>
        </w:rPr>
        <w:t xml:space="preserve"> </w:t>
      </w:r>
      <w:r w:rsidRPr="00E85698">
        <w:t>построения</w:t>
      </w:r>
      <w:r w:rsidRPr="00E85698">
        <w:rPr>
          <w:spacing w:val="-5"/>
        </w:rPr>
        <w:t xml:space="preserve"> </w:t>
      </w:r>
      <w:r w:rsidRPr="00E85698">
        <w:t>текстов</w:t>
      </w:r>
      <w:r w:rsidRPr="00E85698">
        <w:rPr>
          <w:spacing w:val="-5"/>
        </w:rPr>
        <w:t xml:space="preserve"> </w:t>
      </w:r>
      <w:r w:rsidRPr="00E85698">
        <w:t>публицистического</w:t>
      </w:r>
      <w:r w:rsidRPr="00E85698">
        <w:rPr>
          <w:spacing w:val="-5"/>
        </w:rPr>
        <w:t xml:space="preserve"> </w:t>
      </w:r>
      <w:r w:rsidRPr="00E85698">
        <w:t>стиля.</w:t>
      </w:r>
    </w:p>
    <w:p w:rsidR="00624C8A" w:rsidRPr="00E85698" w:rsidRDefault="00CB6516">
      <w:pPr>
        <w:pStyle w:val="a5"/>
        <w:spacing w:before="57" w:line="292" w:lineRule="auto"/>
        <w:ind w:right="939" w:firstLine="180"/>
      </w:pPr>
      <w:r w:rsidRPr="00E85698">
        <w:t>Характеризовать особенности официально-делового стиля (в том числе сферу употребления,</w:t>
      </w:r>
      <w:r w:rsidRPr="00E85698">
        <w:rPr>
          <w:spacing w:val="-58"/>
        </w:rPr>
        <w:t xml:space="preserve"> </w:t>
      </w:r>
      <w:r w:rsidRPr="00E85698">
        <w:t>функции,</w:t>
      </w:r>
      <w:r w:rsidRPr="00E85698">
        <w:rPr>
          <w:spacing w:val="-1"/>
        </w:rPr>
        <w:t xml:space="preserve"> </w:t>
      </w:r>
      <w:r w:rsidRPr="00E85698">
        <w:t>языковые особенности),</w:t>
      </w:r>
      <w:r w:rsidRPr="00E85698">
        <w:rPr>
          <w:spacing w:val="-1"/>
        </w:rPr>
        <w:t xml:space="preserve"> </w:t>
      </w:r>
      <w:r w:rsidRPr="00E85698">
        <w:t>особенности жанра</w:t>
      </w:r>
      <w:r w:rsidRPr="00E85698">
        <w:rPr>
          <w:spacing w:val="-1"/>
        </w:rPr>
        <w:t xml:space="preserve"> </w:t>
      </w:r>
      <w:r w:rsidRPr="00E85698">
        <w:t>инструкции.</w:t>
      </w:r>
    </w:p>
    <w:p w:rsidR="00624C8A" w:rsidRPr="00E85698" w:rsidRDefault="00CB6516">
      <w:pPr>
        <w:pStyle w:val="a5"/>
        <w:spacing w:line="292" w:lineRule="auto"/>
        <w:ind w:right="533" w:firstLine="180"/>
      </w:pPr>
      <w:r w:rsidRPr="00E85698">
        <w:t>Применять знания о функциональных разновидностях языка при выполнении языкового анализа</w:t>
      </w:r>
      <w:r w:rsidRPr="00E85698">
        <w:rPr>
          <w:spacing w:val="-58"/>
        </w:rPr>
        <w:t xml:space="preserve"> </w:t>
      </w:r>
      <w:r w:rsidRPr="00E85698">
        <w:t>различных</w:t>
      </w:r>
      <w:r w:rsidRPr="00E85698">
        <w:rPr>
          <w:spacing w:val="-1"/>
        </w:rPr>
        <w:t xml:space="preserve"> </w:t>
      </w:r>
      <w:r w:rsidRPr="00E85698">
        <w:t>видов</w:t>
      </w:r>
      <w:r w:rsidRPr="00E85698">
        <w:rPr>
          <w:spacing w:val="-1"/>
        </w:rPr>
        <w:t xml:space="preserve"> </w:t>
      </w:r>
      <w:r w:rsidRPr="00E85698">
        <w:t>и в</w:t>
      </w:r>
      <w:r w:rsidRPr="00E85698">
        <w:rPr>
          <w:spacing w:val="-1"/>
        </w:rPr>
        <w:t xml:space="preserve"> </w:t>
      </w:r>
      <w:r w:rsidRPr="00E85698">
        <w:t>речевой практике.</w:t>
      </w:r>
    </w:p>
    <w:p w:rsidR="00624C8A" w:rsidRPr="00E85698" w:rsidRDefault="00CB6516">
      <w:pPr>
        <w:pStyle w:val="11"/>
        <w:spacing w:before="118"/>
      </w:pPr>
      <w:r w:rsidRPr="00E85698">
        <w:t>Система</w:t>
      </w:r>
      <w:r w:rsidRPr="00E85698">
        <w:rPr>
          <w:spacing w:val="-5"/>
        </w:rPr>
        <w:t xml:space="preserve"> </w:t>
      </w:r>
      <w:r w:rsidRPr="00E85698">
        <w:t>языка</w:t>
      </w:r>
    </w:p>
    <w:p w:rsidR="00624C8A" w:rsidRPr="00E85698" w:rsidRDefault="00CB6516">
      <w:pPr>
        <w:pStyle w:val="a5"/>
        <w:spacing w:before="60" w:line="292" w:lineRule="auto"/>
        <w:ind w:right="293" w:firstLine="180"/>
      </w:pPr>
      <w:r w:rsidRPr="00E85698">
        <w:t>Распознавать изученные орфограммы; проводить орфографический анализ слов; применять знания</w:t>
      </w:r>
      <w:r w:rsidRPr="00E85698">
        <w:rPr>
          <w:spacing w:val="-58"/>
        </w:rPr>
        <w:t xml:space="preserve"> </w:t>
      </w:r>
      <w:r w:rsidRPr="00E85698">
        <w:t>по</w:t>
      </w:r>
      <w:r w:rsidRPr="00E85698">
        <w:rPr>
          <w:spacing w:val="-1"/>
        </w:rPr>
        <w:t xml:space="preserve"> </w:t>
      </w:r>
      <w:r w:rsidRPr="00E85698">
        <w:t>орфографии в</w:t>
      </w:r>
      <w:r w:rsidRPr="00E85698">
        <w:rPr>
          <w:spacing w:val="-1"/>
        </w:rPr>
        <w:t xml:space="preserve"> </w:t>
      </w:r>
      <w:r w:rsidRPr="00E85698">
        <w:t>практике правописания.</w:t>
      </w:r>
    </w:p>
    <w:p w:rsidR="00624C8A" w:rsidRPr="00E85698" w:rsidRDefault="00CB6516">
      <w:pPr>
        <w:pStyle w:val="a5"/>
        <w:spacing w:line="292" w:lineRule="auto"/>
        <w:ind w:right="911" w:firstLine="180"/>
      </w:pPr>
      <w:r w:rsidRPr="00E85698">
        <w:t xml:space="preserve">Использовать знания по </w:t>
      </w:r>
      <w:proofErr w:type="spellStart"/>
      <w:r w:rsidRPr="00E85698">
        <w:t>морфемике</w:t>
      </w:r>
      <w:proofErr w:type="spellEnd"/>
      <w:r w:rsidRPr="00E85698">
        <w:t xml:space="preserve"> и словообразованию при выполнении языкового анализа</w:t>
      </w:r>
      <w:r w:rsidRPr="00E85698">
        <w:rPr>
          <w:spacing w:val="-58"/>
        </w:rPr>
        <w:t xml:space="preserve"> </w:t>
      </w:r>
      <w:r w:rsidRPr="00E85698">
        <w:t>различных</w:t>
      </w:r>
      <w:r w:rsidRPr="00E85698">
        <w:rPr>
          <w:spacing w:val="-1"/>
        </w:rPr>
        <w:t xml:space="preserve"> </w:t>
      </w:r>
      <w:r w:rsidRPr="00E85698">
        <w:t>видов</w:t>
      </w:r>
      <w:r w:rsidRPr="00E85698">
        <w:rPr>
          <w:spacing w:val="-1"/>
        </w:rPr>
        <w:t xml:space="preserve"> </w:t>
      </w:r>
      <w:r w:rsidRPr="00E85698">
        <w:t>и в</w:t>
      </w:r>
      <w:r w:rsidRPr="00E85698">
        <w:rPr>
          <w:spacing w:val="-1"/>
        </w:rPr>
        <w:t xml:space="preserve"> </w:t>
      </w:r>
      <w:r w:rsidRPr="00E85698">
        <w:t>практике правописания.</w:t>
      </w:r>
    </w:p>
    <w:p w:rsidR="00624C8A" w:rsidRPr="00E85698" w:rsidRDefault="00CB6516">
      <w:pPr>
        <w:pStyle w:val="a5"/>
        <w:spacing w:line="292" w:lineRule="auto"/>
        <w:ind w:firstLine="180"/>
      </w:pPr>
      <w:r w:rsidRPr="00E85698">
        <w:t>Объяснять</w:t>
      </w:r>
      <w:r w:rsidRPr="00E85698">
        <w:rPr>
          <w:spacing w:val="-5"/>
        </w:rPr>
        <w:t xml:space="preserve"> </w:t>
      </w:r>
      <w:r w:rsidRPr="00E85698">
        <w:t>значения</w:t>
      </w:r>
      <w:r w:rsidRPr="00E85698">
        <w:rPr>
          <w:spacing w:val="-4"/>
        </w:rPr>
        <w:t xml:space="preserve"> </w:t>
      </w:r>
      <w:r w:rsidRPr="00E85698">
        <w:t>фразеологизмов,</w:t>
      </w:r>
      <w:r w:rsidRPr="00E85698">
        <w:rPr>
          <w:spacing w:val="-4"/>
        </w:rPr>
        <w:t xml:space="preserve"> </w:t>
      </w:r>
      <w:r w:rsidRPr="00E85698">
        <w:t>пословиц</w:t>
      </w:r>
      <w:r w:rsidRPr="00E85698">
        <w:rPr>
          <w:spacing w:val="-3"/>
        </w:rPr>
        <w:t xml:space="preserve"> </w:t>
      </w:r>
      <w:r w:rsidRPr="00E85698">
        <w:t>и</w:t>
      </w:r>
      <w:r w:rsidRPr="00E85698">
        <w:rPr>
          <w:spacing w:val="-3"/>
        </w:rPr>
        <w:t xml:space="preserve"> </w:t>
      </w:r>
      <w:r w:rsidRPr="00E85698">
        <w:t>поговорок,</w:t>
      </w:r>
      <w:r w:rsidRPr="00E85698">
        <w:rPr>
          <w:spacing w:val="-4"/>
        </w:rPr>
        <w:t xml:space="preserve"> </w:t>
      </w:r>
      <w:r w:rsidRPr="00E85698">
        <w:t>афоризмов,</w:t>
      </w:r>
      <w:r w:rsidRPr="00E85698">
        <w:rPr>
          <w:spacing w:val="-3"/>
        </w:rPr>
        <w:t xml:space="preserve"> </w:t>
      </w:r>
      <w:r w:rsidRPr="00E85698">
        <w:t>крылатых</w:t>
      </w:r>
      <w:r w:rsidRPr="00E85698">
        <w:rPr>
          <w:spacing w:val="-3"/>
        </w:rPr>
        <w:t xml:space="preserve"> </w:t>
      </w:r>
      <w:r w:rsidRPr="00E85698">
        <w:t>слов</w:t>
      </w:r>
      <w:r w:rsidRPr="00E85698">
        <w:rPr>
          <w:spacing w:val="-5"/>
        </w:rPr>
        <w:t xml:space="preserve"> </w:t>
      </w:r>
      <w:r w:rsidRPr="00E85698">
        <w:t>(на</w:t>
      </w:r>
      <w:r w:rsidRPr="00E85698">
        <w:rPr>
          <w:spacing w:val="-3"/>
        </w:rPr>
        <w:t xml:space="preserve"> </w:t>
      </w:r>
      <w:r w:rsidRPr="00E85698">
        <w:t>основе</w:t>
      </w:r>
      <w:r w:rsidRPr="00E85698">
        <w:rPr>
          <w:spacing w:val="-57"/>
        </w:rPr>
        <w:t xml:space="preserve"> </w:t>
      </w:r>
      <w:r w:rsidRPr="00E85698">
        <w:t>изученного),</w:t>
      </w:r>
      <w:r w:rsidRPr="00E85698">
        <w:rPr>
          <w:spacing w:val="-2"/>
        </w:rPr>
        <w:t xml:space="preserve"> </w:t>
      </w:r>
      <w:r w:rsidRPr="00E85698">
        <w:t>в</w:t>
      </w:r>
      <w:r w:rsidRPr="00E85698">
        <w:rPr>
          <w:spacing w:val="-2"/>
        </w:rPr>
        <w:t xml:space="preserve"> </w:t>
      </w:r>
      <w:r w:rsidRPr="00E85698">
        <w:t>том</w:t>
      </w:r>
      <w:r w:rsidRPr="00E85698">
        <w:rPr>
          <w:spacing w:val="-1"/>
        </w:rPr>
        <w:t xml:space="preserve"> </w:t>
      </w:r>
      <w:r w:rsidRPr="00E85698">
        <w:t>числе</w:t>
      </w:r>
      <w:r w:rsidRPr="00E85698">
        <w:rPr>
          <w:spacing w:val="-1"/>
        </w:rPr>
        <w:t xml:space="preserve"> </w:t>
      </w:r>
      <w:r w:rsidRPr="00E85698">
        <w:t>с</w:t>
      </w:r>
      <w:r w:rsidRPr="00E85698">
        <w:rPr>
          <w:spacing w:val="-1"/>
        </w:rPr>
        <w:t xml:space="preserve"> </w:t>
      </w:r>
      <w:r w:rsidRPr="00E85698">
        <w:t>использованием</w:t>
      </w:r>
      <w:r w:rsidRPr="00E85698">
        <w:rPr>
          <w:spacing w:val="-1"/>
        </w:rPr>
        <w:t xml:space="preserve"> </w:t>
      </w:r>
      <w:r w:rsidRPr="00E85698">
        <w:t>фразеологических</w:t>
      </w:r>
      <w:r w:rsidRPr="00E85698">
        <w:rPr>
          <w:spacing w:val="-1"/>
        </w:rPr>
        <w:t xml:space="preserve"> </w:t>
      </w:r>
      <w:r w:rsidRPr="00E85698">
        <w:t>словарей</w:t>
      </w:r>
      <w:r w:rsidRPr="00E85698">
        <w:rPr>
          <w:spacing w:val="-2"/>
        </w:rPr>
        <w:t xml:space="preserve"> </w:t>
      </w:r>
      <w:r w:rsidRPr="00E85698">
        <w:t>русского</w:t>
      </w:r>
      <w:r w:rsidRPr="00E85698">
        <w:rPr>
          <w:spacing w:val="-1"/>
        </w:rPr>
        <w:t xml:space="preserve"> </w:t>
      </w:r>
      <w:r w:rsidRPr="00E85698">
        <w:t>языка.</w:t>
      </w:r>
    </w:p>
    <w:p w:rsidR="00624C8A" w:rsidRPr="00E85698" w:rsidRDefault="00CB6516">
      <w:pPr>
        <w:pStyle w:val="a5"/>
        <w:spacing w:line="292" w:lineRule="auto"/>
        <w:ind w:right="325" w:firstLine="180"/>
      </w:pPr>
      <w:r w:rsidRPr="00E85698">
        <w:t>Распознавать метафору, олицетворение, эпитет, гиперболу, литоту; понимать их коммуникативное</w:t>
      </w:r>
      <w:r w:rsidRPr="00E85698">
        <w:rPr>
          <w:spacing w:val="-58"/>
        </w:rPr>
        <w:t xml:space="preserve"> </w:t>
      </w:r>
      <w:r w:rsidRPr="00E85698">
        <w:t>назначение</w:t>
      </w:r>
      <w:r w:rsidRPr="00E85698">
        <w:rPr>
          <w:spacing w:val="-2"/>
        </w:rPr>
        <w:t xml:space="preserve"> </w:t>
      </w:r>
      <w:r w:rsidRPr="00E85698">
        <w:t>в</w:t>
      </w:r>
      <w:r w:rsidRPr="00E85698">
        <w:rPr>
          <w:spacing w:val="-3"/>
        </w:rPr>
        <w:t xml:space="preserve"> </w:t>
      </w:r>
      <w:r w:rsidRPr="00E85698">
        <w:t>художественном</w:t>
      </w:r>
      <w:r w:rsidRPr="00E85698">
        <w:rPr>
          <w:spacing w:val="-1"/>
        </w:rPr>
        <w:t xml:space="preserve"> </w:t>
      </w:r>
      <w:r w:rsidRPr="00E85698">
        <w:t>тексте</w:t>
      </w:r>
      <w:r w:rsidRPr="00E85698">
        <w:rPr>
          <w:spacing w:val="-2"/>
        </w:rPr>
        <w:t xml:space="preserve"> </w:t>
      </w:r>
      <w:r w:rsidRPr="00E85698">
        <w:t>и</w:t>
      </w:r>
      <w:r w:rsidRPr="00E85698">
        <w:rPr>
          <w:spacing w:val="-1"/>
        </w:rPr>
        <w:t xml:space="preserve"> </w:t>
      </w:r>
      <w:r w:rsidRPr="00E85698">
        <w:t>использовать</w:t>
      </w:r>
      <w:r w:rsidRPr="00E85698">
        <w:rPr>
          <w:spacing w:val="-3"/>
        </w:rPr>
        <w:t xml:space="preserve"> </w:t>
      </w:r>
      <w:r w:rsidRPr="00E85698">
        <w:t>в</w:t>
      </w:r>
      <w:r w:rsidRPr="00E85698">
        <w:rPr>
          <w:spacing w:val="-2"/>
        </w:rPr>
        <w:t xml:space="preserve"> </w:t>
      </w:r>
      <w:r w:rsidRPr="00E85698">
        <w:t>речи</w:t>
      </w:r>
      <w:r w:rsidRPr="00E85698">
        <w:rPr>
          <w:spacing w:val="-2"/>
        </w:rPr>
        <w:t xml:space="preserve"> </w:t>
      </w:r>
      <w:r w:rsidRPr="00E85698">
        <w:t>как</w:t>
      </w:r>
      <w:r w:rsidRPr="00E85698">
        <w:rPr>
          <w:spacing w:val="-3"/>
        </w:rPr>
        <w:t xml:space="preserve"> </w:t>
      </w:r>
      <w:r w:rsidRPr="00E85698">
        <w:t>средство</w:t>
      </w:r>
      <w:r w:rsidRPr="00E85698">
        <w:rPr>
          <w:spacing w:val="-1"/>
        </w:rPr>
        <w:t xml:space="preserve"> </w:t>
      </w:r>
      <w:r w:rsidRPr="00E85698">
        <w:t>выразительности.</w:t>
      </w:r>
    </w:p>
    <w:p w:rsidR="00624C8A" w:rsidRPr="00E85698" w:rsidRDefault="00CB6516">
      <w:pPr>
        <w:pStyle w:val="a5"/>
        <w:spacing w:line="292" w:lineRule="auto"/>
        <w:ind w:right="186" w:firstLine="180"/>
      </w:pPr>
      <w:r w:rsidRPr="00E85698">
        <w:t>Характеризовать слово с точки зрения сферы его употребления, происхождения, активного и</w:t>
      </w:r>
      <w:r w:rsidRPr="00E85698">
        <w:rPr>
          <w:spacing w:val="1"/>
        </w:rPr>
        <w:t xml:space="preserve"> </w:t>
      </w:r>
      <w:r w:rsidRPr="00E85698">
        <w:t>пассивного запаса и стилистической окраски; проводить лексический анализ слов; применять знания</w:t>
      </w:r>
      <w:r w:rsidRPr="00E85698">
        <w:rPr>
          <w:spacing w:val="1"/>
        </w:rPr>
        <w:t xml:space="preserve"> </w:t>
      </w:r>
      <w:r w:rsidRPr="00E85698">
        <w:t>по</w:t>
      </w:r>
      <w:r w:rsidRPr="00E85698">
        <w:rPr>
          <w:spacing w:val="-3"/>
        </w:rPr>
        <w:t xml:space="preserve"> </w:t>
      </w:r>
      <w:r w:rsidRPr="00E85698">
        <w:t>лексике</w:t>
      </w:r>
      <w:r w:rsidRPr="00E85698">
        <w:rPr>
          <w:spacing w:val="-3"/>
        </w:rPr>
        <w:t xml:space="preserve"> </w:t>
      </w:r>
      <w:r w:rsidRPr="00E85698">
        <w:t>и</w:t>
      </w:r>
      <w:r w:rsidRPr="00E85698">
        <w:rPr>
          <w:spacing w:val="-2"/>
        </w:rPr>
        <w:t xml:space="preserve"> </w:t>
      </w:r>
      <w:r w:rsidRPr="00E85698">
        <w:t>фразеологии</w:t>
      </w:r>
      <w:r w:rsidRPr="00E85698">
        <w:rPr>
          <w:spacing w:val="-3"/>
        </w:rPr>
        <w:t xml:space="preserve"> </w:t>
      </w:r>
      <w:r w:rsidRPr="00E85698">
        <w:t>при</w:t>
      </w:r>
      <w:r w:rsidRPr="00E85698">
        <w:rPr>
          <w:spacing w:val="-3"/>
        </w:rPr>
        <w:t xml:space="preserve"> </w:t>
      </w:r>
      <w:r w:rsidRPr="00E85698">
        <w:t>выполнении</w:t>
      </w:r>
      <w:r w:rsidRPr="00E85698">
        <w:rPr>
          <w:spacing w:val="-2"/>
        </w:rPr>
        <w:t xml:space="preserve"> </w:t>
      </w:r>
      <w:r w:rsidRPr="00E85698">
        <w:t>языкового</w:t>
      </w:r>
      <w:r w:rsidRPr="00E85698">
        <w:rPr>
          <w:spacing w:val="-3"/>
        </w:rPr>
        <w:t xml:space="preserve"> </w:t>
      </w:r>
      <w:r w:rsidRPr="00E85698">
        <w:t>анализа</w:t>
      </w:r>
      <w:r w:rsidRPr="00E85698">
        <w:rPr>
          <w:spacing w:val="-3"/>
        </w:rPr>
        <w:t xml:space="preserve"> </w:t>
      </w:r>
      <w:r w:rsidRPr="00E85698">
        <w:t>различных</w:t>
      </w:r>
      <w:r w:rsidRPr="00E85698">
        <w:rPr>
          <w:spacing w:val="-2"/>
        </w:rPr>
        <w:t xml:space="preserve"> </w:t>
      </w:r>
      <w:r w:rsidRPr="00E85698">
        <w:t>видов</w:t>
      </w:r>
      <w:r w:rsidRPr="00E85698">
        <w:rPr>
          <w:spacing w:val="-4"/>
        </w:rPr>
        <w:t xml:space="preserve"> </w:t>
      </w:r>
      <w:r w:rsidRPr="00E85698">
        <w:t>и</w:t>
      </w:r>
      <w:r w:rsidRPr="00E85698">
        <w:rPr>
          <w:spacing w:val="-2"/>
        </w:rPr>
        <w:t xml:space="preserve"> </w:t>
      </w:r>
      <w:r w:rsidRPr="00E85698">
        <w:t>в</w:t>
      </w:r>
      <w:r w:rsidRPr="00E85698">
        <w:rPr>
          <w:spacing w:val="-4"/>
        </w:rPr>
        <w:t xml:space="preserve"> </w:t>
      </w:r>
      <w:r w:rsidRPr="00E85698">
        <w:t>речевой</w:t>
      </w:r>
      <w:r w:rsidRPr="00E85698">
        <w:rPr>
          <w:spacing w:val="-3"/>
        </w:rPr>
        <w:t xml:space="preserve"> </w:t>
      </w:r>
      <w:r w:rsidRPr="00E85698">
        <w:t>практике.</w:t>
      </w:r>
    </w:p>
    <w:p w:rsidR="00624C8A" w:rsidRPr="00E85698" w:rsidRDefault="00CB6516">
      <w:pPr>
        <w:pStyle w:val="a5"/>
        <w:spacing w:line="292" w:lineRule="auto"/>
        <w:ind w:firstLine="180"/>
      </w:pPr>
      <w:r w:rsidRPr="00E85698">
        <w:t>Распознавать</w:t>
      </w:r>
      <w:r w:rsidRPr="00E85698">
        <w:rPr>
          <w:spacing w:val="-6"/>
        </w:rPr>
        <w:t xml:space="preserve"> </w:t>
      </w:r>
      <w:r w:rsidRPr="00E85698">
        <w:t>омонимию</w:t>
      </w:r>
      <w:r w:rsidRPr="00E85698">
        <w:rPr>
          <w:spacing w:val="-5"/>
        </w:rPr>
        <w:t xml:space="preserve"> </w:t>
      </w:r>
      <w:r w:rsidRPr="00E85698">
        <w:t>слов</w:t>
      </w:r>
      <w:r w:rsidRPr="00E85698">
        <w:rPr>
          <w:spacing w:val="-5"/>
        </w:rPr>
        <w:t xml:space="preserve"> </w:t>
      </w:r>
      <w:r w:rsidRPr="00E85698">
        <w:t>разных</w:t>
      </w:r>
      <w:r w:rsidRPr="00E85698">
        <w:rPr>
          <w:spacing w:val="-4"/>
        </w:rPr>
        <w:t xml:space="preserve"> </w:t>
      </w:r>
      <w:r w:rsidRPr="00E85698">
        <w:t>частей</w:t>
      </w:r>
      <w:r w:rsidRPr="00E85698">
        <w:rPr>
          <w:spacing w:val="-4"/>
        </w:rPr>
        <w:t xml:space="preserve"> </w:t>
      </w:r>
      <w:r w:rsidRPr="00E85698">
        <w:t>речи;</w:t>
      </w:r>
      <w:r w:rsidRPr="00E85698">
        <w:rPr>
          <w:spacing w:val="-5"/>
        </w:rPr>
        <w:t xml:space="preserve"> </w:t>
      </w:r>
      <w:r w:rsidRPr="00E85698">
        <w:t>различать</w:t>
      </w:r>
      <w:r w:rsidRPr="00E85698">
        <w:rPr>
          <w:spacing w:val="-5"/>
        </w:rPr>
        <w:t xml:space="preserve"> </w:t>
      </w:r>
      <w:r w:rsidRPr="00E85698">
        <w:t>лексическую</w:t>
      </w:r>
      <w:r w:rsidRPr="00E85698">
        <w:rPr>
          <w:spacing w:val="-5"/>
        </w:rPr>
        <w:t xml:space="preserve"> </w:t>
      </w:r>
      <w:r w:rsidRPr="00E85698">
        <w:t>и</w:t>
      </w:r>
      <w:r w:rsidRPr="00E85698">
        <w:rPr>
          <w:spacing w:val="-4"/>
        </w:rPr>
        <w:t xml:space="preserve"> </w:t>
      </w:r>
      <w:r w:rsidRPr="00E85698">
        <w:t>грамматическую</w:t>
      </w:r>
      <w:r w:rsidRPr="00E85698">
        <w:rPr>
          <w:spacing w:val="-57"/>
        </w:rPr>
        <w:t xml:space="preserve"> </w:t>
      </w:r>
      <w:r w:rsidRPr="00E85698">
        <w:t>омонимию;</w:t>
      </w:r>
      <w:r w:rsidRPr="00E85698">
        <w:rPr>
          <w:spacing w:val="-2"/>
        </w:rPr>
        <w:t xml:space="preserve"> </w:t>
      </w:r>
      <w:r w:rsidRPr="00E85698">
        <w:t>понимать</w:t>
      </w:r>
      <w:r w:rsidRPr="00E85698">
        <w:rPr>
          <w:spacing w:val="-1"/>
        </w:rPr>
        <w:t xml:space="preserve"> </w:t>
      </w:r>
      <w:r w:rsidRPr="00E85698">
        <w:t>особенности употребления</w:t>
      </w:r>
      <w:r w:rsidRPr="00E85698">
        <w:rPr>
          <w:spacing w:val="-2"/>
        </w:rPr>
        <w:t xml:space="preserve"> </w:t>
      </w:r>
      <w:r w:rsidRPr="00E85698">
        <w:t>омонимов</w:t>
      </w:r>
      <w:r w:rsidRPr="00E85698">
        <w:rPr>
          <w:spacing w:val="-1"/>
        </w:rPr>
        <w:t xml:space="preserve"> </w:t>
      </w:r>
      <w:r w:rsidRPr="00E85698">
        <w:t>в</w:t>
      </w:r>
      <w:r w:rsidRPr="00E85698">
        <w:rPr>
          <w:spacing w:val="-1"/>
        </w:rPr>
        <w:t xml:space="preserve"> </w:t>
      </w:r>
      <w:r w:rsidRPr="00E85698">
        <w:t>речи.</w:t>
      </w:r>
    </w:p>
    <w:p w:rsidR="00624C8A" w:rsidRPr="00E85698" w:rsidRDefault="00CB6516">
      <w:pPr>
        <w:pStyle w:val="a5"/>
        <w:spacing w:line="275" w:lineRule="exact"/>
        <w:ind w:left="286"/>
      </w:pPr>
      <w:r w:rsidRPr="00E85698">
        <w:t>Использовать</w:t>
      </w:r>
      <w:r w:rsidRPr="00E85698">
        <w:rPr>
          <w:spacing w:val="-5"/>
        </w:rPr>
        <w:t xml:space="preserve"> </w:t>
      </w:r>
      <w:r w:rsidRPr="00E85698">
        <w:t>грамматические</w:t>
      </w:r>
      <w:r w:rsidRPr="00E85698">
        <w:rPr>
          <w:spacing w:val="-4"/>
        </w:rPr>
        <w:t xml:space="preserve"> </w:t>
      </w:r>
      <w:r w:rsidRPr="00E85698">
        <w:t>словари</w:t>
      </w:r>
      <w:r w:rsidRPr="00E85698">
        <w:rPr>
          <w:spacing w:val="-4"/>
        </w:rPr>
        <w:t xml:space="preserve"> </w:t>
      </w:r>
      <w:r w:rsidRPr="00E85698">
        <w:t>и</w:t>
      </w:r>
      <w:r w:rsidRPr="00E85698">
        <w:rPr>
          <w:spacing w:val="-4"/>
        </w:rPr>
        <w:t xml:space="preserve"> </w:t>
      </w:r>
      <w:r w:rsidRPr="00E85698">
        <w:t>справочники</w:t>
      </w:r>
      <w:r w:rsidRPr="00E85698">
        <w:rPr>
          <w:spacing w:val="-4"/>
        </w:rPr>
        <w:t xml:space="preserve"> </w:t>
      </w:r>
      <w:r w:rsidRPr="00E85698">
        <w:t>в</w:t>
      </w:r>
      <w:r w:rsidRPr="00E85698">
        <w:rPr>
          <w:spacing w:val="-5"/>
        </w:rPr>
        <w:t xml:space="preserve"> </w:t>
      </w:r>
      <w:r w:rsidRPr="00E85698">
        <w:t>речевой</w:t>
      </w:r>
      <w:r w:rsidRPr="00E85698">
        <w:rPr>
          <w:spacing w:val="-4"/>
        </w:rPr>
        <w:t xml:space="preserve"> </w:t>
      </w:r>
      <w:r w:rsidRPr="00E85698">
        <w:t>практике.</w:t>
      </w:r>
    </w:p>
    <w:p w:rsidR="00624C8A" w:rsidRPr="00E85698" w:rsidRDefault="00CB6516">
      <w:pPr>
        <w:pStyle w:val="11"/>
        <w:spacing w:before="173"/>
      </w:pPr>
      <w:r w:rsidRPr="00E85698">
        <w:t>Морфология.</w:t>
      </w:r>
      <w:r w:rsidRPr="00E85698">
        <w:rPr>
          <w:spacing w:val="-5"/>
        </w:rPr>
        <w:t xml:space="preserve"> </w:t>
      </w:r>
      <w:r w:rsidRPr="00E85698">
        <w:t>Культура</w:t>
      </w:r>
      <w:r w:rsidRPr="00E85698">
        <w:rPr>
          <w:spacing w:val="-4"/>
        </w:rPr>
        <w:t xml:space="preserve"> </w:t>
      </w:r>
      <w:r w:rsidRPr="00E85698">
        <w:t>речи</w:t>
      </w:r>
    </w:p>
    <w:p w:rsidR="00624C8A" w:rsidRPr="00E85698" w:rsidRDefault="00624C8A">
      <w:pPr>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firstLine="180"/>
      </w:pPr>
      <w:r w:rsidRPr="00E85698">
        <w:lastRenderedPageBreak/>
        <w:t>Распознавать причастия и деепричастия, наречия, служебные слова (предлоги, союзы, частицы),</w:t>
      </w:r>
      <w:r w:rsidRPr="00E85698">
        <w:rPr>
          <w:spacing w:val="1"/>
        </w:rPr>
        <w:t xml:space="preserve"> </w:t>
      </w:r>
      <w:r w:rsidRPr="00E85698">
        <w:t>междометия,</w:t>
      </w:r>
      <w:r w:rsidRPr="00E85698">
        <w:rPr>
          <w:spacing w:val="-5"/>
        </w:rPr>
        <w:t xml:space="preserve"> </w:t>
      </w:r>
      <w:r w:rsidRPr="00E85698">
        <w:t>звукоподражательные</w:t>
      </w:r>
      <w:r w:rsidRPr="00E85698">
        <w:rPr>
          <w:spacing w:val="-4"/>
        </w:rPr>
        <w:t xml:space="preserve"> </w:t>
      </w:r>
      <w:r w:rsidRPr="00E85698">
        <w:t>слова</w:t>
      </w:r>
      <w:r w:rsidRPr="00E85698">
        <w:rPr>
          <w:spacing w:val="-4"/>
        </w:rPr>
        <w:t xml:space="preserve"> </w:t>
      </w:r>
      <w:r w:rsidRPr="00E85698">
        <w:t>и</w:t>
      </w:r>
      <w:r w:rsidRPr="00E85698">
        <w:rPr>
          <w:spacing w:val="-5"/>
        </w:rPr>
        <w:t xml:space="preserve"> </w:t>
      </w:r>
      <w:r w:rsidRPr="00E85698">
        <w:t>проводить</w:t>
      </w:r>
      <w:r w:rsidRPr="00E85698">
        <w:rPr>
          <w:spacing w:val="-5"/>
        </w:rPr>
        <w:t xml:space="preserve"> </w:t>
      </w:r>
      <w:r w:rsidRPr="00E85698">
        <w:t>их</w:t>
      </w:r>
      <w:r w:rsidRPr="00E85698">
        <w:rPr>
          <w:spacing w:val="-4"/>
        </w:rPr>
        <w:t xml:space="preserve"> </w:t>
      </w:r>
      <w:r w:rsidRPr="00E85698">
        <w:t>морфологический</w:t>
      </w:r>
      <w:r w:rsidRPr="00E85698">
        <w:rPr>
          <w:spacing w:val="-5"/>
        </w:rPr>
        <w:t xml:space="preserve"> </w:t>
      </w:r>
      <w:r w:rsidRPr="00E85698">
        <w:t>анализ:</w:t>
      </w:r>
      <w:r w:rsidRPr="00E85698">
        <w:rPr>
          <w:spacing w:val="-5"/>
        </w:rPr>
        <w:t xml:space="preserve"> </w:t>
      </w:r>
      <w:r w:rsidRPr="00E85698">
        <w:t>определять</w:t>
      </w:r>
      <w:r w:rsidRPr="00E85698">
        <w:rPr>
          <w:spacing w:val="-5"/>
        </w:rPr>
        <w:t xml:space="preserve"> </w:t>
      </w:r>
      <w:r w:rsidRPr="00E85698">
        <w:t>общее</w:t>
      </w:r>
      <w:r w:rsidRPr="00E85698">
        <w:rPr>
          <w:spacing w:val="-57"/>
        </w:rPr>
        <w:t xml:space="preserve"> </w:t>
      </w:r>
      <w:r w:rsidRPr="00E85698">
        <w:t>грамматическое</w:t>
      </w:r>
      <w:r w:rsidRPr="00E85698">
        <w:rPr>
          <w:spacing w:val="-1"/>
        </w:rPr>
        <w:t xml:space="preserve"> </w:t>
      </w:r>
      <w:r w:rsidRPr="00E85698">
        <w:t>значение,</w:t>
      </w:r>
      <w:r w:rsidRPr="00E85698">
        <w:rPr>
          <w:spacing w:val="-1"/>
        </w:rPr>
        <w:t xml:space="preserve"> </w:t>
      </w:r>
      <w:r w:rsidRPr="00E85698">
        <w:t>морфологические</w:t>
      </w:r>
      <w:r w:rsidRPr="00E85698">
        <w:rPr>
          <w:spacing w:val="-1"/>
        </w:rPr>
        <w:t xml:space="preserve"> </w:t>
      </w:r>
      <w:r w:rsidRPr="00E85698">
        <w:t>признаки,</w:t>
      </w:r>
      <w:r w:rsidRPr="00E85698">
        <w:rPr>
          <w:spacing w:val="-1"/>
        </w:rPr>
        <w:t xml:space="preserve"> </w:t>
      </w:r>
      <w:r w:rsidRPr="00E85698">
        <w:t>синтаксические функции.</w:t>
      </w:r>
    </w:p>
    <w:p w:rsidR="00624C8A" w:rsidRPr="00E85698" w:rsidRDefault="00CB6516">
      <w:pPr>
        <w:pStyle w:val="11"/>
        <w:spacing w:line="274" w:lineRule="exact"/>
      </w:pPr>
      <w:r w:rsidRPr="00E85698">
        <w:t>Причастие</w:t>
      </w:r>
    </w:p>
    <w:p w:rsidR="00624C8A" w:rsidRPr="00E85698" w:rsidRDefault="00CB6516">
      <w:pPr>
        <w:pStyle w:val="a5"/>
        <w:spacing w:before="60" w:line="292" w:lineRule="auto"/>
        <w:ind w:firstLine="180"/>
      </w:pPr>
      <w:r w:rsidRPr="00E85698">
        <w:t>Характеризовать</w:t>
      </w:r>
      <w:r w:rsidRPr="00E85698">
        <w:rPr>
          <w:spacing w:val="-5"/>
        </w:rPr>
        <w:t xml:space="preserve"> </w:t>
      </w:r>
      <w:r w:rsidRPr="00E85698">
        <w:t>причастия</w:t>
      </w:r>
      <w:r w:rsidRPr="00E85698">
        <w:rPr>
          <w:spacing w:val="-4"/>
        </w:rPr>
        <w:t xml:space="preserve"> </w:t>
      </w:r>
      <w:r w:rsidRPr="00E85698">
        <w:t>как</w:t>
      </w:r>
      <w:r w:rsidRPr="00E85698">
        <w:rPr>
          <w:spacing w:val="-4"/>
        </w:rPr>
        <w:t xml:space="preserve"> </w:t>
      </w:r>
      <w:r w:rsidRPr="00E85698">
        <w:t>особую</w:t>
      </w:r>
      <w:r w:rsidRPr="00E85698">
        <w:rPr>
          <w:spacing w:val="-4"/>
        </w:rPr>
        <w:t xml:space="preserve"> </w:t>
      </w:r>
      <w:r w:rsidRPr="00E85698">
        <w:t>группу</w:t>
      </w:r>
      <w:r w:rsidRPr="00E85698">
        <w:rPr>
          <w:spacing w:val="-4"/>
        </w:rPr>
        <w:t xml:space="preserve"> </w:t>
      </w:r>
      <w:r w:rsidRPr="00E85698">
        <w:t>слов.</w:t>
      </w:r>
      <w:r w:rsidRPr="00E85698">
        <w:rPr>
          <w:spacing w:val="-3"/>
        </w:rPr>
        <w:t xml:space="preserve"> </w:t>
      </w:r>
      <w:r w:rsidRPr="00E85698">
        <w:t>Определять</w:t>
      </w:r>
      <w:r w:rsidRPr="00E85698">
        <w:rPr>
          <w:spacing w:val="-4"/>
        </w:rPr>
        <w:t xml:space="preserve"> </w:t>
      </w:r>
      <w:r w:rsidRPr="00E85698">
        <w:t>признаки</w:t>
      </w:r>
      <w:r w:rsidRPr="00E85698">
        <w:rPr>
          <w:spacing w:val="-4"/>
        </w:rPr>
        <w:t xml:space="preserve"> </w:t>
      </w:r>
      <w:r w:rsidRPr="00E85698">
        <w:t>глагола</w:t>
      </w:r>
      <w:r w:rsidRPr="00E85698">
        <w:rPr>
          <w:spacing w:val="-3"/>
        </w:rPr>
        <w:t xml:space="preserve"> </w:t>
      </w:r>
      <w:r w:rsidRPr="00E85698">
        <w:t>и</w:t>
      </w:r>
      <w:r w:rsidRPr="00E85698">
        <w:rPr>
          <w:spacing w:val="-3"/>
        </w:rPr>
        <w:t xml:space="preserve"> </w:t>
      </w:r>
      <w:r w:rsidRPr="00E85698">
        <w:t>имени</w:t>
      </w:r>
      <w:r w:rsidRPr="00E85698">
        <w:rPr>
          <w:spacing w:val="-57"/>
        </w:rPr>
        <w:t xml:space="preserve"> </w:t>
      </w:r>
      <w:r w:rsidRPr="00E85698">
        <w:t>прилагательного</w:t>
      </w:r>
      <w:r w:rsidRPr="00E85698">
        <w:rPr>
          <w:spacing w:val="-1"/>
        </w:rPr>
        <w:t xml:space="preserve"> </w:t>
      </w:r>
      <w:r w:rsidRPr="00E85698">
        <w:t>в</w:t>
      </w:r>
      <w:r w:rsidRPr="00E85698">
        <w:rPr>
          <w:spacing w:val="-1"/>
        </w:rPr>
        <w:t xml:space="preserve"> </w:t>
      </w:r>
      <w:r w:rsidRPr="00E85698">
        <w:t>причастии.</w:t>
      </w:r>
    </w:p>
    <w:p w:rsidR="00624C8A" w:rsidRPr="00E85698" w:rsidRDefault="00CB6516">
      <w:pPr>
        <w:pStyle w:val="a5"/>
        <w:spacing w:line="292" w:lineRule="auto"/>
        <w:ind w:right="800" w:firstLine="180"/>
      </w:pPr>
      <w:r w:rsidRPr="00E85698">
        <w:t>Распознавать причастия настоящего и прошедшего времени, действительные и страдательные</w:t>
      </w:r>
      <w:r w:rsidRPr="00E85698">
        <w:rPr>
          <w:spacing w:val="-58"/>
        </w:rPr>
        <w:t xml:space="preserve"> </w:t>
      </w:r>
      <w:r w:rsidRPr="00E85698">
        <w:t>причастия.</w:t>
      </w:r>
      <w:r w:rsidRPr="00E85698">
        <w:rPr>
          <w:spacing w:val="-3"/>
        </w:rPr>
        <w:t xml:space="preserve"> </w:t>
      </w:r>
      <w:r w:rsidRPr="00E85698">
        <w:t>Различать</w:t>
      </w:r>
      <w:r w:rsidRPr="00E85698">
        <w:rPr>
          <w:spacing w:val="-4"/>
        </w:rPr>
        <w:t xml:space="preserve"> </w:t>
      </w:r>
      <w:r w:rsidRPr="00E85698">
        <w:t>и</w:t>
      </w:r>
      <w:r w:rsidRPr="00E85698">
        <w:rPr>
          <w:spacing w:val="-2"/>
        </w:rPr>
        <w:t xml:space="preserve"> </w:t>
      </w:r>
      <w:r w:rsidRPr="00E85698">
        <w:t>характеризовать</w:t>
      </w:r>
      <w:r w:rsidRPr="00E85698">
        <w:rPr>
          <w:spacing w:val="-4"/>
        </w:rPr>
        <w:t xml:space="preserve"> </w:t>
      </w:r>
      <w:r w:rsidRPr="00E85698">
        <w:t>полные</w:t>
      </w:r>
      <w:r w:rsidRPr="00E85698">
        <w:rPr>
          <w:spacing w:val="-2"/>
        </w:rPr>
        <w:t xml:space="preserve"> </w:t>
      </w:r>
      <w:r w:rsidRPr="00E85698">
        <w:t>и</w:t>
      </w:r>
      <w:r w:rsidRPr="00E85698">
        <w:rPr>
          <w:spacing w:val="-3"/>
        </w:rPr>
        <w:t xml:space="preserve"> </w:t>
      </w:r>
      <w:r w:rsidRPr="00E85698">
        <w:t>краткие</w:t>
      </w:r>
      <w:r w:rsidRPr="00E85698">
        <w:rPr>
          <w:spacing w:val="-3"/>
        </w:rPr>
        <w:t xml:space="preserve"> </w:t>
      </w:r>
      <w:r w:rsidRPr="00E85698">
        <w:t>формы</w:t>
      </w:r>
      <w:r w:rsidRPr="00E85698">
        <w:rPr>
          <w:spacing w:val="-2"/>
        </w:rPr>
        <w:t xml:space="preserve"> </w:t>
      </w:r>
      <w:r w:rsidRPr="00E85698">
        <w:t>страдательных</w:t>
      </w:r>
      <w:r w:rsidRPr="00E85698">
        <w:rPr>
          <w:spacing w:val="-3"/>
        </w:rPr>
        <w:t xml:space="preserve"> </w:t>
      </w:r>
      <w:r w:rsidRPr="00E85698">
        <w:t>причастий.</w:t>
      </w:r>
    </w:p>
    <w:p w:rsidR="00624C8A" w:rsidRPr="00E85698" w:rsidRDefault="00CB6516">
      <w:pPr>
        <w:pStyle w:val="a5"/>
        <w:spacing w:line="275" w:lineRule="exact"/>
      </w:pPr>
      <w:r w:rsidRPr="00E85698">
        <w:t>Склонять</w:t>
      </w:r>
      <w:r w:rsidRPr="00E85698">
        <w:rPr>
          <w:spacing w:val="-6"/>
        </w:rPr>
        <w:t xml:space="preserve"> </w:t>
      </w:r>
      <w:r w:rsidRPr="00E85698">
        <w:t>причастия.</w:t>
      </w:r>
    </w:p>
    <w:p w:rsidR="00624C8A" w:rsidRPr="00E85698" w:rsidRDefault="00CB6516">
      <w:pPr>
        <w:pStyle w:val="a5"/>
        <w:spacing w:before="59"/>
        <w:ind w:left="286"/>
      </w:pPr>
      <w:r w:rsidRPr="00E85698">
        <w:t>Проводить</w:t>
      </w:r>
      <w:r w:rsidRPr="00E85698">
        <w:rPr>
          <w:spacing w:val="-5"/>
        </w:rPr>
        <w:t xml:space="preserve"> </w:t>
      </w:r>
      <w:r w:rsidRPr="00E85698">
        <w:t>морфологический</w:t>
      </w:r>
      <w:r w:rsidRPr="00E85698">
        <w:rPr>
          <w:spacing w:val="-3"/>
        </w:rPr>
        <w:t xml:space="preserve"> </w:t>
      </w:r>
      <w:r w:rsidRPr="00E85698">
        <w:t>анализ</w:t>
      </w:r>
      <w:r w:rsidRPr="00E85698">
        <w:rPr>
          <w:spacing w:val="-4"/>
        </w:rPr>
        <w:t xml:space="preserve"> </w:t>
      </w:r>
      <w:r w:rsidRPr="00E85698">
        <w:t>причастий,</w:t>
      </w:r>
      <w:r w:rsidRPr="00E85698">
        <w:rPr>
          <w:spacing w:val="-3"/>
        </w:rPr>
        <w:t xml:space="preserve"> </w:t>
      </w:r>
      <w:r w:rsidRPr="00E85698">
        <w:t>применять</w:t>
      </w:r>
      <w:r w:rsidRPr="00E85698">
        <w:rPr>
          <w:spacing w:val="-4"/>
        </w:rPr>
        <w:t xml:space="preserve"> </w:t>
      </w:r>
      <w:r w:rsidRPr="00E85698">
        <w:t>это</w:t>
      </w:r>
      <w:r w:rsidRPr="00E85698">
        <w:rPr>
          <w:spacing w:val="-3"/>
        </w:rPr>
        <w:t xml:space="preserve"> </w:t>
      </w:r>
      <w:r w:rsidRPr="00E85698">
        <w:t>умение</w:t>
      </w:r>
      <w:r w:rsidRPr="00E85698">
        <w:rPr>
          <w:spacing w:val="-3"/>
        </w:rPr>
        <w:t xml:space="preserve"> </w:t>
      </w:r>
      <w:r w:rsidRPr="00E85698">
        <w:t>в</w:t>
      </w:r>
      <w:r w:rsidRPr="00E85698">
        <w:rPr>
          <w:spacing w:val="-4"/>
        </w:rPr>
        <w:t xml:space="preserve"> </w:t>
      </w:r>
      <w:r w:rsidRPr="00E85698">
        <w:t>речевой</w:t>
      </w:r>
      <w:r w:rsidRPr="00E85698">
        <w:rPr>
          <w:spacing w:val="-3"/>
        </w:rPr>
        <w:t xml:space="preserve"> </w:t>
      </w:r>
      <w:r w:rsidRPr="00E85698">
        <w:t>практике.</w:t>
      </w:r>
    </w:p>
    <w:p w:rsidR="00624C8A" w:rsidRPr="00E85698" w:rsidRDefault="00CB6516">
      <w:pPr>
        <w:pStyle w:val="a5"/>
        <w:spacing w:before="60" w:line="292" w:lineRule="auto"/>
        <w:ind w:right="607" w:firstLine="180"/>
      </w:pPr>
      <w:r w:rsidRPr="00E85698">
        <w:t>Составлять словосочетания с причастием в роли зависимого слова. Конструировать причастные</w:t>
      </w:r>
      <w:r w:rsidRPr="00E85698">
        <w:rPr>
          <w:spacing w:val="-58"/>
        </w:rPr>
        <w:t xml:space="preserve"> </w:t>
      </w:r>
      <w:r w:rsidRPr="00E85698">
        <w:t>обороты.</w:t>
      </w:r>
      <w:r w:rsidRPr="00E85698">
        <w:rPr>
          <w:spacing w:val="-1"/>
        </w:rPr>
        <w:t xml:space="preserve"> </w:t>
      </w:r>
      <w:r w:rsidRPr="00E85698">
        <w:t>Определять</w:t>
      </w:r>
      <w:r w:rsidRPr="00E85698">
        <w:rPr>
          <w:spacing w:val="-1"/>
        </w:rPr>
        <w:t xml:space="preserve"> </w:t>
      </w:r>
      <w:r w:rsidRPr="00E85698">
        <w:t>роль</w:t>
      </w:r>
      <w:r w:rsidRPr="00E85698">
        <w:rPr>
          <w:spacing w:val="-1"/>
        </w:rPr>
        <w:t xml:space="preserve"> </w:t>
      </w:r>
      <w:r w:rsidRPr="00E85698">
        <w:t>причастия</w:t>
      </w:r>
      <w:r w:rsidRPr="00E85698">
        <w:rPr>
          <w:spacing w:val="-1"/>
        </w:rPr>
        <w:t xml:space="preserve"> </w:t>
      </w:r>
      <w:r w:rsidRPr="00E85698">
        <w:t>в</w:t>
      </w:r>
      <w:r w:rsidRPr="00E85698">
        <w:rPr>
          <w:spacing w:val="-2"/>
        </w:rPr>
        <w:t xml:space="preserve"> </w:t>
      </w:r>
      <w:r w:rsidRPr="00E85698">
        <w:t>предложении.</w:t>
      </w:r>
    </w:p>
    <w:p w:rsidR="00624C8A" w:rsidRPr="00E85698" w:rsidRDefault="00CB6516">
      <w:pPr>
        <w:spacing w:line="292" w:lineRule="auto"/>
        <w:ind w:left="106" w:firstLine="180"/>
        <w:rPr>
          <w:sz w:val="24"/>
        </w:rPr>
      </w:pPr>
      <w:r w:rsidRPr="00E85698">
        <w:rPr>
          <w:sz w:val="24"/>
        </w:rPr>
        <w:t>Уместно</w:t>
      </w:r>
      <w:r w:rsidRPr="00E85698">
        <w:rPr>
          <w:spacing w:val="-4"/>
          <w:sz w:val="24"/>
        </w:rPr>
        <w:t xml:space="preserve"> </w:t>
      </w:r>
      <w:r w:rsidRPr="00E85698">
        <w:rPr>
          <w:sz w:val="24"/>
        </w:rPr>
        <w:t>использовать</w:t>
      </w:r>
      <w:r w:rsidRPr="00E85698">
        <w:rPr>
          <w:spacing w:val="-5"/>
          <w:sz w:val="24"/>
        </w:rPr>
        <w:t xml:space="preserve"> </w:t>
      </w:r>
      <w:r w:rsidRPr="00E85698">
        <w:rPr>
          <w:sz w:val="24"/>
        </w:rPr>
        <w:t>причастия</w:t>
      </w:r>
      <w:r w:rsidRPr="00E85698">
        <w:rPr>
          <w:spacing w:val="-5"/>
          <w:sz w:val="24"/>
        </w:rPr>
        <w:t xml:space="preserve"> </w:t>
      </w:r>
      <w:r w:rsidRPr="00E85698">
        <w:rPr>
          <w:sz w:val="24"/>
        </w:rPr>
        <w:t>в</w:t>
      </w:r>
      <w:r w:rsidRPr="00E85698">
        <w:rPr>
          <w:spacing w:val="-4"/>
          <w:sz w:val="24"/>
        </w:rPr>
        <w:t xml:space="preserve"> </w:t>
      </w:r>
      <w:r w:rsidRPr="00E85698">
        <w:rPr>
          <w:sz w:val="24"/>
        </w:rPr>
        <w:t>речи.</w:t>
      </w:r>
      <w:r w:rsidRPr="00E85698">
        <w:rPr>
          <w:spacing w:val="-4"/>
          <w:sz w:val="24"/>
        </w:rPr>
        <w:t xml:space="preserve"> </w:t>
      </w:r>
      <w:r w:rsidRPr="00E85698">
        <w:rPr>
          <w:sz w:val="24"/>
        </w:rPr>
        <w:t>Различать</w:t>
      </w:r>
      <w:r w:rsidRPr="00E85698">
        <w:rPr>
          <w:spacing w:val="-5"/>
          <w:sz w:val="24"/>
        </w:rPr>
        <w:t xml:space="preserve"> </w:t>
      </w:r>
      <w:r w:rsidRPr="00E85698">
        <w:rPr>
          <w:sz w:val="24"/>
        </w:rPr>
        <w:t>созвучные</w:t>
      </w:r>
      <w:r w:rsidRPr="00E85698">
        <w:rPr>
          <w:spacing w:val="-3"/>
          <w:sz w:val="24"/>
        </w:rPr>
        <w:t xml:space="preserve"> </w:t>
      </w:r>
      <w:r w:rsidRPr="00E85698">
        <w:rPr>
          <w:sz w:val="24"/>
        </w:rPr>
        <w:t>причастия</w:t>
      </w:r>
      <w:r w:rsidRPr="00E85698">
        <w:rPr>
          <w:spacing w:val="-5"/>
          <w:sz w:val="24"/>
        </w:rPr>
        <w:t xml:space="preserve"> </w:t>
      </w:r>
      <w:r w:rsidRPr="00E85698">
        <w:rPr>
          <w:sz w:val="24"/>
        </w:rPr>
        <w:t>и</w:t>
      </w:r>
      <w:r w:rsidRPr="00E85698">
        <w:rPr>
          <w:spacing w:val="-4"/>
          <w:sz w:val="24"/>
        </w:rPr>
        <w:t xml:space="preserve"> </w:t>
      </w:r>
      <w:r w:rsidRPr="00E85698">
        <w:rPr>
          <w:sz w:val="24"/>
        </w:rPr>
        <w:t>имена</w:t>
      </w:r>
      <w:r w:rsidRPr="00E85698">
        <w:rPr>
          <w:spacing w:val="-4"/>
          <w:sz w:val="24"/>
        </w:rPr>
        <w:t xml:space="preserve"> </w:t>
      </w:r>
      <w:r w:rsidRPr="00E85698">
        <w:rPr>
          <w:sz w:val="24"/>
        </w:rPr>
        <w:t>прилагательные</w:t>
      </w:r>
      <w:r w:rsidRPr="00E85698">
        <w:rPr>
          <w:spacing w:val="-57"/>
          <w:sz w:val="24"/>
        </w:rPr>
        <w:t xml:space="preserve"> </w:t>
      </w:r>
      <w:r w:rsidRPr="00E85698">
        <w:rPr>
          <w:sz w:val="24"/>
        </w:rPr>
        <w:t>(</w:t>
      </w:r>
      <w:r w:rsidRPr="00E85698">
        <w:rPr>
          <w:b/>
          <w:i/>
          <w:sz w:val="24"/>
        </w:rPr>
        <w:t>висящий</w:t>
      </w:r>
      <w:r w:rsidRPr="00E85698">
        <w:rPr>
          <w:b/>
          <w:i/>
          <w:spacing w:val="-5"/>
          <w:sz w:val="24"/>
        </w:rPr>
        <w:t xml:space="preserve"> </w:t>
      </w:r>
      <w:r w:rsidRPr="00E85698">
        <w:rPr>
          <w:i/>
          <w:sz w:val="24"/>
        </w:rPr>
        <w:t>—</w:t>
      </w:r>
      <w:r w:rsidRPr="00E85698">
        <w:rPr>
          <w:i/>
          <w:spacing w:val="-1"/>
          <w:sz w:val="24"/>
        </w:rPr>
        <w:t xml:space="preserve"> </w:t>
      </w:r>
      <w:r w:rsidRPr="00E85698">
        <w:rPr>
          <w:b/>
          <w:i/>
          <w:sz w:val="24"/>
        </w:rPr>
        <w:t>висячий</w:t>
      </w:r>
      <w:r w:rsidRPr="00E85698">
        <w:rPr>
          <w:i/>
          <w:sz w:val="24"/>
        </w:rPr>
        <w:t>,</w:t>
      </w:r>
      <w:r w:rsidRPr="00E85698">
        <w:rPr>
          <w:i/>
          <w:spacing w:val="-2"/>
          <w:sz w:val="24"/>
        </w:rPr>
        <w:t xml:space="preserve"> </w:t>
      </w:r>
      <w:r w:rsidRPr="00E85698">
        <w:rPr>
          <w:b/>
          <w:i/>
          <w:sz w:val="24"/>
        </w:rPr>
        <w:t>горящий</w:t>
      </w:r>
      <w:r w:rsidRPr="00E85698">
        <w:rPr>
          <w:b/>
          <w:i/>
          <w:spacing w:val="2"/>
          <w:sz w:val="24"/>
        </w:rPr>
        <w:t xml:space="preserve"> </w:t>
      </w:r>
      <w:r w:rsidRPr="00E85698">
        <w:rPr>
          <w:i/>
          <w:sz w:val="24"/>
        </w:rPr>
        <w:t>—</w:t>
      </w:r>
      <w:r w:rsidRPr="00E85698">
        <w:rPr>
          <w:i/>
          <w:spacing w:val="-1"/>
          <w:sz w:val="24"/>
        </w:rPr>
        <w:t xml:space="preserve"> </w:t>
      </w:r>
      <w:r w:rsidRPr="00E85698">
        <w:rPr>
          <w:b/>
          <w:i/>
          <w:sz w:val="24"/>
        </w:rPr>
        <w:t>горячий</w:t>
      </w:r>
      <w:r w:rsidRPr="00E85698">
        <w:rPr>
          <w:sz w:val="24"/>
        </w:rPr>
        <w:t>).</w:t>
      </w:r>
      <w:r w:rsidRPr="00E85698">
        <w:rPr>
          <w:spacing w:val="-2"/>
          <w:sz w:val="24"/>
        </w:rPr>
        <w:t xml:space="preserve"> </w:t>
      </w:r>
      <w:r w:rsidRPr="00E85698">
        <w:rPr>
          <w:sz w:val="24"/>
        </w:rPr>
        <w:t>Правильно</w:t>
      </w:r>
      <w:r w:rsidRPr="00E85698">
        <w:rPr>
          <w:spacing w:val="-3"/>
          <w:sz w:val="24"/>
        </w:rPr>
        <w:t xml:space="preserve"> </w:t>
      </w:r>
      <w:r w:rsidRPr="00E85698">
        <w:rPr>
          <w:sz w:val="24"/>
        </w:rPr>
        <w:t>употреблять</w:t>
      </w:r>
      <w:r w:rsidRPr="00E85698">
        <w:rPr>
          <w:spacing w:val="-3"/>
          <w:sz w:val="24"/>
        </w:rPr>
        <w:t xml:space="preserve"> </w:t>
      </w:r>
      <w:r w:rsidRPr="00E85698">
        <w:rPr>
          <w:sz w:val="24"/>
        </w:rPr>
        <w:t>причастия</w:t>
      </w:r>
      <w:r w:rsidRPr="00E85698">
        <w:rPr>
          <w:spacing w:val="-4"/>
          <w:sz w:val="24"/>
        </w:rPr>
        <w:t xml:space="preserve"> </w:t>
      </w:r>
      <w:r w:rsidRPr="00E85698">
        <w:rPr>
          <w:sz w:val="24"/>
        </w:rPr>
        <w:t>с</w:t>
      </w:r>
      <w:r w:rsidRPr="00E85698">
        <w:rPr>
          <w:spacing w:val="-3"/>
          <w:sz w:val="24"/>
        </w:rPr>
        <w:t xml:space="preserve"> </w:t>
      </w:r>
      <w:r w:rsidRPr="00E85698">
        <w:rPr>
          <w:sz w:val="24"/>
        </w:rPr>
        <w:t xml:space="preserve">суффиксом </w:t>
      </w:r>
      <w:r w:rsidRPr="00E85698">
        <w:rPr>
          <w:b/>
          <w:i/>
          <w:sz w:val="24"/>
        </w:rPr>
        <w:t>-</w:t>
      </w:r>
      <w:proofErr w:type="spellStart"/>
      <w:r w:rsidRPr="00E85698">
        <w:rPr>
          <w:b/>
          <w:i/>
          <w:sz w:val="24"/>
        </w:rPr>
        <w:t>ся</w:t>
      </w:r>
      <w:proofErr w:type="spellEnd"/>
      <w:r w:rsidRPr="00E85698">
        <w:rPr>
          <w:sz w:val="24"/>
        </w:rPr>
        <w:t>.</w:t>
      </w:r>
    </w:p>
    <w:p w:rsidR="00624C8A" w:rsidRPr="00E85698" w:rsidRDefault="00CB6516">
      <w:pPr>
        <w:pStyle w:val="a5"/>
        <w:spacing w:line="292" w:lineRule="auto"/>
        <w:ind w:left="286" w:right="2781" w:hanging="181"/>
      </w:pPr>
      <w:r w:rsidRPr="00E85698">
        <w:t xml:space="preserve">Правильно устанавливать согласование в словосочетаниях типа </w:t>
      </w:r>
      <w:r w:rsidRPr="00E85698">
        <w:rPr>
          <w:i/>
        </w:rPr>
        <w:t>прич. + сущ</w:t>
      </w:r>
      <w:r w:rsidRPr="00E85698">
        <w:t>.</w:t>
      </w:r>
      <w:r w:rsidRPr="00E85698">
        <w:rPr>
          <w:spacing w:val="-57"/>
        </w:rPr>
        <w:t xml:space="preserve"> </w:t>
      </w:r>
      <w:r w:rsidRPr="00E85698">
        <w:t>Правильно</w:t>
      </w:r>
      <w:r w:rsidRPr="00E85698">
        <w:rPr>
          <w:spacing w:val="-1"/>
        </w:rPr>
        <w:t xml:space="preserve"> </w:t>
      </w:r>
      <w:r w:rsidRPr="00E85698">
        <w:t>ставить</w:t>
      </w:r>
      <w:r w:rsidRPr="00E85698">
        <w:rPr>
          <w:spacing w:val="-2"/>
        </w:rPr>
        <w:t xml:space="preserve"> </w:t>
      </w:r>
      <w:r w:rsidRPr="00E85698">
        <w:t>ударение</w:t>
      </w:r>
      <w:r w:rsidRPr="00E85698">
        <w:rPr>
          <w:spacing w:val="-1"/>
        </w:rPr>
        <w:t xml:space="preserve"> </w:t>
      </w:r>
      <w:r w:rsidRPr="00E85698">
        <w:t>в</w:t>
      </w:r>
      <w:r w:rsidRPr="00E85698">
        <w:rPr>
          <w:spacing w:val="-1"/>
        </w:rPr>
        <w:t xml:space="preserve"> </w:t>
      </w:r>
      <w:r w:rsidRPr="00E85698">
        <w:t>некоторых</w:t>
      </w:r>
      <w:r w:rsidRPr="00E85698">
        <w:rPr>
          <w:spacing w:val="-1"/>
        </w:rPr>
        <w:t xml:space="preserve"> </w:t>
      </w:r>
      <w:r w:rsidRPr="00E85698">
        <w:t>формах</w:t>
      </w:r>
      <w:r w:rsidRPr="00E85698">
        <w:rPr>
          <w:spacing w:val="-1"/>
        </w:rPr>
        <w:t xml:space="preserve"> </w:t>
      </w:r>
      <w:r w:rsidRPr="00E85698">
        <w:t>причастий.</w:t>
      </w:r>
    </w:p>
    <w:p w:rsidR="00624C8A" w:rsidRPr="00E85698" w:rsidRDefault="00CB6516">
      <w:pPr>
        <w:pStyle w:val="a5"/>
        <w:spacing w:line="292" w:lineRule="auto"/>
        <w:ind w:right="229" w:firstLine="180"/>
      </w:pPr>
      <w:r w:rsidRPr="00E85698">
        <w:t xml:space="preserve">Применять правила правописания падежных окончаний и суффиксов </w:t>
      </w:r>
      <w:proofErr w:type="spellStart"/>
      <w:proofErr w:type="gramStart"/>
      <w:r w:rsidRPr="00E85698">
        <w:t>причастий;</w:t>
      </w:r>
      <w:r w:rsidRPr="00E85698">
        <w:rPr>
          <w:b/>
          <w:i/>
        </w:rPr>
        <w:t>н</w:t>
      </w:r>
      <w:proofErr w:type="spellEnd"/>
      <w:proofErr w:type="gramEnd"/>
      <w:r w:rsidRPr="00E85698">
        <w:rPr>
          <w:b/>
          <w:i/>
        </w:rPr>
        <w:t xml:space="preserve"> </w:t>
      </w:r>
      <w:proofErr w:type="spellStart"/>
      <w:r w:rsidRPr="00E85698">
        <w:t>и</w:t>
      </w:r>
      <w:r w:rsidRPr="00E85698">
        <w:rPr>
          <w:b/>
          <w:i/>
        </w:rPr>
        <w:t>нн</w:t>
      </w:r>
      <w:r w:rsidRPr="00E85698">
        <w:t>в</w:t>
      </w:r>
      <w:proofErr w:type="spellEnd"/>
      <w:r w:rsidRPr="00E85698">
        <w:t xml:space="preserve"> причастиях</w:t>
      </w:r>
      <w:r w:rsidRPr="00E85698">
        <w:rPr>
          <w:spacing w:val="-57"/>
        </w:rPr>
        <w:t xml:space="preserve"> </w:t>
      </w:r>
      <w:r w:rsidRPr="00E85698">
        <w:t xml:space="preserve">и отглагольных именах прилагательных; написания гласной перед суффиксом </w:t>
      </w:r>
      <w:r w:rsidRPr="00E85698">
        <w:rPr>
          <w:b/>
          <w:i/>
        </w:rPr>
        <w:t>-</w:t>
      </w:r>
      <w:proofErr w:type="spellStart"/>
      <w:r w:rsidRPr="00E85698">
        <w:rPr>
          <w:b/>
          <w:i/>
        </w:rPr>
        <w:t>вш</w:t>
      </w:r>
      <w:proofErr w:type="spellEnd"/>
      <w:r w:rsidRPr="00E85698">
        <w:rPr>
          <w:b/>
          <w:i/>
        </w:rPr>
        <w:t xml:space="preserve">- </w:t>
      </w:r>
      <w:r w:rsidRPr="00E85698">
        <w:t>действительных</w:t>
      </w:r>
      <w:r w:rsidRPr="00E85698">
        <w:rPr>
          <w:spacing w:val="1"/>
        </w:rPr>
        <w:t xml:space="preserve"> </w:t>
      </w:r>
      <w:r w:rsidRPr="00E85698">
        <w:t xml:space="preserve">причастий прошедшего времени, перед суффиксом </w:t>
      </w:r>
      <w:r w:rsidRPr="00E85698">
        <w:rPr>
          <w:b/>
          <w:i/>
        </w:rPr>
        <w:t>-</w:t>
      </w:r>
      <w:proofErr w:type="spellStart"/>
      <w:r w:rsidRPr="00E85698">
        <w:rPr>
          <w:b/>
          <w:i/>
        </w:rPr>
        <w:t>нн</w:t>
      </w:r>
      <w:proofErr w:type="spellEnd"/>
      <w:r w:rsidRPr="00E85698">
        <w:rPr>
          <w:b/>
          <w:i/>
        </w:rPr>
        <w:t xml:space="preserve">- </w:t>
      </w:r>
      <w:r w:rsidRPr="00E85698">
        <w:t>страдательных причастий прошедшего</w:t>
      </w:r>
      <w:r w:rsidRPr="00E85698">
        <w:rPr>
          <w:spacing w:val="1"/>
        </w:rPr>
        <w:t xml:space="preserve"> </w:t>
      </w:r>
      <w:r w:rsidRPr="00E85698">
        <w:t>времени;</w:t>
      </w:r>
      <w:r w:rsidRPr="00E85698">
        <w:rPr>
          <w:spacing w:val="-2"/>
        </w:rPr>
        <w:t xml:space="preserve"> </w:t>
      </w:r>
      <w:r w:rsidRPr="00E85698">
        <w:t>написания</w:t>
      </w:r>
      <w:r w:rsidRPr="00E85698">
        <w:rPr>
          <w:spacing w:val="-2"/>
        </w:rPr>
        <w:t xml:space="preserve"> </w:t>
      </w:r>
      <w:r w:rsidRPr="00E85698">
        <w:rPr>
          <w:b/>
          <w:i/>
        </w:rPr>
        <w:t>не</w:t>
      </w:r>
      <w:r w:rsidRPr="00E85698">
        <w:t>с причастиями.</w:t>
      </w:r>
    </w:p>
    <w:p w:rsidR="00624C8A" w:rsidRPr="00E85698" w:rsidRDefault="00CB6516">
      <w:pPr>
        <w:pStyle w:val="a5"/>
        <w:spacing w:line="274" w:lineRule="exact"/>
        <w:ind w:left="286"/>
      </w:pPr>
      <w:r w:rsidRPr="00E85698">
        <w:t>Правильно</w:t>
      </w:r>
      <w:r w:rsidRPr="00E85698">
        <w:rPr>
          <w:spacing w:val="-4"/>
        </w:rPr>
        <w:t xml:space="preserve"> </w:t>
      </w:r>
      <w:r w:rsidRPr="00E85698">
        <w:t>расставлять</w:t>
      </w:r>
      <w:r w:rsidRPr="00E85698">
        <w:rPr>
          <w:spacing w:val="-4"/>
        </w:rPr>
        <w:t xml:space="preserve"> </w:t>
      </w:r>
      <w:r w:rsidRPr="00E85698">
        <w:t>знаки</w:t>
      </w:r>
      <w:r w:rsidRPr="00E85698">
        <w:rPr>
          <w:spacing w:val="-3"/>
        </w:rPr>
        <w:t xml:space="preserve"> </w:t>
      </w:r>
      <w:r w:rsidRPr="00E85698">
        <w:t>препинания</w:t>
      </w:r>
      <w:r w:rsidRPr="00E85698">
        <w:rPr>
          <w:spacing w:val="-5"/>
        </w:rPr>
        <w:t xml:space="preserve"> </w:t>
      </w:r>
      <w:r w:rsidRPr="00E85698">
        <w:t>в</w:t>
      </w:r>
      <w:r w:rsidRPr="00E85698">
        <w:rPr>
          <w:spacing w:val="-4"/>
        </w:rPr>
        <w:t xml:space="preserve"> </w:t>
      </w:r>
      <w:r w:rsidRPr="00E85698">
        <w:t>предложениях</w:t>
      </w:r>
      <w:r w:rsidRPr="00E85698">
        <w:rPr>
          <w:spacing w:val="-3"/>
        </w:rPr>
        <w:t xml:space="preserve"> </w:t>
      </w:r>
      <w:r w:rsidRPr="00E85698">
        <w:t>с</w:t>
      </w:r>
      <w:r w:rsidRPr="00E85698">
        <w:rPr>
          <w:spacing w:val="-4"/>
        </w:rPr>
        <w:t xml:space="preserve"> </w:t>
      </w:r>
      <w:r w:rsidRPr="00E85698">
        <w:t>причастным</w:t>
      </w:r>
      <w:r w:rsidRPr="00E85698">
        <w:rPr>
          <w:spacing w:val="-3"/>
        </w:rPr>
        <w:t xml:space="preserve"> </w:t>
      </w:r>
      <w:r w:rsidRPr="00E85698">
        <w:t>оборотом.</w:t>
      </w:r>
    </w:p>
    <w:p w:rsidR="00624C8A" w:rsidRPr="00E85698" w:rsidRDefault="00CB6516">
      <w:pPr>
        <w:pStyle w:val="11"/>
        <w:spacing w:before="56"/>
      </w:pPr>
      <w:r w:rsidRPr="00E85698">
        <w:t>Деепричастие</w:t>
      </w:r>
    </w:p>
    <w:p w:rsidR="00624C8A" w:rsidRPr="00E85698" w:rsidRDefault="00CB6516">
      <w:pPr>
        <w:pStyle w:val="a5"/>
        <w:spacing w:before="61" w:line="292" w:lineRule="auto"/>
        <w:ind w:firstLine="180"/>
      </w:pPr>
      <w:r w:rsidRPr="00E85698">
        <w:t>Характеризовать</w:t>
      </w:r>
      <w:r w:rsidRPr="00E85698">
        <w:rPr>
          <w:spacing w:val="-5"/>
        </w:rPr>
        <w:t xml:space="preserve"> </w:t>
      </w:r>
      <w:r w:rsidRPr="00E85698">
        <w:t>деепричастия</w:t>
      </w:r>
      <w:r w:rsidRPr="00E85698">
        <w:rPr>
          <w:spacing w:val="-4"/>
        </w:rPr>
        <w:t xml:space="preserve"> </w:t>
      </w:r>
      <w:r w:rsidRPr="00E85698">
        <w:t>как</w:t>
      </w:r>
      <w:r w:rsidRPr="00E85698">
        <w:rPr>
          <w:spacing w:val="-5"/>
        </w:rPr>
        <w:t xml:space="preserve"> </w:t>
      </w:r>
      <w:r w:rsidRPr="00E85698">
        <w:t>особую</w:t>
      </w:r>
      <w:r w:rsidRPr="00E85698">
        <w:rPr>
          <w:spacing w:val="-4"/>
        </w:rPr>
        <w:t xml:space="preserve"> </w:t>
      </w:r>
      <w:r w:rsidRPr="00E85698">
        <w:t>группу</w:t>
      </w:r>
      <w:r w:rsidRPr="00E85698">
        <w:rPr>
          <w:spacing w:val="-3"/>
        </w:rPr>
        <w:t xml:space="preserve"> </w:t>
      </w:r>
      <w:r w:rsidRPr="00E85698">
        <w:t>слов.</w:t>
      </w:r>
      <w:r w:rsidRPr="00E85698">
        <w:rPr>
          <w:spacing w:val="-4"/>
        </w:rPr>
        <w:t xml:space="preserve"> </w:t>
      </w:r>
      <w:r w:rsidRPr="00E85698">
        <w:t>Определять</w:t>
      </w:r>
      <w:r w:rsidRPr="00E85698">
        <w:rPr>
          <w:spacing w:val="-4"/>
        </w:rPr>
        <w:t xml:space="preserve"> </w:t>
      </w:r>
      <w:r w:rsidRPr="00E85698">
        <w:t>признаки</w:t>
      </w:r>
      <w:r w:rsidRPr="00E85698">
        <w:rPr>
          <w:spacing w:val="-4"/>
        </w:rPr>
        <w:t xml:space="preserve"> </w:t>
      </w:r>
      <w:r w:rsidRPr="00E85698">
        <w:t>глагола</w:t>
      </w:r>
      <w:r w:rsidRPr="00E85698">
        <w:rPr>
          <w:spacing w:val="-3"/>
        </w:rPr>
        <w:t xml:space="preserve"> </w:t>
      </w:r>
      <w:r w:rsidRPr="00E85698">
        <w:t>и</w:t>
      </w:r>
      <w:r w:rsidRPr="00E85698">
        <w:rPr>
          <w:spacing w:val="-3"/>
        </w:rPr>
        <w:t xml:space="preserve"> </w:t>
      </w:r>
      <w:r w:rsidRPr="00E85698">
        <w:t>наречия</w:t>
      </w:r>
      <w:r w:rsidRPr="00E85698">
        <w:rPr>
          <w:spacing w:val="-5"/>
        </w:rPr>
        <w:t xml:space="preserve"> </w:t>
      </w:r>
      <w:r w:rsidRPr="00E85698">
        <w:t>в</w:t>
      </w:r>
      <w:r w:rsidRPr="00E85698">
        <w:rPr>
          <w:spacing w:val="-57"/>
        </w:rPr>
        <w:t xml:space="preserve"> </w:t>
      </w:r>
      <w:r w:rsidRPr="00E85698">
        <w:t>деепричастии.</w:t>
      </w:r>
    </w:p>
    <w:p w:rsidR="00624C8A" w:rsidRPr="00E85698" w:rsidRDefault="00CB6516">
      <w:pPr>
        <w:pStyle w:val="a5"/>
        <w:spacing w:line="275" w:lineRule="exact"/>
        <w:ind w:left="286"/>
      </w:pPr>
      <w:r w:rsidRPr="00E85698">
        <w:t>Распознавать</w:t>
      </w:r>
      <w:r w:rsidRPr="00E85698">
        <w:rPr>
          <w:spacing w:val="-6"/>
        </w:rPr>
        <w:t xml:space="preserve"> </w:t>
      </w:r>
      <w:r w:rsidRPr="00E85698">
        <w:t>деепричастия</w:t>
      </w:r>
      <w:r w:rsidRPr="00E85698">
        <w:rPr>
          <w:spacing w:val="-6"/>
        </w:rPr>
        <w:t xml:space="preserve"> </w:t>
      </w:r>
      <w:r w:rsidRPr="00E85698">
        <w:t>совершенного</w:t>
      </w:r>
      <w:r w:rsidRPr="00E85698">
        <w:rPr>
          <w:spacing w:val="-4"/>
        </w:rPr>
        <w:t xml:space="preserve"> </w:t>
      </w:r>
      <w:r w:rsidRPr="00E85698">
        <w:t>и</w:t>
      </w:r>
      <w:r w:rsidRPr="00E85698">
        <w:rPr>
          <w:spacing w:val="-5"/>
        </w:rPr>
        <w:t xml:space="preserve"> </w:t>
      </w:r>
      <w:r w:rsidRPr="00E85698">
        <w:t>несовершенного</w:t>
      </w:r>
      <w:r w:rsidRPr="00E85698">
        <w:rPr>
          <w:spacing w:val="-4"/>
        </w:rPr>
        <w:t xml:space="preserve"> </w:t>
      </w:r>
      <w:r w:rsidRPr="00E85698">
        <w:t>вида.</w:t>
      </w:r>
    </w:p>
    <w:p w:rsidR="00624C8A" w:rsidRPr="00E85698" w:rsidRDefault="00CB6516">
      <w:pPr>
        <w:pStyle w:val="a5"/>
        <w:spacing w:before="60" w:line="292" w:lineRule="auto"/>
        <w:ind w:left="286" w:right="774"/>
      </w:pPr>
      <w:r w:rsidRPr="00E85698">
        <w:t>Проводить морфологический анализ деепричастий, применять это умение в речевой практике.</w:t>
      </w:r>
      <w:r w:rsidRPr="00E85698">
        <w:rPr>
          <w:spacing w:val="-58"/>
        </w:rPr>
        <w:t xml:space="preserve"> </w:t>
      </w:r>
      <w:r w:rsidRPr="00E85698">
        <w:t>Конструировать</w:t>
      </w:r>
      <w:r w:rsidRPr="00E85698">
        <w:rPr>
          <w:spacing w:val="-3"/>
        </w:rPr>
        <w:t xml:space="preserve"> </w:t>
      </w:r>
      <w:r w:rsidRPr="00E85698">
        <w:t>деепричастный</w:t>
      </w:r>
      <w:r w:rsidRPr="00E85698">
        <w:rPr>
          <w:spacing w:val="-2"/>
        </w:rPr>
        <w:t xml:space="preserve"> </w:t>
      </w:r>
      <w:r w:rsidRPr="00E85698">
        <w:t>оборот.</w:t>
      </w:r>
      <w:r w:rsidRPr="00E85698">
        <w:rPr>
          <w:spacing w:val="-2"/>
        </w:rPr>
        <w:t xml:space="preserve"> </w:t>
      </w:r>
      <w:r w:rsidRPr="00E85698">
        <w:t>Определять</w:t>
      </w:r>
      <w:r w:rsidRPr="00E85698">
        <w:rPr>
          <w:spacing w:val="-3"/>
        </w:rPr>
        <w:t xml:space="preserve"> </w:t>
      </w:r>
      <w:r w:rsidRPr="00E85698">
        <w:t>роль</w:t>
      </w:r>
      <w:r w:rsidRPr="00E85698">
        <w:rPr>
          <w:spacing w:val="-3"/>
        </w:rPr>
        <w:t xml:space="preserve"> </w:t>
      </w:r>
      <w:r w:rsidRPr="00E85698">
        <w:t>деепричастия</w:t>
      </w:r>
      <w:r w:rsidRPr="00E85698">
        <w:rPr>
          <w:spacing w:val="-2"/>
        </w:rPr>
        <w:t xml:space="preserve"> </w:t>
      </w:r>
      <w:r w:rsidRPr="00E85698">
        <w:t>в</w:t>
      </w:r>
      <w:r w:rsidRPr="00E85698">
        <w:rPr>
          <w:spacing w:val="-3"/>
        </w:rPr>
        <w:t xml:space="preserve"> </w:t>
      </w:r>
      <w:r w:rsidRPr="00E85698">
        <w:t>предложении.</w:t>
      </w:r>
    </w:p>
    <w:p w:rsidR="00624C8A" w:rsidRPr="00E85698" w:rsidRDefault="00CB6516">
      <w:pPr>
        <w:pStyle w:val="a5"/>
        <w:spacing w:line="292" w:lineRule="auto"/>
        <w:ind w:left="286" w:right="5556"/>
      </w:pPr>
      <w:r w:rsidRPr="00E85698">
        <w:t>Уместно использовать деепричастия в речи.</w:t>
      </w:r>
      <w:r w:rsidRPr="00E85698">
        <w:rPr>
          <w:spacing w:val="1"/>
        </w:rPr>
        <w:t xml:space="preserve"> </w:t>
      </w:r>
      <w:r w:rsidRPr="00E85698">
        <w:t>Правильно</w:t>
      </w:r>
      <w:r w:rsidRPr="00E85698">
        <w:rPr>
          <w:spacing w:val="-5"/>
        </w:rPr>
        <w:t xml:space="preserve"> </w:t>
      </w:r>
      <w:r w:rsidRPr="00E85698">
        <w:t>ставить</w:t>
      </w:r>
      <w:r w:rsidRPr="00E85698">
        <w:rPr>
          <w:spacing w:val="-6"/>
        </w:rPr>
        <w:t xml:space="preserve"> </w:t>
      </w:r>
      <w:r w:rsidRPr="00E85698">
        <w:t>ударение</w:t>
      </w:r>
      <w:r w:rsidRPr="00E85698">
        <w:rPr>
          <w:spacing w:val="-5"/>
        </w:rPr>
        <w:t xml:space="preserve"> </w:t>
      </w:r>
      <w:r w:rsidRPr="00E85698">
        <w:t>в</w:t>
      </w:r>
      <w:r w:rsidRPr="00E85698">
        <w:rPr>
          <w:spacing w:val="-5"/>
        </w:rPr>
        <w:t xml:space="preserve"> </w:t>
      </w:r>
      <w:r w:rsidRPr="00E85698">
        <w:t>деепричастиях.</w:t>
      </w:r>
    </w:p>
    <w:p w:rsidR="00624C8A" w:rsidRPr="00E85698" w:rsidRDefault="00CB6516">
      <w:pPr>
        <w:pStyle w:val="a5"/>
        <w:spacing w:line="292" w:lineRule="auto"/>
        <w:ind w:right="197" w:firstLine="180"/>
      </w:pPr>
      <w:r w:rsidRPr="00E85698">
        <w:t>Применять правила написания гласных в суффиксах деепричастий; правила слитного и раздельного</w:t>
      </w:r>
      <w:r w:rsidRPr="00E85698">
        <w:rPr>
          <w:spacing w:val="-58"/>
        </w:rPr>
        <w:t xml:space="preserve"> </w:t>
      </w:r>
      <w:r w:rsidRPr="00E85698">
        <w:t>написания</w:t>
      </w:r>
      <w:r w:rsidRPr="00E85698">
        <w:rPr>
          <w:spacing w:val="-6"/>
        </w:rPr>
        <w:t xml:space="preserve"> </w:t>
      </w:r>
      <w:r w:rsidRPr="00E85698">
        <w:rPr>
          <w:b/>
          <w:i/>
        </w:rPr>
        <w:t xml:space="preserve">не </w:t>
      </w:r>
      <w:r w:rsidRPr="00E85698">
        <w:t>с деепричастиями.</w:t>
      </w:r>
    </w:p>
    <w:p w:rsidR="00624C8A" w:rsidRPr="00E85698" w:rsidRDefault="00CB6516">
      <w:pPr>
        <w:pStyle w:val="a5"/>
        <w:spacing w:line="275" w:lineRule="exact"/>
        <w:ind w:left="286"/>
      </w:pPr>
      <w:r w:rsidRPr="00E85698">
        <w:t>Правильно</w:t>
      </w:r>
      <w:r w:rsidRPr="00E85698">
        <w:rPr>
          <w:spacing w:val="-4"/>
        </w:rPr>
        <w:t xml:space="preserve"> </w:t>
      </w:r>
      <w:r w:rsidRPr="00E85698">
        <w:t>строить</w:t>
      </w:r>
      <w:r w:rsidRPr="00E85698">
        <w:rPr>
          <w:spacing w:val="-5"/>
        </w:rPr>
        <w:t xml:space="preserve"> </w:t>
      </w:r>
      <w:r w:rsidRPr="00E85698">
        <w:t>предложения</w:t>
      </w:r>
      <w:r w:rsidRPr="00E85698">
        <w:rPr>
          <w:spacing w:val="-4"/>
        </w:rPr>
        <w:t xml:space="preserve"> </w:t>
      </w:r>
      <w:r w:rsidRPr="00E85698">
        <w:t>с</w:t>
      </w:r>
      <w:r w:rsidRPr="00E85698">
        <w:rPr>
          <w:spacing w:val="-4"/>
        </w:rPr>
        <w:t xml:space="preserve"> </w:t>
      </w:r>
      <w:r w:rsidRPr="00E85698">
        <w:t>одиночными</w:t>
      </w:r>
      <w:r w:rsidRPr="00E85698">
        <w:rPr>
          <w:spacing w:val="-3"/>
        </w:rPr>
        <w:t xml:space="preserve"> </w:t>
      </w:r>
      <w:r w:rsidRPr="00E85698">
        <w:t>деепричастиями</w:t>
      </w:r>
      <w:r w:rsidRPr="00E85698">
        <w:rPr>
          <w:spacing w:val="-4"/>
        </w:rPr>
        <w:t xml:space="preserve"> </w:t>
      </w:r>
      <w:r w:rsidRPr="00E85698">
        <w:t>и</w:t>
      </w:r>
      <w:r w:rsidRPr="00E85698">
        <w:rPr>
          <w:spacing w:val="-3"/>
        </w:rPr>
        <w:t xml:space="preserve"> </w:t>
      </w:r>
      <w:r w:rsidRPr="00E85698">
        <w:t>деепричастными</w:t>
      </w:r>
      <w:r w:rsidRPr="00E85698">
        <w:rPr>
          <w:spacing w:val="-4"/>
        </w:rPr>
        <w:t xml:space="preserve"> </w:t>
      </w:r>
      <w:r w:rsidRPr="00E85698">
        <w:t>оборотами.</w:t>
      </w:r>
    </w:p>
    <w:p w:rsidR="00624C8A" w:rsidRPr="00E85698" w:rsidRDefault="00CB6516">
      <w:pPr>
        <w:pStyle w:val="a5"/>
        <w:spacing w:before="57" w:line="292" w:lineRule="auto"/>
        <w:ind w:right="1293" w:firstLine="180"/>
      </w:pPr>
      <w:r w:rsidRPr="00E85698">
        <w:t>Правильно расставлять знаки препинания в предложениях с одиночным деепричастием и</w:t>
      </w:r>
      <w:r w:rsidRPr="00E85698">
        <w:rPr>
          <w:spacing w:val="-58"/>
        </w:rPr>
        <w:t xml:space="preserve"> </w:t>
      </w:r>
      <w:r w:rsidRPr="00E85698">
        <w:t>деепричастным</w:t>
      </w:r>
      <w:r w:rsidRPr="00E85698">
        <w:rPr>
          <w:spacing w:val="-1"/>
        </w:rPr>
        <w:t xml:space="preserve"> </w:t>
      </w:r>
      <w:r w:rsidRPr="00E85698">
        <w:t>оборотом.</w:t>
      </w:r>
    </w:p>
    <w:p w:rsidR="00624C8A" w:rsidRPr="00E85698" w:rsidRDefault="00CB6516">
      <w:pPr>
        <w:pStyle w:val="11"/>
        <w:spacing w:line="275" w:lineRule="exact"/>
      </w:pPr>
      <w:r w:rsidRPr="00E85698">
        <w:t>Наречие</w:t>
      </w:r>
    </w:p>
    <w:p w:rsidR="00624C8A" w:rsidRPr="00E85698" w:rsidRDefault="00CB6516">
      <w:pPr>
        <w:pStyle w:val="a5"/>
        <w:spacing w:before="60" w:line="292" w:lineRule="auto"/>
        <w:ind w:right="396" w:firstLine="180"/>
      </w:pPr>
      <w:r w:rsidRPr="00E85698">
        <w:t>Распознавать</w:t>
      </w:r>
      <w:r w:rsidRPr="00E85698">
        <w:rPr>
          <w:spacing w:val="-6"/>
        </w:rPr>
        <w:t xml:space="preserve"> </w:t>
      </w:r>
      <w:r w:rsidRPr="00E85698">
        <w:t>наречия</w:t>
      </w:r>
      <w:r w:rsidRPr="00E85698">
        <w:rPr>
          <w:spacing w:val="-5"/>
        </w:rPr>
        <w:t xml:space="preserve"> </w:t>
      </w:r>
      <w:r w:rsidRPr="00E85698">
        <w:t>в</w:t>
      </w:r>
      <w:r w:rsidRPr="00E85698">
        <w:rPr>
          <w:spacing w:val="-6"/>
        </w:rPr>
        <w:t xml:space="preserve"> </w:t>
      </w:r>
      <w:r w:rsidRPr="00E85698">
        <w:t>речи.</w:t>
      </w:r>
      <w:r w:rsidRPr="00E85698">
        <w:rPr>
          <w:spacing w:val="-4"/>
        </w:rPr>
        <w:t xml:space="preserve"> </w:t>
      </w:r>
      <w:r w:rsidRPr="00E85698">
        <w:t>Определять</w:t>
      </w:r>
      <w:r w:rsidRPr="00E85698">
        <w:rPr>
          <w:spacing w:val="-5"/>
        </w:rPr>
        <w:t xml:space="preserve"> </w:t>
      </w:r>
      <w:r w:rsidRPr="00E85698">
        <w:t>общее</w:t>
      </w:r>
      <w:r w:rsidRPr="00E85698">
        <w:rPr>
          <w:spacing w:val="-5"/>
        </w:rPr>
        <w:t xml:space="preserve"> </w:t>
      </w:r>
      <w:r w:rsidRPr="00E85698">
        <w:t>грамматическое</w:t>
      </w:r>
      <w:r w:rsidRPr="00E85698">
        <w:rPr>
          <w:spacing w:val="-4"/>
        </w:rPr>
        <w:t xml:space="preserve"> </w:t>
      </w:r>
      <w:r w:rsidRPr="00E85698">
        <w:t>значение</w:t>
      </w:r>
      <w:r w:rsidRPr="00E85698">
        <w:rPr>
          <w:spacing w:val="-5"/>
        </w:rPr>
        <w:t xml:space="preserve"> </w:t>
      </w:r>
      <w:r w:rsidRPr="00E85698">
        <w:t>наречий;</w:t>
      </w:r>
      <w:r w:rsidRPr="00E85698">
        <w:rPr>
          <w:spacing w:val="-5"/>
        </w:rPr>
        <w:t xml:space="preserve"> </w:t>
      </w:r>
      <w:r w:rsidRPr="00E85698">
        <w:t>различать</w:t>
      </w:r>
      <w:r w:rsidRPr="00E85698">
        <w:rPr>
          <w:spacing w:val="-57"/>
        </w:rPr>
        <w:t xml:space="preserve"> </w:t>
      </w:r>
      <w:r w:rsidRPr="00E85698">
        <w:t>разряды наречий по значению; характеризовать особенности словообразования наречий, их</w:t>
      </w:r>
      <w:r w:rsidRPr="00E85698">
        <w:rPr>
          <w:spacing w:val="1"/>
        </w:rPr>
        <w:t xml:space="preserve"> </w:t>
      </w:r>
      <w:r w:rsidRPr="00E85698">
        <w:t>синтаксических</w:t>
      </w:r>
      <w:r w:rsidRPr="00E85698">
        <w:rPr>
          <w:spacing w:val="-1"/>
        </w:rPr>
        <w:t xml:space="preserve"> </w:t>
      </w:r>
      <w:r w:rsidRPr="00E85698">
        <w:t>свойств, роли в</w:t>
      </w:r>
      <w:r w:rsidRPr="00E85698">
        <w:rPr>
          <w:spacing w:val="-1"/>
        </w:rPr>
        <w:t xml:space="preserve"> </w:t>
      </w:r>
      <w:r w:rsidRPr="00E85698">
        <w:t>речи.</w:t>
      </w:r>
    </w:p>
    <w:p w:rsidR="00624C8A" w:rsidRPr="00E85698" w:rsidRDefault="00CB6516">
      <w:pPr>
        <w:pStyle w:val="a5"/>
        <w:spacing w:line="274" w:lineRule="exact"/>
        <w:ind w:left="286"/>
      </w:pPr>
      <w:r w:rsidRPr="00E85698">
        <w:t>Проводить</w:t>
      </w:r>
      <w:r w:rsidRPr="00E85698">
        <w:rPr>
          <w:spacing w:val="-4"/>
        </w:rPr>
        <w:t xml:space="preserve"> </w:t>
      </w:r>
      <w:r w:rsidRPr="00E85698">
        <w:t>морфологический</w:t>
      </w:r>
      <w:r w:rsidRPr="00E85698">
        <w:rPr>
          <w:spacing w:val="-3"/>
        </w:rPr>
        <w:t xml:space="preserve"> </w:t>
      </w:r>
      <w:r w:rsidRPr="00E85698">
        <w:t>анализ</w:t>
      </w:r>
      <w:r w:rsidRPr="00E85698">
        <w:rPr>
          <w:spacing w:val="-4"/>
        </w:rPr>
        <w:t xml:space="preserve"> </w:t>
      </w:r>
      <w:r w:rsidRPr="00E85698">
        <w:t>наречий,</w:t>
      </w:r>
      <w:r w:rsidRPr="00E85698">
        <w:rPr>
          <w:spacing w:val="-3"/>
        </w:rPr>
        <w:t xml:space="preserve"> </w:t>
      </w:r>
      <w:r w:rsidRPr="00E85698">
        <w:t>применять</w:t>
      </w:r>
      <w:r w:rsidRPr="00E85698">
        <w:rPr>
          <w:spacing w:val="-4"/>
        </w:rPr>
        <w:t xml:space="preserve"> </w:t>
      </w:r>
      <w:r w:rsidRPr="00E85698">
        <w:t>это</w:t>
      </w:r>
      <w:r w:rsidRPr="00E85698">
        <w:rPr>
          <w:spacing w:val="-3"/>
        </w:rPr>
        <w:t xml:space="preserve"> </w:t>
      </w:r>
      <w:r w:rsidRPr="00E85698">
        <w:t>умение</w:t>
      </w:r>
      <w:r w:rsidRPr="00E85698">
        <w:rPr>
          <w:spacing w:val="-3"/>
        </w:rPr>
        <w:t xml:space="preserve"> </w:t>
      </w:r>
      <w:r w:rsidRPr="00E85698">
        <w:t>в</w:t>
      </w:r>
      <w:r w:rsidRPr="00E85698">
        <w:rPr>
          <w:spacing w:val="-4"/>
        </w:rPr>
        <w:t xml:space="preserve"> </w:t>
      </w:r>
      <w:r w:rsidRPr="00E85698">
        <w:t>речевой</w:t>
      </w:r>
      <w:r w:rsidRPr="00E85698">
        <w:rPr>
          <w:spacing w:val="-3"/>
        </w:rPr>
        <w:t xml:space="preserve"> </w:t>
      </w:r>
      <w:r w:rsidRPr="00E85698">
        <w:t>практике.</w:t>
      </w:r>
    </w:p>
    <w:p w:rsidR="00624C8A" w:rsidRPr="00E85698" w:rsidRDefault="00CB6516">
      <w:pPr>
        <w:pStyle w:val="a5"/>
        <w:spacing w:before="61" w:line="292" w:lineRule="auto"/>
        <w:ind w:right="309" w:firstLine="180"/>
      </w:pPr>
      <w:r w:rsidRPr="00E85698">
        <w:t>Соблюдать нормы образования степеней сравнения наречий, произношения наречий, постановки в</w:t>
      </w:r>
      <w:r w:rsidRPr="00E85698">
        <w:rPr>
          <w:spacing w:val="-58"/>
        </w:rPr>
        <w:t xml:space="preserve"> </w:t>
      </w:r>
      <w:r w:rsidRPr="00E85698">
        <w:t>них</w:t>
      </w:r>
      <w:r w:rsidRPr="00E85698">
        <w:rPr>
          <w:spacing w:val="-1"/>
        </w:rPr>
        <w:t xml:space="preserve"> </w:t>
      </w:r>
      <w:r w:rsidRPr="00E85698">
        <w:t>ударения.</w:t>
      </w:r>
    </w:p>
    <w:p w:rsidR="00624C8A" w:rsidRPr="00E85698" w:rsidRDefault="00CB6516">
      <w:pPr>
        <w:pStyle w:val="a5"/>
        <w:spacing w:line="292" w:lineRule="auto"/>
        <w:ind w:right="596" w:firstLine="180"/>
      </w:pPr>
      <w:r w:rsidRPr="00E85698">
        <w:rPr>
          <w:spacing w:val="-1"/>
        </w:rPr>
        <w:t xml:space="preserve">Применять правила слитного, раздельного </w:t>
      </w:r>
      <w:r w:rsidRPr="00E85698">
        <w:t xml:space="preserve">и дефисного написания наречий; написания </w:t>
      </w:r>
      <w:r w:rsidRPr="00E85698">
        <w:rPr>
          <w:b/>
          <w:i/>
        </w:rPr>
        <w:t>н</w:t>
      </w:r>
      <w:r w:rsidRPr="00E85698">
        <w:t xml:space="preserve">и </w:t>
      </w:r>
      <w:proofErr w:type="spellStart"/>
      <w:r w:rsidRPr="00E85698">
        <w:rPr>
          <w:b/>
          <w:i/>
        </w:rPr>
        <w:t>нн</w:t>
      </w:r>
      <w:proofErr w:type="spellEnd"/>
      <w:r w:rsidRPr="00E85698">
        <w:rPr>
          <w:b/>
          <w:i/>
        </w:rPr>
        <w:t xml:space="preserve"> </w:t>
      </w:r>
      <w:r w:rsidRPr="00E85698">
        <w:t>в</w:t>
      </w:r>
      <w:r w:rsidRPr="00E85698">
        <w:rPr>
          <w:spacing w:val="1"/>
        </w:rPr>
        <w:t xml:space="preserve"> </w:t>
      </w:r>
      <w:r w:rsidRPr="00E85698">
        <w:t>наречиях</w:t>
      </w:r>
      <w:r w:rsidRPr="00E85698">
        <w:rPr>
          <w:spacing w:val="-1"/>
        </w:rPr>
        <w:t xml:space="preserve"> </w:t>
      </w:r>
      <w:r w:rsidRPr="00E85698">
        <w:t xml:space="preserve">на </w:t>
      </w:r>
      <w:r w:rsidRPr="00E85698">
        <w:rPr>
          <w:b/>
          <w:i/>
        </w:rPr>
        <w:t>-о</w:t>
      </w:r>
      <w:r w:rsidRPr="00E85698">
        <w:rPr>
          <w:b/>
          <w:i/>
          <w:spacing w:val="4"/>
        </w:rPr>
        <w:t xml:space="preserve"> </w:t>
      </w:r>
      <w:r w:rsidRPr="00E85698">
        <w:t>и</w:t>
      </w:r>
      <w:r w:rsidRPr="00E85698">
        <w:rPr>
          <w:spacing w:val="3"/>
        </w:rPr>
        <w:t xml:space="preserve"> </w:t>
      </w:r>
      <w:r w:rsidRPr="00E85698">
        <w:rPr>
          <w:b/>
          <w:i/>
        </w:rPr>
        <w:t>-е</w:t>
      </w:r>
      <w:r w:rsidRPr="00E85698">
        <w:t>;</w:t>
      </w:r>
      <w:r w:rsidRPr="00E85698">
        <w:rPr>
          <w:spacing w:val="-2"/>
        </w:rPr>
        <w:t xml:space="preserve"> </w:t>
      </w:r>
      <w:r w:rsidRPr="00E85698">
        <w:t>написания</w:t>
      </w:r>
      <w:r w:rsidRPr="00E85698">
        <w:rPr>
          <w:spacing w:val="-1"/>
        </w:rPr>
        <w:t xml:space="preserve"> </w:t>
      </w:r>
      <w:r w:rsidRPr="00E85698">
        <w:t>суффиксов</w:t>
      </w:r>
      <w:r w:rsidRPr="00E85698">
        <w:rPr>
          <w:spacing w:val="7"/>
        </w:rPr>
        <w:t xml:space="preserve"> </w:t>
      </w:r>
      <w:r w:rsidRPr="00E85698">
        <w:rPr>
          <w:b/>
        </w:rPr>
        <w:t>-</w:t>
      </w:r>
      <w:r w:rsidRPr="00E85698">
        <w:rPr>
          <w:b/>
          <w:i/>
        </w:rPr>
        <w:t xml:space="preserve">а </w:t>
      </w:r>
      <w:r w:rsidRPr="00E85698">
        <w:t>и</w:t>
      </w:r>
      <w:r w:rsidRPr="00E85698">
        <w:rPr>
          <w:spacing w:val="2"/>
        </w:rPr>
        <w:t xml:space="preserve"> </w:t>
      </w:r>
      <w:r w:rsidRPr="00E85698">
        <w:rPr>
          <w:b/>
          <w:i/>
        </w:rPr>
        <w:t>-</w:t>
      </w:r>
      <w:proofErr w:type="gramStart"/>
      <w:r w:rsidRPr="00E85698">
        <w:rPr>
          <w:b/>
          <w:i/>
        </w:rPr>
        <w:t>о</w:t>
      </w:r>
      <w:r w:rsidRPr="00E85698">
        <w:rPr>
          <w:b/>
          <w:i/>
          <w:spacing w:val="4"/>
        </w:rPr>
        <w:t xml:space="preserve"> </w:t>
      </w:r>
      <w:r w:rsidRPr="00E85698">
        <w:t>наречий</w:t>
      </w:r>
      <w:proofErr w:type="gramEnd"/>
      <w:r w:rsidRPr="00E85698">
        <w:t xml:space="preserve"> с приставками</w:t>
      </w:r>
      <w:r w:rsidRPr="00E85698">
        <w:rPr>
          <w:spacing w:val="-1"/>
        </w:rPr>
        <w:t xml:space="preserve"> </w:t>
      </w:r>
      <w:r w:rsidRPr="00E85698">
        <w:rPr>
          <w:b/>
          <w:i/>
        </w:rPr>
        <w:t>из-</w:t>
      </w:r>
      <w:r w:rsidRPr="00E85698">
        <w:rPr>
          <w:i/>
        </w:rPr>
        <w:t>,</w:t>
      </w:r>
      <w:r w:rsidRPr="00E85698">
        <w:rPr>
          <w:i/>
          <w:spacing w:val="-1"/>
        </w:rPr>
        <w:t xml:space="preserve"> </w:t>
      </w:r>
      <w:r w:rsidRPr="00E85698">
        <w:rPr>
          <w:b/>
          <w:i/>
        </w:rPr>
        <w:t>до-</w:t>
      </w:r>
      <w:r w:rsidRPr="00E85698">
        <w:rPr>
          <w:i/>
        </w:rPr>
        <w:t xml:space="preserve">, </w:t>
      </w:r>
      <w:r w:rsidRPr="00E85698">
        <w:rPr>
          <w:b/>
          <w:i/>
        </w:rPr>
        <w:t>с-</w:t>
      </w:r>
      <w:r w:rsidRPr="00E85698">
        <w:rPr>
          <w:i/>
        </w:rPr>
        <w:t xml:space="preserve">, </w:t>
      </w:r>
      <w:r w:rsidRPr="00E85698">
        <w:rPr>
          <w:b/>
          <w:i/>
        </w:rPr>
        <w:t>в-</w:t>
      </w:r>
      <w:r w:rsidRPr="00E85698">
        <w:rPr>
          <w:i/>
        </w:rPr>
        <w:t xml:space="preserve">, </w:t>
      </w:r>
      <w:r w:rsidRPr="00E85698">
        <w:rPr>
          <w:b/>
          <w:i/>
        </w:rPr>
        <w:t>на-</w:t>
      </w:r>
      <w:r w:rsidRPr="00E85698">
        <w:rPr>
          <w:i/>
        </w:rPr>
        <w:t>,</w:t>
      </w:r>
      <w:r w:rsidRPr="00E85698">
        <w:rPr>
          <w:i/>
          <w:spacing w:val="-1"/>
        </w:rPr>
        <w:t xml:space="preserve"> </w:t>
      </w:r>
      <w:r w:rsidRPr="00E85698">
        <w:rPr>
          <w:b/>
          <w:i/>
        </w:rPr>
        <w:t>за-</w:t>
      </w:r>
      <w:r w:rsidRPr="00E85698">
        <w:t>;</w:t>
      </w:r>
      <w:r w:rsidRPr="00E85698">
        <w:rPr>
          <w:spacing w:val="1"/>
        </w:rPr>
        <w:t xml:space="preserve"> </w:t>
      </w:r>
      <w:r w:rsidRPr="00E85698">
        <w:t xml:space="preserve">употребления </w:t>
      </w:r>
      <w:proofErr w:type="spellStart"/>
      <w:r w:rsidRPr="00E85698">
        <w:rPr>
          <w:b/>
          <w:i/>
        </w:rPr>
        <w:t>ь</w:t>
      </w:r>
      <w:r w:rsidRPr="00E85698">
        <w:t>на</w:t>
      </w:r>
      <w:proofErr w:type="spellEnd"/>
      <w:r w:rsidRPr="00E85698">
        <w:t xml:space="preserve"> конце наречий после шипящих; написания суффиксов наречий -</w:t>
      </w:r>
      <w:proofErr w:type="spellStart"/>
      <w:r w:rsidRPr="00E85698">
        <w:rPr>
          <w:b/>
          <w:i/>
        </w:rPr>
        <w:t>о</w:t>
      </w:r>
      <w:r w:rsidRPr="00E85698">
        <w:t>и</w:t>
      </w:r>
      <w:proofErr w:type="spellEnd"/>
      <w:r w:rsidRPr="00E85698">
        <w:t xml:space="preserve"> </w:t>
      </w:r>
      <w:r w:rsidRPr="00E85698">
        <w:rPr>
          <w:i/>
        </w:rPr>
        <w:t>-</w:t>
      </w:r>
      <w:r w:rsidRPr="00E85698">
        <w:rPr>
          <w:b/>
          <w:i/>
        </w:rPr>
        <w:t xml:space="preserve">е </w:t>
      </w:r>
      <w:r w:rsidRPr="00E85698">
        <w:t>после</w:t>
      </w:r>
      <w:r w:rsidRPr="00E85698">
        <w:rPr>
          <w:spacing w:val="1"/>
        </w:rPr>
        <w:t xml:space="preserve"> </w:t>
      </w:r>
      <w:r w:rsidRPr="00E85698">
        <w:t xml:space="preserve">шипящих; написания </w:t>
      </w:r>
      <w:r w:rsidRPr="00E85698">
        <w:rPr>
          <w:b/>
          <w:i/>
        </w:rPr>
        <w:t xml:space="preserve">е </w:t>
      </w:r>
      <w:r w:rsidRPr="00E85698">
        <w:t xml:space="preserve">и </w:t>
      </w:r>
      <w:proofErr w:type="spellStart"/>
      <w:r w:rsidRPr="00E85698">
        <w:rPr>
          <w:b/>
          <w:i/>
        </w:rPr>
        <w:t>и</w:t>
      </w:r>
      <w:proofErr w:type="spellEnd"/>
      <w:r w:rsidRPr="00E85698">
        <w:rPr>
          <w:b/>
          <w:i/>
        </w:rPr>
        <w:t xml:space="preserve"> </w:t>
      </w:r>
      <w:r w:rsidRPr="00E85698">
        <w:t xml:space="preserve">в приставках </w:t>
      </w:r>
      <w:proofErr w:type="spellStart"/>
      <w:r w:rsidRPr="00E85698">
        <w:rPr>
          <w:b/>
          <w:i/>
        </w:rPr>
        <w:t>не-</w:t>
      </w:r>
      <w:proofErr w:type="spellEnd"/>
      <w:r w:rsidRPr="00E85698">
        <w:rPr>
          <w:b/>
          <w:i/>
        </w:rPr>
        <w:t xml:space="preserve"> </w:t>
      </w:r>
      <w:r w:rsidRPr="00E85698">
        <w:t xml:space="preserve">и </w:t>
      </w:r>
      <w:r w:rsidRPr="00E85698">
        <w:rPr>
          <w:b/>
          <w:i/>
        </w:rPr>
        <w:t xml:space="preserve">ни- </w:t>
      </w:r>
      <w:r w:rsidRPr="00E85698">
        <w:t xml:space="preserve">наречий; слитного и раздельного написания </w:t>
      </w:r>
      <w:r w:rsidRPr="00E85698">
        <w:rPr>
          <w:b/>
          <w:i/>
        </w:rPr>
        <w:t>не</w:t>
      </w:r>
      <w:r w:rsidRPr="00E85698">
        <w:t>с</w:t>
      </w:r>
      <w:r w:rsidRPr="00E85698">
        <w:rPr>
          <w:spacing w:val="-57"/>
        </w:rPr>
        <w:t xml:space="preserve"> </w:t>
      </w:r>
      <w:r w:rsidRPr="00E85698">
        <w:t>наречиями.</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11"/>
        <w:spacing w:before="66"/>
      </w:pPr>
      <w:r w:rsidRPr="00E85698">
        <w:lastRenderedPageBreak/>
        <w:t>Слова</w:t>
      </w:r>
      <w:r w:rsidRPr="00E85698">
        <w:rPr>
          <w:spacing w:val="-5"/>
        </w:rPr>
        <w:t xml:space="preserve"> </w:t>
      </w:r>
      <w:r w:rsidRPr="00E85698">
        <w:t>категории</w:t>
      </w:r>
      <w:r w:rsidRPr="00E85698">
        <w:rPr>
          <w:spacing w:val="-5"/>
        </w:rPr>
        <w:t xml:space="preserve"> </w:t>
      </w:r>
      <w:r w:rsidRPr="00E85698">
        <w:t>состояния</w:t>
      </w:r>
    </w:p>
    <w:p w:rsidR="00624C8A" w:rsidRPr="00E85698" w:rsidRDefault="00CB6516">
      <w:pPr>
        <w:pStyle w:val="a5"/>
        <w:spacing w:before="60" w:line="292" w:lineRule="auto"/>
        <w:ind w:firstLine="180"/>
      </w:pPr>
      <w:r w:rsidRPr="00E85698">
        <w:t>Определять</w:t>
      </w:r>
      <w:r w:rsidRPr="00E85698">
        <w:rPr>
          <w:spacing w:val="-6"/>
        </w:rPr>
        <w:t xml:space="preserve"> </w:t>
      </w:r>
      <w:r w:rsidRPr="00E85698">
        <w:t>общее</w:t>
      </w:r>
      <w:r w:rsidRPr="00E85698">
        <w:rPr>
          <w:spacing w:val="-5"/>
        </w:rPr>
        <w:t xml:space="preserve"> </w:t>
      </w:r>
      <w:r w:rsidRPr="00E85698">
        <w:t>грамматическое</w:t>
      </w:r>
      <w:r w:rsidRPr="00E85698">
        <w:rPr>
          <w:spacing w:val="-5"/>
        </w:rPr>
        <w:t xml:space="preserve"> </w:t>
      </w:r>
      <w:r w:rsidRPr="00E85698">
        <w:t>значение,</w:t>
      </w:r>
      <w:r w:rsidRPr="00E85698">
        <w:rPr>
          <w:spacing w:val="-5"/>
        </w:rPr>
        <w:t xml:space="preserve"> </w:t>
      </w:r>
      <w:r w:rsidRPr="00E85698">
        <w:t>морфологические</w:t>
      </w:r>
      <w:r w:rsidRPr="00E85698">
        <w:rPr>
          <w:spacing w:val="-4"/>
        </w:rPr>
        <w:t xml:space="preserve"> </w:t>
      </w:r>
      <w:r w:rsidRPr="00E85698">
        <w:t>признаки</w:t>
      </w:r>
      <w:r w:rsidRPr="00E85698">
        <w:rPr>
          <w:spacing w:val="-5"/>
        </w:rPr>
        <w:t xml:space="preserve"> </w:t>
      </w:r>
      <w:r w:rsidRPr="00E85698">
        <w:t>слов</w:t>
      </w:r>
      <w:r w:rsidRPr="00E85698">
        <w:rPr>
          <w:spacing w:val="-6"/>
        </w:rPr>
        <w:t xml:space="preserve"> </w:t>
      </w:r>
      <w:r w:rsidRPr="00E85698">
        <w:t>категории</w:t>
      </w:r>
      <w:r w:rsidRPr="00E85698">
        <w:rPr>
          <w:spacing w:val="-5"/>
        </w:rPr>
        <w:t xml:space="preserve"> </w:t>
      </w:r>
      <w:r w:rsidRPr="00E85698">
        <w:t>состояния,</w:t>
      </w:r>
      <w:r w:rsidRPr="00E85698">
        <w:rPr>
          <w:spacing w:val="-57"/>
        </w:rPr>
        <w:t xml:space="preserve"> </w:t>
      </w:r>
      <w:r w:rsidRPr="00E85698">
        <w:t>характеризовать</w:t>
      </w:r>
      <w:r w:rsidRPr="00E85698">
        <w:rPr>
          <w:spacing w:val="-2"/>
        </w:rPr>
        <w:t xml:space="preserve"> </w:t>
      </w:r>
      <w:r w:rsidRPr="00E85698">
        <w:t>их синтаксическую</w:t>
      </w:r>
      <w:r w:rsidRPr="00E85698">
        <w:rPr>
          <w:spacing w:val="-1"/>
        </w:rPr>
        <w:t xml:space="preserve"> </w:t>
      </w:r>
      <w:r w:rsidRPr="00E85698">
        <w:t>функцию</w:t>
      </w:r>
      <w:r w:rsidRPr="00E85698">
        <w:rPr>
          <w:spacing w:val="-2"/>
        </w:rPr>
        <w:t xml:space="preserve"> </w:t>
      </w:r>
      <w:r w:rsidRPr="00E85698">
        <w:t>и роль</w:t>
      </w:r>
      <w:r w:rsidRPr="00E85698">
        <w:rPr>
          <w:spacing w:val="-1"/>
        </w:rPr>
        <w:t xml:space="preserve"> </w:t>
      </w:r>
      <w:r w:rsidRPr="00E85698">
        <w:t>в</w:t>
      </w:r>
      <w:r w:rsidRPr="00E85698">
        <w:rPr>
          <w:spacing w:val="-2"/>
        </w:rPr>
        <w:t xml:space="preserve"> </w:t>
      </w:r>
      <w:r w:rsidRPr="00E85698">
        <w:t>речи.</w:t>
      </w:r>
    </w:p>
    <w:p w:rsidR="00624C8A" w:rsidRPr="00E85698" w:rsidRDefault="00CB6516">
      <w:pPr>
        <w:pStyle w:val="11"/>
        <w:spacing w:line="275" w:lineRule="exact"/>
      </w:pPr>
      <w:r w:rsidRPr="00E85698">
        <w:t>Служебные</w:t>
      </w:r>
      <w:r w:rsidRPr="00E85698">
        <w:rPr>
          <w:spacing w:val="-4"/>
        </w:rPr>
        <w:t xml:space="preserve"> </w:t>
      </w:r>
      <w:r w:rsidRPr="00E85698">
        <w:t>части</w:t>
      </w:r>
      <w:r w:rsidRPr="00E85698">
        <w:rPr>
          <w:spacing w:val="-5"/>
        </w:rPr>
        <w:t xml:space="preserve"> </w:t>
      </w:r>
      <w:r w:rsidRPr="00E85698">
        <w:t>речи</w:t>
      </w:r>
    </w:p>
    <w:p w:rsidR="00624C8A" w:rsidRPr="00E85698" w:rsidRDefault="00CB6516">
      <w:pPr>
        <w:pStyle w:val="a5"/>
        <w:spacing w:before="60" w:line="292" w:lineRule="auto"/>
        <w:ind w:firstLine="180"/>
      </w:pPr>
      <w:r w:rsidRPr="00E85698">
        <w:t>Давать</w:t>
      </w:r>
      <w:r w:rsidRPr="00E85698">
        <w:rPr>
          <w:spacing w:val="-6"/>
        </w:rPr>
        <w:t xml:space="preserve"> </w:t>
      </w:r>
      <w:r w:rsidRPr="00E85698">
        <w:t>общую</w:t>
      </w:r>
      <w:r w:rsidRPr="00E85698">
        <w:rPr>
          <w:spacing w:val="-5"/>
        </w:rPr>
        <w:t xml:space="preserve"> </w:t>
      </w:r>
      <w:r w:rsidRPr="00E85698">
        <w:t>характеристику</w:t>
      </w:r>
      <w:r w:rsidRPr="00E85698">
        <w:rPr>
          <w:spacing w:val="-4"/>
        </w:rPr>
        <w:t xml:space="preserve"> </w:t>
      </w:r>
      <w:r w:rsidRPr="00E85698">
        <w:t>служебных</w:t>
      </w:r>
      <w:r w:rsidRPr="00E85698">
        <w:rPr>
          <w:spacing w:val="-4"/>
        </w:rPr>
        <w:t xml:space="preserve"> </w:t>
      </w:r>
      <w:r w:rsidRPr="00E85698">
        <w:t>частей</w:t>
      </w:r>
      <w:r w:rsidRPr="00E85698">
        <w:rPr>
          <w:spacing w:val="-4"/>
        </w:rPr>
        <w:t xml:space="preserve"> </w:t>
      </w:r>
      <w:r w:rsidRPr="00E85698">
        <w:t>речи;</w:t>
      </w:r>
      <w:r w:rsidRPr="00E85698">
        <w:rPr>
          <w:spacing w:val="-5"/>
        </w:rPr>
        <w:t xml:space="preserve"> </w:t>
      </w:r>
      <w:r w:rsidRPr="00E85698">
        <w:t>объяснять</w:t>
      </w:r>
      <w:r w:rsidRPr="00E85698">
        <w:rPr>
          <w:spacing w:val="-5"/>
        </w:rPr>
        <w:t xml:space="preserve"> </w:t>
      </w:r>
      <w:r w:rsidRPr="00E85698">
        <w:t>их</w:t>
      </w:r>
      <w:r w:rsidRPr="00E85698">
        <w:rPr>
          <w:spacing w:val="-5"/>
        </w:rPr>
        <w:t xml:space="preserve"> </w:t>
      </w:r>
      <w:r w:rsidRPr="00E85698">
        <w:t>отличия</w:t>
      </w:r>
      <w:r w:rsidRPr="00E85698">
        <w:rPr>
          <w:spacing w:val="-5"/>
        </w:rPr>
        <w:t xml:space="preserve"> </w:t>
      </w:r>
      <w:r w:rsidRPr="00E85698">
        <w:t>от</w:t>
      </w:r>
      <w:r w:rsidRPr="00E85698">
        <w:rPr>
          <w:spacing w:val="-5"/>
        </w:rPr>
        <w:t xml:space="preserve"> </w:t>
      </w:r>
      <w:r w:rsidRPr="00E85698">
        <w:t>самостоятельных</w:t>
      </w:r>
      <w:r w:rsidRPr="00E85698">
        <w:rPr>
          <w:spacing w:val="-57"/>
        </w:rPr>
        <w:t xml:space="preserve"> </w:t>
      </w:r>
      <w:r w:rsidRPr="00E85698">
        <w:t>частей</w:t>
      </w:r>
      <w:r w:rsidRPr="00E85698">
        <w:rPr>
          <w:spacing w:val="-1"/>
        </w:rPr>
        <w:t xml:space="preserve"> </w:t>
      </w:r>
      <w:r w:rsidRPr="00E85698">
        <w:t>речи.</w:t>
      </w:r>
    </w:p>
    <w:p w:rsidR="00624C8A" w:rsidRPr="00E85698" w:rsidRDefault="00CB6516">
      <w:pPr>
        <w:pStyle w:val="11"/>
        <w:spacing w:line="275" w:lineRule="exact"/>
      </w:pPr>
      <w:r w:rsidRPr="00E85698">
        <w:t>Предлог</w:t>
      </w:r>
    </w:p>
    <w:p w:rsidR="00624C8A" w:rsidRPr="00E85698" w:rsidRDefault="00CB6516">
      <w:pPr>
        <w:pStyle w:val="a5"/>
        <w:spacing w:before="60" w:line="292" w:lineRule="auto"/>
        <w:ind w:right="747" w:firstLine="180"/>
      </w:pPr>
      <w:r w:rsidRPr="00E85698">
        <w:t>Характеризовать предлог как служебную часть речи; различать производные и непроизводные</w:t>
      </w:r>
      <w:r w:rsidRPr="00E85698">
        <w:rPr>
          <w:spacing w:val="-58"/>
        </w:rPr>
        <w:t xml:space="preserve"> </w:t>
      </w:r>
      <w:r w:rsidRPr="00E85698">
        <w:t>предлоги,</w:t>
      </w:r>
      <w:r w:rsidRPr="00E85698">
        <w:rPr>
          <w:spacing w:val="-1"/>
        </w:rPr>
        <w:t xml:space="preserve"> </w:t>
      </w:r>
      <w:r w:rsidRPr="00E85698">
        <w:t>простые и составные предлоги.</w:t>
      </w:r>
    </w:p>
    <w:p w:rsidR="00624C8A" w:rsidRPr="00E85698" w:rsidRDefault="00CB6516">
      <w:pPr>
        <w:pStyle w:val="a5"/>
        <w:spacing w:line="292" w:lineRule="auto"/>
        <w:ind w:right="550" w:firstLine="180"/>
      </w:pPr>
      <w:r w:rsidRPr="00E85698">
        <w:t>Употреблять предлоги в речи в соответствии с их значением и стилистическими особенностями;</w:t>
      </w:r>
      <w:r w:rsidRPr="00E85698">
        <w:rPr>
          <w:spacing w:val="-58"/>
        </w:rPr>
        <w:t xml:space="preserve"> </w:t>
      </w:r>
      <w:r w:rsidRPr="00E85698">
        <w:t>соблюдать</w:t>
      </w:r>
      <w:r w:rsidRPr="00E85698">
        <w:rPr>
          <w:spacing w:val="-2"/>
        </w:rPr>
        <w:t xml:space="preserve"> </w:t>
      </w:r>
      <w:r w:rsidRPr="00E85698">
        <w:t>нормы правописания</w:t>
      </w:r>
      <w:r w:rsidRPr="00E85698">
        <w:rPr>
          <w:spacing w:val="-1"/>
        </w:rPr>
        <w:t xml:space="preserve"> </w:t>
      </w:r>
      <w:r w:rsidRPr="00E85698">
        <w:t>производных предлогов.</w:t>
      </w:r>
    </w:p>
    <w:p w:rsidR="00624C8A" w:rsidRPr="00E85698" w:rsidRDefault="00CB6516">
      <w:pPr>
        <w:pStyle w:val="a5"/>
        <w:spacing w:line="275" w:lineRule="exact"/>
        <w:ind w:left="286"/>
        <w:rPr>
          <w:b/>
          <w:i/>
        </w:rPr>
      </w:pPr>
      <w:r w:rsidRPr="00E85698">
        <w:t>Соблюдать</w:t>
      </w:r>
      <w:r w:rsidRPr="00E85698">
        <w:rPr>
          <w:spacing w:val="-5"/>
        </w:rPr>
        <w:t xml:space="preserve"> </w:t>
      </w:r>
      <w:r w:rsidRPr="00E85698">
        <w:t>нормы</w:t>
      </w:r>
      <w:r w:rsidRPr="00E85698">
        <w:rPr>
          <w:spacing w:val="-3"/>
        </w:rPr>
        <w:t xml:space="preserve"> </w:t>
      </w:r>
      <w:r w:rsidRPr="00E85698">
        <w:t>употребления</w:t>
      </w:r>
      <w:r w:rsidRPr="00E85698">
        <w:rPr>
          <w:spacing w:val="-4"/>
        </w:rPr>
        <w:t xml:space="preserve"> </w:t>
      </w:r>
      <w:r w:rsidRPr="00E85698">
        <w:t>имён</w:t>
      </w:r>
      <w:r w:rsidRPr="00E85698">
        <w:rPr>
          <w:spacing w:val="-3"/>
        </w:rPr>
        <w:t xml:space="preserve"> </w:t>
      </w:r>
      <w:r w:rsidRPr="00E85698">
        <w:t>существительных</w:t>
      </w:r>
      <w:r w:rsidRPr="00E85698">
        <w:rPr>
          <w:spacing w:val="-3"/>
        </w:rPr>
        <w:t xml:space="preserve"> </w:t>
      </w:r>
      <w:r w:rsidRPr="00E85698">
        <w:t>и</w:t>
      </w:r>
      <w:r w:rsidRPr="00E85698">
        <w:rPr>
          <w:spacing w:val="-3"/>
        </w:rPr>
        <w:t xml:space="preserve"> </w:t>
      </w:r>
      <w:r w:rsidRPr="00E85698">
        <w:t>местоимений</w:t>
      </w:r>
      <w:r w:rsidRPr="00E85698">
        <w:rPr>
          <w:spacing w:val="-3"/>
        </w:rPr>
        <w:t xml:space="preserve"> </w:t>
      </w:r>
      <w:r w:rsidRPr="00E85698">
        <w:t>с</w:t>
      </w:r>
      <w:r w:rsidRPr="00E85698">
        <w:rPr>
          <w:spacing w:val="-3"/>
        </w:rPr>
        <w:t xml:space="preserve"> </w:t>
      </w:r>
      <w:r w:rsidRPr="00E85698">
        <w:t>предлогами,</w:t>
      </w:r>
      <w:r w:rsidRPr="00E85698">
        <w:rPr>
          <w:spacing w:val="-3"/>
        </w:rPr>
        <w:t xml:space="preserve"> </w:t>
      </w:r>
      <w:r w:rsidRPr="00E85698">
        <w:t>предлогов</w:t>
      </w:r>
      <w:r w:rsidRPr="00E85698">
        <w:rPr>
          <w:spacing w:val="-7"/>
        </w:rPr>
        <w:t xml:space="preserve"> </w:t>
      </w:r>
      <w:r w:rsidRPr="00E85698">
        <w:rPr>
          <w:b/>
          <w:i/>
        </w:rPr>
        <w:t>из</w:t>
      </w:r>
    </w:p>
    <w:p w:rsidR="00624C8A" w:rsidRPr="00E85698" w:rsidRDefault="00CB6516">
      <w:pPr>
        <w:pStyle w:val="a5"/>
        <w:spacing w:before="59"/>
      </w:pPr>
      <w:r w:rsidRPr="00E85698">
        <w:rPr>
          <w:i/>
        </w:rPr>
        <w:t>—</w:t>
      </w:r>
      <w:r w:rsidRPr="00E85698">
        <w:rPr>
          <w:i/>
          <w:spacing w:val="-1"/>
        </w:rPr>
        <w:t xml:space="preserve"> </w:t>
      </w:r>
      <w:proofErr w:type="spellStart"/>
      <w:proofErr w:type="gramStart"/>
      <w:r w:rsidRPr="00E85698">
        <w:rPr>
          <w:b/>
          <w:i/>
        </w:rPr>
        <w:t>с</w:t>
      </w:r>
      <w:r w:rsidRPr="00E85698">
        <w:t>,</w:t>
      </w:r>
      <w:r w:rsidRPr="00E85698">
        <w:rPr>
          <w:b/>
          <w:i/>
        </w:rPr>
        <w:t>в</w:t>
      </w:r>
      <w:proofErr w:type="spellEnd"/>
      <w:proofErr w:type="gramEnd"/>
      <w:r w:rsidRPr="00E85698">
        <w:rPr>
          <w:b/>
          <w:i/>
          <w:spacing w:val="-2"/>
        </w:rPr>
        <w:t xml:space="preserve"> </w:t>
      </w:r>
      <w:r w:rsidRPr="00E85698">
        <w:rPr>
          <w:i/>
        </w:rPr>
        <w:t>—</w:t>
      </w:r>
      <w:r w:rsidRPr="00E85698">
        <w:rPr>
          <w:i/>
          <w:spacing w:val="-1"/>
        </w:rPr>
        <w:t xml:space="preserve"> </w:t>
      </w:r>
      <w:r w:rsidRPr="00E85698">
        <w:rPr>
          <w:b/>
          <w:i/>
        </w:rPr>
        <w:t>на</w:t>
      </w:r>
      <w:r w:rsidRPr="00E85698">
        <w:rPr>
          <w:b/>
          <w:i/>
          <w:spacing w:val="-4"/>
        </w:rPr>
        <w:t xml:space="preserve"> </w:t>
      </w:r>
      <w:r w:rsidRPr="00E85698">
        <w:t>в</w:t>
      </w:r>
      <w:r w:rsidRPr="00E85698">
        <w:rPr>
          <w:spacing w:val="-3"/>
        </w:rPr>
        <w:t xml:space="preserve"> </w:t>
      </w:r>
      <w:r w:rsidRPr="00E85698">
        <w:t>составе</w:t>
      </w:r>
      <w:r w:rsidRPr="00E85698">
        <w:rPr>
          <w:spacing w:val="-3"/>
        </w:rPr>
        <w:t xml:space="preserve"> </w:t>
      </w:r>
      <w:r w:rsidRPr="00E85698">
        <w:t>словосочетаний;</w:t>
      </w:r>
      <w:r w:rsidRPr="00E85698">
        <w:rPr>
          <w:spacing w:val="-3"/>
        </w:rPr>
        <w:t xml:space="preserve"> </w:t>
      </w:r>
      <w:r w:rsidRPr="00E85698">
        <w:t>правила</w:t>
      </w:r>
      <w:r w:rsidRPr="00E85698">
        <w:rPr>
          <w:spacing w:val="-3"/>
        </w:rPr>
        <w:t xml:space="preserve"> </w:t>
      </w:r>
      <w:r w:rsidRPr="00E85698">
        <w:t>правописания</w:t>
      </w:r>
      <w:r w:rsidRPr="00E85698">
        <w:rPr>
          <w:spacing w:val="-3"/>
        </w:rPr>
        <w:t xml:space="preserve"> </w:t>
      </w:r>
      <w:r w:rsidRPr="00E85698">
        <w:t>производных</w:t>
      </w:r>
      <w:r w:rsidRPr="00E85698">
        <w:rPr>
          <w:spacing w:val="-2"/>
        </w:rPr>
        <w:t xml:space="preserve"> </w:t>
      </w:r>
      <w:r w:rsidRPr="00E85698">
        <w:t>предлогов.</w:t>
      </w:r>
    </w:p>
    <w:p w:rsidR="00624C8A" w:rsidRPr="00E85698" w:rsidRDefault="00CB6516">
      <w:pPr>
        <w:pStyle w:val="a5"/>
        <w:spacing w:before="60" w:line="292" w:lineRule="auto"/>
        <w:ind w:right="355" w:firstLine="180"/>
      </w:pPr>
      <w:r w:rsidRPr="00E85698">
        <w:t>Проводить морфологический анализ предлогов, применять это умение при выполнении языкового</w:t>
      </w:r>
      <w:r w:rsidRPr="00E85698">
        <w:rPr>
          <w:spacing w:val="-58"/>
        </w:rPr>
        <w:t xml:space="preserve"> </w:t>
      </w:r>
      <w:r w:rsidRPr="00E85698">
        <w:t>анализа</w:t>
      </w:r>
      <w:r w:rsidRPr="00E85698">
        <w:rPr>
          <w:spacing w:val="-1"/>
        </w:rPr>
        <w:t xml:space="preserve"> </w:t>
      </w:r>
      <w:r w:rsidRPr="00E85698">
        <w:t>различных видов</w:t>
      </w:r>
      <w:r w:rsidRPr="00E85698">
        <w:rPr>
          <w:spacing w:val="-1"/>
        </w:rPr>
        <w:t xml:space="preserve"> </w:t>
      </w:r>
      <w:r w:rsidRPr="00E85698">
        <w:t>и в</w:t>
      </w:r>
      <w:r w:rsidRPr="00E85698">
        <w:rPr>
          <w:spacing w:val="-1"/>
        </w:rPr>
        <w:t xml:space="preserve"> </w:t>
      </w:r>
      <w:r w:rsidRPr="00E85698">
        <w:t>речевой</w:t>
      </w:r>
      <w:r w:rsidRPr="00E85698">
        <w:rPr>
          <w:spacing w:val="-1"/>
        </w:rPr>
        <w:t xml:space="preserve"> </w:t>
      </w:r>
      <w:r w:rsidRPr="00E85698">
        <w:t>практике.</w:t>
      </w:r>
    </w:p>
    <w:p w:rsidR="00624C8A" w:rsidRPr="00E85698" w:rsidRDefault="00CB6516">
      <w:pPr>
        <w:pStyle w:val="11"/>
        <w:spacing w:line="275" w:lineRule="exact"/>
      </w:pPr>
      <w:r w:rsidRPr="00E85698">
        <w:t>Союз</w:t>
      </w:r>
    </w:p>
    <w:p w:rsidR="00624C8A" w:rsidRPr="00E85698" w:rsidRDefault="00CB6516">
      <w:pPr>
        <w:pStyle w:val="a5"/>
        <w:spacing w:before="60" w:line="292" w:lineRule="auto"/>
        <w:ind w:firstLine="180"/>
      </w:pPr>
      <w:r w:rsidRPr="00E85698">
        <w:t>Характеризовать</w:t>
      </w:r>
      <w:r w:rsidRPr="00E85698">
        <w:rPr>
          <w:spacing w:val="-5"/>
        </w:rPr>
        <w:t xml:space="preserve"> </w:t>
      </w:r>
      <w:r w:rsidRPr="00E85698">
        <w:t>союз</w:t>
      </w:r>
      <w:r w:rsidRPr="00E85698">
        <w:rPr>
          <w:spacing w:val="-5"/>
        </w:rPr>
        <w:t xml:space="preserve"> </w:t>
      </w:r>
      <w:r w:rsidRPr="00E85698">
        <w:t>как</w:t>
      </w:r>
      <w:r w:rsidRPr="00E85698">
        <w:rPr>
          <w:spacing w:val="-4"/>
        </w:rPr>
        <w:t xml:space="preserve"> </w:t>
      </w:r>
      <w:r w:rsidRPr="00E85698">
        <w:t>служебную</w:t>
      </w:r>
      <w:r w:rsidRPr="00E85698">
        <w:rPr>
          <w:spacing w:val="-5"/>
        </w:rPr>
        <w:t xml:space="preserve"> </w:t>
      </w:r>
      <w:r w:rsidRPr="00E85698">
        <w:t>часть</w:t>
      </w:r>
      <w:r w:rsidRPr="00E85698">
        <w:rPr>
          <w:spacing w:val="-4"/>
        </w:rPr>
        <w:t xml:space="preserve"> </w:t>
      </w:r>
      <w:r w:rsidRPr="00E85698">
        <w:t>речи;</w:t>
      </w:r>
      <w:r w:rsidRPr="00E85698">
        <w:rPr>
          <w:spacing w:val="-5"/>
        </w:rPr>
        <w:t xml:space="preserve"> </w:t>
      </w:r>
      <w:r w:rsidRPr="00E85698">
        <w:t>различать</w:t>
      </w:r>
      <w:r w:rsidRPr="00E85698">
        <w:rPr>
          <w:spacing w:val="-5"/>
        </w:rPr>
        <w:t xml:space="preserve"> </w:t>
      </w:r>
      <w:r w:rsidRPr="00E85698">
        <w:t>разряды</w:t>
      </w:r>
      <w:r w:rsidRPr="00E85698">
        <w:rPr>
          <w:spacing w:val="-3"/>
        </w:rPr>
        <w:t xml:space="preserve"> </w:t>
      </w:r>
      <w:r w:rsidRPr="00E85698">
        <w:t>союзов</w:t>
      </w:r>
      <w:r w:rsidRPr="00E85698">
        <w:rPr>
          <w:spacing w:val="-5"/>
        </w:rPr>
        <w:t xml:space="preserve"> </w:t>
      </w:r>
      <w:r w:rsidRPr="00E85698">
        <w:t>по</w:t>
      </w:r>
      <w:r w:rsidRPr="00E85698">
        <w:rPr>
          <w:spacing w:val="-4"/>
        </w:rPr>
        <w:t xml:space="preserve"> </w:t>
      </w:r>
      <w:r w:rsidRPr="00E85698">
        <w:t>значению,</w:t>
      </w:r>
      <w:r w:rsidRPr="00E85698">
        <w:rPr>
          <w:spacing w:val="-3"/>
        </w:rPr>
        <w:t xml:space="preserve"> </w:t>
      </w:r>
      <w:r w:rsidRPr="00E85698">
        <w:t>по</w:t>
      </w:r>
      <w:r w:rsidRPr="00E85698">
        <w:rPr>
          <w:spacing w:val="-57"/>
        </w:rPr>
        <w:t xml:space="preserve"> </w:t>
      </w:r>
      <w:r w:rsidRPr="00E85698">
        <w:t>строению; объяснять роль союзов в тексте, в том числе как средств связи однородных членов</w:t>
      </w:r>
      <w:r w:rsidRPr="00E85698">
        <w:rPr>
          <w:spacing w:val="1"/>
        </w:rPr>
        <w:t xml:space="preserve"> </w:t>
      </w:r>
      <w:r w:rsidRPr="00E85698">
        <w:t>предложения</w:t>
      </w:r>
      <w:r w:rsidRPr="00E85698">
        <w:rPr>
          <w:spacing w:val="-2"/>
        </w:rPr>
        <w:t xml:space="preserve"> </w:t>
      </w:r>
      <w:r w:rsidRPr="00E85698">
        <w:t>и частей сложного предложения.</w:t>
      </w:r>
    </w:p>
    <w:p w:rsidR="00624C8A" w:rsidRPr="00E85698" w:rsidRDefault="00CB6516">
      <w:pPr>
        <w:pStyle w:val="a5"/>
        <w:spacing w:line="292" w:lineRule="auto"/>
        <w:ind w:right="832" w:firstLine="180"/>
        <w:rPr>
          <w:i/>
        </w:rPr>
      </w:pPr>
      <w:r w:rsidRPr="00E85698">
        <w:t>Употреблять союзы в речи в соответствии с их значением и стилистическими особенностями;</w:t>
      </w:r>
      <w:r w:rsidRPr="00E85698">
        <w:rPr>
          <w:spacing w:val="-58"/>
        </w:rPr>
        <w:t xml:space="preserve"> </w:t>
      </w:r>
      <w:r w:rsidRPr="00E85698">
        <w:t>соблюдать нормы правописания союзов, постановки знаков препинания в сложных союзных</w:t>
      </w:r>
      <w:r w:rsidRPr="00E85698">
        <w:rPr>
          <w:spacing w:val="1"/>
        </w:rPr>
        <w:t xml:space="preserve"> </w:t>
      </w:r>
      <w:r w:rsidRPr="00E85698">
        <w:t>предложениях,</w:t>
      </w:r>
      <w:r w:rsidRPr="00E85698">
        <w:rPr>
          <w:spacing w:val="-1"/>
        </w:rPr>
        <w:t xml:space="preserve"> </w:t>
      </w:r>
      <w:r w:rsidRPr="00E85698">
        <w:t>постановки</w:t>
      </w:r>
      <w:r w:rsidRPr="00E85698">
        <w:rPr>
          <w:spacing w:val="-1"/>
        </w:rPr>
        <w:t xml:space="preserve"> </w:t>
      </w:r>
      <w:r w:rsidRPr="00E85698">
        <w:t>знаков</w:t>
      </w:r>
      <w:r w:rsidRPr="00E85698">
        <w:rPr>
          <w:spacing w:val="-1"/>
        </w:rPr>
        <w:t xml:space="preserve"> </w:t>
      </w:r>
      <w:r w:rsidRPr="00E85698">
        <w:t>препинания</w:t>
      </w:r>
      <w:r w:rsidRPr="00E85698">
        <w:rPr>
          <w:spacing w:val="-2"/>
        </w:rPr>
        <w:t xml:space="preserve"> </w:t>
      </w:r>
      <w:r w:rsidRPr="00E85698">
        <w:t>в</w:t>
      </w:r>
      <w:r w:rsidRPr="00E85698">
        <w:rPr>
          <w:spacing w:val="-2"/>
        </w:rPr>
        <w:t xml:space="preserve"> </w:t>
      </w:r>
      <w:r w:rsidRPr="00E85698">
        <w:t>предложениях с</w:t>
      </w:r>
      <w:r w:rsidRPr="00E85698">
        <w:rPr>
          <w:spacing w:val="-1"/>
        </w:rPr>
        <w:t xml:space="preserve"> </w:t>
      </w:r>
      <w:r w:rsidRPr="00E85698">
        <w:t>союзом</w:t>
      </w:r>
      <w:r w:rsidRPr="00E85698">
        <w:rPr>
          <w:spacing w:val="-3"/>
        </w:rPr>
        <w:t xml:space="preserve"> </w:t>
      </w:r>
      <w:r w:rsidRPr="00E85698">
        <w:rPr>
          <w:b/>
          <w:i/>
        </w:rPr>
        <w:t>и</w:t>
      </w:r>
      <w:r w:rsidRPr="00E85698">
        <w:rPr>
          <w:i/>
        </w:rPr>
        <w:t>.</w:t>
      </w:r>
    </w:p>
    <w:p w:rsidR="00624C8A" w:rsidRPr="00E85698" w:rsidRDefault="00CB6516">
      <w:pPr>
        <w:pStyle w:val="a5"/>
        <w:spacing w:line="274" w:lineRule="exact"/>
        <w:ind w:left="286"/>
      </w:pPr>
      <w:r w:rsidRPr="00E85698">
        <w:t>Проводить</w:t>
      </w:r>
      <w:r w:rsidRPr="00E85698">
        <w:rPr>
          <w:spacing w:val="-5"/>
        </w:rPr>
        <w:t xml:space="preserve"> </w:t>
      </w:r>
      <w:r w:rsidRPr="00E85698">
        <w:t>морфологический</w:t>
      </w:r>
      <w:r w:rsidRPr="00E85698">
        <w:rPr>
          <w:spacing w:val="-3"/>
        </w:rPr>
        <w:t xml:space="preserve"> </w:t>
      </w:r>
      <w:r w:rsidRPr="00E85698">
        <w:t>анализ</w:t>
      </w:r>
      <w:r w:rsidRPr="00E85698">
        <w:rPr>
          <w:spacing w:val="-4"/>
        </w:rPr>
        <w:t xml:space="preserve"> </w:t>
      </w:r>
      <w:r w:rsidRPr="00E85698">
        <w:t>союзов,</w:t>
      </w:r>
      <w:r w:rsidRPr="00E85698">
        <w:rPr>
          <w:spacing w:val="-3"/>
        </w:rPr>
        <w:t xml:space="preserve"> </w:t>
      </w:r>
      <w:r w:rsidRPr="00E85698">
        <w:t>применять</w:t>
      </w:r>
      <w:r w:rsidRPr="00E85698">
        <w:rPr>
          <w:spacing w:val="-4"/>
        </w:rPr>
        <w:t xml:space="preserve"> </w:t>
      </w:r>
      <w:r w:rsidRPr="00E85698">
        <w:t>это</w:t>
      </w:r>
      <w:r w:rsidRPr="00E85698">
        <w:rPr>
          <w:spacing w:val="-3"/>
        </w:rPr>
        <w:t xml:space="preserve"> </w:t>
      </w:r>
      <w:r w:rsidRPr="00E85698">
        <w:t>умение</w:t>
      </w:r>
      <w:r w:rsidRPr="00E85698">
        <w:rPr>
          <w:spacing w:val="-3"/>
        </w:rPr>
        <w:t xml:space="preserve"> </w:t>
      </w:r>
      <w:r w:rsidRPr="00E85698">
        <w:t>в</w:t>
      </w:r>
      <w:r w:rsidRPr="00E85698">
        <w:rPr>
          <w:spacing w:val="-4"/>
        </w:rPr>
        <w:t xml:space="preserve"> </w:t>
      </w:r>
      <w:r w:rsidRPr="00E85698">
        <w:t>речевой</w:t>
      </w:r>
      <w:r w:rsidRPr="00E85698">
        <w:rPr>
          <w:spacing w:val="-3"/>
        </w:rPr>
        <w:t xml:space="preserve"> </w:t>
      </w:r>
      <w:r w:rsidRPr="00E85698">
        <w:t>практике.</w:t>
      </w:r>
    </w:p>
    <w:p w:rsidR="00624C8A" w:rsidRPr="00E85698" w:rsidRDefault="00CB6516">
      <w:pPr>
        <w:pStyle w:val="11"/>
        <w:spacing w:before="59"/>
      </w:pPr>
      <w:r w:rsidRPr="00E85698">
        <w:t>Частица</w:t>
      </w:r>
    </w:p>
    <w:p w:rsidR="00624C8A" w:rsidRPr="00E85698" w:rsidRDefault="00CB6516">
      <w:pPr>
        <w:pStyle w:val="a5"/>
        <w:spacing w:before="60" w:line="292" w:lineRule="auto"/>
        <w:ind w:right="396" w:firstLine="180"/>
      </w:pPr>
      <w:r w:rsidRPr="00E85698">
        <w:t>Характеризовать</w:t>
      </w:r>
      <w:r w:rsidRPr="00E85698">
        <w:rPr>
          <w:spacing w:val="-5"/>
        </w:rPr>
        <w:t xml:space="preserve"> </w:t>
      </w:r>
      <w:r w:rsidRPr="00E85698">
        <w:t>частицу</w:t>
      </w:r>
      <w:r w:rsidRPr="00E85698">
        <w:rPr>
          <w:spacing w:val="-4"/>
        </w:rPr>
        <w:t xml:space="preserve"> </w:t>
      </w:r>
      <w:r w:rsidRPr="00E85698">
        <w:t>как</w:t>
      </w:r>
      <w:r w:rsidRPr="00E85698">
        <w:rPr>
          <w:spacing w:val="-5"/>
        </w:rPr>
        <w:t xml:space="preserve"> </w:t>
      </w:r>
      <w:r w:rsidRPr="00E85698">
        <w:t>служебную</w:t>
      </w:r>
      <w:r w:rsidRPr="00E85698">
        <w:rPr>
          <w:spacing w:val="-5"/>
        </w:rPr>
        <w:t xml:space="preserve"> </w:t>
      </w:r>
      <w:r w:rsidRPr="00E85698">
        <w:t>часть</w:t>
      </w:r>
      <w:r w:rsidRPr="00E85698">
        <w:rPr>
          <w:spacing w:val="-5"/>
        </w:rPr>
        <w:t xml:space="preserve"> </w:t>
      </w:r>
      <w:r w:rsidRPr="00E85698">
        <w:t>речи;</w:t>
      </w:r>
      <w:r w:rsidRPr="00E85698">
        <w:rPr>
          <w:spacing w:val="-5"/>
        </w:rPr>
        <w:t xml:space="preserve"> </w:t>
      </w:r>
      <w:r w:rsidRPr="00E85698">
        <w:t>различать</w:t>
      </w:r>
      <w:r w:rsidRPr="00E85698">
        <w:rPr>
          <w:spacing w:val="-4"/>
        </w:rPr>
        <w:t xml:space="preserve"> </w:t>
      </w:r>
      <w:r w:rsidRPr="00E85698">
        <w:t>разряды</w:t>
      </w:r>
      <w:r w:rsidRPr="00E85698">
        <w:rPr>
          <w:spacing w:val="-4"/>
        </w:rPr>
        <w:t xml:space="preserve"> </w:t>
      </w:r>
      <w:r w:rsidRPr="00E85698">
        <w:t>частиц</w:t>
      </w:r>
      <w:r w:rsidRPr="00E85698">
        <w:rPr>
          <w:spacing w:val="-4"/>
        </w:rPr>
        <w:t xml:space="preserve"> </w:t>
      </w:r>
      <w:r w:rsidRPr="00E85698">
        <w:t>по</w:t>
      </w:r>
      <w:r w:rsidRPr="00E85698">
        <w:rPr>
          <w:spacing w:val="-4"/>
        </w:rPr>
        <w:t xml:space="preserve"> </w:t>
      </w:r>
      <w:r w:rsidRPr="00E85698">
        <w:t>значению,</w:t>
      </w:r>
      <w:r w:rsidRPr="00E85698">
        <w:rPr>
          <w:spacing w:val="-4"/>
        </w:rPr>
        <w:t xml:space="preserve"> </w:t>
      </w:r>
      <w:r w:rsidRPr="00E85698">
        <w:t>по</w:t>
      </w:r>
      <w:r w:rsidRPr="00E85698">
        <w:rPr>
          <w:spacing w:val="-57"/>
        </w:rPr>
        <w:t xml:space="preserve"> </w:t>
      </w:r>
      <w:r w:rsidRPr="00E85698">
        <w:t>составу; объяснять роль частиц в передаче различных оттенков значения в слове и тексте, в</w:t>
      </w:r>
      <w:r w:rsidRPr="00E85698">
        <w:rPr>
          <w:spacing w:val="1"/>
        </w:rPr>
        <w:t xml:space="preserve"> </w:t>
      </w:r>
      <w:r w:rsidRPr="00E85698">
        <w:t>образовании</w:t>
      </w:r>
      <w:r w:rsidRPr="00E85698">
        <w:rPr>
          <w:spacing w:val="-2"/>
        </w:rPr>
        <w:t xml:space="preserve"> </w:t>
      </w:r>
      <w:r w:rsidRPr="00E85698">
        <w:t>форм</w:t>
      </w:r>
      <w:r w:rsidRPr="00E85698">
        <w:rPr>
          <w:spacing w:val="-2"/>
        </w:rPr>
        <w:t xml:space="preserve"> </w:t>
      </w:r>
      <w:r w:rsidRPr="00E85698">
        <w:t>глагола;</w:t>
      </w:r>
      <w:r w:rsidRPr="00E85698">
        <w:rPr>
          <w:spacing w:val="-3"/>
        </w:rPr>
        <w:t xml:space="preserve"> </w:t>
      </w:r>
      <w:r w:rsidRPr="00E85698">
        <w:t>понимать</w:t>
      </w:r>
      <w:r w:rsidRPr="00E85698">
        <w:rPr>
          <w:spacing w:val="-3"/>
        </w:rPr>
        <w:t xml:space="preserve"> </w:t>
      </w:r>
      <w:r w:rsidRPr="00E85698">
        <w:t>интонационные</w:t>
      </w:r>
      <w:r w:rsidRPr="00E85698">
        <w:rPr>
          <w:spacing w:val="-2"/>
        </w:rPr>
        <w:t xml:space="preserve"> </w:t>
      </w:r>
      <w:r w:rsidRPr="00E85698">
        <w:t>особенности</w:t>
      </w:r>
      <w:r w:rsidRPr="00E85698">
        <w:rPr>
          <w:spacing w:val="-2"/>
        </w:rPr>
        <w:t xml:space="preserve"> </w:t>
      </w:r>
      <w:r w:rsidRPr="00E85698">
        <w:t>предложений</w:t>
      </w:r>
      <w:r w:rsidRPr="00E85698">
        <w:rPr>
          <w:spacing w:val="-2"/>
        </w:rPr>
        <w:t xml:space="preserve"> </w:t>
      </w:r>
      <w:r w:rsidRPr="00E85698">
        <w:t>с</w:t>
      </w:r>
      <w:r w:rsidRPr="00E85698">
        <w:rPr>
          <w:spacing w:val="-1"/>
        </w:rPr>
        <w:t xml:space="preserve"> </w:t>
      </w:r>
      <w:r w:rsidRPr="00E85698">
        <w:t>частицами.</w:t>
      </w:r>
    </w:p>
    <w:p w:rsidR="00624C8A" w:rsidRPr="00E85698" w:rsidRDefault="00CB6516">
      <w:pPr>
        <w:pStyle w:val="a5"/>
        <w:spacing w:line="292" w:lineRule="auto"/>
        <w:ind w:firstLine="180"/>
      </w:pPr>
      <w:r w:rsidRPr="00E85698">
        <w:t>Употреблять</w:t>
      </w:r>
      <w:r w:rsidRPr="00E85698">
        <w:rPr>
          <w:spacing w:val="-5"/>
        </w:rPr>
        <w:t xml:space="preserve"> </w:t>
      </w:r>
      <w:r w:rsidRPr="00E85698">
        <w:t>частицы</w:t>
      </w:r>
      <w:r w:rsidRPr="00E85698">
        <w:rPr>
          <w:spacing w:val="-4"/>
        </w:rPr>
        <w:t xml:space="preserve"> </w:t>
      </w:r>
      <w:r w:rsidRPr="00E85698">
        <w:t>в</w:t>
      </w:r>
      <w:r w:rsidRPr="00E85698">
        <w:rPr>
          <w:spacing w:val="-4"/>
        </w:rPr>
        <w:t xml:space="preserve"> </w:t>
      </w:r>
      <w:r w:rsidRPr="00E85698">
        <w:t>речи</w:t>
      </w:r>
      <w:r w:rsidRPr="00E85698">
        <w:rPr>
          <w:spacing w:val="-4"/>
        </w:rPr>
        <w:t xml:space="preserve"> </w:t>
      </w:r>
      <w:r w:rsidRPr="00E85698">
        <w:t>в</w:t>
      </w:r>
      <w:r w:rsidRPr="00E85698">
        <w:rPr>
          <w:spacing w:val="-4"/>
        </w:rPr>
        <w:t xml:space="preserve"> </w:t>
      </w:r>
      <w:r w:rsidRPr="00E85698">
        <w:t>соответствии</w:t>
      </w:r>
      <w:r w:rsidRPr="00E85698">
        <w:rPr>
          <w:spacing w:val="-4"/>
        </w:rPr>
        <w:t xml:space="preserve"> </w:t>
      </w:r>
      <w:r w:rsidRPr="00E85698">
        <w:t>с</w:t>
      </w:r>
      <w:r w:rsidRPr="00E85698">
        <w:rPr>
          <w:spacing w:val="-3"/>
        </w:rPr>
        <w:t xml:space="preserve"> </w:t>
      </w:r>
      <w:r w:rsidRPr="00E85698">
        <w:t>их</w:t>
      </w:r>
      <w:r w:rsidRPr="00E85698">
        <w:rPr>
          <w:spacing w:val="-4"/>
        </w:rPr>
        <w:t xml:space="preserve"> </w:t>
      </w:r>
      <w:r w:rsidRPr="00E85698">
        <w:t>значением</w:t>
      </w:r>
      <w:r w:rsidRPr="00E85698">
        <w:rPr>
          <w:spacing w:val="-4"/>
        </w:rPr>
        <w:t xml:space="preserve"> </w:t>
      </w:r>
      <w:r w:rsidRPr="00E85698">
        <w:t>и</w:t>
      </w:r>
      <w:r w:rsidRPr="00E85698">
        <w:rPr>
          <w:spacing w:val="-3"/>
        </w:rPr>
        <w:t xml:space="preserve"> </w:t>
      </w:r>
      <w:r w:rsidRPr="00E85698">
        <w:t>стилистической</w:t>
      </w:r>
      <w:r w:rsidRPr="00E85698">
        <w:rPr>
          <w:spacing w:val="-4"/>
        </w:rPr>
        <w:t xml:space="preserve"> </w:t>
      </w:r>
      <w:r w:rsidRPr="00E85698">
        <w:t>окраской;</w:t>
      </w:r>
      <w:r w:rsidRPr="00E85698">
        <w:rPr>
          <w:spacing w:val="-4"/>
        </w:rPr>
        <w:t xml:space="preserve"> </w:t>
      </w:r>
      <w:r w:rsidRPr="00E85698">
        <w:t>соблюдать</w:t>
      </w:r>
      <w:r w:rsidRPr="00E85698">
        <w:rPr>
          <w:spacing w:val="-57"/>
        </w:rPr>
        <w:t xml:space="preserve"> </w:t>
      </w:r>
      <w:r w:rsidRPr="00E85698">
        <w:t>нормы</w:t>
      </w:r>
      <w:r w:rsidRPr="00E85698">
        <w:rPr>
          <w:spacing w:val="-1"/>
        </w:rPr>
        <w:t xml:space="preserve"> </w:t>
      </w:r>
      <w:r w:rsidRPr="00E85698">
        <w:t>правописания</w:t>
      </w:r>
      <w:r w:rsidRPr="00E85698">
        <w:rPr>
          <w:spacing w:val="-1"/>
        </w:rPr>
        <w:t xml:space="preserve"> </w:t>
      </w:r>
      <w:r w:rsidRPr="00E85698">
        <w:t>частиц.</w:t>
      </w:r>
    </w:p>
    <w:p w:rsidR="00624C8A" w:rsidRPr="00E85698" w:rsidRDefault="00CB6516">
      <w:pPr>
        <w:pStyle w:val="a5"/>
        <w:spacing w:line="275" w:lineRule="exact"/>
        <w:ind w:left="286"/>
      </w:pPr>
      <w:r w:rsidRPr="00E85698">
        <w:t>Проводить</w:t>
      </w:r>
      <w:r w:rsidRPr="00E85698">
        <w:rPr>
          <w:spacing w:val="-5"/>
        </w:rPr>
        <w:t xml:space="preserve"> </w:t>
      </w:r>
      <w:r w:rsidRPr="00E85698">
        <w:t>морфологический</w:t>
      </w:r>
      <w:r w:rsidRPr="00E85698">
        <w:rPr>
          <w:spacing w:val="-3"/>
        </w:rPr>
        <w:t xml:space="preserve"> </w:t>
      </w:r>
      <w:r w:rsidRPr="00E85698">
        <w:t>анализ</w:t>
      </w:r>
      <w:r w:rsidRPr="00E85698">
        <w:rPr>
          <w:spacing w:val="-4"/>
        </w:rPr>
        <w:t xml:space="preserve"> </w:t>
      </w:r>
      <w:r w:rsidRPr="00E85698">
        <w:t>частиц,</w:t>
      </w:r>
      <w:r w:rsidRPr="00E85698">
        <w:rPr>
          <w:spacing w:val="-3"/>
        </w:rPr>
        <w:t xml:space="preserve"> </w:t>
      </w:r>
      <w:r w:rsidRPr="00E85698">
        <w:t>применять</w:t>
      </w:r>
      <w:r w:rsidRPr="00E85698">
        <w:rPr>
          <w:spacing w:val="-4"/>
        </w:rPr>
        <w:t xml:space="preserve"> </w:t>
      </w:r>
      <w:r w:rsidRPr="00E85698">
        <w:t>это</w:t>
      </w:r>
      <w:r w:rsidRPr="00E85698">
        <w:rPr>
          <w:spacing w:val="-3"/>
        </w:rPr>
        <w:t xml:space="preserve"> </w:t>
      </w:r>
      <w:r w:rsidRPr="00E85698">
        <w:t>умение</w:t>
      </w:r>
      <w:r w:rsidRPr="00E85698">
        <w:rPr>
          <w:spacing w:val="-3"/>
        </w:rPr>
        <w:t xml:space="preserve"> </w:t>
      </w:r>
      <w:r w:rsidRPr="00E85698">
        <w:t>в</w:t>
      </w:r>
      <w:r w:rsidRPr="00E85698">
        <w:rPr>
          <w:spacing w:val="-4"/>
        </w:rPr>
        <w:t xml:space="preserve"> </w:t>
      </w:r>
      <w:r w:rsidRPr="00E85698">
        <w:t>речевой</w:t>
      </w:r>
      <w:r w:rsidRPr="00E85698">
        <w:rPr>
          <w:spacing w:val="-3"/>
        </w:rPr>
        <w:t xml:space="preserve"> </w:t>
      </w:r>
      <w:r w:rsidRPr="00E85698">
        <w:t>практике.</w:t>
      </w:r>
    </w:p>
    <w:p w:rsidR="00624C8A" w:rsidRPr="00E85698" w:rsidRDefault="00CB6516">
      <w:pPr>
        <w:pStyle w:val="11"/>
        <w:spacing w:before="58"/>
      </w:pPr>
      <w:r w:rsidRPr="00E85698">
        <w:t>Междометия</w:t>
      </w:r>
      <w:r w:rsidRPr="00E85698">
        <w:rPr>
          <w:spacing w:val="-7"/>
        </w:rPr>
        <w:t xml:space="preserve"> </w:t>
      </w:r>
      <w:r w:rsidRPr="00E85698">
        <w:t>и</w:t>
      </w:r>
      <w:r w:rsidRPr="00E85698">
        <w:rPr>
          <w:spacing w:val="-6"/>
        </w:rPr>
        <w:t xml:space="preserve"> </w:t>
      </w:r>
      <w:r w:rsidRPr="00E85698">
        <w:t>звукоподражательные</w:t>
      </w:r>
      <w:r w:rsidRPr="00E85698">
        <w:rPr>
          <w:spacing w:val="-6"/>
        </w:rPr>
        <w:t xml:space="preserve"> </w:t>
      </w:r>
      <w:r w:rsidRPr="00E85698">
        <w:t>слова</w:t>
      </w:r>
    </w:p>
    <w:p w:rsidR="00624C8A" w:rsidRPr="00E85698" w:rsidRDefault="00CB6516">
      <w:pPr>
        <w:pStyle w:val="a5"/>
        <w:spacing w:before="60" w:line="292" w:lineRule="auto"/>
        <w:ind w:right="188" w:firstLine="180"/>
      </w:pPr>
      <w:r w:rsidRPr="00E85698">
        <w:t>Характеризовать междометия как особую группу слов, различать группы междометий по значению;</w:t>
      </w:r>
      <w:r w:rsidRPr="00E85698">
        <w:rPr>
          <w:spacing w:val="-58"/>
        </w:rPr>
        <w:t xml:space="preserve"> </w:t>
      </w:r>
      <w:r w:rsidRPr="00E85698">
        <w:t>объяснять роль междометий в речи. Характеризовать особенности звукоподражательных слов и их</w:t>
      </w:r>
      <w:r w:rsidRPr="00E85698">
        <w:rPr>
          <w:spacing w:val="1"/>
        </w:rPr>
        <w:t xml:space="preserve"> </w:t>
      </w:r>
      <w:r w:rsidRPr="00E85698">
        <w:t>употребление</w:t>
      </w:r>
      <w:r w:rsidRPr="00E85698">
        <w:rPr>
          <w:spacing w:val="-1"/>
        </w:rPr>
        <w:t xml:space="preserve"> </w:t>
      </w:r>
      <w:r w:rsidRPr="00E85698">
        <w:t>в</w:t>
      </w:r>
      <w:r w:rsidRPr="00E85698">
        <w:rPr>
          <w:spacing w:val="-1"/>
        </w:rPr>
        <w:t xml:space="preserve"> </w:t>
      </w:r>
      <w:r w:rsidRPr="00E85698">
        <w:t>разговорной речи,</w:t>
      </w:r>
      <w:r w:rsidRPr="00E85698">
        <w:rPr>
          <w:spacing w:val="-1"/>
        </w:rPr>
        <w:t xml:space="preserve"> </w:t>
      </w:r>
      <w:r w:rsidRPr="00E85698">
        <w:t>в</w:t>
      </w:r>
      <w:r w:rsidRPr="00E85698">
        <w:rPr>
          <w:spacing w:val="-1"/>
        </w:rPr>
        <w:t xml:space="preserve"> </w:t>
      </w:r>
      <w:r w:rsidRPr="00E85698">
        <w:t>художественной литературе.</w:t>
      </w:r>
    </w:p>
    <w:p w:rsidR="00624C8A" w:rsidRPr="00E85698" w:rsidRDefault="00CB6516">
      <w:pPr>
        <w:pStyle w:val="a5"/>
        <w:spacing w:line="292" w:lineRule="auto"/>
        <w:ind w:left="286" w:right="888"/>
      </w:pPr>
      <w:r w:rsidRPr="00E85698">
        <w:t>Проводить морфологический анализ междометий; применять это умение в речевой практике.</w:t>
      </w:r>
      <w:r w:rsidRPr="00E85698">
        <w:rPr>
          <w:spacing w:val="-58"/>
        </w:rPr>
        <w:t xml:space="preserve"> </w:t>
      </w:r>
      <w:r w:rsidRPr="00E85698">
        <w:t>Соблюдать</w:t>
      </w:r>
      <w:r w:rsidRPr="00E85698">
        <w:rPr>
          <w:spacing w:val="-2"/>
        </w:rPr>
        <w:t xml:space="preserve"> </w:t>
      </w:r>
      <w:r w:rsidRPr="00E85698">
        <w:t>пунктуационные</w:t>
      </w:r>
      <w:r w:rsidRPr="00E85698">
        <w:rPr>
          <w:spacing w:val="-1"/>
        </w:rPr>
        <w:t xml:space="preserve"> </w:t>
      </w:r>
      <w:r w:rsidRPr="00E85698">
        <w:t>нормы</w:t>
      </w:r>
      <w:r w:rsidRPr="00E85698">
        <w:rPr>
          <w:spacing w:val="-1"/>
        </w:rPr>
        <w:t xml:space="preserve"> </w:t>
      </w:r>
      <w:r w:rsidRPr="00E85698">
        <w:t>оформления</w:t>
      </w:r>
      <w:r w:rsidRPr="00E85698">
        <w:rPr>
          <w:spacing w:val="-2"/>
        </w:rPr>
        <w:t xml:space="preserve"> </w:t>
      </w:r>
      <w:r w:rsidRPr="00E85698">
        <w:t>предложений</w:t>
      </w:r>
      <w:r w:rsidRPr="00E85698">
        <w:rPr>
          <w:spacing w:val="-1"/>
        </w:rPr>
        <w:t xml:space="preserve"> </w:t>
      </w:r>
      <w:r w:rsidRPr="00E85698">
        <w:t>с междометиями.</w:t>
      </w:r>
    </w:p>
    <w:p w:rsidR="00624C8A" w:rsidRPr="00E85698" w:rsidRDefault="00CB6516">
      <w:pPr>
        <w:pStyle w:val="a5"/>
        <w:spacing w:line="275" w:lineRule="exact"/>
        <w:ind w:left="286"/>
      </w:pPr>
      <w:r w:rsidRPr="00E85698">
        <w:t>Различать</w:t>
      </w:r>
      <w:r w:rsidRPr="00E85698">
        <w:rPr>
          <w:spacing w:val="-6"/>
        </w:rPr>
        <w:t xml:space="preserve"> </w:t>
      </w:r>
      <w:r w:rsidRPr="00E85698">
        <w:t>грамматические</w:t>
      </w:r>
      <w:r w:rsidRPr="00E85698">
        <w:rPr>
          <w:spacing w:val="-4"/>
        </w:rPr>
        <w:t xml:space="preserve"> </w:t>
      </w:r>
      <w:r w:rsidRPr="00E85698">
        <w:t>омонимы.</w:t>
      </w:r>
    </w:p>
    <w:p w:rsidR="00624C8A" w:rsidRPr="00E85698" w:rsidRDefault="00624C8A">
      <w:pPr>
        <w:pStyle w:val="a5"/>
        <w:spacing w:before="9"/>
        <w:ind w:left="0"/>
        <w:rPr>
          <w:sz w:val="21"/>
        </w:rPr>
      </w:pPr>
    </w:p>
    <w:p w:rsidR="00624C8A" w:rsidRPr="00E85698" w:rsidRDefault="00CB6516">
      <w:pPr>
        <w:pStyle w:val="11"/>
        <w:numPr>
          <w:ilvl w:val="0"/>
          <w:numId w:val="6"/>
        </w:numPr>
        <w:tabs>
          <w:tab w:val="left" w:pos="287"/>
        </w:tabs>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ind w:left="286"/>
      </w:pPr>
      <w:r w:rsidRPr="00E85698">
        <w:t>Иметь</w:t>
      </w:r>
      <w:r w:rsidRPr="00E85698">
        <w:rPr>
          <w:spacing w:val="-4"/>
        </w:rPr>
        <w:t xml:space="preserve"> </w:t>
      </w:r>
      <w:r w:rsidRPr="00E85698">
        <w:t>представление</w:t>
      </w:r>
      <w:r w:rsidRPr="00E85698">
        <w:rPr>
          <w:spacing w:val="-3"/>
        </w:rPr>
        <w:t xml:space="preserve"> </w:t>
      </w:r>
      <w:r w:rsidRPr="00E85698">
        <w:t>о</w:t>
      </w:r>
      <w:r w:rsidRPr="00E85698">
        <w:rPr>
          <w:spacing w:val="-3"/>
        </w:rPr>
        <w:t xml:space="preserve"> </w:t>
      </w:r>
      <w:r w:rsidRPr="00E85698">
        <w:t>русском</w:t>
      </w:r>
      <w:r w:rsidRPr="00E85698">
        <w:rPr>
          <w:spacing w:val="-3"/>
        </w:rPr>
        <w:t xml:space="preserve"> </w:t>
      </w:r>
      <w:r w:rsidRPr="00E85698">
        <w:t>языке</w:t>
      </w:r>
      <w:r w:rsidRPr="00E85698">
        <w:rPr>
          <w:spacing w:val="-4"/>
        </w:rPr>
        <w:t xml:space="preserve"> </w:t>
      </w:r>
      <w:r w:rsidRPr="00E85698">
        <w:t>как</w:t>
      </w:r>
      <w:r w:rsidRPr="00E85698">
        <w:rPr>
          <w:spacing w:val="-3"/>
        </w:rPr>
        <w:t xml:space="preserve"> </w:t>
      </w:r>
      <w:r w:rsidRPr="00E85698">
        <w:t>одном</w:t>
      </w:r>
      <w:r w:rsidRPr="00E85698">
        <w:rPr>
          <w:spacing w:val="-3"/>
        </w:rPr>
        <w:t xml:space="preserve"> </w:t>
      </w:r>
      <w:r w:rsidRPr="00E85698">
        <w:t>из</w:t>
      </w:r>
      <w:r w:rsidRPr="00E85698">
        <w:rPr>
          <w:spacing w:val="-4"/>
        </w:rPr>
        <w:t xml:space="preserve"> </w:t>
      </w:r>
      <w:r w:rsidRPr="00E85698">
        <w:t>славянских</w:t>
      </w:r>
      <w:r w:rsidRPr="00E85698">
        <w:rPr>
          <w:spacing w:val="-3"/>
        </w:rPr>
        <w:t xml:space="preserve"> </w:t>
      </w:r>
      <w:r w:rsidRPr="00E85698">
        <w:t>языков.</w:t>
      </w:r>
    </w:p>
    <w:p w:rsidR="00624C8A" w:rsidRPr="00E85698" w:rsidRDefault="00CB6516">
      <w:pPr>
        <w:pStyle w:val="11"/>
        <w:spacing w:before="180"/>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1" w:line="292" w:lineRule="auto"/>
        <w:ind w:right="569" w:firstLine="180"/>
      </w:pPr>
      <w:r w:rsidRPr="00E85698">
        <w:t>Создавать устные монологические высказывания объёмом не менее 8 предложений на основе</w:t>
      </w:r>
      <w:r w:rsidRPr="00E85698">
        <w:rPr>
          <w:spacing w:val="1"/>
        </w:rPr>
        <w:t xml:space="preserve"> </w:t>
      </w:r>
      <w:r w:rsidRPr="00E85698">
        <w:t>жизненных наблюдений, личных впечатлений, чтения научно-учебной, художественной, научно-</w:t>
      </w:r>
      <w:r w:rsidRPr="00E85698">
        <w:rPr>
          <w:spacing w:val="1"/>
        </w:rPr>
        <w:t xml:space="preserve"> </w:t>
      </w:r>
      <w:r w:rsidRPr="00E85698">
        <w:t>популярной и публицистической литературы (монолог-описание, монолог-рассуждение, монолог-</w:t>
      </w:r>
      <w:r w:rsidRPr="00E85698">
        <w:rPr>
          <w:spacing w:val="-57"/>
        </w:rPr>
        <w:t xml:space="preserve"> </w:t>
      </w:r>
      <w:r w:rsidRPr="00E85698">
        <w:t>повествование);</w:t>
      </w:r>
      <w:r w:rsidRPr="00E85698">
        <w:rPr>
          <w:spacing w:val="-2"/>
        </w:rPr>
        <w:t xml:space="preserve"> </w:t>
      </w:r>
      <w:r w:rsidRPr="00E85698">
        <w:t>выступать</w:t>
      </w:r>
      <w:r w:rsidRPr="00E85698">
        <w:rPr>
          <w:spacing w:val="-1"/>
        </w:rPr>
        <w:t xml:space="preserve"> </w:t>
      </w:r>
      <w:r w:rsidRPr="00E85698">
        <w:t>с научным сообщением.</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1356" w:firstLine="180"/>
        <w:jc w:val="both"/>
      </w:pPr>
      <w:r w:rsidRPr="00E85698">
        <w:lastRenderedPageBreak/>
        <w:t>Участвовать в диалоге на лингвистические темы (в рамках изученного) и темы на основе</w:t>
      </w:r>
      <w:r w:rsidRPr="00E85698">
        <w:rPr>
          <w:spacing w:val="-58"/>
        </w:rPr>
        <w:t xml:space="preserve"> </w:t>
      </w:r>
      <w:r w:rsidRPr="00E85698">
        <w:t>жизненных</w:t>
      </w:r>
      <w:r w:rsidRPr="00E85698">
        <w:rPr>
          <w:spacing w:val="-1"/>
        </w:rPr>
        <w:t xml:space="preserve"> </w:t>
      </w:r>
      <w:r w:rsidRPr="00E85698">
        <w:t>наблюдений (объём не</w:t>
      </w:r>
      <w:r w:rsidRPr="00E85698">
        <w:rPr>
          <w:spacing w:val="-1"/>
        </w:rPr>
        <w:t xml:space="preserve"> </w:t>
      </w:r>
      <w:r w:rsidRPr="00E85698">
        <w:t>менее 6 реплик).</w:t>
      </w:r>
    </w:p>
    <w:p w:rsidR="00624C8A" w:rsidRPr="00E85698" w:rsidRDefault="00CB6516">
      <w:pPr>
        <w:pStyle w:val="a5"/>
        <w:spacing w:line="292" w:lineRule="auto"/>
        <w:ind w:right="376" w:firstLine="180"/>
        <w:jc w:val="both"/>
      </w:pPr>
      <w:r w:rsidRPr="00E85698">
        <w:t xml:space="preserve">Владеть различными видами </w:t>
      </w:r>
      <w:proofErr w:type="spellStart"/>
      <w:r w:rsidRPr="00E85698">
        <w:t>аудирования</w:t>
      </w:r>
      <w:proofErr w:type="spellEnd"/>
      <w:r w:rsidRPr="00E85698">
        <w:t>: выборочным, ознакомительным, детальным — научно-</w:t>
      </w:r>
      <w:r w:rsidRPr="00E85698">
        <w:rPr>
          <w:spacing w:val="-57"/>
        </w:rPr>
        <w:t xml:space="preserve"> </w:t>
      </w:r>
      <w:r w:rsidRPr="00E85698">
        <w:t>учебных, художественных, публицистических текстов различных функционально-смысловых типов</w:t>
      </w:r>
      <w:r w:rsidRPr="00E85698">
        <w:rPr>
          <w:spacing w:val="-58"/>
        </w:rPr>
        <w:t xml:space="preserve"> </w:t>
      </w:r>
      <w:r w:rsidRPr="00E85698">
        <w:t>речи.</w:t>
      </w:r>
    </w:p>
    <w:p w:rsidR="00624C8A" w:rsidRPr="00E85698" w:rsidRDefault="00CB6516">
      <w:pPr>
        <w:pStyle w:val="a5"/>
        <w:spacing w:line="292" w:lineRule="auto"/>
        <w:ind w:left="286" w:right="517"/>
        <w:jc w:val="both"/>
      </w:pPr>
      <w:r w:rsidRPr="00E85698">
        <w:t>Владеть различными видами чтения: просмотровым, ознакомительным, изучающим, поисковым.</w:t>
      </w:r>
      <w:r w:rsidRPr="00E85698">
        <w:rPr>
          <w:spacing w:val="-58"/>
        </w:rPr>
        <w:t xml:space="preserve"> </w:t>
      </w:r>
      <w:r w:rsidRPr="00E85698">
        <w:t>Устно</w:t>
      </w:r>
      <w:r w:rsidRPr="00E85698">
        <w:rPr>
          <w:spacing w:val="-2"/>
        </w:rPr>
        <w:t xml:space="preserve"> </w:t>
      </w:r>
      <w:r w:rsidRPr="00E85698">
        <w:t>пересказывать</w:t>
      </w:r>
      <w:r w:rsidRPr="00E85698">
        <w:rPr>
          <w:spacing w:val="-2"/>
        </w:rPr>
        <w:t xml:space="preserve"> </w:t>
      </w:r>
      <w:r w:rsidRPr="00E85698">
        <w:t>прочитанный</w:t>
      </w:r>
      <w:r w:rsidRPr="00E85698">
        <w:rPr>
          <w:spacing w:val="-1"/>
        </w:rPr>
        <w:t xml:space="preserve"> </w:t>
      </w:r>
      <w:r w:rsidRPr="00E85698">
        <w:t>или</w:t>
      </w:r>
      <w:r w:rsidRPr="00E85698">
        <w:rPr>
          <w:spacing w:val="-2"/>
        </w:rPr>
        <w:t xml:space="preserve"> </w:t>
      </w:r>
      <w:r w:rsidRPr="00E85698">
        <w:t>прослушанный</w:t>
      </w:r>
      <w:r w:rsidRPr="00E85698">
        <w:rPr>
          <w:spacing w:val="-1"/>
        </w:rPr>
        <w:t xml:space="preserve"> </w:t>
      </w:r>
      <w:r w:rsidRPr="00E85698">
        <w:t>текст</w:t>
      </w:r>
      <w:r w:rsidRPr="00E85698">
        <w:rPr>
          <w:spacing w:val="-2"/>
        </w:rPr>
        <w:t xml:space="preserve"> </w:t>
      </w:r>
      <w:r w:rsidRPr="00E85698">
        <w:t>объёмом</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140</w:t>
      </w:r>
      <w:r w:rsidRPr="00E85698">
        <w:rPr>
          <w:spacing w:val="-2"/>
        </w:rPr>
        <w:t xml:space="preserve"> </w:t>
      </w:r>
      <w:r w:rsidRPr="00E85698">
        <w:t>слов.</w:t>
      </w:r>
    </w:p>
    <w:p w:rsidR="00624C8A" w:rsidRPr="00E85698" w:rsidRDefault="00CB6516">
      <w:pPr>
        <w:pStyle w:val="a5"/>
        <w:spacing w:line="292" w:lineRule="auto"/>
        <w:ind w:right="334" w:firstLine="180"/>
      </w:pPr>
      <w:r w:rsidRPr="00E85698">
        <w:t>Понимать содержание прослушанных и прочитанных научно-учебных, художественных,</w:t>
      </w:r>
      <w:r w:rsidRPr="00E85698">
        <w:rPr>
          <w:spacing w:val="1"/>
        </w:rPr>
        <w:t xml:space="preserve"> </w:t>
      </w:r>
      <w:r w:rsidRPr="00E85698">
        <w:t>публицистических текстов различных функционально-смысловых типов речи объёмом не менее 280</w:t>
      </w:r>
      <w:r w:rsidRPr="00E85698">
        <w:rPr>
          <w:spacing w:val="-58"/>
        </w:rPr>
        <w:t xml:space="preserve"> </w:t>
      </w:r>
      <w:r w:rsidRPr="00E85698">
        <w:t>слов: подробно, сжато и выборочно передавать в устной и письменной форме содержание</w:t>
      </w:r>
      <w:r w:rsidRPr="00E85698">
        <w:rPr>
          <w:spacing w:val="1"/>
        </w:rPr>
        <w:t xml:space="preserve"> </w:t>
      </w:r>
      <w:r w:rsidRPr="00E85698">
        <w:t>прослушанных и прочитанных научно-учебных, художественных, публицистических текстов</w:t>
      </w:r>
      <w:r w:rsidRPr="00E85698">
        <w:rPr>
          <w:spacing w:val="1"/>
        </w:rPr>
        <w:t xml:space="preserve"> </w:t>
      </w:r>
      <w:r w:rsidRPr="00E85698">
        <w:t>различных функционально-смысловых типов речи (для подробного изложения объём исходного</w:t>
      </w:r>
      <w:r w:rsidRPr="00E85698">
        <w:rPr>
          <w:spacing w:val="1"/>
        </w:rPr>
        <w:t xml:space="preserve"> </w:t>
      </w:r>
      <w:r w:rsidRPr="00E85698">
        <w:t>текста должен составлять не менее 230 слов; для сжатого и выборочного изложения — не менее 260</w:t>
      </w:r>
      <w:r w:rsidRPr="00E85698">
        <w:rPr>
          <w:spacing w:val="-57"/>
        </w:rPr>
        <w:t xml:space="preserve"> </w:t>
      </w:r>
      <w:r w:rsidRPr="00E85698">
        <w:t>слов).</w:t>
      </w:r>
    </w:p>
    <w:p w:rsidR="00624C8A" w:rsidRPr="00E85698" w:rsidRDefault="00CB6516">
      <w:pPr>
        <w:pStyle w:val="a5"/>
        <w:spacing w:line="292" w:lineRule="auto"/>
        <w:ind w:firstLine="180"/>
      </w:pPr>
      <w:r w:rsidRPr="00E85698">
        <w:t>Осуществлять</w:t>
      </w:r>
      <w:r w:rsidRPr="00E85698">
        <w:rPr>
          <w:spacing w:val="-5"/>
        </w:rPr>
        <w:t xml:space="preserve"> </w:t>
      </w:r>
      <w:r w:rsidRPr="00E85698">
        <w:t>выбор</w:t>
      </w:r>
      <w:r w:rsidRPr="00E85698">
        <w:rPr>
          <w:spacing w:val="-4"/>
        </w:rPr>
        <w:t xml:space="preserve"> </w:t>
      </w:r>
      <w:r w:rsidRPr="00E85698">
        <w:t>языковых</w:t>
      </w:r>
      <w:r w:rsidRPr="00E85698">
        <w:rPr>
          <w:spacing w:val="-4"/>
        </w:rPr>
        <w:t xml:space="preserve"> </w:t>
      </w:r>
      <w:r w:rsidRPr="00E85698">
        <w:t>средств</w:t>
      </w:r>
      <w:r w:rsidRPr="00E85698">
        <w:rPr>
          <w:spacing w:val="-4"/>
        </w:rPr>
        <w:t xml:space="preserve"> </w:t>
      </w:r>
      <w:r w:rsidRPr="00E85698">
        <w:t>для</w:t>
      </w:r>
      <w:r w:rsidRPr="00E85698">
        <w:rPr>
          <w:spacing w:val="-5"/>
        </w:rPr>
        <w:t xml:space="preserve"> </w:t>
      </w:r>
      <w:r w:rsidRPr="00E85698">
        <w:t>создания</w:t>
      </w:r>
      <w:r w:rsidRPr="00E85698">
        <w:rPr>
          <w:spacing w:val="-5"/>
        </w:rPr>
        <w:t xml:space="preserve"> </w:t>
      </w:r>
      <w:r w:rsidRPr="00E85698">
        <w:t>высказывания</w:t>
      </w:r>
      <w:r w:rsidRPr="00E85698">
        <w:rPr>
          <w:spacing w:val="-4"/>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4"/>
        </w:rPr>
        <w:t xml:space="preserve"> </w:t>
      </w:r>
      <w:r w:rsidRPr="00E85698">
        <w:t>целью,</w:t>
      </w:r>
      <w:r w:rsidRPr="00E85698">
        <w:rPr>
          <w:spacing w:val="-3"/>
        </w:rPr>
        <w:t xml:space="preserve"> </w:t>
      </w:r>
      <w:r w:rsidRPr="00E85698">
        <w:t>темой</w:t>
      </w:r>
      <w:r w:rsidRPr="00E85698">
        <w:rPr>
          <w:spacing w:val="-4"/>
        </w:rPr>
        <w:t xml:space="preserve"> </w:t>
      </w:r>
      <w:r w:rsidRPr="00E85698">
        <w:t>и</w:t>
      </w:r>
      <w:r w:rsidRPr="00E85698">
        <w:rPr>
          <w:spacing w:val="-57"/>
        </w:rPr>
        <w:t xml:space="preserve"> </w:t>
      </w:r>
      <w:r w:rsidRPr="00E85698">
        <w:t>коммуникативным</w:t>
      </w:r>
      <w:r w:rsidRPr="00E85698">
        <w:rPr>
          <w:spacing w:val="-1"/>
        </w:rPr>
        <w:t xml:space="preserve"> </w:t>
      </w:r>
      <w:r w:rsidRPr="00E85698">
        <w:t>замыслом.</w:t>
      </w:r>
    </w:p>
    <w:p w:rsidR="00624C8A" w:rsidRPr="00E85698" w:rsidRDefault="00CB6516">
      <w:pPr>
        <w:pStyle w:val="a5"/>
        <w:spacing w:line="292" w:lineRule="auto"/>
        <w:ind w:right="530" w:firstLine="180"/>
      </w:pPr>
      <w:r w:rsidRPr="00E85698">
        <w:t>Соблюдать в устной речи и на письме нормы современного русского литературного языка, в том</w:t>
      </w:r>
      <w:r w:rsidRPr="00E85698">
        <w:rPr>
          <w:spacing w:val="-58"/>
        </w:rPr>
        <w:t xml:space="preserve"> </w:t>
      </w:r>
      <w:r w:rsidRPr="00E85698">
        <w:t>числе во время списывания текста объёмом 120—140 слов; словарного диктанта объёмом 30—35</w:t>
      </w:r>
      <w:r w:rsidRPr="00E85698">
        <w:rPr>
          <w:spacing w:val="1"/>
        </w:rPr>
        <w:t xml:space="preserve"> </w:t>
      </w:r>
      <w:r w:rsidRPr="00E85698">
        <w:t>слов; диктанта на основе связного текста объёмом 120—140 слов, составленного с учётом ранее</w:t>
      </w:r>
      <w:r w:rsidRPr="00E85698">
        <w:rPr>
          <w:spacing w:val="1"/>
        </w:rPr>
        <w:t xml:space="preserve"> </w:t>
      </w:r>
      <w:r w:rsidRPr="00E85698">
        <w:t>изученных правил правописания (в том числе содержащего изученные в течение четвёртого года</w:t>
      </w:r>
      <w:r w:rsidRPr="00E85698">
        <w:rPr>
          <w:spacing w:val="1"/>
        </w:rPr>
        <w:t xml:space="preserve"> </w:t>
      </w:r>
      <w:r w:rsidRPr="00E85698">
        <w:t xml:space="preserve">обучения орфограммы, </w:t>
      </w:r>
      <w:proofErr w:type="spellStart"/>
      <w:r w:rsidRPr="00E85698">
        <w:t>пунктограммы</w:t>
      </w:r>
      <w:proofErr w:type="spellEnd"/>
      <w:r w:rsidRPr="00E85698">
        <w:t xml:space="preserve"> и слова с непроверяемыми написаниями); понимать</w:t>
      </w:r>
      <w:r w:rsidRPr="00E85698">
        <w:rPr>
          <w:spacing w:val="1"/>
        </w:rPr>
        <w:t xml:space="preserve"> </w:t>
      </w:r>
      <w:r w:rsidRPr="00E85698">
        <w:t>особенности использования мимики и жестов в разговорной речи; объяснять национальную</w:t>
      </w:r>
      <w:r w:rsidRPr="00E85698">
        <w:rPr>
          <w:spacing w:val="1"/>
        </w:rPr>
        <w:t xml:space="preserve"> </w:t>
      </w:r>
      <w:r w:rsidRPr="00E85698">
        <w:t>обусловленность норм речевого этикета; соблюдать в устной речи и на письме правила русского</w:t>
      </w:r>
      <w:r w:rsidRPr="00E85698">
        <w:rPr>
          <w:spacing w:val="1"/>
        </w:rPr>
        <w:t xml:space="preserve"> </w:t>
      </w:r>
      <w:r w:rsidRPr="00E85698">
        <w:t>речевого</w:t>
      </w:r>
      <w:r w:rsidRPr="00E85698">
        <w:rPr>
          <w:spacing w:val="-1"/>
        </w:rPr>
        <w:t xml:space="preserve"> </w:t>
      </w:r>
      <w:r w:rsidRPr="00E85698">
        <w:t>этикета.</w:t>
      </w:r>
    </w:p>
    <w:p w:rsidR="00624C8A" w:rsidRPr="00E85698" w:rsidRDefault="00CB6516">
      <w:pPr>
        <w:pStyle w:val="11"/>
        <w:spacing w:before="105"/>
      </w:pPr>
      <w:r w:rsidRPr="00E85698">
        <w:t>Текст</w:t>
      </w:r>
    </w:p>
    <w:p w:rsidR="00624C8A" w:rsidRPr="00E85698" w:rsidRDefault="00CB6516">
      <w:pPr>
        <w:pStyle w:val="a5"/>
        <w:spacing w:before="61" w:line="292" w:lineRule="auto"/>
        <w:ind w:firstLine="180"/>
      </w:pPr>
      <w:r w:rsidRPr="00E85698">
        <w:t>Анализировать</w:t>
      </w:r>
      <w:r w:rsidRPr="00E85698">
        <w:rPr>
          <w:spacing w:val="-5"/>
        </w:rPr>
        <w:t xml:space="preserve"> </w:t>
      </w:r>
      <w:r w:rsidRPr="00E85698">
        <w:t>текст</w:t>
      </w:r>
      <w:r w:rsidRPr="00E85698">
        <w:rPr>
          <w:spacing w:val="-4"/>
        </w:rPr>
        <w:t xml:space="preserve"> </w:t>
      </w:r>
      <w:r w:rsidRPr="00E85698">
        <w:t>с</w:t>
      </w:r>
      <w:r w:rsidRPr="00E85698">
        <w:rPr>
          <w:spacing w:val="-3"/>
        </w:rPr>
        <w:t xml:space="preserve"> </w:t>
      </w:r>
      <w:r w:rsidRPr="00E85698">
        <w:t>точки</w:t>
      </w:r>
      <w:r w:rsidRPr="00E85698">
        <w:rPr>
          <w:spacing w:val="-4"/>
        </w:rPr>
        <w:t xml:space="preserve"> </w:t>
      </w:r>
      <w:r w:rsidRPr="00E85698">
        <w:t>зрения</w:t>
      </w:r>
      <w:r w:rsidRPr="00E85698">
        <w:rPr>
          <w:spacing w:val="-4"/>
        </w:rPr>
        <w:t xml:space="preserve"> </w:t>
      </w:r>
      <w:r w:rsidRPr="00E85698">
        <w:t>его</w:t>
      </w:r>
      <w:r w:rsidRPr="00E85698">
        <w:rPr>
          <w:spacing w:val="-3"/>
        </w:rPr>
        <w:t xml:space="preserve"> </w:t>
      </w:r>
      <w:r w:rsidRPr="00E85698">
        <w:t>соответствия</w:t>
      </w:r>
      <w:r w:rsidRPr="00E85698">
        <w:rPr>
          <w:spacing w:val="-5"/>
        </w:rPr>
        <w:t xml:space="preserve"> </w:t>
      </w:r>
      <w:r w:rsidRPr="00E85698">
        <w:t>основным</w:t>
      </w:r>
      <w:r w:rsidRPr="00E85698">
        <w:rPr>
          <w:spacing w:val="-3"/>
        </w:rPr>
        <w:t xml:space="preserve"> </w:t>
      </w:r>
      <w:r w:rsidRPr="00E85698">
        <w:t>признакам:</w:t>
      </w:r>
      <w:r w:rsidRPr="00E85698">
        <w:rPr>
          <w:spacing w:val="-4"/>
        </w:rPr>
        <w:t xml:space="preserve"> </w:t>
      </w:r>
      <w:r w:rsidRPr="00E85698">
        <w:t>наличия</w:t>
      </w:r>
      <w:r w:rsidRPr="00E85698">
        <w:rPr>
          <w:spacing w:val="-5"/>
        </w:rPr>
        <w:t xml:space="preserve"> </w:t>
      </w:r>
      <w:r w:rsidRPr="00E85698">
        <w:t>темы,</w:t>
      </w:r>
      <w:r w:rsidRPr="00E85698">
        <w:rPr>
          <w:spacing w:val="-3"/>
        </w:rPr>
        <w:t xml:space="preserve"> </w:t>
      </w:r>
      <w:r w:rsidRPr="00E85698">
        <w:t>главной</w:t>
      </w:r>
      <w:r w:rsidRPr="00E85698">
        <w:rPr>
          <w:spacing w:val="-57"/>
        </w:rPr>
        <w:t xml:space="preserve"> </w:t>
      </w:r>
      <w:r w:rsidRPr="00E85698">
        <w:t>мысли, грамматической связи предложений, цельности и относительной законченности; указывать</w:t>
      </w:r>
      <w:r w:rsidRPr="00E85698">
        <w:rPr>
          <w:spacing w:val="1"/>
        </w:rPr>
        <w:t xml:space="preserve"> </w:t>
      </w:r>
      <w:r w:rsidRPr="00E85698">
        <w:t>способы и средства связи предложений в тексте; анализировать текст с точки зрения его</w:t>
      </w:r>
      <w:r w:rsidRPr="00E85698">
        <w:rPr>
          <w:spacing w:val="1"/>
        </w:rPr>
        <w:t xml:space="preserve"> </w:t>
      </w:r>
      <w:r w:rsidRPr="00E85698">
        <w:t>принадлежности к функционально-смысловому типу речи; анализировать языковые средства</w:t>
      </w:r>
      <w:r w:rsidRPr="00E85698">
        <w:rPr>
          <w:spacing w:val="1"/>
        </w:rPr>
        <w:t xml:space="preserve"> </w:t>
      </w:r>
      <w:r w:rsidRPr="00E85698">
        <w:t>выразительности</w:t>
      </w:r>
      <w:r w:rsidRPr="00E85698">
        <w:rPr>
          <w:spacing w:val="-5"/>
        </w:rPr>
        <w:t xml:space="preserve"> </w:t>
      </w:r>
      <w:r w:rsidRPr="00E85698">
        <w:t>в</w:t>
      </w:r>
      <w:r w:rsidRPr="00E85698">
        <w:rPr>
          <w:spacing w:val="-5"/>
        </w:rPr>
        <w:t xml:space="preserve"> </w:t>
      </w:r>
      <w:r w:rsidRPr="00E85698">
        <w:t>тексте</w:t>
      </w:r>
      <w:r w:rsidRPr="00E85698">
        <w:rPr>
          <w:spacing w:val="-5"/>
        </w:rPr>
        <w:t xml:space="preserve"> </w:t>
      </w:r>
      <w:r w:rsidRPr="00E85698">
        <w:t>(фонетические,</w:t>
      </w:r>
      <w:r w:rsidRPr="00E85698">
        <w:rPr>
          <w:spacing w:val="-4"/>
        </w:rPr>
        <w:t xml:space="preserve"> </w:t>
      </w:r>
      <w:r w:rsidRPr="00E85698">
        <w:t>словообразовательные,</w:t>
      </w:r>
      <w:r w:rsidRPr="00E85698">
        <w:rPr>
          <w:spacing w:val="-5"/>
        </w:rPr>
        <w:t xml:space="preserve"> </w:t>
      </w:r>
      <w:r w:rsidRPr="00E85698">
        <w:t>лексические,</w:t>
      </w:r>
      <w:r w:rsidRPr="00E85698">
        <w:rPr>
          <w:spacing w:val="-4"/>
        </w:rPr>
        <w:t xml:space="preserve"> </w:t>
      </w:r>
      <w:r w:rsidRPr="00E85698">
        <w:t>морфологические).</w:t>
      </w:r>
    </w:p>
    <w:p w:rsidR="00624C8A" w:rsidRPr="00E85698" w:rsidRDefault="00CB6516">
      <w:pPr>
        <w:pStyle w:val="a5"/>
        <w:spacing w:line="292" w:lineRule="auto"/>
        <w:ind w:right="335" w:firstLine="180"/>
        <w:jc w:val="both"/>
      </w:pPr>
      <w:r w:rsidRPr="00E85698">
        <w:t>Распознавать тексты разных функционально-смысловых типов речи; анализировать тексты разных</w:t>
      </w:r>
      <w:r w:rsidRPr="00E85698">
        <w:rPr>
          <w:spacing w:val="-58"/>
        </w:rPr>
        <w:t xml:space="preserve"> </w:t>
      </w:r>
      <w:r w:rsidRPr="00E85698">
        <w:t>функциональных разновидностей языка и жанров; применять эти знания при выполнении языкового</w:t>
      </w:r>
      <w:r w:rsidRPr="00E85698">
        <w:rPr>
          <w:spacing w:val="-57"/>
        </w:rPr>
        <w:t xml:space="preserve"> </w:t>
      </w:r>
      <w:r w:rsidRPr="00E85698">
        <w:t>анализа</w:t>
      </w:r>
      <w:r w:rsidRPr="00E85698">
        <w:rPr>
          <w:spacing w:val="-1"/>
        </w:rPr>
        <w:t xml:space="preserve"> </w:t>
      </w:r>
      <w:r w:rsidRPr="00E85698">
        <w:t>различных видов</w:t>
      </w:r>
      <w:r w:rsidRPr="00E85698">
        <w:rPr>
          <w:spacing w:val="-1"/>
        </w:rPr>
        <w:t xml:space="preserve"> </w:t>
      </w:r>
      <w:r w:rsidRPr="00E85698">
        <w:t>и в</w:t>
      </w:r>
      <w:r w:rsidRPr="00E85698">
        <w:rPr>
          <w:spacing w:val="-1"/>
        </w:rPr>
        <w:t xml:space="preserve"> </w:t>
      </w:r>
      <w:r w:rsidRPr="00E85698">
        <w:t>речевой</w:t>
      </w:r>
      <w:r w:rsidRPr="00E85698">
        <w:rPr>
          <w:spacing w:val="-1"/>
        </w:rPr>
        <w:t xml:space="preserve"> </w:t>
      </w:r>
      <w:r w:rsidRPr="00E85698">
        <w:t>практике.</w:t>
      </w:r>
    </w:p>
    <w:p w:rsidR="00624C8A" w:rsidRPr="00E85698" w:rsidRDefault="00CB6516">
      <w:pPr>
        <w:pStyle w:val="a5"/>
        <w:spacing w:line="292" w:lineRule="auto"/>
        <w:ind w:firstLine="180"/>
      </w:pPr>
      <w:r w:rsidRPr="00E85698">
        <w:t>Создавать тексты различных функционально-смысловых типов речи с опорой на жизненный и</w:t>
      </w:r>
      <w:r w:rsidRPr="00E85698">
        <w:rPr>
          <w:spacing w:val="1"/>
        </w:rPr>
        <w:t xml:space="preserve"> </w:t>
      </w:r>
      <w:r w:rsidRPr="00E85698">
        <w:t>читательский</w:t>
      </w:r>
      <w:r w:rsidRPr="00E85698">
        <w:rPr>
          <w:spacing w:val="-4"/>
        </w:rPr>
        <w:t xml:space="preserve"> </w:t>
      </w:r>
      <w:r w:rsidRPr="00E85698">
        <w:t>опыт;</w:t>
      </w:r>
      <w:r w:rsidRPr="00E85698">
        <w:rPr>
          <w:spacing w:val="-4"/>
        </w:rPr>
        <w:t xml:space="preserve"> </w:t>
      </w:r>
      <w:r w:rsidRPr="00E85698">
        <w:t>тексты</w:t>
      </w:r>
      <w:r w:rsidRPr="00E85698">
        <w:rPr>
          <w:spacing w:val="-3"/>
        </w:rPr>
        <w:t xml:space="preserve"> </w:t>
      </w:r>
      <w:r w:rsidRPr="00E85698">
        <w:t>с</w:t>
      </w:r>
      <w:r w:rsidRPr="00E85698">
        <w:rPr>
          <w:spacing w:val="-4"/>
        </w:rPr>
        <w:t xml:space="preserve"> </w:t>
      </w:r>
      <w:r w:rsidRPr="00E85698">
        <w:t>опорой</w:t>
      </w:r>
      <w:r w:rsidRPr="00E85698">
        <w:rPr>
          <w:spacing w:val="-3"/>
        </w:rPr>
        <w:t xml:space="preserve"> </w:t>
      </w:r>
      <w:r w:rsidRPr="00E85698">
        <w:t>на</w:t>
      </w:r>
      <w:r w:rsidRPr="00E85698">
        <w:rPr>
          <w:spacing w:val="-3"/>
        </w:rPr>
        <w:t xml:space="preserve"> </w:t>
      </w:r>
      <w:r w:rsidRPr="00E85698">
        <w:t>произведения</w:t>
      </w:r>
      <w:r w:rsidRPr="00E85698">
        <w:rPr>
          <w:spacing w:val="-5"/>
        </w:rPr>
        <w:t xml:space="preserve"> </w:t>
      </w:r>
      <w:r w:rsidRPr="00E85698">
        <w:t>искусства</w:t>
      </w:r>
      <w:r w:rsidRPr="00E85698">
        <w:rPr>
          <w:spacing w:val="-3"/>
        </w:rPr>
        <w:t xml:space="preserve"> </w:t>
      </w:r>
      <w:r w:rsidRPr="00E85698">
        <w:t>(в</w:t>
      </w:r>
      <w:r w:rsidRPr="00E85698">
        <w:rPr>
          <w:spacing w:val="-4"/>
        </w:rPr>
        <w:t xml:space="preserve"> </w:t>
      </w:r>
      <w:r w:rsidRPr="00E85698">
        <w:t>том</w:t>
      </w:r>
      <w:r w:rsidRPr="00E85698">
        <w:rPr>
          <w:spacing w:val="-4"/>
        </w:rPr>
        <w:t xml:space="preserve"> </w:t>
      </w:r>
      <w:r w:rsidRPr="00E85698">
        <w:t>числе</w:t>
      </w:r>
      <w:r w:rsidRPr="00E85698">
        <w:rPr>
          <w:spacing w:val="-3"/>
        </w:rPr>
        <w:t xml:space="preserve"> </w:t>
      </w:r>
      <w:r w:rsidRPr="00E85698">
        <w:t>сочинения-миниатюры</w:t>
      </w:r>
      <w:r w:rsidRPr="00E85698">
        <w:rPr>
          <w:spacing w:val="-57"/>
        </w:rPr>
        <w:t xml:space="preserve"> </w:t>
      </w:r>
      <w:r w:rsidRPr="00E85698">
        <w:t>объёмом 7 и более предложений; классные сочинения объёмом не менее 200 слов с учётом стиля и</w:t>
      </w:r>
      <w:r w:rsidRPr="00E85698">
        <w:rPr>
          <w:spacing w:val="1"/>
        </w:rPr>
        <w:t xml:space="preserve"> </w:t>
      </w:r>
      <w:r w:rsidRPr="00E85698">
        <w:t>жанра</w:t>
      </w:r>
      <w:r w:rsidRPr="00E85698">
        <w:rPr>
          <w:spacing w:val="-1"/>
        </w:rPr>
        <w:t xml:space="preserve"> </w:t>
      </w:r>
      <w:r w:rsidRPr="00E85698">
        <w:t>сочинения, характера темы).</w:t>
      </w:r>
    </w:p>
    <w:p w:rsidR="00624C8A" w:rsidRPr="00E85698" w:rsidRDefault="00CB6516">
      <w:pPr>
        <w:pStyle w:val="a5"/>
        <w:spacing w:line="292" w:lineRule="auto"/>
        <w:ind w:firstLine="180"/>
      </w:pPr>
      <w:r w:rsidRPr="00E85698">
        <w:t>Владеть</w:t>
      </w:r>
      <w:r w:rsidRPr="00E85698">
        <w:rPr>
          <w:spacing w:val="-7"/>
        </w:rPr>
        <w:t xml:space="preserve"> </w:t>
      </w:r>
      <w:r w:rsidRPr="00E85698">
        <w:t>умениями</w:t>
      </w:r>
      <w:r w:rsidRPr="00E85698">
        <w:rPr>
          <w:spacing w:val="-5"/>
        </w:rPr>
        <w:t xml:space="preserve"> </w:t>
      </w:r>
      <w:r w:rsidRPr="00E85698">
        <w:t>информационной</w:t>
      </w:r>
      <w:r w:rsidRPr="00E85698">
        <w:rPr>
          <w:spacing w:val="-5"/>
        </w:rPr>
        <w:t xml:space="preserve"> </w:t>
      </w:r>
      <w:r w:rsidRPr="00E85698">
        <w:t>переработки</w:t>
      </w:r>
      <w:r w:rsidRPr="00E85698">
        <w:rPr>
          <w:spacing w:val="-5"/>
        </w:rPr>
        <w:t xml:space="preserve"> </w:t>
      </w:r>
      <w:r w:rsidRPr="00E85698">
        <w:t>текста:</w:t>
      </w:r>
      <w:r w:rsidRPr="00E85698">
        <w:rPr>
          <w:spacing w:val="-6"/>
        </w:rPr>
        <w:t xml:space="preserve"> </w:t>
      </w:r>
      <w:r w:rsidRPr="00E85698">
        <w:t>создавать</w:t>
      </w:r>
      <w:r w:rsidRPr="00E85698">
        <w:rPr>
          <w:spacing w:val="-6"/>
        </w:rPr>
        <w:t xml:space="preserve"> </w:t>
      </w:r>
      <w:r w:rsidRPr="00E85698">
        <w:t>тезисы,</w:t>
      </w:r>
      <w:r w:rsidRPr="00E85698">
        <w:rPr>
          <w:spacing w:val="-5"/>
        </w:rPr>
        <w:t xml:space="preserve"> </w:t>
      </w:r>
      <w:r w:rsidRPr="00E85698">
        <w:t>конспект;</w:t>
      </w:r>
      <w:r w:rsidRPr="00E85698">
        <w:rPr>
          <w:spacing w:val="-6"/>
        </w:rPr>
        <w:t xml:space="preserve"> </w:t>
      </w:r>
      <w:r w:rsidRPr="00E85698">
        <w:t>извлекать</w:t>
      </w:r>
      <w:r w:rsidRPr="00E85698">
        <w:rPr>
          <w:spacing w:val="-57"/>
        </w:rPr>
        <w:t xml:space="preserve"> </w:t>
      </w:r>
      <w:r w:rsidRPr="00E85698">
        <w:t>информацию из различных источников, в том числе из лингвистических словарей и справочной</w:t>
      </w:r>
      <w:r w:rsidRPr="00E85698">
        <w:rPr>
          <w:spacing w:val="1"/>
        </w:rPr>
        <w:t xml:space="preserve"> </w:t>
      </w:r>
      <w:r w:rsidRPr="00E85698">
        <w:t>литературы,</w:t>
      </w:r>
      <w:r w:rsidRPr="00E85698">
        <w:rPr>
          <w:spacing w:val="-1"/>
        </w:rPr>
        <w:t xml:space="preserve"> </w:t>
      </w:r>
      <w:r w:rsidRPr="00E85698">
        <w:t>и использовать</w:t>
      </w:r>
      <w:r w:rsidRPr="00E85698">
        <w:rPr>
          <w:spacing w:val="-1"/>
        </w:rPr>
        <w:t xml:space="preserve"> </w:t>
      </w:r>
      <w:r w:rsidRPr="00E85698">
        <w:t>её</w:t>
      </w:r>
      <w:r w:rsidRPr="00E85698">
        <w:rPr>
          <w:spacing w:val="-1"/>
        </w:rPr>
        <w:t xml:space="preserve"> </w:t>
      </w:r>
      <w:r w:rsidRPr="00E85698">
        <w:t>в</w:t>
      </w:r>
      <w:r w:rsidRPr="00E85698">
        <w:rPr>
          <w:spacing w:val="-1"/>
        </w:rPr>
        <w:t xml:space="preserve"> </w:t>
      </w:r>
      <w:r w:rsidRPr="00E85698">
        <w:t>учебной деятельности.</w:t>
      </w:r>
    </w:p>
    <w:p w:rsidR="00624C8A" w:rsidRPr="00E85698" w:rsidRDefault="00CB6516">
      <w:pPr>
        <w:pStyle w:val="a5"/>
        <w:spacing w:line="274" w:lineRule="exact"/>
        <w:ind w:left="286"/>
      </w:pPr>
      <w:r w:rsidRPr="00E85698">
        <w:t>Представлять</w:t>
      </w:r>
      <w:r w:rsidRPr="00E85698">
        <w:rPr>
          <w:spacing w:val="-5"/>
        </w:rPr>
        <w:t xml:space="preserve"> </w:t>
      </w:r>
      <w:r w:rsidRPr="00E85698">
        <w:t>сообщение</w:t>
      </w:r>
      <w:r w:rsidRPr="00E85698">
        <w:rPr>
          <w:spacing w:val="-3"/>
        </w:rPr>
        <w:t xml:space="preserve"> </w:t>
      </w:r>
      <w:r w:rsidRPr="00E85698">
        <w:t>на</w:t>
      </w:r>
      <w:r w:rsidRPr="00E85698">
        <w:rPr>
          <w:spacing w:val="-3"/>
        </w:rPr>
        <w:t xml:space="preserve"> </w:t>
      </w:r>
      <w:r w:rsidRPr="00E85698">
        <w:t>заданную</w:t>
      </w:r>
      <w:r w:rsidRPr="00E85698">
        <w:rPr>
          <w:spacing w:val="-4"/>
        </w:rPr>
        <w:t xml:space="preserve"> </w:t>
      </w:r>
      <w:r w:rsidRPr="00E85698">
        <w:t>тему</w:t>
      </w:r>
      <w:r w:rsidRPr="00E85698">
        <w:rPr>
          <w:spacing w:val="-4"/>
        </w:rPr>
        <w:t xml:space="preserve"> </w:t>
      </w:r>
      <w:r w:rsidRPr="00E85698">
        <w:t>в</w:t>
      </w:r>
      <w:r w:rsidRPr="00E85698">
        <w:rPr>
          <w:spacing w:val="-4"/>
        </w:rPr>
        <w:t xml:space="preserve"> </w:t>
      </w:r>
      <w:r w:rsidRPr="00E85698">
        <w:t>виде</w:t>
      </w:r>
      <w:r w:rsidRPr="00E85698">
        <w:rPr>
          <w:spacing w:val="-3"/>
        </w:rPr>
        <w:t xml:space="preserve"> </w:t>
      </w:r>
      <w:r w:rsidRPr="00E85698">
        <w:t>презентации.</w:t>
      </w:r>
    </w:p>
    <w:p w:rsidR="00624C8A" w:rsidRPr="00E85698" w:rsidRDefault="00CB6516">
      <w:pPr>
        <w:pStyle w:val="a5"/>
        <w:spacing w:before="52" w:line="292" w:lineRule="auto"/>
        <w:ind w:right="1033" w:firstLine="180"/>
      </w:pPr>
      <w:r w:rsidRPr="00E85698">
        <w:t>Представлять содержание прослушанного или прочитанного научно-учебного текста в виде</w:t>
      </w:r>
      <w:r w:rsidRPr="00E85698">
        <w:rPr>
          <w:spacing w:val="-58"/>
        </w:rPr>
        <w:t xml:space="preserve"> </w:t>
      </w:r>
      <w:r w:rsidRPr="00E85698">
        <w:t>таблицы,</w:t>
      </w:r>
      <w:r w:rsidRPr="00E85698">
        <w:rPr>
          <w:spacing w:val="-1"/>
        </w:rPr>
        <w:t xml:space="preserve"> </w:t>
      </w:r>
      <w:r w:rsidRPr="00E85698">
        <w:t>схемы;</w:t>
      </w:r>
      <w:r w:rsidRPr="00E85698">
        <w:rPr>
          <w:spacing w:val="-2"/>
        </w:rPr>
        <w:t xml:space="preserve"> </w:t>
      </w:r>
      <w:r w:rsidRPr="00E85698">
        <w:t>представлять</w:t>
      </w:r>
      <w:r w:rsidRPr="00E85698">
        <w:rPr>
          <w:spacing w:val="-2"/>
        </w:rPr>
        <w:t xml:space="preserve"> </w:t>
      </w:r>
      <w:r w:rsidRPr="00E85698">
        <w:t>содержание</w:t>
      </w:r>
      <w:r w:rsidRPr="00E85698">
        <w:rPr>
          <w:spacing w:val="-1"/>
        </w:rPr>
        <w:t xml:space="preserve"> </w:t>
      </w:r>
      <w:r w:rsidRPr="00E85698">
        <w:t>таблицы, схемы</w:t>
      </w:r>
      <w:r w:rsidRPr="00E85698">
        <w:rPr>
          <w:spacing w:val="-1"/>
        </w:rPr>
        <w:t xml:space="preserve"> </w:t>
      </w:r>
      <w:r w:rsidRPr="00E85698">
        <w:t>в</w:t>
      </w:r>
      <w:r w:rsidRPr="00E85698">
        <w:rPr>
          <w:spacing w:val="-2"/>
        </w:rPr>
        <w:t xml:space="preserve"> </w:t>
      </w:r>
      <w:r w:rsidRPr="00E85698">
        <w:t>виде</w:t>
      </w:r>
      <w:r w:rsidRPr="00E85698">
        <w:rPr>
          <w:spacing w:val="-1"/>
        </w:rPr>
        <w:t xml:space="preserve"> </w:t>
      </w:r>
      <w:r w:rsidRPr="00E85698">
        <w:t>текста.</w:t>
      </w:r>
    </w:p>
    <w:p w:rsidR="00624C8A" w:rsidRPr="00E85698" w:rsidRDefault="00CB6516">
      <w:pPr>
        <w:pStyle w:val="a5"/>
        <w:spacing w:line="292" w:lineRule="auto"/>
        <w:ind w:firstLine="180"/>
      </w:pPr>
      <w:r w:rsidRPr="00E85698">
        <w:t>Редактировать тексты: собственные/созданные другими обучающимися тексты с целью</w:t>
      </w:r>
      <w:r w:rsidRPr="00E85698">
        <w:rPr>
          <w:spacing w:val="1"/>
        </w:rPr>
        <w:t xml:space="preserve"> </w:t>
      </w:r>
      <w:r w:rsidRPr="00E85698">
        <w:t>совершенствования</w:t>
      </w:r>
      <w:r w:rsidRPr="00E85698">
        <w:rPr>
          <w:spacing w:val="-5"/>
        </w:rPr>
        <w:t xml:space="preserve"> </w:t>
      </w:r>
      <w:r w:rsidRPr="00E85698">
        <w:t>их</w:t>
      </w:r>
      <w:r w:rsidRPr="00E85698">
        <w:rPr>
          <w:spacing w:val="-4"/>
        </w:rPr>
        <w:t xml:space="preserve"> </w:t>
      </w:r>
      <w:r w:rsidRPr="00E85698">
        <w:t>содержания</w:t>
      </w:r>
      <w:r w:rsidRPr="00E85698">
        <w:rPr>
          <w:spacing w:val="-5"/>
        </w:rPr>
        <w:t xml:space="preserve"> </w:t>
      </w:r>
      <w:r w:rsidRPr="00E85698">
        <w:t>и</w:t>
      </w:r>
      <w:r w:rsidRPr="00E85698">
        <w:rPr>
          <w:spacing w:val="-4"/>
        </w:rPr>
        <w:t xml:space="preserve"> </w:t>
      </w:r>
      <w:r w:rsidRPr="00E85698">
        <w:t>формы;</w:t>
      </w:r>
      <w:r w:rsidRPr="00E85698">
        <w:rPr>
          <w:spacing w:val="-5"/>
        </w:rPr>
        <w:t xml:space="preserve"> </w:t>
      </w:r>
      <w:r w:rsidRPr="00E85698">
        <w:t>сопоставлять</w:t>
      </w:r>
      <w:r w:rsidRPr="00E85698">
        <w:rPr>
          <w:spacing w:val="-5"/>
        </w:rPr>
        <w:t xml:space="preserve"> </w:t>
      </w:r>
      <w:r w:rsidRPr="00E85698">
        <w:t>исходный</w:t>
      </w:r>
      <w:r w:rsidRPr="00E85698">
        <w:rPr>
          <w:spacing w:val="-4"/>
        </w:rPr>
        <w:t xml:space="preserve"> </w:t>
      </w:r>
      <w:r w:rsidRPr="00E85698">
        <w:t>и</w:t>
      </w:r>
      <w:r w:rsidRPr="00E85698">
        <w:rPr>
          <w:spacing w:val="-4"/>
        </w:rPr>
        <w:t xml:space="preserve"> </w:t>
      </w:r>
      <w:r w:rsidRPr="00E85698">
        <w:t>отредактированный</w:t>
      </w:r>
      <w:r w:rsidRPr="00E85698">
        <w:rPr>
          <w:spacing w:val="-4"/>
        </w:rPr>
        <w:t xml:space="preserve"> </w:t>
      </w:r>
      <w:r w:rsidRPr="00E85698">
        <w:t>тексты.</w:t>
      </w:r>
    </w:p>
    <w:p w:rsidR="00624C8A" w:rsidRPr="00E85698" w:rsidRDefault="00CB6516">
      <w:pPr>
        <w:pStyle w:val="a5"/>
        <w:spacing w:line="275"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174" w:firstLine="180"/>
      </w:pPr>
      <w:r w:rsidRPr="00E85698">
        <w:lastRenderedPageBreak/>
        <w:t>Характеризовать особенности официально-делового стиля (заявление, объяснительная записка,</w:t>
      </w:r>
      <w:r w:rsidRPr="00E85698">
        <w:rPr>
          <w:spacing w:val="1"/>
        </w:rPr>
        <w:t xml:space="preserve"> </w:t>
      </w:r>
      <w:r w:rsidRPr="00E85698">
        <w:t>автобиография, характеристика) и научного стиля, основных жанров научного стиля (реферат, доклад</w:t>
      </w:r>
      <w:r w:rsidRPr="00E85698">
        <w:rPr>
          <w:spacing w:val="-58"/>
        </w:rPr>
        <w:t xml:space="preserve"> </w:t>
      </w:r>
      <w:r w:rsidRPr="00E85698">
        <w:t>на научную тему), выявлять сочетание различных функциональных разновидностей языка в тексте,</w:t>
      </w:r>
      <w:r w:rsidRPr="00E85698">
        <w:rPr>
          <w:spacing w:val="1"/>
        </w:rPr>
        <w:t xml:space="preserve"> </w:t>
      </w:r>
      <w:r w:rsidRPr="00E85698">
        <w:t>средства</w:t>
      </w:r>
      <w:r w:rsidRPr="00E85698">
        <w:rPr>
          <w:spacing w:val="-1"/>
        </w:rPr>
        <w:t xml:space="preserve"> </w:t>
      </w:r>
      <w:r w:rsidRPr="00E85698">
        <w:t>связи предложений в</w:t>
      </w:r>
      <w:r w:rsidRPr="00E85698">
        <w:rPr>
          <w:spacing w:val="-1"/>
        </w:rPr>
        <w:t xml:space="preserve"> </w:t>
      </w:r>
      <w:r w:rsidRPr="00E85698">
        <w:t>тексте.</w:t>
      </w:r>
    </w:p>
    <w:p w:rsidR="00624C8A" w:rsidRPr="00E85698" w:rsidRDefault="00CB6516">
      <w:pPr>
        <w:pStyle w:val="a5"/>
        <w:spacing w:line="292" w:lineRule="auto"/>
        <w:ind w:firstLine="180"/>
      </w:pPr>
      <w:r w:rsidRPr="00E85698">
        <w:t>Создавать</w:t>
      </w:r>
      <w:r w:rsidRPr="00E85698">
        <w:rPr>
          <w:spacing w:val="-8"/>
        </w:rPr>
        <w:t xml:space="preserve"> </w:t>
      </w:r>
      <w:r w:rsidRPr="00E85698">
        <w:t>тексты</w:t>
      </w:r>
      <w:r w:rsidRPr="00E85698">
        <w:rPr>
          <w:spacing w:val="-7"/>
        </w:rPr>
        <w:t xml:space="preserve"> </w:t>
      </w:r>
      <w:r w:rsidRPr="00E85698">
        <w:t>официально-делового</w:t>
      </w:r>
      <w:r w:rsidRPr="00E85698">
        <w:rPr>
          <w:spacing w:val="-6"/>
        </w:rPr>
        <w:t xml:space="preserve"> </w:t>
      </w:r>
      <w:r w:rsidRPr="00E85698">
        <w:t>стиля</w:t>
      </w:r>
      <w:r w:rsidRPr="00E85698">
        <w:rPr>
          <w:spacing w:val="-8"/>
        </w:rPr>
        <w:t xml:space="preserve"> </w:t>
      </w:r>
      <w:r w:rsidRPr="00E85698">
        <w:t>(заявление,</w:t>
      </w:r>
      <w:r w:rsidRPr="00E85698">
        <w:rPr>
          <w:spacing w:val="-7"/>
        </w:rPr>
        <w:t xml:space="preserve"> </w:t>
      </w:r>
      <w:r w:rsidRPr="00E85698">
        <w:t>объяснительная</w:t>
      </w:r>
      <w:r w:rsidRPr="00E85698">
        <w:rPr>
          <w:spacing w:val="-7"/>
        </w:rPr>
        <w:t xml:space="preserve"> </w:t>
      </w:r>
      <w:r w:rsidRPr="00E85698">
        <w:t>записка,</w:t>
      </w:r>
      <w:r w:rsidRPr="00E85698">
        <w:rPr>
          <w:spacing w:val="-7"/>
        </w:rPr>
        <w:t xml:space="preserve"> </w:t>
      </w:r>
      <w:r w:rsidRPr="00E85698">
        <w:t>автобиография,</w:t>
      </w:r>
      <w:r w:rsidRPr="00E85698">
        <w:rPr>
          <w:spacing w:val="-57"/>
        </w:rPr>
        <w:t xml:space="preserve"> </w:t>
      </w:r>
      <w:r w:rsidRPr="00E85698">
        <w:t>характеристика),</w:t>
      </w:r>
      <w:r w:rsidRPr="00E85698">
        <w:rPr>
          <w:spacing w:val="-1"/>
        </w:rPr>
        <w:t xml:space="preserve"> </w:t>
      </w:r>
      <w:r w:rsidRPr="00E85698">
        <w:t>публицистических</w:t>
      </w:r>
      <w:r w:rsidRPr="00E85698">
        <w:rPr>
          <w:spacing w:val="-1"/>
        </w:rPr>
        <w:t xml:space="preserve"> </w:t>
      </w:r>
      <w:r w:rsidRPr="00E85698">
        <w:t>жанров;</w:t>
      </w:r>
      <w:r w:rsidRPr="00E85698">
        <w:rPr>
          <w:spacing w:val="-1"/>
        </w:rPr>
        <w:t xml:space="preserve"> </w:t>
      </w:r>
      <w:r w:rsidRPr="00E85698">
        <w:t>оформлять</w:t>
      </w:r>
      <w:r w:rsidRPr="00E85698">
        <w:rPr>
          <w:spacing w:val="-2"/>
        </w:rPr>
        <w:t xml:space="preserve"> </w:t>
      </w:r>
      <w:r w:rsidRPr="00E85698">
        <w:t>деловые бумаги.</w:t>
      </w:r>
    </w:p>
    <w:p w:rsidR="00624C8A" w:rsidRPr="00E85698" w:rsidRDefault="00CB6516">
      <w:pPr>
        <w:pStyle w:val="a5"/>
        <w:spacing w:line="292" w:lineRule="auto"/>
        <w:ind w:firstLine="180"/>
      </w:pPr>
      <w:r w:rsidRPr="00E85698">
        <w:t>Осуществлять</w:t>
      </w:r>
      <w:r w:rsidRPr="00E85698">
        <w:rPr>
          <w:spacing w:val="-5"/>
        </w:rPr>
        <w:t xml:space="preserve"> </w:t>
      </w:r>
      <w:r w:rsidRPr="00E85698">
        <w:t>выбор</w:t>
      </w:r>
      <w:r w:rsidRPr="00E85698">
        <w:rPr>
          <w:spacing w:val="-4"/>
        </w:rPr>
        <w:t xml:space="preserve"> </w:t>
      </w:r>
      <w:r w:rsidRPr="00E85698">
        <w:t>языковых</w:t>
      </w:r>
      <w:r w:rsidRPr="00E85698">
        <w:rPr>
          <w:spacing w:val="-4"/>
        </w:rPr>
        <w:t xml:space="preserve"> </w:t>
      </w:r>
      <w:r w:rsidRPr="00E85698">
        <w:t>средств</w:t>
      </w:r>
      <w:r w:rsidRPr="00E85698">
        <w:rPr>
          <w:spacing w:val="-4"/>
        </w:rPr>
        <w:t xml:space="preserve"> </w:t>
      </w:r>
      <w:r w:rsidRPr="00E85698">
        <w:t>для</w:t>
      </w:r>
      <w:r w:rsidRPr="00E85698">
        <w:rPr>
          <w:spacing w:val="-5"/>
        </w:rPr>
        <w:t xml:space="preserve"> </w:t>
      </w:r>
      <w:r w:rsidRPr="00E85698">
        <w:t>создания</w:t>
      </w:r>
      <w:r w:rsidRPr="00E85698">
        <w:rPr>
          <w:spacing w:val="-5"/>
        </w:rPr>
        <w:t xml:space="preserve"> </w:t>
      </w:r>
      <w:r w:rsidRPr="00E85698">
        <w:t>высказывания</w:t>
      </w:r>
      <w:r w:rsidRPr="00E85698">
        <w:rPr>
          <w:spacing w:val="-4"/>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4"/>
        </w:rPr>
        <w:t xml:space="preserve"> </w:t>
      </w:r>
      <w:r w:rsidRPr="00E85698">
        <w:t>целью,</w:t>
      </w:r>
      <w:r w:rsidRPr="00E85698">
        <w:rPr>
          <w:spacing w:val="-3"/>
        </w:rPr>
        <w:t xml:space="preserve"> </w:t>
      </w:r>
      <w:r w:rsidRPr="00E85698">
        <w:t>темой</w:t>
      </w:r>
      <w:r w:rsidRPr="00E85698">
        <w:rPr>
          <w:spacing w:val="-4"/>
        </w:rPr>
        <w:t xml:space="preserve"> </w:t>
      </w:r>
      <w:r w:rsidRPr="00E85698">
        <w:t>и</w:t>
      </w:r>
      <w:r w:rsidRPr="00E85698">
        <w:rPr>
          <w:spacing w:val="-57"/>
        </w:rPr>
        <w:t xml:space="preserve"> </w:t>
      </w:r>
      <w:r w:rsidRPr="00E85698">
        <w:t>коммуникативным</w:t>
      </w:r>
      <w:r w:rsidRPr="00E85698">
        <w:rPr>
          <w:spacing w:val="-1"/>
        </w:rPr>
        <w:t xml:space="preserve"> </w:t>
      </w:r>
      <w:r w:rsidRPr="00E85698">
        <w:t>замыслом.</w:t>
      </w:r>
    </w:p>
    <w:p w:rsidR="00624C8A" w:rsidRPr="00E85698" w:rsidRDefault="00CB6516">
      <w:pPr>
        <w:pStyle w:val="11"/>
        <w:spacing w:before="115"/>
      </w:pPr>
      <w:r w:rsidRPr="00E85698">
        <w:t>Система</w:t>
      </w:r>
      <w:r w:rsidRPr="00E85698">
        <w:rPr>
          <w:spacing w:val="-5"/>
        </w:rPr>
        <w:t xml:space="preserve"> </w:t>
      </w:r>
      <w:r w:rsidRPr="00E85698">
        <w:t>языка</w:t>
      </w:r>
    </w:p>
    <w:p w:rsidR="00624C8A" w:rsidRPr="00E85698" w:rsidRDefault="00CB6516">
      <w:pPr>
        <w:spacing w:before="60"/>
        <w:ind w:left="286"/>
        <w:rPr>
          <w:b/>
          <w:sz w:val="24"/>
        </w:rPr>
      </w:pPr>
      <w:proofErr w:type="spellStart"/>
      <w:r w:rsidRPr="00E85698">
        <w:rPr>
          <w:b/>
          <w:sz w:val="24"/>
        </w:rPr>
        <w:t>Cинтаксис</w:t>
      </w:r>
      <w:proofErr w:type="spellEnd"/>
      <w:r w:rsidRPr="00E85698">
        <w:rPr>
          <w:b/>
          <w:sz w:val="24"/>
        </w:rPr>
        <w:t>.</w:t>
      </w:r>
      <w:r w:rsidRPr="00E85698">
        <w:rPr>
          <w:b/>
          <w:spacing w:val="-6"/>
          <w:sz w:val="24"/>
        </w:rPr>
        <w:t xml:space="preserve"> </w:t>
      </w:r>
      <w:r w:rsidRPr="00E85698">
        <w:rPr>
          <w:b/>
          <w:sz w:val="24"/>
        </w:rPr>
        <w:t>Культура</w:t>
      </w:r>
      <w:r w:rsidRPr="00E85698">
        <w:rPr>
          <w:b/>
          <w:spacing w:val="-5"/>
          <w:sz w:val="24"/>
        </w:rPr>
        <w:t xml:space="preserve"> </w:t>
      </w:r>
      <w:r w:rsidRPr="00E85698">
        <w:rPr>
          <w:b/>
          <w:sz w:val="24"/>
        </w:rPr>
        <w:t>речи.</w:t>
      </w:r>
      <w:r w:rsidRPr="00E85698">
        <w:rPr>
          <w:b/>
          <w:spacing w:val="-5"/>
          <w:sz w:val="24"/>
        </w:rPr>
        <w:t xml:space="preserve"> </w:t>
      </w:r>
      <w:r w:rsidRPr="00E85698">
        <w:rPr>
          <w:b/>
          <w:sz w:val="24"/>
        </w:rPr>
        <w:t>Пунктуация</w:t>
      </w:r>
    </w:p>
    <w:p w:rsidR="00624C8A" w:rsidRPr="00E85698" w:rsidRDefault="00CB6516">
      <w:pPr>
        <w:pStyle w:val="a5"/>
        <w:spacing w:before="60" w:line="292" w:lineRule="auto"/>
        <w:ind w:left="286" w:right="3243"/>
      </w:pPr>
      <w:r w:rsidRPr="00E85698">
        <w:t>Иметь представление о синтаксисе как разделе лингвистики.</w:t>
      </w:r>
      <w:r w:rsidRPr="00E85698">
        <w:rPr>
          <w:spacing w:val="1"/>
        </w:rPr>
        <w:t xml:space="preserve"> </w:t>
      </w:r>
      <w:r w:rsidRPr="00E85698">
        <w:t>Распознавать словосочетание и предложение как единицы синтаксиса.</w:t>
      </w:r>
      <w:r w:rsidRPr="00E85698">
        <w:rPr>
          <w:spacing w:val="-58"/>
        </w:rPr>
        <w:t xml:space="preserve"> </w:t>
      </w:r>
      <w:r w:rsidRPr="00E85698">
        <w:t>Различать</w:t>
      </w:r>
      <w:r w:rsidRPr="00E85698">
        <w:rPr>
          <w:spacing w:val="-2"/>
        </w:rPr>
        <w:t xml:space="preserve"> </w:t>
      </w:r>
      <w:r w:rsidRPr="00E85698">
        <w:t>функции знаков</w:t>
      </w:r>
      <w:r w:rsidRPr="00E85698">
        <w:rPr>
          <w:spacing w:val="-1"/>
        </w:rPr>
        <w:t xml:space="preserve"> </w:t>
      </w:r>
      <w:r w:rsidRPr="00E85698">
        <w:t>препинания.</w:t>
      </w:r>
    </w:p>
    <w:p w:rsidR="00624C8A" w:rsidRPr="00E85698" w:rsidRDefault="00CB6516">
      <w:pPr>
        <w:pStyle w:val="a5"/>
        <w:spacing w:line="274" w:lineRule="exact"/>
        <w:ind w:left="286"/>
      </w:pPr>
      <w:r w:rsidRPr="00E85698">
        <w:t>Словосочетание</w:t>
      </w:r>
    </w:p>
    <w:p w:rsidR="00624C8A" w:rsidRPr="00E85698" w:rsidRDefault="00CB6516">
      <w:pPr>
        <w:pStyle w:val="a5"/>
        <w:spacing w:before="60" w:line="292" w:lineRule="auto"/>
        <w:ind w:firstLine="180"/>
      </w:pPr>
      <w:r w:rsidRPr="00E85698">
        <w:t>Распознавать</w:t>
      </w:r>
      <w:r w:rsidRPr="00E85698">
        <w:rPr>
          <w:spacing w:val="-6"/>
        </w:rPr>
        <w:t xml:space="preserve"> </w:t>
      </w:r>
      <w:r w:rsidRPr="00E85698">
        <w:t>словосочетания</w:t>
      </w:r>
      <w:r w:rsidRPr="00E85698">
        <w:rPr>
          <w:spacing w:val="-6"/>
        </w:rPr>
        <w:t xml:space="preserve"> </w:t>
      </w:r>
      <w:r w:rsidRPr="00E85698">
        <w:t>по</w:t>
      </w:r>
      <w:r w:rsidRPr="00E85698">
        <w:rPr>
          <w:spacing w:val="-5"/>
        </w:rPr>
        <w:t xml:space="preserve"> </w:t>
      </w:r>
      <w:r w:rsidRPr="00E85698">
        <w:t>морфологическим</w:t>
      </w:r>
      <w:r w:rsidRPr="00E85698">
        <w:rPr>
          <w:spacing w:val="-5"/>
        </w:rPr>
        <w:t xml:space="preserve"> </w:t>
      </w:r>
      <w:r w:rsidRPr="00E85698">
        <w:t>свойствам</w:t>
      </w:r>
      <w:r w:rsidRPr="00E85698">
        <w:rPr>
          <w:spacing w:val="-4"/>
        </w:rPr>
        <w:t xml:space="preserve"> </w:t>
      </w:r>
      <w:r w:rsidRPr="00E85698">
        <w:t>главного</w:t>
      </w:r>
      <w:r w:rsidRPr="00E85698">
        <w:rPr>
          <w:spacing w:val="-5"/>
        </w:rPr>
        <w:t xml:space="preserve"> </w:t>
      </w:r>
      <w:r w:rsidRPr="00E85698">
        <w:t>слова:</w:t>
      </w:r>
      <w:r w:rsidRPr="00E85698">
        <w:rPr>
          <w:spacing w:val="-6"/>
        </w:rPr>
        <w:t xml:space="preserve"> </w:t>
      </w:r>
      <w:r w:rsidRPr="00E85698">
        <w:t>именные,</w:t>
      </w:r>
      <w:r w:rsidRPr="00E85698">
        <w:rPr>
          <w:spacing w:val="-5"/>
        </w:rPr>
        <w:t xml:space="preserve"> </w:t>
      </w:r>
      <w:r w:rsidRPr="00E85698">
        <w:t>глагольные,</w:t>
      </w:r>
      <w:r w:rsidRPr="00E85698">
        <w:rPr>
          <w:spacing w:val="-57"/>
        </w:rPr>
        <w:t xml:space="preserve"> </w:t>
      </w:r>
      <w:r w:rsidRPr="00E85698">
        <w:t>наречные; определять типы подчинительной связи слов в словосочетании: согласование, управление,</w:t>
      </w:r>
      <w:r w:rsidRPr="00E85698">
        <w:rPr>
          <w:spacing w:val="1"/>
        </w:rPr>
        <w:t xml:space="preserve"> </w:t>
      </w:r>
      <w:r w:rsidRPr="00E85698">
        <w:t>примыкание;</w:t>
      </w:r>
      <w:r w:rsidRPr="00E85698">
        <w:rPr>
          <w:spacing w:val="-2"/>
        </w:rPr>
        <w:t xml:space="preserve"> </w:t>
      </w:r>
      <w:r w:rsidRPr="00E85698">
        <w:t>выявлять</w:t>
      </w:r>
      <w:r w:rsidRPr="00E85698">
        <w:rPr>
          <w:spacing w:val="-1"/>
        </w:rPr>
        <w:t xml:space="preserve"> </w:t>
      </w:r>
      <w:r w:rsidRPr="00E85698">
        <w:t>грамматическую</w:t>
      </w:r>
      <w:r w:rsidRPr="00E85698">
        <w:rPr>
          <w:spacing w:val="-2"/>
        </w:rPr>
        <w:t xml:space="preserve"> </w:t>
      </w:r>
      <w:r w:rsidRPr="00E85698">
        <w:t>синонимию</w:t>
      </w:r>
      <w:r w:rsidRPr="00E85698">
        <w:rPr>
          <w:spacing w:val="-1"/>
        </w:rPr>
        <w:t xml:space="preserve"> </w:t>
      </w:r>
      <w:r w:rsidRPr="00E85698">
        <w:t>словосочетаний.</w:t>
      </w:r>
    </w:p>
    <w:p w:rsidR="00624C8A" w:rsidRPr="00E85698" w:rsidRDefault="00CB6516">
      <w:pPr>
        <w:pStyle w:val="a5"/>
        <w:spacing w:line="274" w:lineRule="exact"/>
        <w:ind w:left="286"/>
      </w:pPr>
      <w:r w:rsidRPr="00E85698">
        <w:t>Применять</w:t>
      </w:r>
      <w:r w:rsidRPr="00E85698">
        <w:rPr>
          <w:spacing w:val="-5"/>
        </w:rPr>
        <w:t xml:space="preserve"> </w:t>
      </w:r>
      <w:r w:rsidRPr="00E85698">
        <w:t>нормы</w:t>
      </w:r>
      <w:r w:rsidRPr="00E85698">
        <w:rPr>
          <w:spacing w:val="-3"/>
        </w:rPr>
        <w:t xml:space="preserve"> </w:t>
      </w:r>
      <w:r w:rsidRPr="00E85698">
        <w:t>построения</w:t>
      </w:r>
      <w:r w:rsidRPr="00E85698">
        <w:rPr>
          <w:spacing w:val="-5"/>
        </w:rPr>
        <w:t xml:space="preserve"> </w:t>
      </w:r>
      <w:r w:rsidRPr="00E85698">
        <w:t>словосочетаний.</w:t>
      </w:r>
    </w:p>
    <w:p w:rsidR="00624C8A" w:rsidRPr="00E85698" w:rsidRDefault="00CB6516">
      <w:pPr>
        <w:pStyle w:val="11"/>
        <w:spacing w:before="180"/>
      </w:pPr>
      <w:r w:rsidRPr="00E85698">
        <w:t>Предложение</w:t>
      </w:r>
    </w:p>
    <w:p w:rsidR="00624C8A" w:rsidRPr="00E85698" w:rsidRDefault="00CB6516">
      <w:pPr>
        <w:pStyle w:val="a5"/>
        <w:spacing w:before="61" w:line="292" w:lineRule="auto"/>
        <w:ind w:right="415" w:firstLine="180"/>
      </w:pPr>
      <w:r w:rsidRPr="00E85698">
        <w:t>Характеризовать основные признаки предложения, средства оформления предложения в устной и</w:t>
      </w:r>
      <w:r w:rsidRPr="00E85698">
        <w:rPr>
          <w:spacing w:val="-58"/>
        </w:rPr>
        <w:t xml:space="preserve"> </w:t>
      </w:r>
      <w:r w:rsidRPr="00E85698">
        <w:t>письменной</w:t>
      </w:r>
      <w:r w:rsidRPr="00E85698">
        <w:rPr>
          <w:spacing w:val="-1"/>
        </w:rPr>
        <w:t xml:space="preserve"> </w:t>
      </w:r>
      <w:r w:rsidRPr="00E85698">
        <w:t>речи;</w:t>
      </w:r>
      <w:r w:rsidRPr="00E85698">
        <w:rPr>
          <w:spacing w:val="-1"/>
        </w:rPr>
        <w:t xml:space="preserve"> </w:t>
      </w:r>
      <w:r w:rsidRPr="00E85698">
        <w:t>различать</w:t>
      </w:r>
      <w:r w:rsidRPr="00E85698">
        <w:rPr>
          <w:spacing w:val="-1"/>
        </w:rPr>
        <w:t xml:space="preserve"> </w:t>
      </w:r>
      <w:r w:rsidRPr="00E85698">
        <w:t>функции знаков</w:t>
      </w:r>
      <w:r w:rsidRPr="00E85698">
        <w:rPr>
          <w:spacing w:val="-2"/>
        </w:rPr>
        <w:t xml:space="preserve"> </w:t>
      </w:r>
      <w:r w:rsidRPr="00E85698">
        <w:t>препинания.</w:t>
      </w:r>
    </w:p>
    <w:p w:rsidR="00624C8A" w:rsidRPr="00E85698" w:rsidRDefault="00CB6516">
      <w:pPr>
        <w:pStyle w:val="a5"/>
        <w:spacing w:line="292" w:lineRule="auto"/>
        <w:ind w:right="687" w:firstLine="180"/>
      </w:pPr>
      <w:r w:rsidRPr="00E85698">
        <w:t>Распознавать предложения по цели высказывания, эмоциональной окраске, характеризовать их</w:t>
      </w:r>
      <w:r w:rsidRPr="00E85698">
        <w:rPr>
          <w:spacing w:val="-58"/>
        </w:rPr>
        <w:t xml:space="preserve"> </w:t>
      </w:r>
      <w:r w:rsidRPr="00E85698">
        <w:t>интонационные и смысловые особенности, языковые формы выражения побуждения в</w:t>
      </w:r>
      <w:r w:rsidRPr="00E85698">
        <w:rPr>
          <w:spacing w:val="1"/>
        </w:rPr>
        <w:t xml:space="preserve"> </w:t>
      </w:r>
      <w:r w:rsidRPr="00E85698">
        <w:t>побудительных предложениях; использовать в текстах публицистического стиля риторическое</w:t>
      </w:r>
      <w:r w:rsidRPr="00E85698">
        <w:rPr>
          <w:spacing w:val="1"/>
        </w:rPr>
        <w:t xml:space="preserve"> </w:t>
      </w:r>
      <w:r w:rsidRPr="00E85698">
        <w:t>восклицание,</w:t>
      </w:r>
      <w:r w:rsidRPr="00E85698">
        <w:rPr>
          <w:spacing w:val="-1"/>
        </w:rPr>
        <w:t xml:space="preserve"> </w:t>
      </w:r>
      <w:r w:rsidRPr="00E85698">
        <w:t>вопросно-ответную</w:t>
      </w:r>
      <w:r w:rsidRPr="00E85698">
        <w:rPr>
          <w:spacing w:val="-1"/>
        </w:rPr>
        <w:t xml:space="preserve"> </w:t>
      </w:r>
      <w:r w:rsidRPr="00E85698">
        <w:t>форму изложения.</w:t>
      </w:r>
    </w:p>
    <w:p w:rsidR="00624C8A" w:rsidRPr="00E85698" w:rsidRDefault="00CB6516">
      <w:pPr>
        <w:pStyle w:val="a5"/>
        <w:spacing w:line="292" w:lineRule="auto"/>
        <w:ind w:right="285" w:firstLine="180"/>
      </w:pPr>
      <w:r w:rsidRPr="00E85698">
        <w:t>Распознавать предложения по количеству грамматических основ; различать способы выражения</w:t>
      </w:r>
      <w:r w:rsidRPr="00E85698">
        <w:rPr>
          <w:spacing w:val="1"/>
        </w:rPr>
        <w:t xml:space="preserve"> </w:t>
      </w:r>
      <w:r w:rsidRPr="00E85698">
        <w:t>подлежащего, виды сказуемого и способы его выражения. Применять нормы построения простого</w:t>
      </w:r>
      <w:r w:rsidRPr="00E85698">
        <w:rPr>
          <w:spacing w:val="1"/>
        </w:rPr>
        <w:t xml:space="preserve"> </w:t>
      </w:r>
      <w:r w:rsidRPr="00E85698">
        <w:t>предложения, использования инверсии; применять нормы согласования сказуемого с подлежащим, в</w:t>
      </w:r>
      <w:r w:rsidRPr="00E85698">
        <w:rPr>
          <w:spacing w:val="-58"/>
        </w:rPr>
        <w:t xml:space="preserve"> </w:t>
      </w:r>
      <w:r w:rsidRPr="00E85698">
        <w:t>том числе выраженным словосочетанием, сложносокращёнными словами, словами</w:t>
      </w:r>
      <w:r w:rsidRPr="00E85698">
        <w:rPr>
          <w:spacing w:val="1"/>
        </w:rPr>
        <w:t xml:space="preserve"> </w:t>
      </w:r>
      <w:r w:rsidRPr="00E85698">
        <w:rPr>
          <w:b/>
          <w:i/>
        </w:rPr>
        <w:t>большинство</w:t>
      </w:r>
      <w:r w:rsidRPr="00E85698">
        <w:t>—</w:t>
      </w:r>
      <w:r w:rsidRPr="00E85698">
        <w:rPr>
          <w:b/>
          <w:i/>
        </w:rPr>
        <w:t>меньшинство</w:t>
      </w:r>
      <w:r w:rsidRPr="00E85698">
        <w:t>, количественными сочетаниями. Применять нормы постановки тире</w:t>
      </w:r>
      <w:r w:rsidRPr="00E85698">
        <w:rPr>
          <w:spacing w:val="1"/>
        </w:rPr>
        <w:t xml:space="preserve"> </w:t>
      </w:r>
      <w:r w:rsidRPr="00E85698">
        <w:t>между</w:t>
      </w:r>
      <w:r w:rsidRPr="00E85698">
        <w:rPr>
          <w:spacing w:val="-1"/>
        </w:rPr>
        <w:t xml:space="preserve"> </w:t>
      </w:r>
      <w:r w:rsidRPr="00E85698">
        <w:t>подлежащим и сказуемым.</w:t>
      </w:r>
    </w:p>
    <w:p w:rsidR="00624C8A" w:rsidRPr="00E85698" w:rsidRDefault="00CB6516">
      <w:pPr>
        <w:pStyle w:val="a5"/>
        <w:spacing w:line="292" w:lineRule="auto"/>
        <w:ind w:right="355" w:firstLine="180"/>
      </w:pPr>
      <w:r w:rsidRPr="00E85698">
        <w:t>Распознавать предложения по наличию главных и второстепенных членов, предложения полные и</w:t>
      </w:r>
      <w:r w:rsidRPr="00E85698">
        <w:rPr>
          <w:spacing w:val="-58"/>
        </w:rPr>
        <w:t xml:space="preserve"> </w:t>
      </w:r>
      <w:r w:rsidRPr="00E85698">
        <w:t>неполные (понимать особенности употребления неполных предложений в диалогической речи,</w:t>
      </w:r>
      <w:r w:rsidRPr="00E85698">
        <w:rPr>
          <w:spacing w:val="1"/>
        </w:rPr>
        <w:t xml:space="preserve"> </w:t>
      </w:r>
      <w:r w:rsidRPr="00E85698">
        <w:t>соблюдения</w:t>
      </w:r>
      <w:r w:rsidRPr="00E85698">
        <w:rPr>
          <w:spacing w:val="-2"/>
        </w:rPr>
        <w:t xml:space="preserve"> </w:t>
      </w:r>
      <w:r w:rsidRPr="00E85698">
        <w:t>в</w:t>
      </w:r>
      <w:r w:rsidRPr="00E85698">
        <w:rPr>
          <w:spacing w:val="-1"/>
        </w:rPr>
        <w:t xml:space="preserve"> </w:t>
      </w:r>
      <w:r w:rsidRPr="00E85698">
        <w:t>устной речи</w:t>
      </w:r>
      <w:r w:rsidRPr="00E85698">
        <w:rPr>
          <w:spacing w:val="-1"/>
        </w:rPr>
        <w:t xml:space="preserve"> </w:t>
      </w:r>
      <w:r w:rsidRPr="00E85698">
        <w:t>интонации неполного предложения).</w:t>
      </w:r>
    </w:p>
    <w:p w:rsidR="00624C8A" w:rsidRPr="00E85698" w:rsidRDefault="00CB6516">
      <w:pPr>
        <w:pStyle w:val="a5"/>
        <w:spacing w:line="292" w:lineRule="auto"/>
        <w:ind w:right="846" w:firstLine="180"/>
      </w:pPr>
      <w:r w:rsidRPr="00E85698">
        <w:t>Различать виды второстепенных членов предложения (согласованные и несогласованные</w:t>
      </w:r>
      <w:r w:rsidRPr="00E85698">
        <w:rPr>
          <w:spacing w:val="1"/>
        </w:rPr>
        <w:t xml:space="preserve"> </w:t>
      </w:r>
      <w:r w:rsidRPr="00E85698">
        <w:t>определения, приложение как особый вид определения; прямые и косвенные дополнения, виды</w:t>
      </w:r>
      <w:r w:rsidRPr="00E85698">
        <w:rPr>
          <w:spacing w:val="-58"/>
        </w:rPr>
        <w:t xml:space="preserve"> </w:t>
      </w:r>
      <w:r w:rsidRPr="00E85698">
        <w:t>обстоятельств).</w:t>
      </w:r>
    </w:p>
    <w:p w:rsidR="00624C8A" w:rsidRPr="00E85698" w:rsidRDefault="00CB6516">
      <w:pPr>
        <w:pStyle w:val="a5"/>
        <w:spacing w:line="292" w:lineRule="auto"/>
        <w:ind w:right="152" w:firstLine="180"/>
      </w:pPr>
      <w:r w:rsidRPr="00E85698">
        <w:t>Распознавать односоставные предложения, их грамматические признаки, морфологические средства</w:t>
      </w:r>
      <w:r w:rsidRPr="00E85698">
        <w:rPr>
          <w:spacing w:val="-58"/>
        </w:rPr>
        <w:t xml:space="preserve"> </w:t>
      </w:r>
      <w:r w:rsidRPr="00E85698">
        <w:t>выражения главных членов; различать виды односоставных предложений (назывное предложение,</w:t>
      </w:r>
      <w:r w:rsidRPr="00E85698">
        <w:rPr>
          <w:spacing w:val="1"/>
        </w:rPr>
        <w:t xml:space="preserve"> </w:t>
      </w:r>
      <w:r w:rsidRPr="00E85698">
        <w:t xml:space="preserve">определённо-личное предложение, неопределённо-личное предложение, </w:t>
      </w:r>
      <w:proofErr w:type="spellStart"/>
      <w:r w:rsidRPr="00E85698">
        <w:t>обощённо</w:t>
      </w:r>
      <w:proofErr w:type="spellEnd"/>
      <w:r w:rsidRPr="00E85698">
        <w:t>-личное</w:t>
      </w:r>
      <w:r w:rsidRPr="00E85698">
        <w:rPr>
          <w:spacing w:val="1"/>
        </w:rPr>
        <w:t xml:space="preserve"> </w:t>
      </w:r>
      <w:r w:rsidRPr="00E85698">
        <w:t>предложение, безличное предложение); характеризовать грамматические различия односоставных</w:t>
      </w:r>
      <w:r w:rsidRPr="00E85698">
        <w:rPr>
          <w:spacing w:val="1"/>
        </w:rPr>
        <w:t xml:space="preserve"> </w:t>
      </w:r>
      <w:r w:rsidRPr="00E85698">
        <w:t>предложений и двусоставных неполных предложений; выявлять синтаксическую синонимию</w:t>
      </w:r>
      <w:r w:rsidRPr="00E85698">
        <w:rPr>
          <w:spacing w:val="1"/>
        </w:rPr>
        <w:t xml:space="preserve"> </w:t>
      </w:r>
      <w:r w:rsidRPr="00E85698">
        <w:t>односоставных и двусоставных предложений; понимать особенности употребления односоставных</w:t>
      </w:r>
      <w:r w:rsidRPr="00E85698">
        <w:rPr>
          <w:spacing w:val="1"/>
        </w:rPr>
        <w:t xml:space="preserve"> </w:t>
      </w:r>
      <w:r w:rsidRPr="00E85698">
        <w:t>предложений в речи; характеризовать грамматические, интонационные и пунктуационные</w:t>
      </w:r>
      <w:r w:rsidRPr="00E85698">
        <w:rPr>
          <w:spacing w:val="1"/>
        </w:rPr>
        <w:t xml:space="preserve"> </w:t>
      </w:r>
      <w:r w:rsidRPr="00E85698">
        <w:t>особенности</w:t>
      </w:r>
      <w:r w:rsidRPr="00E85698">
        <w:rPr>
          <w:spacing w:val="-1"/>
        </w:rPr>
        <w:t xml:space="preserve"> </w:t>
      </w:r>
      <w:r w:rsidRPr="00E85698">
        <w:t>предложений со словами</w:t>
      </w:r>
      <w:r w:rsidRPr="00E85698">
        <w:rPr>
          <w:spacing w:val="5"/>
        </w:rPr>
        <w:t xml:space="preserve"> </w:t>
      </w:r>
      <w:r w:rsidRPr="00E85698">
        <w:rPr>
          <w:b/>
          <w:i/>
        </w:rPr>
        <w:t>да</w:t>
      </w:r>
      <w:r w:rsidRPr="00E85698">
        <w:rPr>
          <w:i/>
        </w:rPr>
        <w:t xml:space="preserve">, </w:t>
      </w:r>
      <w:r w:rsidRPr="00E85698">
        <w:rPr>
          <w:b/>
          <w:i/>
        </w:rPr>
        <w:t>нет</w:t>
      </w:r>
      <w:r w:rsidRPr="00E85698">
        <w:t>.</w:t>
      </w:r>
    </w:p>
    <w:p w:rsidR="00624C8A" w:rsidRPr="00E85698" w:rsidRDefault="00CB6516">
      <w:pPr>
        <w:pStyle w:val="a5"/>
        <w:spacing w:line="271" w:lineRule="exact"/>
        <w:ind w:left="286"/>
      </w:pPr>
      <w:r w:rsidRPr="00E85698">
        <w:t>Характеризовать</w:t>
      </w:r>
      <w:r w:rsidRPr="00E85698">
        <w:rPr>
          <w:spacing w:val="-5"/>
        </w:rPr>
        <w:t xml:space="preserve"> </w:t>
      </w:r>
      <w:r w:rsidRPr="00E85698">
        <w:t>признаки</w:t>
      </w:r>
      <w:r w:rsidRPr="00E85698">
        <w:rPr>
          <w:spacing w:val="-4"/>
        </w:rPr>
        <w:t xml:space="preserve"> </w:t>
      </w:r>
      <w:r w:rsidRPr="00E85698">
        <w:t>однородных</w:t>
      </w:r>
      <w:r w:rsidRPr="00E85698">
        <w:rPr>
          <w:spacing w:val="-4"/>
        </w:rPr>
        <w:t xml:space="preserve"> </w:t>
      </w:r>
      <w:r w:rsidRPr="00E85698">
        <w:t>членов</w:t>
      </w:r>
      <w:r w:rsidRPr="00E85698">
        <w:rPr>
          <w:spacing w:val="-5"/>
        </w:rPr>
        <w:t xml:space="preserve"> </w:t>
      </w:r>
      <w:r w:rsidRPr="00E85698">
        <w:t>предложения,</w:t>
      </w:r>
      <w:r w:rsidRPr="00E85698">
        <w:rPr>
          <w:spacing w:val="-3"/>
        </w:rPr>
        <w:t xml:space="preserve"> </w:t>
      </w:r>
      <w:r w:rsidRPr="00E85698">
        <w:t>средства</w:t>
      </w:r>
      <w:r w:rsidRPr="00E85698">
        <w:rPr>
          <w:spacing w:val="-4"/>
        </w:rPr>
        <w:t xml:space="preserve"> </w:t>
      </w:r>
      <w:r w:rsidRPr="00E85698">
        <w:t>их</w:t>
      </w:r>
      <w:r w:rsidRPr="00E85698">
        <w:rPr>
          <w:spacing w:val="-4"/>
        </w:rPr>
        <w:t xml:space="preserve"> </w:t>
      </w:r>
      <w:r w:rsidRPr="00E85698">
        <w:t>связи</w:t>
      </w:r>
      <w:r w:rsidRPr="00E85698">
        <w:rPr>
          <w:spacing w:val="-4"/>
        </w:rPr>
        <w:t xml:space="preserve"> </w:t>
      </w:r>
      <w:r w:rsidRPr="00E85698">
        <w:t>(союзная</w:t>
      </w:r>
      <w:r w:rsidRPr="00E85698">
        <w:rPr>
          <w:spacing w:val="-4"/>
        </w:rPr>
        <w:t xml:space="preserve"> </w:t>
      </w:r>
      <w:r w:rsidRPr="00E85698">
        <w:t>и</w:t>
      </w:r>
    </w:p>
    <w:p w:rsidR="00624C8A" w:rsidRPr="00E85698" w:rsidRDefault="00624C8A">
      <w:pPr>
        <w:spacing w:line="271"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155"/>
      </w:pPr>
      <w:r w:rsidRPr="00E85698">
        <w:lastRenderedPageBreak/>
        <w:t>бессоюзная связь); различать однородные и неоднородные определения; находить обобщающие слова</w:t>
      </w:r>
      <w:r w:rsidRPr="00E85698">
        <w:rPr>
          <w:spacing w:val="-58"/>
        </w:rPr>
        <w:t xml:space="preserve"> </w:t>
      </w:r>
      <w:r w:rsidRPr="00E85698">
        <w:t>при однородных членах; понимать особенности употребления в речи сочетаний однородных членов</w:t>
      </w:r>
      <w:r w:rsidRPr="00E85698">
        <w:rPr>
          <w:spacing w:val="1"/>
        </w:rPr>
        <w:t xml:space="preserve"> </w:t>
      </w:r>
      <w:r w:rsidRPr="00E85698">
        <w:t>разных</w:t>
      </w:r>
      <w:r w:rsidRPr="00E85698">
        <w:rPr>
          <w:spacing w:val="-1"/>
        </w:rPr>
        <w:t xml:space="preserve"> </w:t>
      </w:r>
      <w:r w:rsidRPr="00E85698">
        <w:t>типов.</w:t>
      </w:r>
    </w:p>
    <w:p w:rsidR="00624C8A" w:rsidRPr="00E85698" w:rsidRDefault="00CB6516">
      <w:pPr>
        <w:spacing w:line="292" w:lineRule="auto"/>
        <w:ind w:left="106" w:right="915" w:firstLine="180"/>
        <w:rPr>
          <w:sz w:val="24"/>
        </w:rPr>
      </w:pPr>
      <w:r w:rsidRPr="00E85698">
        <w:rPr>
          <w:sz w:val="24"/>
        </w:rPr>
        <w:t>Применять нормы построения предложений с однородными членами, связанными двойными</w:t>
      </w:r>
      <w:r w:rsidRPr="00E85698">
        <w:rPr>
          <w:spacing w:val="-57"/>
          <w:sz w:val="24"/>
        </w:rPr>
        <w:t xml:space="preserve"> </w:t>
      </w:r>
      <w:r w:rsidRPr="00E85698">
        <w:rPr>
          <w:sz w:val="24"/>
        </w:rPr>
        <w:t>союзами</w:t>
      </w:r>
      <w:r w:rsidRPr="00E85698">
        <w:rPr>
          <w:spacing w:val="-1"/>
          <w:sz w:val="24"/>
        </w:rPr>
        <w:t xml:space="preserve"> </w:t>
      </w:r>
      <w:r w:rsidRPr="00E85698">
        <w:rPr>
          <w:b/>
          <w:i/>
          <w:sz w:val="24"/>
        </w:rPr>
        <w:t>не только… но и</w:t>
      </w:r>
      <w:r w:rsidRPr="00E85698">
        <w:rPr>
          <w:i/>
          <w:sz w:val="24"/>
        </w:rPr>
        <w:t xml:space="preserve">, </w:t>
      </w:r>
      <w:r w:rsidRPr="00E85698">
        <w:rPr>
          <w:b/>
          <w:i/>
          <w:sz w:val="24"/>
        </w:rPr>
        <w:t>как… так</w:t>
      </w:r>
      <w:r w:rsidRPr="00E85698">
        <w:rPr>
          <w:b/>
          <w:i/>
          <w:spacing w:val="-2"/>
          <w:sz w:val="24"/>
        </w:rPr>
        <w:t xml:space="preserve"> </w:t>
      </w:r>
      <w:r w:rsidRPr="00E85698">
        <w:rPr>
          <w:b/>
          <w:i/>
          <w:sz w:val="24"/>
        </w:rPr>
        <w:t>и</w:t>
      </w:r>
      <w:r w:rsidRPr="00E85698">
        <w:rPr>
          <w:sz w:val="24"/>
        </w:rPr>
        <w:t>.</w:t>
      </w:r>
    </w:p>
    <w:p w:rsidR="00624C8A" w:rsidRPr="00E85698" w:rsidRDefault="00CB6516">
      <w:pPr>
        <w:pStyle w:val="a5"/>
        <w:spacing w:line="292" w:lineRule="auto"/>
        <w:ind w:firstLine="180"/>
      </w:pPr>
      <w:r w:rsidRPr="00E85698">
        <w:t>Применять нормы постановки знаков препинания в предложениях с однородными членами,</w:t>
      </w:r>
      <w:r w:rsidRPr="00E85698">
        <w:rPr>
          <w:spacing w:val="1"/>
        </w:rPr>
        <w:t xml:space="preserve"> </w:t>
      </w:r>
      <w:r w:rsidRPr="00E85698">
        <w:t>связанными</w:t>
      </w:r>
      <w:r w:rsidRPr="00E85698">
        <w:rPr>
          <w:spacing w:val="-3"/>
        </w:rPr>
        <w:t xml:space="preserve"> </w:t>
      </w:r>
      <w:r w:rsidRPr="00E85698">
        <w:t>попарно,</w:t>
      </w:r>
      <w:r w:rsidRPr="00E85698">
        <w:rPr>
          <w:spacing w:val="-3"/>
        </w:rPr>
        <w:t xml:space="preserve"> </w:t>
      </w:r>
      <w:r w:rsidRPr="00E85698">
        <w:t>с</w:t>
      </w:r>
      <w:r w:rsidRPr="00E85698">
        <w:rPr>
          <w:spacing w:val="-2"/>
        </w:rPr>
        <w:t xml:space="preserve"> </w:t>
      </w:r>
      <w:r w:rsidRPr="00E85698">
        <w:t>помощью</w:t>
      </w:r>
      <w:r w:rsidRPr="00E85698">
        <w:rPr>
          <w:spacing w:val="-4"/>
        </w:rPr>
        <w:t xml:space="preserve"> </w:t>
      </w:r>
      <w:r w:rsidRPr="00E85698">
        <w:t>повторяющихся</w:t>
      </w:r>
      <w:r w:rsidRPr="00E85698">
        <w:rPr>
          <w:spacing w:val="-3"/>
        </w:rPr>
        <w:t xml:space="preserve"> </w:t>
      </w:r>
      <w:r w:rsidRPr="00E85698">
        <w:t>союзов</w:t>
      </w:r>
      <w:r w:rsidRPr="00E85698">
        <w:rPr>
          <w:spacing w:val="-4"/>
        </w:rPr>
        <w:t xml:space="preserve"> </w:t>
      </w:r>
      <w:r w:rsidRPr="00E85698">
        <w:t>(</w:t>
      </w:r>
      <w:proofErr w:type="gramStart"/>
      <w:r w:rsidRPr="00E85698">
        <w:rPr>
          <w:b/>
          <w:i/>
        </w:rPr>
        <w:t>и...</w:t>
      </w:r>
      <w:proofErr w:type="gramEnd"/>
      <w:r w:rsidRPr="00E85698">
        <w:rPr>
          <w:b/>
          <w:i/>
          <w:spacing w:val="-2"/>
        </w:rPr>
        <w:t xml:space="preserve"> </w:t>
      </w:r>
      <w:r w:rsidRPr="00E85698">
        <w:rPr>
          <w:b/>
          <w:i/>
        </w:rPr>
        <w:t>и,</w:t>
      </w:r>
      <w:r w:rsidRPr="00E85698">
        <w:rPr>
          <w:b/>
          <w:i/>
          <w:spacing w:val="-3"/>
        </w:rPr>
        <w:t xml:space="preserve"> </w:t>
      </w:r>
      <w:r w:rsidRPr="00E85698">
        <w:rPr>
          <w:b/>
          <w:i/>
        </w:rPr>
        <w:t>или...</w:t>
      </w:r>
      <w:r w:rsidRPr="00E85698">
        <w:rPr>
          <w:b/>
          <w:i/>
          <w:spacing w:val="-2"/>
        </w:rPr>
        <w:t xml:space="preserve"> </w:t>
      </w:r>
      <w:r w:rsidRPr="00E85698">
        <w:rPr>
          <w:b/>
          <w:i/>
        </w:rPr>
        <w:t>или,</w:t>
      </w:r>
      <w:r w:rsidRPr="00E85698">
        <w:rPr>
          <w:b/>
          <w:i/>
          <w:spacing w:val="-3"/>
        </w:rPr>
        <w:t xml:space="preserve"> </w:t>
      </w:r>
      <w:proofErr w:type="spellStart"/>
      <w:r w:rsidRPr="00E85698">
        <w:rPr>
          <w:b/>
          <w:i/>
        </w:rPr>
        <w:t>либo</w:t>
      </w:r>
      <w:proofErr w:type="spellEnd"/>
      <w:r w:rsidRPr="00E85698">
        <w:rPr>
          <w:b/>
          <w:i/>
        </w:rPr>
        <w:t>...</w:t>
      </w:r>
      <w:r w:rsidRPr="00E85698">
        <w:rPr>
          <w:b/>
          <w:i/>
          <w:spacing w:val="-2"/>
        </w:rPr>
        <w:t xml:space="preserve"> </w:t>
      </w:r>
      <w:proofErr w:type="spellStart"/>
      <w:r w:rsidRPr="00E85698">
        <w:rPr>
          <w:b/>
          <w:i/>
        </w:rPr>
        <w:t>либo</w:t>
      </w:r>
      <w:proofErr w:type="spellEnd"/>
      <w:r w:rsidRPr="00E85698">
        <w:rPr>
          <w:b/>
          <w:i/>
        </w:rPr>
        <w:t>,</w:t>
      </w:r>
      <w:r w:rsidRPr="00E85698">
        <w:rPr>
          <w:b/>
          <w:i/>
          <w:spacing w:val="-3"/>
        </w:rPr>
        <w:t xml:space="preserve"> </w:t>
      </w:r>
      <w:r w:rsidRPr="00E85698">
        <w:rPr>
          <w:b/>
          <w:i/>
        </w:rPr>
        <w:t>ни...</w:t>
      </w:r>
      <w:r w:rsidRPr="00E85698">
        <w:rPr>
          <w:b/>
          <w:i/>
          <w:spacing w:val="-2"/>
        </w:rPr>
        <w:t xml:space="preserve"> </w:t>
      </w:r>
      <w:r w:rsidRPr="00E85698">
        <w:rPr>
          <w:b/>
          <w:i/>
        </w:rPr>
        <w:t>ни,</w:t>
      </w:r>
      <w:r w:rsidRPr="00E85698">
        <w:rPr>
          <w:b/>
          <w:i/>
          <w:spacing w:val="-3"/>
        </w:rPr>
        <w:t xml:space="preserve"> </w:t>
      </w:r>
      <w:proofErr w:type="spellStart"/>
      <w:r w:rsidRPr="00E85698">
        <w:rPr>
          <w:b/>
          <w:i/>
        </w:rPr>
        <w:t>тo</w:t>
      </w:r>
      <w:proofErr w:type="spellEnd"/>
      <w:r w:rsidRPr="00E85698">
        <w:rPr>
          <w:b/>
          <w:i/>
        </w:rPr>
        <w:t>...</w:t>
      </w:r>
      <w:r w:rsidRPr="00E85698">
        <w:rPr>
          <w:b/>
          <w:i/>
          <w:spacing w:val="-57"/>
        </w:rPr>
        <w:t xml:space="preserve"> </w:t>
      </w:r>
      <w:proofErr w:type="spellStart"/>
      <w:r w:rsidRPr="00E85698">
        <w:rPr>
          <w:b/>
          <w:i/>
        </w:rPr>
        <w:t>тo</w:t>
      </w:r>
      <w:proofErr w:type="spellEnd"/>
      <w:r w:rsidRPr="00E85698">
        <w:t>); нормы постановки знаков препинания в предложениях с обобщающим словом при однородных</w:t>
      </w:r>
      <w:r w:rsidRPr="00E85698">
        <w:rPr>
          <w:spacing w:val="1"/>
        </w:rPr>
        <w:t xml:space="preserve"> </w:t>
      </w:r>
      <w:r w:rsidRPr="00E85698">
        <w:t>членах.</w:t>
      </w:r>
    </w:p>
    <w:p w:rsidR="00624C8A" w:rsidRPr="00E85698" w:rsidRDefault="00CB6516">
      <w:pPr>
        <w:pStyle w:val="a5"/>
        <w:spacing w:line="292" w:lineRule="auto"/>
        <w:ind w:right="219" w:firstLine="180"/>
      </w:pPr>
      <w:r w:rsidRPr="00E85698">
        <w:t>Распознавать простые неосложнённые предложения, в том числе предложения с неоднородными</w:t>
      </w:r>
      <w:r w:rsidRPr="00E85698">
        <w:rPr>
          <w:spacing w:val="1"/>
        </w:rPr>
        <w:t xml:space="preserve"> </w:t>
      </w:r>
      <w:r w:rsidRPr="00E85698">
        <w:t>определениями; простые предложения, осложнённые однородными членами, включая предложения с</w:t>
      </w:r>
      <w:r w:rsidRPr="00E85698">
        <w:rPr>
          <w:spacing w:val="-58"/>
        </w:rPr>
        <w:t xml:space="preserve"> </w:t>
      </w:r>
      <w:r w:rsidRPr="00E85698">
        <w:t>обобщающим словом при однородных членах, осложнённые обособленными членами, обращением,</w:t>
      </w:r>
      <w:r w:rsidRPr="00E85698">
        <w:rPr>
          <w:spacing w:val="1"/>
        </w:rPr>
        <w:t xml:space="preserve"> </w:t>
      </w:r>
      <w:r w:rsidRPr="00E85698">
        <w:t>вводными</w:t>
      </w:r>
      <w:r w:rsidRPr="00E85698">
        <w:rPr>
          <w:spacing w:val="-1"/>
        </w:rPr>
        <w:t xml:space="preserve"> </w:t>
      </w:r>
      <w:r w:rsidRPr="00E85698">
        <w:t>словами</w:t>
      </w:r>
      <w:r w:rsidRPr="00E85698">
        <w:rPr>
          <w:spacing w:val="-1"/>
        </w:rPr>
        <w:t xml:space="preserve"> </w:t>
      </w:r>
      <w:r w:rsidRPr="00E85698">
        <w:t>и</w:t>
      </w:r>
      <w:r w:rsidRPr="00E85698">
        <w:rPr>
          <w:spacing w:val="-1"/>
        </w:rPr>
        <w:t xml:space="preserve"> </w:t>
      </w:r>
      <w:r w:rsidRPr="00E85698">
        <w:t>предложениями, вставными</w:t>
      </w:r>
      <w:r w:rsidRPr="00E85698">
        <w:rPr>
          <w:spacing w:val="-1"/>
        </w:rPr>
        <w:t xml:space="preserve"> </w:t>
      </w:r>
      <w:r w:rsidRPr="00E85698">
        <w:t>конструкциями,</w:t>
      </w:r>
      <w:r w:rsidRPr="00E85698">
        <w:rPr>
          <w:spacing w:val="-1"/>
        </w:rPr>
        <w:t xml:space="preserve"> </w:t>
      </w:r>
      <w:r w:rsidRPr="00E85698">
        <w:t>междометиями.</w:t>
      </w:r>
    </w:p>
    <w:p w:rsidR="00624C8A" w:rsidRPr="00E85698" w:rsidRDefault="00CB6516">
      <w:pPr>
        <w:pStyle w:val="a5"/>
        <w:spacing w:line="292" w:lineRule="auto"/>
        <w:ind w:right="236" w:firstLine="180"/>
      </w:pPr>
      <w:r w:rsidRPr="00E85698">
        <w:t>Различать виды обособленных членов предложения, применять нормы обособления согласованных</w:t>
      </w:r>
      <w:r w:rsidRPr="00E85698">
        <w:rPr>
          <w:spacing w:val="-57"/>
        </w:rPr>
        <w:t xml:space="preserve"> </w:t>
      </w:r>
      <w:r w:rsidRPr="00E85698">
        <w:t>и несогласованных определений (в том числе приложений), дополнений, обстоятельств, уточняющих</w:t>
      </w:r>
      <w:r w:rsidRPr="00E85698">
        <w:rPr>
          <w:spacing w:val="-58"/>
        </w:rPr>
        <w:t xml:space="preserve"> </w:t>
      </w:r>
      <w:r w:rsidRPr="00E85698">
        <w:t>членов, пояснительных и присоединительных конструкций. Применять нормы постановки знаков</w:t>
      </w:r>
      <w:r w:rsidRPr="00E85698">
        <w:rPr>
          <w:spacing w:val="1"/>
        </w:rPr>
        <w:t xml:space="preserve"> </w:t>
      </w:r>
      <w:r w:rsidRPr="00E85698">
        <w:t>препинания в предложениях со сравнительным оборотом; нормы обособления согласованных и</w:t>
      </w:r>
      <w:r w:rsidRPr="00E85698">
        <w:rPr>
          <w:spacing w:val="1"/>
        </w:rPr>
        <w:t xml:space="preserve"> </w:t>
      </w:r>
      <w:r w:rsidRPr="00E85698">
        <w:t>несогласованных определений (в том числе приложений), дополнений, обстоятельств, уточняющих</w:t>
      </w:r>
      <w:r w:rsidRPr="00E85698">
        <w:rPr>
          <w:spacing w:val="1"/>
        </w:rPr>
        <w:t xml:space="preserve"> </w:t>
      </w:r>
      <w:r w:rsidRPr="00E85698">
        <w:t>членов, пояснительных и присоединительных конструкций; нормы постановки знаков препинания в</w:t>
      </w:r>
      <w:r w:rsidRPr="00E85698">
        <w:rPr>
          <w:spacing w:val="1"/>
        </w:rPr>
        <w:t xml:space="preserve"> </w:t>
      </w:r>
      <w:r w:rsidRPr="00E85698">
        <w:t>предложениях</w:t>
      </w:r>
      <w:r w:rsidRPr="00E85698">
        <w:rPr>
          <w:spacing w:val="-1"/>
        </w:rPr>
        <w:t xml:space="preserve"> </w:t>
      </w:r>
      <w:r w:rsidRPr="00E85698">
        <w:t>с</w:t>
      </w:r>
      <w:r w:rsidRPr="00E85698">
        <w:rPr>
          <w:spacing w:val="-1"/>
        </w:rPr>
        <w:t xml:space="preserve"> </w:t>
      </w:r>
      <w:r w:rsidRPr="00E85698">
        <w:t>вводными</w:t>
      </w:r>
      <w:r w:rsidRPr="00E85698">
        <w:rPr>
          <w:spacing w:val="-1"/>
        </w:rPr>
        <w:t xml:space="preserve"> </w:t>
      </w:r>
      <w:r w:rsidRPr="00E85698">
        <w:t>и</w:t>
      </w:r>
      <w:r w:rsidRPr="00E85698">
        <w:rPr>
          <w:spacing w:val="-1"/>
        </w:rPr>
        <w:t xml:space="preserve"> </w:t>
      </w:r>
      <w:r w:rsidRPr="00E85698">
        <w:t>вставными</w:t>
      </w:r>
      <w:r w:rsidRPr="00E85698">
        <w:rPr>
          <w:spacing w:val="-1"/>
        </w:rPr>
        <w:t xml:space="preserve"> </w:t>
      </w:r>
      <w:r w:rsidRPr="00E85698">
        <w:t>конструкциями,</w:t>
      </w:r>
      <w:r w:rsidRPr="00E85698">
        <w:rPr>
          <w:spacing w:val="-1"/>
        </w:rPr>
        <w:t xml:space="preserve"> </w:t>
      </w:r>
      <w:r w:rsidRPr="00E85698">
        <w:t>обращениями</w:t>
      </w:r>
      <w:r w:rsidRPr="00E85698">
        <w:rPr>
          <w:spacing w:val="-1"/>
        </w:rPr>
        <w:t xml:space="preserve"> </w:t>
      </w:r>
      <w:r w:rsidRPr="00E85698">
        <w:t>и</w:t>
      </w:r>
      <w:r w:rsidRPr="00E85698">
        <w:rPr>
          <w:spacing w:val="-1"/>
        </w:rPr>
        <w:t xml:space="preserve"> </w:t>
      </w:r>
      <w:r w:rsidRPr="00E85698">
        <w:t>междометиями.</w:t>
      </w:r>
    </w:p>
    <w:p w:rsidR="00624C8A" w:rsidRPr="00E85698" w:rsidRDefault="00CB6516">
      <w:pPr>
        <w:pStyle w:val="a5"/>
        <w:spacing w:line="292" w:lineRule="auto"/>
        <w:ind w:firstLine="180"/>
      </w:pPr>
      <w:r w:rsidRPr="00E85698">
        <w:t>Различать группы вводных слов по значению, различать вводные предложения и вставные</w:t>
      </w:r>
      <w:r w:rsidRPr="00E85698">
        <w:rPr>
          <w:spacing w:val="1"/>
        </w:rPr>
        <w:t xml:space="preserve"> </w:t>
      </w:r>
      <w:r w:rsidRPr="00E85698">
        <w:t>конструкции; понимать особенности употребления предложений с вводными словами, вводными</w:t>
      </w:r>
      <w:r w:rsidRPr="00E85698">
        <w:rPr>
          <w:spacing w:val="1"/>
        </w:rPr>
        <w:t xml:space="preserve"> </w:t>
      </w:r>
      <w:r w:rsidRPr="00E85698">
        <w:t>предложениями и вставными конструкциями, обращениями и междометиями в речи, понимать их</w:t>
      </w:r>
      <w:r w:rsidRPr="00E85698">
        <w:rPr>
          <w:spacing w:val="1"/>
        </w:rPr>
        <w:t xml:space="preserve"> </w:t>
      </w:r>
      <w:r w:rsidRPr="00E85698">
        <w:t>функции;</w:t>
      </w:r>
      <w:r w:rsidRPr="00E85698">
        <w:rPr>
          <w:spacing w:val="-5"/>
        </w:rPr>
        <w:t xml:space="preserve"> </w:t>
      </w:r>
      <w:r w:rsidRPr="00E85698">
        <w:t>выявлять</w:t>
      </w:r>
      <w:r w:rsidRPr="00E85698">
        <w:rPr>
          <w:spacing w:val="-4"/>
        </w:rPr>
        <w:t xml:space="preserve"> </w:t>
      </w:r>
      <w:r w:rsidRPr="00E85698">
        <w:t>омонимию</w:t>
      </w:r>
      <w:r w:rsidRPr="00E85698">
        <w:rPr>
          <w:spacing w:val="-4"/>
        </w:rPr>
        <w:t xml:space="preserve"> </w:t>
      </w:r>
      <w:r w:rsidRPr="00E85698">
        <w:t>членов</w:t>
      </w:r>
      <w:r w:rsidRPr="00E85698">
        <w:rPr>
          <w:spacing w:val="-4"/>
        </w:rPr>
        <w:t xml:space="preserve"> </w:t>
      </w:r>
      <w:r w:rsidRPr="00E85698">
        <w:t>предложения</w:t>
      </w:r>
      <w:r w:rsidRPr="00E85698">
        <w:rPr>
          <w:spacing w:val="-5"/>
        </w:rPr>
        <w:t xml:space="preserve"> </w:t>
      </w:r>
      <w:r w:rsidRPr="00E85698">
        <w:t>и</w:t>
      </w:r>
      <w:r w:rsidRPr="00E85698">
        <w:rPr>
          <w:spacing w:val="-3"/>
        </w:rPr>
        <w:t xml:space="preserve"> </w:t>
      </w:r>
      <w:r w:rsidRPr="00E85698">
        <w:t>вводных</w:t>
      </w:r>
      <w:r w:rsidRPr="00E85698">
        <w:rPr>
          <w:spacing w:val="-3"/>
        </w:rPr>
        <w:t xml:space="preserve"> </w:t>
      </w:r>
      <w:r w:rsidRPr="00E85698">
        <w:t>слов,</w:t>
      </w:r>
      <w:r w:rsidRPr="00E85698">
        <w:rPr>
          <w:spacing w:val="-4"/>
        </w:rPr>
        <w:t xml:space="preserve"> </w:t>
      </w:r>
      <w:r w:rsidRPr="00E85698">
        <w:t>словосочетаний</w:t>
      </w:r>
      <w:r w:rsidRPr="00E85698">
        <w:rPr>
          <w:spacing w:val="-3"/>
        </w:rPr>
        <w:t xml:space="preserve"> </w:t>
      </w:r>
      <w:r w:rsidRPr="00E85698">
        <w:t>и</w:t>
      </w:r>
      <w:r w:rsidRPr="00E85698">
        <w:rPr>
          <w:spacing w:val="-3"/>
        </w:rPr>
        <w:t xml:space="preserve"> </w:t>
      </w:r>
      <w:r w:rsidRPr="00E85698">
        <w:t>предложений.</w:t>
      </w:r>
    </w:p>
    <w:p w:rsidR="00624C8A" w:rsidRPr="00E85698" w:rsidRDefault="00CB6516">
      <w:pPr>
        <w:pStyle w:val="a5"/>
        <w:spacing w:line="292" w:lineRule="auto"/>
        <w:ind w:right="659" w:firstLine="180"/>
      </w:pPr>
      <w:r w:rsidRPr="00E85698">
        <w:t>Применять нормы построения предложений с вводными словами и предложениями, вставными</w:t>
      </w:r>
      <w:r w:rsidRPr="00E85698">
        <w:rPr>
          <w:spacing w:val="-57"/>
        </w:rPr>
        <w:t xml:space="preserve"> </w:t>
      </w:r>
      <w:r w:rsidRPr="00E85698">
        <w:t>конструкциями,</w:t>
      </w:r>
      <w:r w:rsidRPr="00E85698">
        <w:rPr>
          <w:spacing w:val="-3"/>
        </w:rPr>
        <w:t xml:space="preserve"> </w:t>
      </w:r>
      <w:r w:rsidRPr="00E85698">
        <w:t>обращениями</w:t>
      </w:r>
      <w:r w:rsidRPr="00E85698">
        <w:rPr>
          <w:spacing w:val="-3"/>
        </w:rPr>
        <w:t xml:space="preserve"> </w:t>
      </w:r>
      <w:r w:rsidRPr="00E85698">
        <w:t>(распространёнными</w:t>
      </w:r>
      <w:r w:rsidRPr="00E85698">
        <w:rPr>
          <w:spacing w:val="-3"/>
        </w:rPr>
        <w:t xml:space="preserve"> </w:t>
      </w:r>
      <w:r w:rsidRPr="00E85698">
        <w:t>и</w:t>
      </w:r>
      <w:r w:rsidRPr="00E85698">
        <w:rPr>
          <w:spacing w:val="-3"/>
        </w:rPr>
        <w:t xml:space="preserve"> </w:t>
      </w:r>
      <w:r w:rsidRPr="00E85698">
        <w:t>нераспространёнными),</w:t>
      </w:r>
      <w:r w:rsidRPr="00E85698">
        <w:rPr>
          <w:spacing w:val="-3"/>
        </w:rPr>
        <w:t xml:space="preserve"> </w:t>
      </w:r>
      <w:r w:rsidRPr="00E85698">
        <w:t>междометиями.</w:t>
      </w:r>
    </w:p>
    <w:p w:rsidR="00624C8A" w:rsidRPr="00E85698" w:rsidRDefault="00CB6516">
      <w:pPr>
        <w:pStyle w:val="a5"/>
        <w:spacing w:line="275" w:lineRule="exact"/>
        <w:ind w:left="286"/>
      </w:pPr>
      <w:r w:rsidRPr="00E85698">
        <w:t>Распознавать</w:t>
      </w:r>
      <w:r w:rsidRPr="00E85698">
        <w:rPr>
          <w:spacing w:val="-5"/>
        </w:rPr>
        <w:t xml:space="preserve"> </w:t>
      </w:r>
      <w:r w:rsidRPr="00E85698">
        <w:t>сложные</w:t>
      </w:r>
      <w:r w:rsidRPr="00E85698">
        <w:rPr>
          <w:spacing w:val="-3"/>
        </w:rPr>
        <w:t xml:space="preserve"> </w:t>
      </w:r>
      <w:r w:rsidRPr="00E85698">
        <w:t>предложения,</w:t>
      </w:r>
      <w:r w:rsidRPr="00E85698">
        <w:rPr>
          <w:spacing w:val="-3"/>
        </w:rPr>
        <w:t xml:space="preserve"> </w:t>
      </w:r>
      <w:r w:rsidRPr="00E85698">
        <w:t>конструкции</w:t>
      </w:r>
      <w:r w:rsidRPr="00E85698">
        <w:rPr>
          <w:spacing w:val="-4"/>
        </w:rPr>
        <w:t xml:space="preserve"> </w:t>
      </w:r>
      <w:r w:rsidRPr="00E85698">
        <w:t>с</w:t>
      </w:r>
      <w:r w:rsidRPr="00E85698">
        <w:rPr>
          <w:spacing w:val="-3"/>
        </w:rPr>
        <w:t xml:space="preserve"> </w:t>
      </w:r>
      <w:r w:rsidRPr="00E85698">
        <w:t>чужой</w:t>
      </w:r>
      <w:r w:rsidRPr="00E85698">
        <w:rPr>
          <w:spacing w:val="-3"/>
        </w:rPr>
        <w:t xml:space="preserve"> </w:t>
      </w:r>
      <w:r w:rsidRPr="00E85698">
        <w:t>речью</w:t>
      </w:r>
      <w:r w:rsidRPr="00E85698">
        <w:rPr>
          <w:spacing w:val="-5"/>
        </w:rPr>
        <w:t xml:space="preserve"> </w:t>
      </w:r>
      <w:r w:rsidRPr="00E85698">
        <w:t>(в</w:t>
      </w:r>
      <w:r w:rsidRPr="00E85698">
        <w:rPr>
          <w:spacing w:val="-4"/>
        </w:rPr>
        <w:t xml:space="preserve"> </w:t>
      </w:r>
      <w:r w:rsidRPr="00E85698">
        <w:t>рамках</w:t>
      </w:r>
      <w:r w:rsidRPr="00E85698">
        <w:rPr>
          <w:spacing w:val="-3"/>
        </w:rPr>
        <w:t xml:space="preserve"> </w:t>
      </w:r>
      <w:r w:rsidRPr="00E85698">
        <w:t>изученного).</w:t>
      </w:r>
    </w:p>
    <w:p w:rsidR="00624C8A" w:rsidRPr="00E85698" w:rsidRDefault="00CB6516">
      <w:pPr>
        <w:pStyle w:val="a5"/>
        <w:spacing w:before="45" w:line="292" w:lineRule="auto"/>
        <w:ind w:right="621" w:firstLine="180"/>
      </w:pPr>
      <w:r w:rsidRPr="00E85698">
        <w:t>Проводить синтаксический анализ словосочетаний, синтаксический и пунктуационный анализ</w:t>
      </w:r>
      <w:r w:rsidRPr="00E85698">
        <w:rPr>
          <w:spacing w:val="1"/>
        </w:rPr>
        <w:t xml:space="preserve"> </w:t>
      </w:r>
      <w:r w:rsidRPr="00E85698">
        <w:t>предложений; применять знания по синтаксису и пунктуации при выполнении языкового анализа</w:t>
      </w:r>
      <w:r w:rsidRPr="00E85698">
        <w:rPr>
          <w:spacing w:val="-58"/>
        </w:rPr>
        <w:t xml:space="preserve"> </w:t>
      </w:r>
      <w:r w:rsidRPr="00E85698">
        <w:t>различных</w:t>
      </w:r>
      <w:r w:rsidRPr="00E85698">
        <w:rPr>
          <w:spacing w:val="-1"/>
        </w:rPr>
        <w:t xml:space="preserve"> </w:t>
      </w:r>
      <w:r w:rsidRPr="00E85698">
        <w:t>видов</w:t>
      </w:r>
      <w:r w:rsidRPr="00E85698">
        <w:rPr>
          <w:spacing w:val="-1"/>
        </w:rPr>
        <w:t xml:space="preserve"> </w:t>
      </w:r>
      <w:r w:rsidRPr="00E85698">
        <w:t>и в</w:t>
      </w:r>
      <w:r w:rsidRPr="00E85698">
        <w:rPr>
          <w:spacing w:val="-1"/>
        </w:rPr>
        <w:t xml:space="preserve"> </w:t>
      </w:r>
      <w:r w:rsidRPr="00E85698">
        <w:t>речевой практике.</w:t>
      </w:r>
    </w:p>
    <w:p w:rsidR="00624C8A" w:rsidRPr="00E85698" w:rsidRDefault="00CB6516">
      <w:pPr>
        <w:pStyle w:val="11"/>
        <w:numPr>
          <w:ilvl w:val="0"/>
          <w:numId w:val="6"/>
        </w:numPr>
        <w:tabs>
          <w:tab w:val="left" w:pos="287"/>
        </w:tabs>
        <w:spacing w:before="191"/>
      </w:pPr>
      <w:r w:rsidRPr="00E85698">
        <w:t>КЛАСС</w:t>
      </w:r>
    </w:p>
    <w:p w:rsidR="00624C8A" w:rsidRPr="00E85698" w:rsidRDefault="00CB6516">
      <w:pPr>
        <w:spacing w:before="156"/>
        <w:ind w:left="286"/>
        <w:rPr>
          <w:b/>
          <w:sz w:val="24"/>
        </w:rPr>
      </w:pPr>
      <w:r w:rsidRPr="00E85698">
        <w:rPr>
          <w:b/>
          <w:sz w:val="24"/>
        </w:rPr>
        <w:t>Общие</w:t>
      </w:r>
      <w:r w:rsidRPr="00E85698">
        <w:rPr>
          <w:b/>
          <w:spacing w:val="-4"/>
          <w:sz w:val="24"/>
        </w:rPr>
        <w:t xml:space="preserve"> </w:t>
      </w:r>
      <w:r w:rsidRPr="00E85698">
        <w:rPr>
          <w:b/>
          <w:sz w:val="24"/>
        </w:rPr>
        <w:t>сведения</w:t>
      </w:r>
      <w:r w:rsidRPr="00E85698">
        <w:rPr>
          <w:b/>
          <w:spacing w:val="-4"/>
          <w:sz w:val="24"/>
        </w:rPr>
        <w:t xml:space="preserve"> </w:t>
      </w:r>
      <w:r w:rsidRPr="00E85698">
        <w:rPr>
          <w:b/>
          <w:sz w:val="24"/>
        </w:rPr>
        <w:t>о</w:t>
      </w:r>
      <w:r w:rsidRPr="00E85698">
        <w:rPr>
          <w:b/>
          <w:spacing w:val="-3"/>
          <w:sz w:val="24"/>
        </w:rPr>
        <w:t xml:space="preserve"> </w:t>
      </w:r>
      <w:r w:rsidRPr="00E85698">
        <w:rPr>
          <w:b/>
          <w:sz w:val="24"/>
        </w:rPr>
        <w:t>языке</w:t>
      </w:r>
    </w:p>
    <w:p w:rsidR="00624C8A" w:rsidRPr="00E85698" w:rsidRDefault="00CB6516">
      <w:pPr>
        <w:pStyle w:val="a5"/>
        <w:spacing w:before="60" w:line="292" w:lineRule="auto"/>
        <w:ind w:firstLine="180"/>
      </w:pPr>
      <w:r w:rsidRPr="00E85698">
        <w:t>Осознавать</w:t>
      </w:r>
      <w:r w:rsidRPr="00E85698">
        <w:rPr>
          <w:spacing w:val="-5"/>
        </w:rPr>
        <w:t xml:space="preserve"> </w:t>
      </w:r>
      <w:r w:rsidRPr="00E85698">
        <w:t>роль</w:t>
      </w:r>
      <w:r w:rsidRPr="00E85698">
        <w:rPr>
          <w:spacing w:val="-5"/>
        </w:rPr>
        <w:t xml:space="preserve"> </w:t>
      </w:r>
      <w:r w:rsidRPr="00E85698">
        <w:t>русского</w:t>
      </w:r>
      <w:r w:rsidRPr="00E85698">
        <w:rPr>
          <w:spacing w:val="-3"/>
        </w:rPr>
        <w:t xml:space="preserve"> </w:t>
      </w:r>
      <w:r w:rsidRPr="00E85698">
        <w:t>языка</w:t>
      </w:r>
      <w:r w:rsidRPr="00E85698">
        <w:rPr>
          <w:spacing w:val="-4"/>
        </w:rPr>
        <w:t xml:space="preserve"> </w:t>
      </w:r>
      <w:r w:rsidRPr="00E85698">
        <w:t>в</w:t>
      </w:r>
      <w:r w:rsidRPr="00E85698">
        <w:rPr>
          <w:spacing w:val="-4"/>
        </w:rPr>
        <w:t xml:space="preserve"> </w:t>
      </w:r>
      <w:r w:rsidRPr="00E85698">
        <w:t>жизни</w:t>
      </w:r>
      <w:r w:rsidRPr="00E85698">
        <w:rPr>
          <w:spacing w:val="-4"/>
        </w:rPr>
        <w:t xml:space="preserve"> </w:t>
      </w:r>
      <w:r w:rsidRPr="00E85698">
        <w:t>человека,</w:t>
      </w:r>
      <w:r w:rsidRPr="00E85698">
        <w:rPr>
          <w:spacing w:val="-3"/>
        </w:rPr>
        <w:t xml:space="preserve"> </w:t>
      </w:r>
      <w:r w:rsidRPr="00E85698">
        <w:t>государства,</w:t>
      </w:r>
      <w:r w:rsidRPr="00E85698">
        <w:rPr>
          <w:spacing w:val="-4"/>
        </w:rPr>
        <w:t xml:space="preserve"> </w:t>
      </w:r>
      <w:r w:rsidRPr="00E85698">
        <w:t>общества;</w:t>
      </w:r>
      <w:r w:rsidRPr="00E85698">
        <w:rPr>
          <w:spacing w:val="-4"/>
        </w:rPr>
        <w:t xml:space="preserve"> </w:t>
      </w:r>
      <w:r w:rsidRPr="00E85698">
        <w:t>понимать</w:t>
      </w:r>
      <w:r w:rsidRPr="00E85698">
        <w:rPr>
          <w:spacing w:val="-5"/>
        </w:rPr>
        <w:t xml:space="preserve"> </w:t>
      </w:r>
      <w:r w:rsidRPr="00E85698">
        <w:t>внутренние</w:t>
      </w:r>
      <w:r w:rsidRPr="00E85698">
        <w:rPr>
          <w:spacing w:val="-4"/>
        </w:rPr>
        <w:t xml:space="preserve"> </w:t>
      </w:r>
      <w:r w:rsidRPr="00E85698">
        <w:t>и</w:t>
      </w:r>
      <w:r w:rsidRPr="00E85698">
        <w:rPr>
          <w:spacing w:val="-57"/>
        </w:rPr>
        <w:t xml:space="preserve"> </w:t>
      </w:r>
      <w:r w:rsidRPr="00E85698">
        <w:t>внешние</w:t>
      </w:r>
      <w:r w:rsidRPr="00E85698">
        <w:rPr>
          <w:spacing w:val="-1"/>
        </w:rPr>
        <w:t xml:space="preserve"> </w:t>
      </w:r>
      <w:r w:rsidRPr="00E85698">
        <w:t>функции русского языка</w:t>
      </w:r>
      <w:r w:rsidRPr="00E85698">
        <w:rPr>
          <w:spacing w:val="-1"/>
        </w:rPr>
        <w:t xml:space="preserve"> </w:t>
      </w:r>
      <w:r w:rsidRPr="00E85698">
        <w:t>и уметь</w:t>
      </w:r>
      <w:r w:rsidRPr="00E85698">
        <w:rPr>
          <w:spacing w:val="-1"/>
        </w:rPr>
        <w:t xml:space="preserve"> </w:t>
      </w:r>
      <w:r w:rsidRPr="00E85698">
        <w:t>рассказать</w:t>
      </w:r>
      <w:r w:rsidRPr="00E85698">
        <w:rPr>
          <w:spacing w:val="-1"/>
        </w:rPr>
        <w:t xml:space="preserve"> </w:t>
      </w:r>
      <w:r w:rsidRPr="00E85698">
        <w:t>о</w:t>
      </w:r>
      <w:r w:rsidRPr="00E85698">
        <w:rPr>
          <w:spacing w:val="-1"/>
        </w:rPr>
        <w:t xml:space="preserve"> </w:t>
      </w:r>
      <w:r w:rsidRPr="00E85698">
        <w:t>них.</w:t>
      </w:r>
    </w:p>
    <w:p w:rsidR="00624C8A" w:rsidRPr="00E85698" w:rsidRDefault="00CB6516">
      <w:pPr>
        <w:pStyle w:val="11"/>
        <w:spacing w:before="119"/>
      </w:pPr>
      <w:r w:rsidRPr="00E85698">
        <w:t>Язык</w:t>
      </w:r>
      <w:r w:rsidRPr="00E85698">
        <w:rPr>
          <w:spacing w:val="-3"/>
        </w:rPr>
        <w:t xml:space="preserve"> </w:t>
      </w:r>
      <w:r w:rsidRPr="00E85698">
        <w:t>и</w:t>
      </w:r>
      <w:r w:rsidRPr="00E85698">
        <w:rPr>
          <w:spacing w:val="-3"/>
        </w:rPr>
        <w:t xml:space="preserve"> </w:t>
      </w:r>
      <w:r w:rsidRPr="00E85698">
        <w:t>речь</w:t>
      </w:r>
    </w:p>
    <w:p w:rsidR="00624C8A" w:rsidRPr="00E85698" w:rsidRDefault="00CB6516">
      <w:pPr>
        <w:pStyle w:val="a5"/>
        <w:spacing w:before="60" w:line="292" w:lineRule="auto"/>
        <w:ind w:right="276" w:firstLine="180"/>
      </w:pPr>
      <w:r w:rsidRPr="00E85698">
        <w:t>Создавать устные монологические высказывания объёмом не менее 80 слов на основе наблюдений,</w:t>
      </w:r>
      <w:r w:rsidRPr="00E85698">
        <w:rPr>
          <w:spacing w:val="-58"/>
        </w:rPr>
        <w:t xml:space="preserve"> </w:t>
      </w:r>
      <w:r w:rsidRPr="00E85698">
        <w:t>личных впечатлений, чтения научно-учебной, художественной и научно-популярной литературы:</w:t>
      </w:r>
      <w:r w:rsidRPr="00E85698">
        <w:rPr>
          <w:spacing w:val="1"/>
        </w:rPr>
        <w:t xml:space="preserve"> </w:t>
      </w:r>
      <w:r w:rsidRPr="00E85698">
        <w:t>монолог-сообщение, монолог-описание, монолог-рассуждение, монолог-повествование; выступать с</w:t>
      </w:r>
      <w:r w:rsidRPr="00E85698">
        <w:rPr>
          <w:spacing w:val="1"/>
        </w:rPr>
        <w:t xml:space="preserve"> </w:t>
      </w:r>
      <w:r w:rsidRPr="00E85698">
        <w:t>научным</w:t>
      </w:r>
      <w:r w:rsidRPr="00E85698">
        <w:rPr>
          <w:spacing w:val="-1"/>
        </w:rPr>
        <w:t xml:space="preserve"> </w:t>
      </w:r>
      <w:r w:rsidRPr="00E85698">
        <w:t>сообщением.</w:t>
      </w:r>
    </w:p>
    <w:p w:rsidR="00624C8A" w:rsidRPr="00E85698" w:rsidRDefault="00CB6516">
      <w:pPr>
        <w:pStyle w:val="a5"/>
        <w:spacing w:line="292" w:lineRule="auto"/>
        <w:ind w:right="442" w:firstLine="180"/>
      </w:pPr>
      <w:r w:rsidRPr="00E85698">
        <w:t xml:space="preserve">Участвовать в диалогическом и </w:t>
      </w:r>
      <w:proofErr w:type="spellStart"/>
      <w:r w:rsidRPr="00E85698">
        <w:t>полилогическом</w:t>
      </w:r>
      <w:proofErr w:type="spellEnd"/>
      <w:r w:rsidRPr="00E85698">
        <w:t xml:space="preserve"> общении (побуждение к действию, обмен</w:t>
      </w:r>
      <w:r w:rsidRPr="00E85698">
        <w:rPr>
          <w:spacing w:val="1"/>
        </w:rPr>
        <w:t xml:space="preserve"> </w:t>
      </w:r>
      <w:r w:rsidRPr="00E85698">
        <w:t>мнениями, запрос информации, сообщение информации) на бытовые, научно-учебные (в том числе</w:t>
      </w:r>
      <w:r w:rsidRPr="00E85698">
        <w:rPr>
          <w:spacing w:val="-57"/>
        </w:rPr>
        <w:t xml:space="preserve"> </w:t>
      </w:r>
      <w:r w:rsidRPr="00E85698">
        <w:t>лингвистические)</w:t>
      </w:r>
      <w:r w:rsidRPr="00E85698">
        <w:rPr>
          <w:spacing w:val="-2"/>
        </w:rPr>
        <w:t xml:space="preserve"> </w:t>
      </w:r>
      <w:r w:rsidRPr="00E85698">
        <w:t>темы (объём не менее</w:t>
      </w:r>
      <w:r w:rsidRPr="00E85698">
        <w:rPr>
          <w:spacing w:val="-1"/>
        </w:rPr>
        <w:t xml:space="preserve"> </w:t>
      </w:r>
      <w:r w:rsidRPr="00E85698">
        <w:t>6 реплик).</w:t>
      </w:r>
    </w:p>
    <w:p w:rsidR="00624C8A" w:rsidRPr="00E85698" w:rsidRDefault="00CB6516">
      <w:pPr>
        <w:pStyle w:val="a5"/>
        <w:spacing w:line="292" w:lineRule="auto"/>
        <w:ind w:right="376" w:firstLine="180"/>
        <w:jc w:val="both"/>
      </w:pPr>
      <w:r w:rsidRPr="00E85698">
        <w:t xml:space="preserve">Владеть различными видами </w:t>
      </w:r>
      <w:proofErr w:type="spellStart"/>
      <w:r w:rsidRPr="00E85698">
        <w:t>аудирования</w:t>
      </w:r>
      <w:proofErr w:type="spellEnd"/>
      <w:r w:rsidRPr="00E85698">
        <w:t>: выборочным, ознакомительным, детальным — научно-</w:t>
      </w:r>
      <w:r w:rsidRPr="00E85698">
        <w:rPr>
          <w:spacing w:val="-57"/>
        </w:rPr>
        <w:t xml:space="preserve"> </w:t>
      </w:r>
      <w:r w:rsidRPr="00E85698">
        <w:t>учебных, художественных, публицистических текстов различных функционально-смысловых типов</w:t>
      </w:r>
      <w:r w:rsidRPr="00E85698">
        <w:rPr>
          <w:spacing w:val="-58"/>
        </w:rPr>
        <w:t xml:space="preserve"> </w:t>
      </w:r>
      <w:r w:rsidRPr="00E85698">
        <w:t>речи.</w:t>
      </w:r>
    </w:p>
    <w:p w:rsidR="00624C8A" w:rsidRPr="00E85698" w:rsidRDefault="00624C8A">
      <w:pPr>
        <w:spacing w:line="292" w:lineRule="auto"/>
        <w:jc w:val="both"/>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left="286" w:right="499"/>
      </w:pPr>
      <w:r w:rsidRPr="00E85698">
        <w:lastRenderedPageBreak/>
        <w:t>Владеть различными видами чтения: просмотровым, ознакомительным, изучающим, поисковым.</w:t>
      </w:r>
      <w:r w:rsidRPr="00E85698">
        <w:rPr>
          <w:spacing w:val="-58"/>
        </w:rPr>
        <w:t xml:space="preserve"> </w:t>
      </w:r>
      <w:r w:rsidRPr="00E85698">
        <w:t>Устно</w:t>
      </w:r>
      <w:r w:rsidRPr="00E85698">
        <w:rPr>
          <w:spacing w:val="-2"/>
        </w:rPr>
        <w:t xml:space="preserve"> </w:t>
      </w:r>
      <w:r w:rsidRPr="00E85698">
        <w:t>пересказывать</w:t>
      </w:r>
      <w:r w:rsidRPr="00E85698">
        <w:rPr>
          <w:spacing w:val="-2"/>
        </w:rPr>
        <w:t xml:space="preserve"> </w:t>
      </w:r>
      <w:r w:rsidRPr="00E85698">
        <w:t>прочитанный</w:t>
      </w:r>
      <w:r w:rsidRPr="00E85698">
        <w:rPr>
          <w:spacing w:val="-1"/>
        </w:rPr>
        <w:t xml:space="preserve"> </w:t>
      </w:r>
      <w:r w:rsidRPr="00E85698">
        <w:t>или</w:t>
      </w:r>
      <w:r w:rsidRPr="00E85698">
        <w:rPr>
          <w:spacing w:val="-2"/>
        </w:rPr>
        <w:t xml:space="preserve"> </w:t>
      </w:r>
      <w:r w:rsidRPr="00E85698">
        <w:t>прослушанный</w:t>
      </w:r>
      <w:r w:rsidRPr="00E85698">
        <w:rPr>
          <w:spacing w:val="-1"/>
        </w:rPr>
        <w:t xml:space="preserve"> </w:t>
      </w:r>
      <w:r w:rsidRPr="00E85698">
        <w:t>текст</w:t>
      </w:r>
      <w:r w:rsidRPr="00E85698">
        <w:rPr>
          <w:spacing w:val="-2"/>
        </w:rPr>
        <w:t xml:space="preserve"> </w:t>
      </w:r>
      <w:r w:rsidRPr="00E85698">
        <w:t>объёмом</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150</w:t>
      </w:r>
      <w:r w:rsidRPr="00E85698">
        <w:rPr>
          <w:spacing w:val="-2"/>
        </w:rPr>
        <w:t xml:space="preserve"> </w:t>
      </w:r>
      <w:r w:rsidRPr="00E85698">
        <w:t>слов.</w:t>
      </w:r>
    </w:p>
    <w:p w:rsidR="00624C8A" w:rsidRPr="00E85698" w:rsidRDefault="00CB6516">
      <w:pPr>
        <w:pStyle w:val="a5"/>
        <w:spacing w:line="292" w:lineRule="auto"/>
        <w:ind w:firstLine="180"/>
      </w:pPr>
      <w:r w:rsidRPr="00E85698">
        <w:t>Осуществлять</w:t>
      </w:r>
      <w:r w:rsidRPr="00E85698">
        <w:rPr>
          <w:spacing w:val="-5"/>
        </w:rPr>
        <w:t xml:space="preserve"> </w:t>
      </w:r>
      <w:r w:rsidRPr="00E85698">
        <w:t>выбор</w:t>
      </w:r>
      <w:r w:rsidRPr="00E85698">
        <w:rPr>
          <w:spacing w:val="-4"/>
        </w:rPr>
        <w:t xml:space="preserve"> </w:t>
      </w:r>
      <w:r w:rsidRPr="00E85698">
        <w:t>языковых</w:t>
      </w:r>
      <w:r w:rsidRPr="00E85698">
        <w:rPr>
          <w:spacing w:val="-4"/>
        </w:rPr>
        <w:t xml:space="preserve"> </w:t>
      </w:r>
      <w:r w:rsidRPr="00E85698">
        <w:t>средств</w:t>
      </w:r>
      <w:r w:rsidRPr="00E85698">
        <w:rPr>
          <w:spacing w:val="-4"/>
        </w:rPr>
        <w:t xml:space="preserve"> </w:t>
      </w:r>
      <w:r w:rsidRPr="00E85698">
        <w:t>для</w:t>
      </w:r>
      <w:r w:rsidRPr="00E85698">
        <w:rPr>
          <w:spacing w:val="-5"/>
        </w:rPr>
        <w:t xml:space="preserve"> </w:t>
      </w:r>
      <w:r w:rsidRPr="00E85698">
        <w:t>создания</w:t>
      </w:r>
      <w:r w:rsidRPr="00E85698">
        <w:rPr>
          <w:spacing w:val="-5"/>
        </w:rPr>
        <w:t xml:space="preserve"> </w:t>
      </w:r>
      <w:r w:rsidRPr="00E85698">
        <w:t>высказывания</w:t>
      </w:r>
      <w:r w:rsidRPr="00E85698">
        <w:rPr>
          <w:spacing w:val="-4"/>
        </w:rPr>
        <w:t xml:space="preserve"> </w:t>
      </w:r>
      <w:r w:rsidRPr="00E85698">
        <w:t>в</w:t>
      </w:r>
      <w:r w:rsidRPr="00E85698">
        <w:rPr>
          <w:spacing w:val="-5"/>
        </w:rPr>
        <w:t xml:space="preserve"> </w:t>
      </w:r>
      <w:r w:rsidRPr="00E85698">
        <w:t>соответствии</w:t>
      </w:r>
      <w:r w:rsidRPr="00E85698">
        <w:rPr>
          <w:spacing w:val="-4"/>
        </w:rPr>
        <w:t xml:space="preserve"> </w:t>
      </w:r>
      <w:r w:rsidRPr="00E85698">
        <w:t>с</w:t>
      </w:r>
      <w:r w:rsidRPr="00E85698">
        <w:rPr>
          <w:spacing w:val="-4"/>
        </w:rPr>
        <w:t xml:space="preserve"> </w:t>
      </w:r>
      <w:r w:rsidRPr="00E85698">
        <w:t>целью,</w:t>
      </w:r>
      <w:r w:rsidRPr="00E85698">
        <w:rPr>
          <w:spacing w:val="-3"/>
        </w:rPr>
        <w:t xml:space="preserve"> </w:t>
      </w:r>
      <w:r w:rsidRPr="00E85698">
        <w:t>темой</w:t>
      </w:r>
      <w:r w:rsidRPr="00E85698">
        <w:rPr>
          <w:spacing w:val="-4"/>
        </w:rPr>
        <w:t xml:space="preserve"> </w:t>
      </w:r>
      <w:r w:rsidRPr="00E85698">
        <w:t>и</w:t>
      </w:r>
      <w:r w:rsidRPr="00E85698">
        <w:rPr>
          <w:spacing w:val="-57"/>
        </w:rPr>
        <w:t xml:space="preserve"> </w:t>
      </w:r>
      <w:r w:rsidRPr="00E85698">
        <w:t>коммуникативным</w:t>
      </w:r>
      <w:r w:rsidRPr="00E85698">
        <w:rPr>
          <w:spacing w:val="-1"/>
        </w:rPr>
        <w:t xml:space="preserve"> </w:t>
      </w:r>
      <w:r w:rsidRPr="00E85698">
        <w:t>замыслом.</w:t>
      </w:r>
    </w:p>
    <w:p w:rsidR="00624C8A" w:rsidRPr="00E85698" w:rsidRDefault="00CB6516">
      <w:pPr>
        <w:pStyle w:val="a5"/>
        <w:spacing w:line="292" w:lineRule="auto"/>
        <w:ind w:right="115" w:firstLine="180"/>
      </w:pPr>
      <w:r w:rsidRPr="00E85698">
        <w:t>Соблюдать в устной речи и на письме нормы современного русского литературного языка, в том</w:t>
      </w:r>
      <w:r w:rsidRPr="00E85698">
        <w:rPr>
          <w:spacing w:val="1"/>
        </w:rPr>
        <w:t xml:space="preserve"> </w:t>
      </w:r>
      <w:r w:rsidRPr="00E85698">
        <w:t>числе</w:t>
      </w:r>
      <w:r w:rsidRPr="00E85698">
        <w:rPr>
          <w:spacing w:val="3"/>
        </w:rPr>
        <w:t xml:space="preserve"> </w:t>
      </w:r>
      <w:r w:rsidRPr="00E85698">
        <w:t>во</w:t>
      </w:r>
      <w:r w:rsidRPr="00E85698">
        <w:rPr>
          <w:spacing w:val="4"/>
        </w:rPr>
        <w:t xml:space="preserve"> </w:t>
      </w:r>
      <w:r w:rsidRPr="00E85698">
        <w:t>время</w:t>
      </w:r>
      <w:r w:rsidRPr="00E85698">
        <w:rPr>
          <w:spacing w:val="3"/>
        </w:rPr>
        <w:t xml:space="preserve"> </w:t>
      </w:r>
      <w:r w:rsidRPr="00E85698">
        <w:t>списывания</w:t>
      </w:r>
      <w:r w:rsidRPr="00E85698">
        <w:rPr>
          <w:spacing w:val="3"/>
        </w:rPr>
        <w:t xml:space="preserve"> </w:t>
      </w:r>
      <w:r w:rsidRPr="00E85698">
        <w:t>текста</w:t>
      </w:r>
      <w:r w:rsidRPr="00E85698">
        <w:rPr>
          <w:spacing w:val="4"/>
        </w:rPr>
        <w:t xml:space="preserve"> </w:t>
      </w:r>
      <w:r w:rsidRPr="00E85698">
        <w:t>объёмом</w:t>
      </w:r>
      <w:r w:rsidRPr="00E85698">
        <w:rPr>
          <w:spacing w:val="4"/>
        </w:rPr>
        <w:t xml:space="preserve"> </w:t>
      </w:r>
      <w:r w:rsidRPr="00E85698">
        <w:t>140—160</w:t>
      </w:r>
      <w:r w:rsidRPr="00E85698">
        <w:rPr>
          <w:spacing w:val="4"/>
        </w:rPr>
        <w:t xml:space="preserve"> </w:t>
      </w:r>
      <w:r w:rsidRPr="00E85698">
        <w:t>слов;</w:t>
      </w:r>
      <w:r w:rsidRPr="00E85698">
        <w:rPr>
          <w:spacing w:val="3"/>
        </w:rPr>
        <w:t xml:space="preserve"> </w:t>
      </w:r>
      <w:r w:rsidRPr="00E85698">
        <w:t>словарного</w:t>
      </w:r>
      <w:r w:rsidRPr="00E85698">
        <w:rPr>
          <w:spacing w:val="4"/>
        </w:rPr>
        <w:t xml:space="preserve"> </w:t>
      </w:r>
      <w:r w:rsidRPr="00E85698">
        <w:t>диктанта</w:t>
      </w:r>
      <w:r w:rsidRPr="00E85698">
        <w:rPr>
          <w:spacing w:val="4"/>
        </w:rPr>
        <w:t xml:space="preserve"> </w:t>
      </w:r>
      <w:r w:rsidRPr="00E85698">
        <w:t>объёмом</w:t>
      </w:r>
      <w:r w:rsidRPr="00E85698">
        <w:rPr>
          <w:spacing w:val="4"/>
        </w:rPr>
        <w:t xml:space="preserve"> </w:t>
      </w:r>
      <w:r w:rsidRPr="00E85698">
        <w:t>35—40</w:t>
      </w:r>
      <w:r w:rsidRPr="00E85698">
        <w:rPr>
          <w:spacing w:val="1"/>
        </w:rPr>
        <w:t xml:space="preserve"> </w:t>
      </w:r>
      <w:r w:rsidRPr="00E85698">
        <w:t>слов; диктанта на основе связного текста объёмом 140—160 слов, составленного с учётом ранее</w:t>
      </w:r>
      <w:r w:rsidRPr="00E85698">
        <w:rPr>
          <w:spacing w:val="1"/>
        </w:rPr>
        <w:t xml:space="preserve"> </w:t>
      </w:r>
      <w:r w:rsidRPr="00E85698">
        <w:t>изученных правил правописания (в том числе содержащего изученные в течение пятого года обучения</w:t>
      </w:r>
      <w:r w:rsidRPr="00E85698">
        <w:rPr>
          <w:spacing w:val="-58"/>
        </w:rPr>
        <w:t xml:space="preserve"> </w:t>
      </w:r>
      <w:r w:rsidRPr="00E85698">
        <w:t>орфограммы,</w:t>
      </w:r>
      <w:r w:rsidRPr="00E85698">
        <w:rPr>
          <w:spacing w:val="-1"/>
        </w:rPr>
        <w:t xml:space="preserve"> </w:t>
      </w:r>
      <w:proofErr w:type="spellStart"/>
      <w:r w:rsidRPr="00E85698">
        <w:t>пунктограммы</w:t>
      </w:r>
      <w:proofErr w:type="spellEnd"/>
      <w:r w:rsidRPr="00E85698">
        <w:t xml:space="preserve"> и слова</w:t>
      </w:r>
      <w:r w:rsidRPr="00E85698">
        <w:rPr>
          <w:spacing w:val="-1"/>
        </w:rPr>
        <w:t xml:space="preserve"> </w:t>
      </w:r>
      <w:r w:rsidRPr="00E85698">
        <w:t>с непроверяемыми написаниями).</w:t>
      </w:r>
    </w:p>
    <w:p w:rsidR="00624C8A" w:rsidRPr="00E85698" w:rsidRDefault="00CB6516">
      <w:pPr>
        <w:pStyle w:val="11"/>
        <w:spacing w:before="114"/>
      </w:pPr>
      <w:r w:rsidRPr="00E85698">
        <w:t>Текст</w:t>
      </w:r>
    </w:p>
    <w:p w:rsidR="00624C8A" w:rsidRPr="00E85698" w:rsidRDefault="00CB6516">
      <w:pPr>
        <w:pStyle w:val="a5"/>
        <w:spacing w:before="60" w:line="292" w:lineRule="auto"/>
        <w:ind w:firstLine="180"/>
      </w:pPr>
      <w:r w:rsidRPr="00E85698">
        <w:t>Анализировать</w:t>
      </w:r>
      <w:r w:rsidRPr="00E85698">
        <w:rPr>
          <w:spacing w:val="-5"/>
        </w:rPr>
        <w:t xml:space="preserve"> </w:t>
      </w:r>
      <w:r w:rsidRPr="00E85698">
        <w:t>текст:</w:t>
      </w:r>
      <w:r w:rsidRPr="00E85698">
        <w:rPr>
          <w:spacing w:val="-4"/>
        </w:rPr>
        <w:t xml:space="preserve"> </w:t>
      </w:r>
      <w:r w:rsidRPr="00E85698">
        <w:t>определять</w:t>
      </w:r>
      <w:r w:rsidRPr="00E85698">
        <w:rPr>
          <w:spacing w:val="-5"/>
        </w:rPr>
        <w:t xml:space="preserve"> </w:t>
      </w:r>
      <w:r w:rsidRPr="00E85698">
        <w:t>и</w:t>
      </w:r>
      <w:r w:rsidRPr="00E85698">
        <w:rPr>
          <w:spacing w:val="-3"/>
        </w:rPr>
        <w:t xml:space="preserve"> </w:t>
      </w:r>
      <w:r w:rsidRPr="00E85698">
        <w:t>комментировать</w:t>
      </w:r>
      <w:r w:rsidRPr="00E85698">
        <w:rPr>
          <w:spacing w:val="-5"/>
        </w:rPr>
        <w:t xml:space="preserve"> </w:t>
      </w:r>
      <w:r w:rsidRPr="00E85698">
        <w:t>тему</w:t>
      </w:r>
      <w:r w:rsidRPr="00E85698">
        <w:rPr>
          <w:spacing w:val="-3"/>
        </w:rPr>
        <w:t xml:space="preserve"> </w:t>
      </w:r>
      <w:r w:rsidRPr="00E85698">
        <w:t>и</w:t>
      </w:r>
      <w:r w:rsidRPr="00E85698">
        <w:rPr>
          <w:spacing w:val="53"/>
        </w:rPr>
        <w:t xml:space="preserve"> </w:t>
      </w:r>
      <w:r w:rsidRPr="00E85698">
        <w:t>главную</w:t>
      </w:r>
      <w:r w:rsidRPr="00E85698">
        <w:rPr>
          <w:spacing w:val="-5"/>
        </w:rPr>
        <w:t xml:space="preserve"> </w:t>
      </w:r>
      <w:r w:rsidRPr="00E85698">
        <w:t>мысль</w:t>
      </w:r>
      <w:r w:rsidRPr="00E85698">
        <w:rPr>
          <w:spacing w:val="-4"/>
        </w:rPr>
        <w:t xml:space="preserve"> </w:t>
      </w:r>
      <w:r w:rsidRPr="00E85698">
        <w:t>текста;</w:t>
      </w:r>
      <w:r w:rsidRPr="00E85698">
        <w:rPr>
          <w:spacing w:val="-5"/>
        </w:rPr>
        <w:t xml:space="preserve"> </w:t>
      </w:r>
      <w:r w:rsidRPr="00E85698">
        <w:t>подбирать</w:t>
      </w:r>
      <w:r w:rsidRPr="00E85698">
        <w:rPr>
          <w:spacing w:val="-57"/>
        </w:rPr>
        <w:t xml:space="preserve"> </w:t>
      </w:r>
      <w:r w:rsidRPr="00E85698">
        <w:t>заголовок,</w:t>
      </w:r>
      <w:r w:rsidRPr="00E85698">
        <w:rPr>
          <w:spacing w:val="-1"/>
        </w:rPr>
        <w:t xml:space="preserve"> </w:t>
      </w:r>
      <w:r w:rsidRPr="00E85698">
        <w:t>отражающий тему</w:t>
      </w:r>
      <w:r w:rsidRPr="00E85698">
        <w:rPr>
          <w:spacing w:val="-1"/>
        </w:rPr>
        <w:t xml:space="preserve"> </w:t>
      </w:r>
      <w:r w:rsidRPr="00E85698">
        <w:t>или главную</w:t>
      </w:r>
      <w:r w:rsidRPr="00E85698">
        <w:rPr>
          <w:spacing w:val="-1"/>
        </w:rPr>
        <w:t xml:space="preserve"> </w:t>
      </w:r>
      <w:r w:rsidRPr="00E85698">
        <w:t>мысль</w:t>
      </w:r>
      <w:r w:rsidRPr="00E85698">
        <w:rPr>
          <w:spacing w:val="-2"/>
        </w:rPr>
        <w:t xml:space="preserve"> </w:t>
      </w:r>
      <w:r w:rsidRPr="00E85698">
        <w:t>текста.</w:t>
      </w:r>
    </w:p>
    <w:p w:rsidR="00624C8A" w:rsidRPr="00E85698" w:rsidRDefault="00CB6516">
      <w:pPr>
        <w:pStyle w:val="a5"/>
        <w:spacing w:line="275" w:lineRule="exact"/>
        <w:ind w:left="286"/>
      </w:pPr>
      <w:r w:rsidRPr="00E85698">
        <w:t>Устанавливать</w:t>
      </w:r>
      <w:r w:rsidRPr="00E85698">
        <w:rPr>
          <w:spacing w:val="-6"/>
        </w:rPr>
        <w:t xml:space="preserve"> </w:t>
      </w:r>
      <w:r w:rsidRPr="00E85698">
        <w:t>принадлежность</w:t>
      </w:r>
      <w:r w:rsidRPr="00E85698">
        <w:rPr>
          <w:spacing w:val="-6"/>
        </w:rPr>
        <w:t xml:space="preserve"> </w:t>
      </w:r>
      <w:r w:rsidRPr="00E85698">
        <w:t>текста</w:t>
      </w:r>
      <w:r w:rsidRPr="00E85698">
        <w:rPr>
          <w:spacing w:val="-5"/>
        </w:rPr>
        <w:t xml:space="preserve"> </w:t>
      </w:r>
      <w:r w:rsidRPr="00E85698">
        <w:t>к</w:t>
      </w:r>
      <w:r w:rsidRPr="00E85698">
        <w:rPr>
          <w:spacing w:val="-5"/>
        </w:rPr>
        <w:t xml:space="preserve"> </w:t>
      </w:r>
      <w:r w:rsidRPr="00E85698">
        <w:t>функционально-смысловому</w:t>
      </w:r>
      <w:r w:rsidRPr="00E85698">
        <w:rPr>
          <w:spacing w:val="-5"/>
        </w:rPr>
        <w:t xml:space="preserve"> </w:t>
      </w:r>
      <w:r w:rsidRPr="00E85698">
        <w:t>типу</w:t>
      </w:r>
      <w:r w:rsidRPr="00E85698">
        <w:rPr>
          <w:spacing w:val="-5"/>
        </w:rPr>
        <w:t xml:space="preserve"> </w:t>
      </w:r>
      <w:r w:rsidRPr="00E85698">
        <w:t>речи.</w:t>
      </w:r>
    </w:p>
    <w:p w:rsidR="00624C8A" w:rsidRPr="00E85698" w:rsidRDefault="00CB6516">
      <w:pPr>
        <w:pStyle w:val="a5"/>
        <w:spacing w:before="61" w:line="292" w:lineRule="auto"/>
        <w:ind w:right="454" w:firstLine="180"/>
      </w:pPr>
      <w:r w:rsidRPr="00E85698">
        <w:t>Находить в тексте типовые фрагменты — описание, повествование, рассуждение-доказательство,</w:t>
      </w:r>
      <w:r w:rsidRPr="00E85698">
        <w:rPr>
          <w:spacing w:val="-58"/>
        </w:rPr>
        <w:t xml:space="preserve"> </w:t>
      </w:r>
      <w:r w:rsidRPr="00E85698">
        <w:t>оценочные</w:t>
      </w:r>
      <w:r w:rsidRPr="00E85698">
        <w:rPr>
          <w:spacing w:val="-1"/>
        </w:rPr>
        <w:t xml:space="preserve"> </w:t>
      </w:r>
      <w:r w:rsidRPr="00E85698">
        <w:t>высказывания.</w:t>
      </w:r>
    </w:p>
    <w:p w:rsidR="00624C8A" w:rsidRPr="00E85698" w:rsidRDefault="00CB6516">
      <w:pPr>
        <w:pStyle w:val="a5"/>
        <w:spacing w:line="292" w:lineRule="auto"/>
        <w:ind w:left="286" w:right="396"/>
      </w:pPr>
      <w:r w:rsidRPr="00E85698">
        <w:t>Прогнозировать</w:t>
      </w:r>
      <w:r w:rsidRPr="00E85698">
        <w:rPr>
          <w:spacing w:val="-5"/>
        </w:rPr>
        <w:t xml:space="preserve"> </w:t>
      </w:r>
      <w:r w:rsidRPr="00E85698">
        <w:t>содержание</w:t>
      </w:r>
      <w:r w:rsidRPr="00E85698">
        <w:rPr>
          <w:spacing w:val="-4"/>
        </w:rPr>
        <w:t xml:space="preserve"> </w:t>
      </w:r>
      <w:r w:rsidRPr="00E85698">
        <w:t>текста</w:t>
      </w:r>
      <w:r w:rsidRPr="00E85698">
        <w:rPr>
          <w:spacing w:val="-4"/>
        </w:rPr>
        <w:t xml:space="preserve"> </w:t>
      </w:r>
      <w:r w:rsidRPr="00E85698">
        <w:t>по</w:t>
      </w:r>
      <w:r w:rsidRPr="00E85698">
        <w:rPr>
          <w:spacing w:val="-4"/>
        </w:rPr>
        <w:t xml:space="preserve"> </w:t>
      </w:r>
      <w:r w:rsidRPr="00E85698">
        <w:t>заголовку,</w:t>
      </w:r>
      <w:r w:rsidRPr="00E85698">
        <w:rPr>
          <w:spacing w:val="-4"/>
        </w:rPr>
        <w:t xml:space="preserve"> </w:t>
      </w:r>
      <w:r w:rsidRPr="00E85698">
        <w:t>ключевым</w:t>
      </w:r>
      <w:r w:rsidRPr="00E85698">
        <w:rPr>
          <w:spacing w:val="-4"/>
        </w:rPr>
        <w:t xml:space="preserve"> </w:t>
      </w:r>
      <w:r w:rsidRPr="00E85698">
        <w:t>словам,</w:t>
      </w:r>
      <w:r w:rsidRPr="00E85698">
        <w:rPr>
          <w:spacing w:val="-4"/>
        </w:rPr>
        <w:t xml:space="preserve"> </w:t>
      </w:r>
      <w:r w:rsidRPr="00E85698">
        <w:t>зачину</w:t>
      </w:r>
      <w:r w:rsidRPr="00E85698">
        <w:rPr>
          <w:spacing w:val="-4"/>
        </w:rPr>
        <w:t xml:space="preserve"> </w:t>
      </w:r>
      <w:r w:rsidRPr="00E85698">
        <w:t>или</w:t>
      </w:r>
      <w:r w:rsidRPr="00E85698">
        <w:rPr>
          <w:spacing w:val="-4"/>
        </w:rPr>
        <w:t xml:space="preserve"> </w:t>
      </w:r>
      <w:r w:rsidRPr="00E85698">
        <w:t>концовке.</w:t>
      </w:r>
      <w:r w:rsidRPr="00E85698">
        <w:rPr>
          <w:spacing w:val="-57"/>
        </w:rPr>
        <w:t xml:space="preserve"> </w:t>
      </w:r>
      <w:r w:rsidRPr="00E85698">
        <w:t>Выявлять</w:t>
      </w:r>
      <w:r w:rsidRPr="00E85698">
        <w:rPr>
          <w:spacing w:val="-2"/>
        </w:rPr>
        <w:t xml:space="preserve"> </w:t>
      </w:r>
      <w:r w:rsidRPr="00E85698">
        <w:t>отличительные признаки</w:t>
      </w:r>
      <w:r w:rsidRPr="00E85698">
        <w:rPr>
          <w:spacing w:val="-1"/>
        </w:rPr>
        <w:t xml:space="preserve"> </w:t>
      </w:r>
      <w:r w:rsidRPr="00E85698">
        <w:t>текстов</w:t>
      </w:r>
      <w:r w:rsidRPr="00E85698">
        <w:rPr>
          <w:spacing w:val="-1"/>
        </w:rPr>
        <w:t xml:space="preserve"> </w:t>
      </w:r>
      <w:r w:rsidRPr="00E85698">
        <w:t>разных</w:t>
      </w:r>
      <w:r w:rsidRPr="00E85698">
        <w:rPr>
          <w:spacing w:val="-1"/>
        </w:rPr>
        <w:t xml:space="preserve"> </w:t>
      </w:r>
      <w:r w:rsidRPr="00E85698">
        <w:t>жанров.</w:t>
      </w:r>
    </w:p>
    <w:p w:rsidR="00624C8A" w:rsidRPr="00E85698" w:rsidRDefault="00CB6516">
      <w:pPr>
        <w:pStyle w:val="a5"/>
        <w:spacing w:line="292" w:lineRule="auto"/>
        <w:ind w:right="1237" w:firstLine="180"/>
      </w:pPr>
      <w:r w:rsidRPr="00E85698">
        <w:t>Создавать высказывание на основе текста: выражать своё отношение к прочитанному или</w:t>
      </w:r>
      <w:r w:rsidRPr="00E85698">
        <w:rPr>
          <w:spacing w:val="-58"/>
        </w:rPr>
        <w:t xml:space="preserve"> </w:t>
      </w:r>
      <w:r w:rsidRPr="00E85698">
        <w:t>прослушанному</w:t>
      </w:r>
      <w:r w:rsidRPr="00E85698">
        <w:rPr>
          <w:spacing w:val="-1"/>
        </w:rPr>
        <w:t xml:space="preserve"> </w:t>
      </w:r>
      <w:r w:rsidRPr="00E85698">
        <w:t>в</w:t>
      </w:r>
      <w:r w:rsidRPr="00E85698">
        <w:rPr>
          <w:spacing w:val="-1"/>
        </w:rPr>
        <w:t xml:space="preserve"> </w:t>
      </w:r>
      <w:r w:rsidRPr="00E85698">
        <w:t>устной и письменной форме.</w:t>
      </w:r>
    </w:p>
    <w:p w:rsidR="00624C8A" w:rsidRPr="00E85698" w:rsidRDefault="00CB6516">
      <w:pPr>
        <w:pStyle w:val="a5"/>
        <w:spacing w:line="292" w:lineRule="auto"/>
        <w:ind w:right="414" w:firstLine="180"/>
      </w:pPr>
      <w:r w:rsidRPr="00E85698">
        <w:t>Создавать тексты с опорой на жизненный и читательский опыт; на произведения искусства (в том</w:t>
      </w:r>
      <w:r w:rsidRPr="00E85698">
        <w:rPr>
          <w:spacing w:val="-58"/>
        </w:rPr>
        <w:t xml:space="preserve"> </w:t>
      </w:r>
      <w:r w:rsidRPr="00E85698">
        <w:t>числе</w:t>
      </w:r>
      <w:r w:rsidRPr="00E85698">
        <w:rPr>
          <w:spacing w:val="-1"/>
        </w:rPr>
        <w:t xml:space="preserve"> </w:t>
      </w:r>
      <w:r w:rsidRPr="00E85698">
        <w:t>сочинения-миниатюры</w:t>
      </w:r>
      <w:r w:rsidRPr="00E85698">
        <w:rPr>
          <w:spacing w:val="-1"/>
        </w:rPr>
        <w:t xml:space="preserve"> </w:t>
      </w:r>
      <w:r w:rsidRPr="00E85698">
        <w:t>объёмом</w:t>
      </w:r>
      <w:r w:rsidRPr="00E85698">
        <w:rPr>
          <w:spacing w:val="-1"/>
        </w:rPr>
        <w:t xml:space="preserve"> </w:t>
      </w:r>
      <w:r w:rsidRPr="00E85698">
        <w:t>8</w:t>
      </w:r>
      <w:r w:rsidRPr="00E85698">
        <w:rPr>
          <w:spacing w:val="-1"/>
        </w:rPr>
        <w:t xml:space="preserve"> </w:t>
      </w:r>
      <w:r w:rsidRPr="00E85698">
        <w:t>и</w:t>
      </w:r>
      <w:r w:rsidRPr="00E85698">
        <w:rPr>
          <w:spacing w:val="-1"/>
        </w:rPr>
        <w:t xml:space="preserve"> </w:t>
      </w:r>
      <w:r w:rsidRPr="00E85698">
        <w:t>более</w:t>
      </w:r>
      <w:r w:rsidRPr="00E85698">
        <w:rPr>
          <w:spacing w:val="-1"/>
        </w:rPr>
        <w:t xml:space="preserve"> </w:t>
      </w:r>
      <w:r w:rsidRPr="00E85698">
        <w:t>предложений</w:t>
      </w:r>
      <w:r w:rsidRPr="00E85698">
        <w:rPr>
          <w:spacing w:val="-1"/>
        </w:rPr>
        <w:t xml:space="preserve"> </w:t>
      </w:r>
      <w:r w:rsidRPr="00E85698">
        <w:t>или</w:t>
      </w:r>
      <w:r w:rsidRPr="00E85698">
        <w:rPr>
          <w:spacing w:val="-1"/>
        </w:rPr>
        <w:t xml:space="preserve"> </w:t>
      </w:r>
      <w:r w:rsidRPr="00E85698">
        <w:t>объёмом</w:t>
      </w:r>
      <w:r w:rsidRPr="00E85698">
        <w:rPr>
          <w:spacing w:val="-1"/>
        </w:rPr>
        <w:t xml:space="preserve"> </w:t>
      </w:r>
      <w:r w:rsidRPr="00E85698">
        <w:t>не</w:t>
      </w:r>
      <w:r w:rsidRPr="00E85698">
        <w:rPr>
          <w:spacing w:val="-1"/>
        </w:rPr>
        <w:t xml:space="preserve"> </w:t>
      </w:r>
      <w:r w:rsidRPr="00E85698">
        <w:t>менее</w:t>
      </w:r>
      <w:r w:rsidRPr="00E85698">
        <w:rPr>
          <w:spacing w:val="-1"/>
        </w:rPr>
        <w:t xml:space="preserve"> </w:t>
      </w:r>
      <w:r w:rsidRPr="00E85698">
        <w:t>6—</w:t>
      </w:r>
    </w:p>
    <w:p w:rsidR="00624C8A" w:rsidRPr="00E85698" w:rsidRDefault="00CB6516">
      <w:pPr>
        <w:pStyle w:val="a5"/>
        <w:spacing w:line="292" w:lineRule="auto"/>
      </w:pPr>
      <w:r w:rsidRPr="00E85698">
        <w:t>7 предложений сложной структуры, если этот объём позволяет раскрыть тему, выразить главную</w:t>
      </w:r>
      <w:r w:rsidRPr="00E85698">
        <w:rPr>
          <w:spacing w:val="1"/>
        </w:rPr>
        <w:t xml:space="preserve"> </w:t>
      </w:r>
      <w:r w:rsidRPr="00E85698">
        <w:t>мысль);</w:t>
      </w:r>
      <w:r w:rsidRPr="00E85698">
        <w:rPr>
          <w:spacing w:val="-4"/>
        </w:rPr>
        <w:t xml:space="preserve"> </w:t>
      </w:r>
      <w:r w:rsidRPr="00E85698">
        <w:t>классные</w:t>
      </w:r>
      <w:r w:rsidRPr="00E85698">
        <w:rPr>
          <w:spacing w:val="-2"/>
        </w:rPr>
        <w:t xml:space="preserve"> </w:t>
      </w:r>
      <w:r w:rsidRPr="00E85698">
        <w:t>сочинения</w:t>
      </w:r>
      <w:r w:rsidRPr="00E85698">
        <w:rPr>
          <w:spacing w:val="-4"/>
        </w:rPr>
        <w:t xml:space="preserve"> </w:t>
      </w:r>
      <w:r w:rsidRPr="00E85698">
        <w:t>объёмом</w:t>
      </w:r>
      <w:r w:rsidRPr="00E85698">
        <w:rPr>
          <w:spacing w:val="-2"/>
        </w:rPr>
        <w:t xml:space="preserve"> </w:t>
      </w:r>
      <w:r w:rsidRPr="00E85698">
        <w:t>не</w:t>
      </w:r>
      <w:r w:rsidRPr="00E85698">
        <w:rPr>
          <w:spacing w:val="-3"/>
        </w:rPr>
        <w:t xml:space="preserve"> </w:t>
      </w:r>
      <w:r w:rsidRPr="00E85698">
        <w:t>менее</w:t>
      </w:r>
      <w:r w:rsidRPr="00E85698">
        <w:rPr>
          <w:spacing w:val="-2"/>
        </w:rPr>
        <w:t xml:space="preserve"> </w:t>
      </w:r>
      <w:r w:rsidRPr="00E85698">
        <w:t>250</w:t>
      </w:r>
      <w:r w:rsidRPr="00E85698">
        <w:rPr>
          <w:spacing w:val="-3"/>
        </w:rPr>
        <w:t xml:space="preserve"> </w:t>
      </w:r>
      <w:r w:rsidRPr="00E85698">
        <w:t>слов</w:t>
      </w:r>
      <w:r w:rsidRPr="00E85698">
        <w:rPr>
          <w:spacing w:val="-3"/>
        </w:rPr>
        <w:t xml:space="preserve"> </w:t>
      </w:r>
      <w:r w:rsidRPr="00E85698">
        <w:t>с</w:t>
      </w:r>
      <w:r w:rsidRPr="00E85698">
        <w:rPr>
          <w:spacing w:val="-3"/>
        </w:rPr>
        <w:t xml:space="preserve"> </w:t>
      </w:r>
      <w:r w:rsidRPr="00E85698">
        <w:t>учётом</w:t>
      </w:r>
      <w:r w:rsidRPr="00E85698">
        <w:rPr>
          <w:spacing w:val="-2"/>
        </w:rPr>
        <w:t xml:space="preserve"> </w:t>
      </w:r>
      <w:r w:rsidRPr="00E85698">
        <w:t>стиля</w:t>
      </w:r>
      <w:r w:rsidRPr="00E85698">
        <w:rPr>
          <w:spacing w:val="-3"/>
        </w:rPr>
        <w:t xml:space="preserve"> </w:t>
      </w:r>
      <w:r w:rsidRPr="00E85698">
        <w:t>и</w:t>
      </w:r>
      <w:r w:rsidRPr="00E85698">
        <w:rPr>
          <w:spacing w:val="-3"/>
        </w:rPr>
        <w:t xml:space="preserve"> </w:t>
      </w:r>
      <w:r w:rsidRPr="00E85698">
        <w:t>жанра</w:t>
      </w:r>
      <w:r w:rsidRPr="00E85698">
        <w:rPr>
          <w:spacing w:val="-2"/>
        </w:rPr>
        <w:t xml:space="preserve"> </w:t>
      </w:r>
      <w:r w:rsidRPr="00E85698">
        <w:t>сочинения,</w:t>
      </w:r>
      <w:r w:rsidRPr="00E85698">
        <w:rPr>
          <w:spacing w:val="-3"/>
        </w:rPr>
        <w:t xml:space="preserve"> </w:t>
      </w:r>
      <w:r w:rsidRPr="00E85698">
        <w:t>характера</w:t>
      </w:r>
      <w:r w:rsidRPr="00E85698">
        <w:rPr>
          <w:spacing w:val="-57"/>
        </w:rPr>
        <w:t xml:space="preserve"> </w:t>
      </w:r>
      <w:r w:rsidRPr="00E85698">
        <w:t>темы.</w:t>
      </w:r>
    </w:p>
    <w:p w:rsidR="00624C8A" w:rsidRPr="00E85698" w:rsidRDefault="00CB6516">
      <w:pPr>
        <w:pStyle w:val="a5"/>
        <w:spacing w:line="292" w:lineRule="auto"/>
        <w:ind w:right="743" w:firstLine="180"/>
      </w:pPr>
      <w:r w:rsidRPr="00E85698">
        <w:t>Владеть умениями информационной переработки текста: выделять главную и второстепенную</w:t>
      </w:r>
      <w:r w:rsidRPr="00E85698">
        <w:rPr>
          <w:spacing w:val="-57"/>
        </w:rPr>
        <w:t xml:space="preserve"> </w:t>
      </w:r>
      <w:r w:rsidRPr="00E85698">
        <w:t>информацию в тексте; извлекать информацию из различных источников, в том числе из</w:t>
      </w:r>
      <w:r w:rsidRPr="00E85698">
        <w:rPr>
          <w:spacing w:val="1"/>
        </w:rPr>
        <w:t xml:space="preserve"> </w:t>
      </w:r>
      <w:r w:rsidRPr="00E85698">
        <w:t>лингвистических</w:t>
      </w:r>
      <w:r w:rsidRPr="00E85698">
        <w:rPr>
          <w:spacing w:val="-4"/>
        </w:rPr>
        <w:t xml:space="preserve"> </w:t>
      </w:r>
      <w:r w:rsidRPr="00E85698">
        <w:t>словарей</w:t>
      </w:r>
      <w:r w:rsidRPr="00E85698">
        <w:rPr>
          <w:spacing w:val="-4"/>
        </w:rPr>
        <w:t xml:space="preserve"> </w:t>
      </w:r>
      <w:r w:rsidRPr="00E85698">
        <w:t>и</w:t>
      </w:r>
      <w:r w:rsidRPr="00E85698">
        <w:rPr>
          <w:spacing w:val="-4"/>
        </w:rPr>
        <w:t xml:space="preserve"> </w:t>
      </w:r>
      <w:r w:rsidRPr="00E85698">
        <w:t>справочной</w:t>
      </w:r>
      <w:r w:rsidRPr="00E85698">
        <w:rPr>
          <w:spacing w:val="-4"/>
        </w:rPr>
        <w:t xml:space="preserve"> </w:t>
      </w:r>
      <w:r w:rsidRPr="00E85698">
        <w:t>литературы,</w:t>
      </w:r>
      <w:r w:rsidRPr="00E85698">
        <w:rPr>
          <w:spacing w:val="-4"/>
        </w:rPr>
        <w:t xml:space="preserve"> </w:t>
      </w:r>
      <w:r w:rsidRPr="00E85698">
        <w:t>и</w:t>
      </w:r>
      <w:r w:rsidRPr="00E85698">
        <w:rPr>
          <w:spacing w:val="-4"/>
        </w:rPr>
        <w:t xml:space="preserve"> </w:t>
      </w:r>
      <w:r w:rsidRPr="00E85698">
        <w:t>использовать</w:t>
      </w:r>
      <w:r w:rsidRPr="00E85698">
        <w:rPr>
          <w:spacing w:val="-5"/>
        </w:rPr>
        <w:t xml:space="preserve"> </w:t>
      </w:r>
      <w:r w:rsidRPr="00E85698">
        <w:t>её</w:t>
      </w:r>
      <w:r w:rsidRPr="00E85698">
        <w:rPr>
          <w:spacing w:val="-4"/>
        </w:rPr>
        <w:t xml:space="preserve"> </w:t>
      </w:r>
      <w:r w:rsidRPr="00E85698">
        <w:t>в</w:t>
      </w:r>
      <w:r w:rsidRPr="00E85698">
        <w:rPr>
          <w:spacing w:val="-5"/>
        </w:rPr>
        <w:t xml:space="preserve"> </w:t>
      </w:r>
      <w:r w:rsidRPr="00E85698">
        <w:t>учебной</w:t>
      </w:r>
      <w:r w:rsidRPr="00E85698">
        <w:rPr>
          <w:spacing w:val="-4"/>
        </w:rPr>
        <w:t xml:space="preserve"> </w:t>
      </w:r>
      <w:r w:rsidRPr="00E85698">
        <w:t>деятельности.</w:t>
      </w:r>
    </w:p>
    <w:p w:rsidR="00624C8A" w:rsidRPr="00E85698" w:rsidRDefault="00CB6516">
      <w:pPr>
        <w:pStyle w:val="a5"/>
        <w:spacing w:line="274" w:lineRule="exact"/>
        <w:ind w:left="286"/>
      </w:pPr>
      <w:r w:rsidRPr="00E85698">
        <w:t>Представлять</w:t>
      </w:r>
      <w:r w:rsidRPr="00E85698">
        <w:rPr>
          <w:spacing w:val="-5"/>
        </w:rPr>
        <w:t xml:space="preserve"> </w:t>
      </w:r>
      <w:r w:rsidRPr="00E85698">
        <w:t>сообщение</w:t>
      </w:r>
      <w:r w:rsidRPr="00E85698">
        <w:rPr>
          <w:spacing w:val="-3"/>
        </w:rPr>
        <w:t xml:space="preserve"> </w:t>
      </w:r>
      <w:r w:rsidRPr="00E85698">
        <w:t>на</w:t>
      </w:r>
      <w:r w:rsidRPr="00E85698">
        <w:rPr>
          <w:spacing w:val="-3"/>
        </w:rPr>
        <w:t xml:space="preserve"> </w:t>
      </w:r>
      <w:r w:rsidRPr="00E85698">
        <w:t>заданную</w:t>
      </w:r>
      <w:r w:rsidRPr="00E85698">
        <w:rPr>
          <w:spacing w:val="-4"/>
        </w:rPr>
        <w:t xml:space="preserve"> </w:t>
      </w:r>
      <w:r w:rsidRPr="00E85698">
        <w:t>тему</w:t>
      </w:r>
      <w:r w:rsidRPr="00E85698">
        <w:rPr>
          <w:spacing w:val="-4"/>
        </w:rPr>
        <w:t xml:space="preserve"> </w:t>
      </w:r>
      <w:r w:rsidRPr="00E85698">
        <w:t>в</w:t>
      </w:r>
      <w:r w:rsidRPr="00E85698">
        <w:rPr>
          <w:spacing w:val="-4"/>
        </w:rPr>
        <w:t xml:space="preserve"> </w:t>
      </w:r>
      <w:r w:rsidRPr="00E85698">
        <w:t>виде</w:t>
      </w:r>
      <w:r w:rsidRPr="00E85698">
        <w:rPr>
          <w:spacing w:val="-3"/>
        </w:rPr>
        <w:t xml:space="preserve"> </w:t>
      </w:r>
      <w:r w:rsidRPr="00E85698">
        <w:t>презентации.</w:t>
      </w:r>
    </w:p>
    <w:p w:rsidR="00624C8A" w:rsidRPr="00E85698" w:rsidRDefault="00CB6516">
      <w:pPr>
        <w:pStyle w:val="a5"/>
        <w:spacing w:before="53" w:line="292" w:lineRule="auto"/>
        <w:ind w:right="1033" w:firstLine="180"/>
      </w:pPr>
      <w:r w:rsidRPr="00E85698">
        <w:t>Представлять содержание прослушанного или прочитанного научно-учебного текста в виде</w:t>
      </w:r>
      <w:r w:rsidRPr="00E85698">
        <w:rPr>
          <w:spacing w:val="-58"/>
        </w:rPr>
        <w:t xml:space="preserve"> </w:t>
      </w:r>
      <w:r w:rsidRPr="00E85698">
        <w:t>таблицы,</w:t>
      </w:r>
      <w:r w:rsidRPr="00E85698">
        <w:rPr>
          <w:spacing w:val="-1"/>
        </w:rPr>
        <w:t xml:space="preserve"> </w:t>
      </w:r>
      <w:r w:rsidRPr="00E85698">
        <w:t>схемы;</w:t>
      </w:r>
      <w:r w:rsidRPr="00E85698">
        <w:rPr>
          <w:spacing w:val="-2"/>
        </w:rPr>
        <w:t xml:space="preserve"> </w:t>
      </w:r>
      <w:r w:rsidRPr="00E85698">
        <w:t>представлять</w:t>
      </w:r>
      <w:r w:rsidRPr="00E85698">
        <w:rPr>
          <w:spacing w:val="-2"/>
        </w:rPr>
        <w:t xml:space="preserve"> </w:t>
      </w:r>
      <w:r w:rsidRPr="00E85698">
        <w:t>содержание</w:t>
      </w:r>
      <w:r w:rsidRPr="00E85698">
        <w:rPr>
          <w:spacing w:val="-1"/>
        </w:rPr>
        <w:t xml:space="preserve"> </w:t>
      </w:r>
      <w:r w:rsidRPr="00E85698">
        <w:t>таблицы, схемы</w:t>
      </w:r>
      <w:r w:rsidRPr="00E85698">
        <w:rPr>
          <w:spacing w:val="-1"/>
        </w:rPr>
        <w:t xml:space="preserve"> </w:t>
      </w:r>
      <w:r w:rsidRPr="00E85698">
        <w:t>в</w:t>
      </w:r>
      <w:r w:rsidRPr="00E85698">
        <w:rPr>
          <w:spacing w:val="-2"/>
        </w:rPr>
        <w:t xml:space="preserve"> </w:t>
      </w:r>
      <w:r w:rsidRPr="00E85698">
        <w:t>виде</w:t>
      </w:r>
      <w:r w:rsidRPr="00E85698">
        <w:rPr>
          <w:spacing w:val="-1"/>
        </w:rPr>
        <w:t xml:space="preserve"> </w:t>
      </w:r>
      <w:r w:rsidRPr="00E85698">
        <w:t>текста.</w:t>
      </w:r>
    </w:p>
    <w:p w:rsidR="00624C8A" w:rsidRPr="00E85698" w:rsidRDefault="00CB6516">
      <w:pPr>
        <w:pStyle w:val="a5"/>
        <w:spacing w:line="292" w:lineRule="auto"/>
        <w:ind w:firstLine="180"/>
      </w:pPr>
      <w:r w:rsidRPr="00E85698">
        <w:t>Подробно и сжато передавать в устной и письменной форме содержание прослушанных и</w:t>
      </w:r>
      <w:r w:rsidRPr="00E85698">
        <w:rPr>
          <w:spacing w:val="1"/>
        </w:rPr>
        <w:t xml:space="preserve"> </w:t>
      </w:r>
      <w:r w:rsidRPr="00E85698">
        <w:t>прочитанных текстов различных функционально-смысловых типов речи (для подробного изложения</w:t>
      </w:r>
      <w:r w:rsidRPr="00E85698">
        <w:rPr>
          <w:spacing w:val="1"/>
        </w:rPr>
        <w:t xml:space="preserve"> </w:t>
      </w:r>
      <w:r w:rsidRPr="00E85698">
        <w:t>объём</w:t>
      </w:r>
      <w:r w:rsidRPr="00E85698">
        <w:rPr>
          <w:spacing w:val="-3"/>
        </w:rPr>
        <w:t xml:space="preserve"> </w:t>
      </w:r>
      <w:r w:rsidRPr="00E85698">
        <w:t>исходного</w:t>
      </w:r>
      <w:r w:rsidRPr="00E85698">
        <w:rPr>
          <w:spacing w:val="-3"/>
        </w:rPr>
        <w:t xml:space="preserve"> </w:t>
      </w:r>
      <w:r w:rsidRPr="00E85698">
        <w:t>текста</w:t>
      </w:r>
      <w:r w:rsidRPr="00E85698">
        <w:rPr>
          <w:spacing w:val="-3"/>
        </w:rPr>
        <w:t xml:space="preserve"> </w:t>
      </w:r>
      <w:r w:rsidRPr="00E85698">
        <w:t>должен</w:t>
      </w:r>
      <w:r w:rsidRPr="00E85698">
        <w:rPr>
          <w:spacing w:val="-3"/>
        </w:rPr>
        <w:t xml:space="preserve"> </w:t>
      </w:r>
      <w:r w:rsidRPr="00E85698">
        <w:t>составлять</w:t>
      </w:r>
      <w:r w:rsidRPr="00E85698">
        <w:rPr>
          <w:spacing w:val="-4"/>
        </w:rPr>
        <w:t xml:space="preserve"> </w:t>
      </w:r>
      <w:r w:rsidRPr="00E85698">
        <w:t>не</w:t>
      </w:r>
      <w:r w:rsidRPr="00E85698">
        <w:rPr>
          <w:spacing w:val="-3"/>
        </w:rPr>
        <w:t xml:space="preserve"> </w:t>
      </w:r>
      <w:r w:rsidRPr="00E85698">
        <w:t>менее</w:t>
      </w:r>
      <w:r w:rsidRPr="00E85698">
        <w:rPr>
          <w:spacing w:val="-3"/>
        </w:rPr>
        <w:t xml:space="preserve"> </w:t>
      </w:r>
      <w:r w:rsidRPr="00E85698">
        <w:t>280</w:t>
      </w:r>
      <w:r w:rsidRPr="00E85698">
        <w:rPr>
          <w:spacing w:val="-3"/>
        </w:rPr>
        <w:t xml:space="preserve"> </w:t>
      </w:r>
      <w:r w:rsidRPr="00E85698">
        <w:t>слов;</w:t>
      </w:r>
      <w:r w:rsidRPr="00E85698">
        <w:rPr>
          <w:spacing w:val="-4"/>
        </w:rPr>
        <w:t xml:space="preserve"> </w:t>
      </w:r>
      <w:r w:rsidRPr="00E85698">
        <w:t>для</w:t>
      </w:r>
      <w:r w:rsidRPr="00E85698">
        <w:rPr>
          <w:spacing w:val="-4"/>
        </w:rPr>
        <w:t xml:space="preserve"> </w:t>
      </w:r>
      <w:r w:rsidRPr="00E85698">
        <w:t>сжатого</w:t>
      </w:r>
      <w:r w:rsidRPr="00E85698">
        <w:rPr>
          <w:spacing w:val="-2"/>
        </w:rPr>
        <w:t xml:space="preserve"> </w:t>
      </w:r>
      <w:r w:rsidRPr="00E85698">
        <w:t>и</w:t>
      </w:r>
      <w:r w:rsidRPr="00E85698">
        <w:rPr>
          <w:spacing w:val="-3"/>
        </w:rPr>
        <w:t xml:space="preserve"> </w:t>
      </w:r>
      <w:r w:rsidRPr="00E85698">
        <w:t>выборочного</w:t>
      </w:r>
      <w:r w:rsidRPr="00E85698">
        <w:rPr>
          <w:spacing w:val="-3"/>
        </w:rPr>
        <w:t xml:space="preserve"> </w:t>
      </w:r>
      <w:r w:rsidRPr="00E85698">
        <w:t>изложения</w:t>
      </w:r>
    </w:p>
    <w:p w:rsidR="00624C8A" w:rsidRPr="00E85698" w:rsidRDefault="00CB6516">
      <w:pPr>
        <w:pStyle w:val="a5"/>
        <w:spacing w:line="274" w:lineRule="exact"/>
      </w:pPr>
      <w:r w:rsidRPr="00E85698">
        <w:t>—</w:t>
      </w:r>
      <w:r w:rsidRPr="00E85698">
        <w:rPr>
          <w:spacing w:val="-2"/>
        </w:rPr>
        <w:t xml:space="preserve"> </w:t>
      </w:r>
      <w:r w:rsidRPr="00E85698">
        <w:t>не</w:t>
      </w:r>
      <w:r w:rsidRPr="00E85698">
        <w:rPr>
          <w:spacing w:val="-1"/>
        </w:rPr>
        <w:t xml:space="preserve"> </w:t>
      </w:r>
      <w:r w:rsidRPr="00E85698">
        <w:t>менее</w:t>
      </w:r>
      <w:r w:rsidRPr="00E85698">
        <w:rPr>
          <w:spacing w:val="-1"/>
        </w:rPr>
        <w:t xml:space="preserve"> </w:t>
      </w:r>
      <w:r w:rsidRPr="00E85698">
        <w:t>300</w:t>
      </w:r>
      <w:r w:rsidRPr="00E85698">
        <w:rPr>
          <w:spacing w:val="-1"/>
        </w:rPr>
        <w:t xml:space="preserve"> </w:t>
      </w:r>
      <w:r w:rsidRPr="00E85698">
        <w:t>слов).</w:t>
      </w:r>
    </w:p>
    <w:p w:rsidR="00624C8A" w:rsidRPr="00E85698" w:rsidRDefault="00CB6516">
      <w:pPr>
        <w:pStyle w:val="a5"/>
        <w:spacing w:before="59" w:line="292" w:lineRule="auto"/>
        <w:ind w:right="218" w:firstLine="180"/>
      </w:pPr>
      <w:r w:rsidRPr="00E85698">
        <w:t>Редактировать собственные/созданные другими обучающимися тексты с целью совершенствования</w:t>
      </w:r>
      <w:r w:rsidRPr="00E85698">
        <w:rPr>
          <w:spacing w:val="-58"/>
        </w:rPr>
        <w:t xml:space="preserve"> </w:t>
      </w:r>
      <w:r w:rsidRPr="00E85698">
        <w:t>их содержания (проверка фактического материала, начальный логический анализ текста —</w:t>
      </w:r>
      <w:r w:rsidRPr="00E85698">
        <w:rPr>
          <w:spacing w:val="1"/>
        </w:rPr>
        <w:t xml:space="preserve"> </w:t>
      </w:r>
      <w:r w:rsidRPr="00E85698">
        <w:t>целостность,</w:t>
      </w:r>
      <w:r w:rsidRPr="00E85698">
        <w:rPr>
          <w:spacing w:val="-1"/>
        </w:rPr>
        <w:t xml:space="preserve"> </w:t>
      </w:r>
      <w:r w:rsidRPr="00E85698">
        <w:t>связность, информативность).</w:t>
      </w:r>
    </w:p>
    <w:p w:rsidR="00624C8A" w:rsidRPr="00E85698" w:rsidRDefault="00CB6516">
      <w:pPr>
        <w:pStyle w:val="a5"/>
        <w:spacing w:line="274" w:lineRule="exact"/>
        <w:ind w:left="286"/>
      </w:pPr>
      <w:r w:rsidRPr="00E85698">
        <w:t>Функциональные</w:t>
      </w:r>
      <w:r w:rsidRPr="00E85698">
        <w:rPr>
          <w:spacing w:val="-5"/>
        </w:rPr>
        <w:t xml:space="preserve"> </w:t>
      </w:r>
      <w:r w:rsidRPr="00E85698">
        <w:t>разновидности</w:t>
      </w:r>
      <w:r w:rsidRPr="00E85698">
        <w:rPr>
          <w:spacing w:val="-4"/>
        </w:rPr>
        <w:t xml:space="preserve"> </w:t>
      </w:r>
      <w:r w:rsidRPr="00E85698">
        <w:t>языка</w:t>
      </w:r>
    </w:p>
    <w:p w:rsidR="00624C8A" w:rsidRPr="00E85698" w:rsidRDefault="00CB6516">
      <w:pPr>
        <w:pStyle w:val="a5"/>
        <w:spacing w:before="60" w:line="292" w:lineRule="auto"/>
        <w:ind w:right="132" w:firstLine="180"/>
      </w:pPr>
      <w:r w:rsidRPr="00E85698">
        <w:t>Характеризовать сферу употребления, функции, типичные ситуации речевого общения, задачи речи,</w:t>
      </w:r>
      <w:r w:rsidRPr="00E85698">
        <w:rPr>
          <w:spacing w:val="-58"/>
        </w:rPr>
        <w:t xml:space="preserve"> </w:t>
      </w:r>
      <w:r w:rsidRPr="00E85698">
        <w:t>языковые средства, характерные для научного стиля; основные особенности языка художественной</w:t>
      </w:r>
      <w:r w:rsidRPr="00E85698">
        <w:rPr>
          <w:spacing w:val="1"/>
        </w:rPr>
        <w:t xml:space="preserve"> </w:t>
      </w:r>
      <w:r w:rsidRPr="00E85698">
        <w:t>литературы; особенности сочетания элементов разговорной речи и разных функциональных стилей в</w:t>
      </w:r>
      <w:r w:rsidRPr="00E85698">
        <w:rPr>
          <w:spacing w:val="1"/>
        </w:rPr>
        <w:t xml:space="preserve"> </w:t>
      </w:r>
      <w:r w:rsidRPr="00E85698">
        <w:t>художественном</w:t>
      </w:r>
      <w:r w:rsidRPr="00E85698">
        <w:rPr>
          <w:spacing w:val="-1"/>
        </w:rPr>
        <w:t xml:space="preserve"> </w:t>
      </w:r>
      <w:r w:rsidRPr="00E85698">
        <w:t>произведении.</w:t>
      </w:r>
    </w:p>
    <w:p w:rsidR="00624C8A" w:rsidRPr="00E85698" w:rsidRDefault="00CB6516">
      <w:pPr>
        <w:pStyle w:val="a5"/>
        <w:spacing w:line="292" w:lineRule="auto"/>
        <w:ind w:right="549" w:firstLine="180"/>
      </w:pPr>
      <w:r w:rsidRPr="00E85698">
        <w:t>Характеризовать разные функционально-смысловые типы речи, понимать особенности их</w:t>
      </w:r>
      <w:r w:rsidRPr="00E85698">
        <w:rPr>
          <w:spacing w:val="1"/>
        </w:rPr>
        <w:t xml:space="preserve"> </w:t>
      </w:r>
      <w:r w:rsidRPr="00E85698">
        <w:t>сочетания в пределах одного текста; понимать особенности употребления языковых средств</w:t>
      </w:r>
      <w:r w:rsidRPr="00E85698">
        <w:rPr>
          <w:spacing w:val="1"/>
        </w:rPr>
        <w:t xml:space="preserve"> </w:t>
      </w:r>
      <w:r w:rsidRPr="00E85698">
        <w:t>выразительности в текстах, принадлежащих к различным функционально-смысловым типам речи,</w:t>
      </w:r>
      <w:r w:rsidRPr="00E85698">
        <w:rPr>
          <w:spacing w:val="-58"/>
        </w:rPr>
        <w:t xml:space="preserve"> </w:t>
      </w:r>
      <w:r w:rsidRPr="00E85698">
        <w:t>функциональным</w:t>
      </w:r>
      <w:r w:rsidRPr="00E85698">
        <w:rPr>
          <w:spacing w:val="-1"/>
        </w:rPr>
        <w:t xml:space="preserve"> </w:t>
      </w:r>
      <w:r w:rsidRPr="00E85698">
        <w:t>разновидностям языка.</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294" w:firstLine="180"/>
      </w:pPr>
      <w:r w:rsidRPr="00E85698">
        <w:lastRenderedPageBreak/>
        <w:t>Использовать при создании собственного текста нормы построения текстов, принадлежащих к</w:t>
      </w:r>
      <w:r w:rsidRPr="00E85698">
        <w:rPr>
          <w:spacing w:val="1"/>
        </w:rPr>
        <w:t xml:space="preserve"> </w:t>
      </w:r>
      <w:r w:rsidRPr="00E85698">
        <w:t>различным функционально-смысловым типам речи, функциональным разновидностям языка, нормы</w:t>
      </w:r>
      <w:r w:rsidRPr="00E85698">
        <w:rPr>
          <w:spacing w:val="-58"/>
        </w:rPr>
        <w:t xml:space="preserve"> </w:t>
      </w:r>
      <w:r w:rsidRPr="00E85698">
        <w:t>составления</w:t>
      </w:r>
      <w:r w:rsidRPr="00E85698">
        <w:rPr>
          <w:spacing w:val="-2"/>
        </w:rPr>
        <w:t xml:space="preserve"> </w:t>
      </w:r>
      <w:r w:rsidRPr="00E85698">
        <w:t>тезисов, конспекта, написания</w:t>
      </w:r>
      <w:r w:rsidRPr="00E85698">
        <w:rPr>
          <w:spacing w:val="-2"/>
        </w:rPr>
        <w:t xml:space="preserve"> </w:t>
      </w:r>
      <w:r w:rsidRPr="00E85698">
        <w:t>реферата.</w:t>
      </w:r>
    </w:p>
    <w:p w:rsidR="00624C8A" w:rsidRPr="00E85698" w:rsidRDefault="00CB6516">
      <w:pPr>
        <w:pStyle w:val="a5"/>
        <w:spacing w:line="274" w:lineRule="exact"/>
        <w:ind w:left="286"/>
      </w:pPr>
      <w:r w:rsidRPr="00E85698">
        <w:t>Составлять</w:t>
      </w:r>
      <w:r w:rsidRPr="00E85698">
        <w:rPr>
          <w:spacing w:val="-6"/>
        </w:rPr>
        <w:t xml:space="preserve"> </w:t>
      </w:r>
      <w:r w:rsidRPr="00E85698">
        <w:t>тезисы,</w:t>
      </w:r>
      <w:r w:rsidRPr="00E85698">
        <w:rPr>
          <w:spacing w:val="-5"/>
        </w:rPr>
        <w:t xml:space="preserve"> </w:t>
      </w:r>
      <w:r w:rsidRPr="00E85698">
        <w:t>конспект,</w:t>
      </w:r>
      <w:r w:rsidRPr="00E85698">
        <w:rPr>
          <w:spacing w:val="-4"/>
        </w:rPr>
        <w:t xml:space="preserve"> </w:t>
      </w:r>
      <w:r w:rsidRPr="00E85698">
        <w:t>писать</w:t>
      </w:r>
      <w:r w:rsidRPr="00E85698">
        <w:rPr>
          <w:spacing w:val="-6"/>
        </w:rPr>
        <w:t xml:space="preserve"> </w:t>
      </w:r>
      <w:r w:rsidRPr="00E85698">
        <w:t>рецензию,</w:t>
      </w:r>
      <w:r w:rsidRPr="00E85698">
        <w:rPr>
          <w:spacing w:val="-4"/>
        </w:rPr>
        <w:t xml:space="preserve"> </w:t>
      </w:r>
      <w:r w:rsidRPr="00E85698">
        <w:t>реферат.</w:t>
      </w:r>
    </w:p>
    <w:p w:rsidR="00624C8A" w:rsidRPr="00E85698" w:rsidRDefault="00CB6516">
      <w:pPr>
        <w:pStyle w:val="a5"/>
        <w:spacing w:before="60" w:line="292" w:lineRule="auto"/>
        <w:ind w:right="322" w:firstLine="180"/>
        <w:jc w:val="both"/>
      </w:pPr>
      <w:r w:rsidRPr="00E85698">
        <w:t>Оценивать чужие и собственные речевые высказывания разной функциональной направленности с</w:t>
      </w:r>
      <w:r w:rsidRPr="00E85698">
        <w:rPr>
          <w:spacing w:val="-57"/>
        </w:rPr>
        <w:t xml:space="preserve"> </w:t>
      </w:r>
      <w:r w:rsidRPr="00E85698">
        <w:t>точки зрения соответствия их коммуникативным требованиям и языковой правильности; исправлять</w:t>
      </w:r>
      <w:r w:rsidRPr="00E85698">
        <w:rPr>
          <w:spacing w:val="-58"/>
        </w:rPr>
        <w:t xml:space="preserve"> </w:t>
      </w:r>
      <w:r w:rsidRPr="00E85698">
        <w:t>речевые</w:t>
      </w:r>
      <w:r w:rsidRPr="00E85698">
        <w:rPr>
          <w:spacing w:val="-1"/>
        </w:rPr>
        <w:t xml:space="preserve"> </w:t>
      </w:r>
      <w:r w:rsidRPr="00E85698">
        <w:t>недостатки, редактировать</w:t>
      </w:r>
      <w:r w:rsidRPr="00E85698">
        <w:rPr>
          <w:spacing w:val="-1"/>
        </w:rPr>
        <w:t xml:space="preserve"> </w:t>
      </w:r>
      <w:r w:rsidRPr="00E85698">
        <w:t>текст.</w:t>
      </w:r>
    </w:p>
    <w:p w:rsidR="00624C8A" w:rsidRPr="00E85698" w:rsidRDefault="00CB6516">
      <w:pPr>
        <w:pStyle w:val="a5"/>
        <w:spacing w:line="292" w:lineRule="auto"/>
        <w:ind w:right="396" w:firstLine="180"/>
      </w:pPr>
      <w:r w:rsidRPr="00E85698">
        <w:t>Выявлять</w:t>
      </w:r>
      <w:r w:rsidRPr="00E85698">
        <w:rPr>
          <w:spacing w:val="-5"/>
        </w:rPr>
        <w:t xml:space="preserve"> </w:t>
      </w:r>
      <w:r w:rsidRPr="00E85698">
        <w:t>отличительные</w:t>
      </w:r>
      <w:r w:rsidRPr="00E85698">
        <w:rPr>
          <w:spacing w:val="-4"/>
        </w:rPr>
        <w:t xml:space="preserve"> </w:t>
      </w:r>
      <w:r w:rsidRPr="00E85698">
        <w:t>особенности</w:t>
      </w:r>
      <w:r w:rsidRPr="00E85698">
        <w:rPr>
          <w:spacing w:val="-4"/>
        </w:rPr>
        <w:t xml:space="preserve"> </w:t>
      </w:r>
      <w:r w:rsidRPr="00E85698">
        <w:t>языка</w:t>
      </w:r>
      <w:r w:rsidRPr="00E85698">
        <w:rPr>
          <w:spacing w:val="-4"/>
        </w:rPr>
        <w:t xml:space="preserve"> </w:t>
      </w:r>
      <w:r w:rsidRPr="00E85698">
        <w:t>художественной</w:t>
      </w:r>
      <w:r w:rsidRPr="00E85698">
        <w:rPr>
          <w:spacing w:val="-4"/>
        </w:rPr>
        <w:t xml:space="preserve"> </w:t>
      </w:r>
      <w:r w:rsidRPr="00E85698">
        <w:t>литературы</w:t>
      </w:r>
      <w:r w:rsidRPr="00E85698">
        <w:rPr>
          <w:spacing w:val="-4"/>
        </w:rPr>
        <w:t xml:space="preserve"> </w:t>
      </w:r>
      <w:r w:rsidRPr="00E85698">
        <w:t>в</w:t>
      </w:r>
      <w:r w:rsidRPr="00E85698">
        <w:rPr>
          <w:spacing w:val="-5"/>
        </w:rPr>
        <w:t xml:space="preserve"> </w:t>
      </w:r>
      <w:r w:rsidRPr="00E85698">
        <w:t>сравнении</w:t>
      </w:r>
      <w:r w:rsidRPr="00E85698">
        <w:rPr>
          <w:spacing w:val="-4"/>
        </w:rPr>
        <w:t xml:space="preserve"> </w:t>
      </w:r>
      <w:r w:rsidRPr="00E85698">
        <w:t>с</w:t>
      </w:r>
      <w:r w:rsidRPr="00E85698">
        <w:rPr>
          <w:spacing w:val="-4"/>
        </w:rPr>
        <w:t xml:space="preserve"> </w:t>
      </w:r>
      <w:r w:rsidRPr="00E85698">
        <w:t>другими</w:t>
      </w:r>
      <w:r w:rsidRPr="00E85698">
        <w:rPr>
          <w:spacing w:val="-57"/>
        </w:rPr>
        <w:t xml:space="preserve"> </w:t>
      </w:r>
      <w:r w:rsidRPr="00E85698">
        <w:t>функциональными разновидностями языка. Распознавать метафору, олицетворение, эпитет,</w:t>
      </w:r>
      <w:r w:rsidRPr="00E85698">
        <w:rPr>
          <w:spacing w:val="1"/>
        </w:rPr>
        <w:t xml:space="preserve"> </w:t>
      </w:r>
      <w:r w:rsidRPr="00E85698">
        <w:t>гиперболу,</w:t>
      </w:r>
      <w:r w:rsidRPr="00E85698">
        <w:rPr>
          <w:spacing w:val="-1"/>
        </w:rPr>
        <w:t xml:space="preserve"> </w:t>
      </w:r>
      <w:r w:rsidRPr="00E85698">
        <w:t>сравнение.</w:t>
      </w:r>
    </w:p>
    <w:p w:rsidR="00624C8A" w:rsidRPr="00E85698" w:rsidRDefault="00CB6516">
      <w:pPr>
        <w:pStyle w:val="11"/>
        <w:spacing w:before="116"/>
      </w:pPr>
      <w:r w:rsidRPr="00E85698">
        <w:t>Система</w:t>
      </w:r>
      <w:r w:rsidRPr="00E85698">
        <w:rPr>
          <w:spacing w:val="-5"/>
        </w:rPr>
        <w:t xml:space="preserve"> </w:t>
      </w:r>
      <w:r w:rsidRPr="00E85698">
        <w:t>языка</w:t>
      </w:r>
    </w:p>
    <w:p w:rsidR="00624C8A" w:rsidRPr="00E85698" w:rsidRDefault="00CB6516">
      <w:pPr>
        <w:spacing w:before="60" w:line="292" w:lineRule="auto"/>
        <w:ind w:left="286" w:right="5821"/>
        <w:rPr>
          <w:b/>
          <w:sz w:val="24"/>
        </w:rPr>
      </w:pPr>
      <w:proofErr w:type="spellStart"/>
      <w:r w:rsidRPr="00E85698">
        <w:rPr>
          <w:b/>
          <w:sz w:val="24"/>
        </w:rPr>
        <w:t>Cинтаксис</w:t>
      </w:r>
      <w:proofErr w:type="spellEnd"/>
      <w:r w:rsidRPr="00E85698">
        <w:rPr>
          <w:b/>
          <w:sz w:val="24"/>
        </w:rPr>
        <w:t>.</w:t>
      </w:r>
      <w:r w:rsidRPr="00E85698">
        <w:rPr>
          <w:b/>
          <w:spacing w:val="-7"/>
          <w:sz w:val="24"/>
        </w:rPr>
        <w:t xml:space="preserve"> </w:t>
      </w:r>
      <w:r w:rsidRPr="00E85698">
        <w:rPr>
          <w:b/>
          <w:sz w:val="24"/>
        </w:rPr>
        <w:t>Культура</w:t>
      </w:r>
      <w:r w:rsidRPr="00E85698">
        <w:rPr>
          <w:b/>
          <w:spacing w:val="-7"/>
          <w:sz w:val="24"/>
        </w:rPr>
        <w:t xml:space="preserve"> </w:t>
      </w:r>
      <w:r w:rsidRPr="00E85698">
        <w:rPr>
          <w:b/>
          <w:sz w:val="24"/>
        </w:rPr>
        <w:t>речи.</w:t>
      </w:r>
      <w:r w:rsidRPr="00E85698">
        <w:rPr>
          <w:b/>
          <w:spacing w:val="-7"/>
          <w:sz w:val="24"/>
        </w:rPr>
        <w:t xml:space="preserve"> </w:t>
      </w:r>
      <w:r w:rsidRPr="00E85698">
        <w:rPr>
          <w:b/>
          <w:sz w:val="24"/>
        </w:rPr>
        <w:t>Пунктуация</w:t>
      </w:r>
      <w:r w:rsidRPr="00E85698">
        <w:rPr>
          <w:b/>
          <w:spacing w:val="-57"/>
          <w:sz w:val="24"/>
        </w:rPr>
        <w:t xml:space="preserve"> </w:t>
      </w:r>
      <w:r w:rsidRPr="00E85698">
        <w:rPr>
          <w:b/>
          <w:sz w:val="24"/>
        </w:rPr>
        <w:t>Сложносочинённое</w:t>
      </w:r>
      <w:r w:rsidRPr="00E85698">
        <w:rPr>
          <w:b/>
          <w:spacing w:val="-2"/>
          <w:sz w:val="24"/>
        </w:rPr>
        <w:t xml:space="preserve"> </w:t>
      </w:r>
      <w:r w:rsidRPr="00E85698">
        <w:rPr>
          <w:b/>
          <w:sz w:val="24"/>
        </w:rPr>
        <w:t>предложение</w:t>
      </w:r>
    </w:p>
    <w:p w:rsidR="00624C8A" w:rsidRPr="00E85698" w:rsidRDefault="00CB6516">
      <w:pPr>
        <w:pStyle w:val="a5"/>
        <w:spacing w:line="275" w:lineRule="exact"/>
        <w:ind w:left="286"/>
      </w:pPr>
      <w:r w:rsidRPr="00E85698">
        <w:t>Выявлять</w:t>
      </w:r>
      <w:r w:rsidRPr="00E85698">
        <w:rPr>
          <w:spacing w:val="-6"/>
        </w:rPr>
        <w:t xml:space="preserve"> </w:t>
      </w:r>
      <w:r w:rsidRPr="00E85698">
        <w:t>основные</w:t>
      </w:r>
      <w:r w:rsidRPr="00E85698">
        <w:rPr>
          <w:spacing w:val="-5"/>
        </w:rPr>
        <w:t xml:space="preserve"> </w:t>
      </w:r>
      <w:r w:rsidRPr="00E85698">
        <w:t>средства</w:t>
      </w:r>
      <w:r w:rsidRPr="00E85698">
        <w:rPr>
          <w:spacing w:val="-5"/>
        </w:rPr>
        <w:t xml:space="preserve"> </w:t>
      </w:r>
      <w:r w:rsidRPr="00E85698">
        <w:t>синтаксической</w:t>
      </w:r>
      <w:r w:rsidRPr="00E85698">
        <w:rPr>
          <w:spacing w:val="-4"/>
        </w:rPr>
        <w:t xml:space="preserve"> </w:t>
      </w:r>
      <w:r w:rsidRPr="00E85698">
        <w:t>связи</w:t>
      </w:r>
      <w:r w:rsidRPr="00E85698">
        <w:rPr>
          <w:spacing w:val="-5"/>
        </w:rPr>
        <w:t xml:space="preserve"> </w:t>
      </w:r>
      <w:r w:rsidRPr="00E85698">
        <w:t>между</w:t>
      </w:r>
      <w:r w:rsidRPr="00E85698">
        <w:rPr>
          <w:spacing w:val="-5"/>
        </w:rPr>
        <w:t xml:space="preserve"> </w:t>
      </w:r>
      <w:r w:rsidRPr="00E85698">
        <w:t>частями</w:t>
      </w:r>
      <w:r w:rsidRPr="00E85698">
        <w:rPr>
          <w:spacing w:val="-4"/>
        </w:rPr>
        <w:t xml:space="preserve"> </w:t>
      </w:r>
      <w:r w:rsidRPr="00E85698">
        <w:t>сложного</w:t>
      </w:r>
      <w:r w:rsidRPr="00E85698">
        <w:rPr>
          <w:spacing w:val="-5"/>
        </w:rPr>
        <w:t xml:space="preserve"> </w:t>
      </w:r>
      <w:r w:rsidRPr="00E85698">
        <w:t>предложения.</w:t>
      </w:r>
    </w:p>
    <w:p w:rsidR="00624C8A" w:rsidRPr="00E85698" w:rsidRDefault="00CB6516">
      <w:pPr>
        <w:pStyle w:val="a5"/>
        <w:spacing w:before="61" w:line="292" w:lineRule="auto"/>
        <w:ind w:right="294" w:firstLine="180"/>
      </w:pPr>
      <w:r w:rsidRPr="00E85698">
        <w:t>Распознавать сложные предложения с разными видами связи, бессоюзные и союзные предложения</w:t>
      </w:r>
      <w:r w:rsidRPr="00E85698">
        <w:rPr>
          <w:spacing w:val="-58"/>
        </w:rPr>
        <w:t xml:space="preserve"> </w:t>
      </w:r>
      <w:r w:rsidRPr="00E85698">
        <w:t>(сложносочинённые</w:t>
      </w:r>
      <w:r w:rsidRPr="00E85698">
        <w:rPr>
          <w:spacing w:val="-1"/>
        </w:rPr>
        <w:t xml:space="preserve"> </w:t>
      </w:r>
      <w:r w:rsidRPr="00E85698">
        <w:t>и сложноподчинённые).</w:t>
      </w:r>
    </w:p>
    <w:p w:rsidR="00624C8A" w:rsidRPr="00E85698" w:rsidRDefault="00CB6516">
      <w:pPr>
        <w:pStyle w:val="a5"/>
        <w:spacing w:line="292" w:lineRule="auto"/>
        <w:ind w:right="1106" w:firstLine="180"/>
      </w:pPr>
      <w:r w:rsidRPr="00E85698">
        <w:t>Характеризовать сложносочинённое предложение, его строение, смысловое, структурное и</w:t>
      </w:r>
      <w:r w:rsidRPr="00E85698">
        <w:rPr>
          <w:spacing w:val="-58"/>
        </w:rPr>
        <w:t xml:space="preserve"> </w:t>
      </w:r>
      <w:r w:rsidRPr="00E85698">
        <w:t>интонационное</w:t>
      </w:r>
      <w:r w:rsidRPr="00E85698">
        <w:rPr>
          <w:spacing w:val="-1"/>
        </w:rPr>
        <w:t xml:space="preserve"> </w:t>
      </w:r>
      <w:r w:rsidRPr="00E85698">
        <w:t>единство частей сложного</w:t>
      </w:r>
      <w:r w:rsidRPr="00E85698">
        <w:rPr>
          <w:spacing w:val="-1"/>
        </w:rPr>
        <w:t xml:space="preserve"> </w:t>
      </w:r>
      <w:r w:rsidRPr="00E85698">
        <w:t>предложения.</w:t>
      </w:r>
    </w:p>
    <w:p w:rsidR="00624C8A" w:rsidRPr="00E85698" w:rsidRDefault="00CB6516">
      <w:pPr>
        <w:pStyle w:val="a5"/>
        <w:spacing w:line="292" w:lineRule="auto"/>
        <w:ind w:right="208" w:firstLine="180"/>
      </w:pPr>
      <w:r w:rsidRPr="00E85698">
        <w:t>Выявлять смысловые отношения между частями сложносочинённого предложения, интонационные</w:t>
      </w:r>
      <w:r w:rsidRPr="00E85698">
        <w:rPr>
          <w:spacing w:val="-58"/>
        </w:rPr>
        <w:t xml:space="preserve"> </w:t>
      </w:r>
      <w:r w:rsidRPr="00E85698">
        <w:t>особенности сложносочинённых предложений с разными типами смысловых отношений между</w:t>
      </w:r>
      <w:r w:rsidRPr="00E85698">
        <w:rPr>
          <w:spacing w:val="1"/>
        </w:rPr>
        <w:t xml:space="preserve"> </w:t>
      </w:r>
      <w:r w:rsidRPr="00E85698">
        <w:t>частями.</w:t>
      </w:r>
    </w:p>
    <w:p w:rsidR="00624C8A" w:rsidRPr="00E85698" w:rsidRDefault="00CB6516">
      <w:pPr>
        <w:pStyle w:val="a5"/>
        <w:spacing w:line="292" w:lineRule="auto"/>
        <w:ind w:left="286" w:right="2370"/>
      </w:pPr>
      <w:r w:rsidRPr="00E85698">
        <w:t>Понимать особенности употребления сложносочинённых предложений в речи.</w:t>
      </w:r>
      <w:r w:rsidRPr="00E85698">
        <w:rPr>
          <w:spacing w:val="-58"/>
        </w:rPr>
        <w:t xml:space="preserve"> </w:t>
      </w:r>
      <w:r w:rsidRPr="00E85698">
        <w:t>Понимать</w:t>
      </w:r>
      <w:r w:rsidRPr="00E85698">
        <w:rPr>
          <w:spacing w:val="-3"/>
        </w:rPr>
        <w:t xml:space="preserve"> </w:t>
      </w:r>
      <w:r w:rsidRPr="00E85698">
        <w:t>основные</w:t>
      </w:r>
      <w:r w:rsidRPr="00E85698">
        <w:rPr>
          <w:spacing w:val="-1"/>
        </w:rPr>
        <w:t xml:space="preserve"> </w:t>
      </w:r>
      <w:r w:rsidRPr="00E85698">
        <w:t>нормы</w:t>
      </w:r>
      <w:r w:rsidRPr="00E85698">
        <w:rPr>
          <w:spacing w:val="-2"/>
        </w:rPr>
        <w:t xml:space="preserve"> </w:t>
      </w:r>
      <w:r w:rsidRPr="00E85698">
        <w:t>построения</w:t>
      </w:r>
      <w:r w:rsidRPr="00E85698">
        <w:rPr>
          <w:spacing w:val="-2"/>
        </w:rPr>
        <w:t xml:space="preserve"> </w:t>
      </w:r>
      <w:r w:rsidRPr="00E85698">
        <w:t>сложносочинённого</w:t>
      </w:r>
      <w:r w:rsidRPr="00E85698">
        <w:rPr>
          <w:spacing w:val="-2"/>
        </w:rPr>
        <w:t xml:space="preserve"> </w:t>
      </w:r>
      <w:r w:rsidRPr="00E85698">
        <w:t>предложения.</w:t>
      </w:r>
    </w:p>
    <w:p w:rsidR="00624C8A" w:rsidRPr="00E85698" w:rsidRDefault="00CB6516">
      <w:pPr>
        <w:pStyle w:val="a5"/>
        <w:spacing w:line="292" w:lineRule="auto"/>
        <w:ind w:right="1044" w:firstLine="180"/>
      </w:pPr>
      <w:r w:rsidRPr="00E85698">
        <w:t>Понимать явления грамматической синонимии сложносочинённых предложений и простых</w:t>
      </w:r>
      <w:r w:rsidRPr="00E85698">
        <w:rPr>
          <w:spacing w:val="-57"/>
        </w:rPr>
        <w:t xml:space="preserve"> </w:t>
      </w:r>
      <w:r w:rsidRPr="00E85698">
        <w:t>предложений</w:t>
      </w:r>
      <w:r w:rsidRPr="00E85698">
        <w:rPr>
          <w:spacing w:val="-3"/>
        </w:rPr>
        <w:t xml:space="preserve"> </w:t>
      </w:r>
      <w:r w:rsidRPr="00E85698">
        <w:t>с</w:t>
      </w:r>
      <w:r w:rsidRPr="00E85698">
        <w:rPr>
          <w:spacing w:val="-3"/>
        </w:rPr>
        <w:t xml:space="preserve"> </w:t>
      </w:r>
      <w:r w:rsidRPr="00E85698">
        <w:t>однородными</w:t>
      </w:r>
      <w:r w:rsidRPr="00E85698">
        <w:rPr>
          <w:spacing w:val="-3"/>
        </w:rPr>
        <w:t xml:space="preserve"> </w:t>
      </w:r>
      <w:r w:rsidRPr="00E85698">
        <w:t>членами;</w:t>
      </w:r>
      <w:r w:rsidRPr="00E85698">
        <w:rPr>
          <w:spacing w:val="-4"/>
        </w:rPr>
        <w:t xml:space="preserve"> </w:t>
      </w:r>
      <w:r w:rsidRPr="00E85698">
        <w:t>использовать</w:t>
      </w:r>
      <w:r w:rsidRPr="00E85698">
        <w:rPr>
          <w:spacing w:val="-4"/>
        </w:rPr>
        <w:t xml:space="preserve"> </w:t>
      </w:r>
      <w:r w:rsidRPr="00E85698">
        <w:t>соответствующие</w:t>
      </w:r>
      <w:r w:rsidRPr="00E85698">
        <w:rPr>
          <w:spacing w:val="-3"/>
        </w:rPr>
        <w:t xml:space="preserve"> </w:t>
      </w:r>
      <w:r w:rsidRPr="00E85698">
        <w:t>конструкции</w:t>
      </w:r>
      <w:r w:rsidRPr="00E85698">
        <w:rPr>
          <w:spacing w:val="-3"/>
        </w:rPr>
        <w:t xml:space="preserve"> </w:t>
      </w:r>
      <w:r w:rsidRPr="00E85698">
        <w:t>в</w:t>
      </w:r>
      <w:r w:rsidRPr="00E85698">
        <w:rPr>
          <w:spacing w:val="-4"/>
        </w:rPr>
        <w:t xml:space="preserve"> </w:t>
      </w:r>
      <w:r w:rsidRPr="00E85698">
        <w:t>речи.</w:t>
      </w:r>
    </w:p>
    <w:p w:rsidR="00624C8A" w:rsidRPr="00E85698" w:rsidRDefault="00CB6516">
      <w:pPr>
        <w:pStyle w:val="a5"/>
        <w:spacing w:line="292" w:lineRule="auto"/>
        <w:ind w:left="286" w:right="1383"/>
        <w:rPr>
          <w:b/>
        </w:rPr>
      </w:pPr>
      <w:r w:rsidRPr="00E85698">
        <w:t>Проводить синтаксический и пунктуационный анализ сложносочинённых предложений.</w:t>
      </w:r>
      <w:r w:rsidRPr="00E85698">
        <w:rPr>
          <w:spacing w:val="-58"/>
        </w:rPr>
        <w:t xml:space="preserve"> </w:t>
      </w:r>
      <w:r w:rsidRPr="00E85698">
        <w:t>Применять нормы постановки знаков препинания в сложносочинённых предложениях.</w:t>
      </w:r>
      <w:r w:rsidRPr="00E85698">
        <w:rPr>
          <w:spacing w:val="1"/>
        </w:rPr>
        <w:t xml:space="preserve"> </w:t>
      </w:r>
      <w:r w:rsidRPr="00E85698">
        <w:rPr>
          <w:b/>
        </w:rPr>
        <w:t>Сложноподчинённое</w:t>
      </w:r>
      <w:r w:rsidRPr="00E85698">
        <w:rPr>
          <w:b/>
          <w:spacing w:val="-1"/>
        </w:rPr>
        <w:t xml:space="preserve"> </w:t>
      </w:r>
      <w:r w:rsidRPr="00E85698">
        <w:rPr>
          <w:b/>
        </w:rPr>
        <w:t>предложение</w:t>
      </w:r>
    </w:p>
    <w:p w:rsidR="00624C8A" w:rsidRPr="00E85698" w:rsidRDefault="00CB6516">
      <w:pPr>
        <w:pStyle w:val="a5"/>
        <w:spacing w:line="292" w:lineRule="auto"/>
        <w:ind w:firstLine="180"/>
      </w:pPr>
      <w:r w:rsidRPr="00E85698">
        <w:t>Распознавать</w:t>
      </w:r>
      <w:r w:rsidRPr="00E85698">
        <w:rPr>
          <w:spacing w:val="-6"/>
        </w:rPr>
        <w:t xml:space="preserve"> </w:t>
      </w:r>
      <w:r w:rsidRPr="00E85698">
        <w:t>сложноподчинённые</w:t>
      </w:r>
      <w:r w:rsidRPr="00E85698">
        <w:rPr>
          <w:spacing w:val="-5"/>
        </w:rPr>
        <w:t xml:space="preserve"> </w:t>
      </w:r>
      <w:r w:rsidRPr="00E85698">
        <w:t>предложения,</w:t>
      </w:r>
      <w:r w:rsidRPr="00E85698">
        <w:rPr>
          <w:spacing w:val="-5"/>
        </w:rPr>
        <w:t xml:space="preserve"> </w:t>
      </w:r>
      <w:r w:rsidRPr="00E85698">
        <w:t>выделять</w:t>
      </w:r>
      <w:r w:rsidRPr="00E85698">
        <w:rPr>
          <w:spacing w:val="-6"/>
        </w:rPr>
        <w:t xml:space="preserve"> </w:t>
      </w:r>
      <w:r w:rsidRPr="00E85698">
        <w:t>главную</w:t>
      </w:r>
      <w:r w:rsidRPr="00E85698">
        <w:rPr>
          <w:spacing w:val="-5"/>
        </w:rPr>
        <w:t xml:space="preserve"> </w:t>
      </w:r>
      <w:r w:rsidRPr="00E85698">
        <w:t>и</w:t>
      </w:r>
      <w:r w:rsidRPr="00E85698">
        <w:rPr>
          <w:spacing w:val="-5"/>
        </w:rPr>
        <w:t xml:space="preserve"> </w:t>
      </w:r>
      <w:r w:rsidRPr="00E85698">
        <w:t>придаточную</w:t>
      </w:r>
      <w:r w:rsidRPr="00E85698">
        <w:rPr>
          <w:spacing w:val="-6"/>
        </w:rPr>
        <w:t xml:space="preserve"> </w:t>
      </w:r>
      <w:r w:rsidRPr="00E85698">
        <w:t>части</w:t>
      </w:r>
      <w:r w:rsidRPr="00E85698">
        <w:rPr>
          <w:spacing w:val="-57"/>
        </w:rPr>
        <w:t xml:space="preserve"> </w:t>
      </w:r>
      <w:r w:rsidRPr="00E85698">
        <w:t>предложения,</w:t>
      </w:r>
      <w:r w:rsidRPr="00E85698">
        <w:rPr>
          <w:spacing w:val="-1"/>
        </w:rPr>
        <w:t xml:space="preserve"> </w:t>
      </w:r>
      <w:r w:rsidRPr="00E85698">
        <w:t>средства</w:t>
      </w:r>
      <w:r w:rsidRPr="00E85698">
        <w:rPr>
          <w:spacing w:val="-1"/>
        </w:rPr>
        <w:t xml:space="preserve"> </w:t>
      </w:r>
      <w:r w:rsidRPr="00E85698">
        <w:t>связи</w:t>
      </w:r>
      <w:r w:rsidRPr="00E85698">
        <w:rPr>
          <w:spacing w:val="-1"/>
        </w:rPr>
        <w:t xml:space="preserve"> </w:t>
      </w:r>
      <w:r w:rsidRPr="00E85698">
        <w:t>частей</w:t>
      </w:r>
      <w:r w:rsidRPr="00E85698">
        <w:rPr>
          <w:spacing w:val="-1"/>
        </w:rPr>
        <w:t xml:space="preserve"> </w:t>
      </w:r>
      <w:r w:rsidRPr="00E85698">
        <w:t>сложноподчинённого</w:t>
      </w:r>
      <w:r w:rsidRPr="00E85698">
        <w:rPr>
          <w:spacing w:val="-1"/>
        </w:rPr>
        <w:t xml:space="preserve"> </w:t>
      </w:r>
      <w:r w:rsidRPr="00E85698">
        <w:t>предложения.</w:t>
      </w:r>
    </w:p>
    <w:p w:rsidR="00624C8A" w:rsidRPr="00E85698" w:rsidRDefault="00CB6516">
      <w:pPr>
        <w:pStyle w:val="a5"/>
        <w:spacing w:line="275" w:lineRule="exact"/>
        <w:ind w:left="286"/>
      </w:pPr>
      <w:r w:rsidRPr="00E85698">
        <w:t>Различать</w:t>
      </w:r>
      <w:r w:rsidRPr="00E85698">
        <w:rPr>
          <w:spacing w:val="-5"/>
        </w:rPr>
        <w:t xml:space="preserve"> </w:t>
      </w:r>
      <w:r w:rsidRPr="00E85698">
        <w:t>подчинительные</w:t>
      </w:r>
      <w:r w:rsidRPr="00E85698">
        <w:rPr>
          <w:spacing w:val="-4"/>
        </w:rPr>
        <w:t xml:space="preserve"> </w:t>
      </w:r>
      <w:r w:rsidRPr="00E85698">
        <w:t>союзы</w:t>
      </w:r>
      <w:r w:rsidRPr="00E85698">
        <w:rPr>
          <w:spacing w:val="-3"/>
        </w:rPr>
        <w:t xml:space="preserve"> </w:t>
      </w:r>
      <w:r w:rsidRPr="00E85698">
        <w:t>и</w:t>
      </w:r>
      <w:r w:rsidRPr="00E85698">
        <w:rPr>
          <w:spacing w:val="-4"/>
        </w:rPr>
        <w:t xml:space="preserve"> </w:t>
      </w:r>
      <w:r w:rsidRPr="00E85698">
        <w:t>союзные</w:t>
      </w:r>
      <w:r w:rsidRPr="00E85698">
        <w:rPr>
          <w:spacing w:val="-4"/>
        </w:rPr>
        <w:t xml:space="preserve"> </w:t>
      </w:r>
      <w:r w:rsidRPr="00E85698">
        <w:t>слова.</w:t>
      </w:r>
    </w:p>
    <w:p w:rsidR="00624C8A" w:rsidRPr="00E85698" w:rsidRDefault="00CB6516">
      <w:pPr>
        <w:pStyle w:val="a5"/>
        <w:spacing w:before="51" w:line="292" w:lineRule="auto"/>
        <w:ind w:right="308" w:firstLine="180"/>
      </w:pPr>
      <w:r w:rsidRPr="00E85698">
        <w:t>Различать виды сложноподчинённых предложений по характеру смысловых отношений между</w:t>
      </w:r>
      <w:r w:rsidRPr="00E85698">
        <w:rPr>
          <w:spacing w:val="1"/>
        </w:rPr>
        <w:t xml:space="preserve"> </w:t>
      </w:r>
      <w:r w:rsidRPr="00E85698">
        <w:t>главной</w:t>
      </w:r>
      <w:r w:rsidRPr="00E85698">
        <w:rPr>
          <w:spacing w:val="-5"/>
        </w:rPr>
        <w:t xml:space="preserve"> </w:t>
      </w:r>
      <w:r w:rsidRPr="00E85698">
        <w:t>и</w:t>
      </w:r>
      <w:r w:rsidRPr="00E85698">
        <w:rPr>
          <w:spacing w:val="-5"/>
        </w:rPr>
        <w:t xml:space="preserve"> </w:t>
      </w:r>
      <w:r w:rsidRPr="00E85698">
        <w:t>придаточной</w:t>
      </w:r>
      <w:r w:rsidRPr="00E85698">
        <w:rPr>
          <w:spacing w:val="-5"/>
        </w:rPr>
        <w:t xml:space="preserve"> </w:t>
      </w:r>
      <w:r w:rsidRPr="00E85698">
        <w:t>частями,</w:t>
      </w:r>
      <w:r w:rsidRPr="00E85698">
        <w:rPr>
          <w:spacing w:val="-5"/>
        </w:rPr>
        <w:t xml:space="preserve"> </w:t>
      </w:r>
      <w:r w:rsidRPr="00E85698">
        <w:t>структуре,</w:t>
      </w:r>
      <w:r w:rsidRPr="00E85698">
        <w:rPr>
          <w:spacing w:val="-5"/>
        </w:rPr>
        <w:t xml:space="preserve"> </w:t>
      </w:r>
      <w:r w:rsidRPr="00E85698">
        <w:t>синтаксическим</w:t>
      </w:r>
      <w:r w:rsidRPr="00E85698">
        <w:rPr>
          <w:spacing w:val="-5"/>
        </w:rPr>
        <w:t xml:space="preserve"> </w:t>
      </w:r>
      <w:r w:rsidRPr="00E85698">
        <w:t>средствам</w:t>
      </w:r>
      <w:r w:rsidRPr="00E85698">
        <w:rPr>
          <w:spacing w:val="-5"/>
        </w:rPr>
        <w:t xml:space="preserve"> </w:t>
      </w:r>
      <w:r w:rsidRPr="00E85698">
        <w:t>связи,</w:t>
      </w:r>
      <w:r w:rsidRPr="00E85698">
        <w:rPr>
          <w:spacing w:val="-5"/>
        </w:rPr>
        <w:t xml:space="preserve"> </w:t>
      </w:r>
      <w:r w:rsidRPr="00E85698">
        <w:t>выявлять</w:t>
      </w:r>
      <w:r w:rsidRPr="00E85698">
        <w:rPr>
          <w:spacing w:val="-5"/>
        </w:rPr>
        <w:t xml:space="preserve"> </w:t>
      </w:r>
      <w:r w:rsidRPr="00E85698">
        <w:t>особенности</w:t>
      </w:r>
      <w:r w:rsidRPr="00E85698">
        <w:rPr>
          <w:spacing w:val="-57"/>
        </w:rPr>
        <w:t xml:space="preserve"> </w:t>
      </w:r>
      <w:r w:rsidRPr="00E85698">
        <w:t>их</w:t>
      </w:r>
      <w:r w:rsidRPr="00E85698">
        <w:rPr>
          <w:spacing w:val="-1"/>
        </w:rPr>
        <w:t xml:space="preserve"> </w:t>
      </w:r>
      <w:r w:rsidRPr="00E85698">
        <w:t>строения.</w:t>
      </w:r>
    </w:p>
    <w:p w:rsidR="00624C8A" w:rsidRPr="00E85698" w:rsidRDefault="00CB6516">
      <w:pPr>
        <w:pStyle w:val="a5"/>
        <w:spacing w:line="292" w:lineRule="auto"/>
        <w:ind w:firstLine="180"/>
      </w:pPr>
      <w:r w:rsidRPr="00E85698">
        <w:t>Выявлять сложноподчинённые предложения с несколькими придаточными, сложноподчинённые</w:t>
      </w:r>
      <w:r w:rsidRPr="00E85698">
        <w:rPr>
          <w:spacing w:val="1"/>
        </w:rPr>
        <w:t xml:space="preserve"> </w:t>
      </w:r>
      <w:r w:rsidRPr="00E85698">
        <w:t>предложения</w:t>
      </w:r>
      <w:r w:rsidRPr="00E85698">
        <w:rPr>
          <w:spacing w:val="-7"/>
        </w:rPr>
        <w:t xml:space="preserve"> </w:t>
      </w:r>
      <w:r w:rsidRPr="00E85698">
        <w:t>с</w:t>
      </w:r>
      <w:r w:rsidRPr="00E85698">
        <w:rPr>
          <w:spacing w:val="-5"/>
        </w:rPr>
        <w:t xml:space="preserve"> </w:t>
      </w:r>
      <w:r w:rsidRPr="00E85698">
        <w:t>придаточной</w:t>
      </w:r>
      <w:r w:rsidRPr="00E85698">
        <w:rPr>
          <w:spacing w:val="-5"/>
        </w:rPr>
        <w:t xml:space="preserve"> </w:t>
      </w:r>
      <w:r w:rsidRPr="00E85698">
        <w:t>частью</w:t>
      </w:r>
      <w:r w:rsidRPr="00E85698">
        <w:rPr>
          <w:spacing w:val="-7"/>
        </w:rPr>
        <w:t xml:space="preserve"> </w:t>
      </w:r>
      <w:r w:rsidRPr="00E85698">
        <w:t>определительной,</w:t>
      </w:r>
      <w:r w:rsidRPr="00E85698">
        <w:rPr>
          <w:spacing w:val="-5"/>
        </w:rPr>
        <w:t xml:space="preserve"> </w:t>
      </w:r>
      <w:r w:rsidRPr="00E85698">
        <w:t>изъяснительной</w:t>
      </w:r>
      <w:r w:rsidRPr="00E85698">
        <w:rPr>
          <w:spacing w:val="-5"/>
        </w:rPr>
        <w:t xml:space="preserve"> </w:t>
      </w:r>
      <w:r w:rsidRPr="00E85698">
        <w:t>и</w:t>
      </w:r>
      <w:r w:rsidRPr="00E85698">
        <w:rPr>
          <w:spacing w:val="-6"/>
        </w:rPr>
        <w:t xml:space="preserve"> </w:t>
      </w:r>
      <w:r w:rsidRPr="00E85698">
        <w:t>обстоятельственной</w:t>
      </w:r>
      <w:r w:rsidRPr="00E85698">
        <w:rPr>
          <w:spacing w:val="-5"/>
        </w:rPr>
        <w:t xml:space="preserve"> </w:t>
      </w:r>
      <w:r w:rsidRPr="00E85698">
        <w:t>(места,</w:t>
      </w:r>
      <w:r w:rsidRPr="00E85698">
        <w:rPr>
          <w:spacing w:val="-57"/>
        </w:rPr>
        <w:t xml:space="preserve"> </w:t>
      </w:r>
      <w:r w:rsidRPr="00E85698">
        <w:t>времени,</w:t>
      </w:r>
      <w:r w:rsidRPr="00E85698">
        <w:rPr>
          <w:spacing w:val="-4"/>
        </w:rPr>
        <w:t xml:space="preserve"> </w:t>
      </w:r>
      <w:r w:rsidRPr="00E85698">
        <w:t>причины,</w:t>
      </w:r>
      <w:r w:rsidRPr="00E85698">
        <w:rPr>
          <w:spacing w:val="-3"/>
        </w:rPr>
        <w:t xml:space="preserve"> </w:t>
      </w:r>
      <w:r w:rsidRPr="00E85698">
        <w:t>образа</w:t>
      </w:r>
      <w:r w:rsidRPr="00E85698">
        <w:rPr>
          <w:spacing w:val="-3"/>
        </w:rPr>
        <w:t xml:space="preserve"> </w:t>
      </w:r>
      <w:r w:rsidRPr="00E85698">
        <w:t>действия,</w:t>
      </w:r>
      <w:r w:rsidRPr="00E85698">
        <w:rPr>
          <w:spacing w:val="-3"/>
        </w:rPr>
        <w:t xml:space="preserve"> </w:t>
      </w:r>
      <w:r w:rsidRPr="00E85698">
        <w:t>меры</w:t>
      </w:r>
      <w:r w:rsidRPr="00E85698">
        <w:rPr>
          <w:spacing w:val="-4"/>
        </w:rPr>
        <w:t xml:space="preserve"> </w:t>
      </w:r>
      <w:r w:rsidRPr="00E85698">
        <w:t>и</w:t>
      </w:r>
      <w:r w:rsidRPr="00E85698">
        <w:rPr>
          <w:spacing w:val="-3"/>
        </w:rPr>
        <w:t xml:space="preserve"> </w:t>
      </w:r>
      <w:r w:rsidRPr="00E85698">
        <w:t>степени,</w:t>
      </w:r>
      <w:r w:rsidRPr="00E85698">
        <w:rPr>
          <w:spacing w:val="-3"/>
        </w:rPr>
        <w:t xml:space="preserve"> </w:t>
      </w:r>
      <w:r w:rsidRPr="00E85698">
        <w:t>сравнения,</w:t>
      </w:r>
      <w:r w:rsidRPr="00E85698">
        <w:rPr>
          <w:spacing w:val="-3"/>
        </w:rPr>
        <w:t xml:space="preserve"> </w:t>
      </w:r>
      <w:r w:rsidRPr="00E85698">
        <w:t>условия,</w:t>
      </w:r>
      <w:r w:rsidRPr="00E85698">
        <w:rPr>
          <w:spacing w:val="-4"/>
        </w:rPr>
        <w:t xml:space="preserve"> </w:t>
      </w:r>
      <w:r w:rsidRPr="00E85698">
        <w:t>уступки,</w:t>
      </w:r>
      <w:r w:rsidRPr="00E85698">
        <w:rPr>
          <w:spacing w:val="-3"/>
        </w:rPr>
        <w:t xml:space="preserve"> </w:t>
      </w:r>
      <w:r w:rsidRPr="00E85698">
        <w:t>следствия,</w:t>
      </w:r>
      <w:r w:rsidRPr="00E85698">
        <w:rPr>
          <w:spacing w:val="-3"/>
        </w:rPr>
        <w:t xml:space="preserve"> </w:t>
      </w:r>
      <w:r w:rsidRPr="00E85698">
        <w:t>цели).</w:t>
      </w:r>
    </w:p>
    <w:p w:rsidR="00624C8A" w:rsidRPr="00E85698" w:rsidRDefault="00CB6516">
      <w:pPr>
        <w:pStyle w:val="a5"/>
        <w:spacing w:line="274" w:lineRule="exact"/>
        <w:ind w:left="286"/>
      </w:pPr>
      <w:r w:rsidRPr="00E85698">
        <w:t>Выявлять</w:t>
      </w:r>
      <w:r w:rsidRPr="00E85698">
        <w:rPr>
          <w:spacing w:val="-6"/>
        </w:rPr>
        <w:t xml:space="preserve"> </w:t>
      </w:r>
      <w:r w:rsidRPr="00E85698">
        <w:t>однородное,</w:t>
      </w:r>
      <w:r w:rsidRPr="00E85698">
        <w:rPr>
          <w:spacing w:val="-4"/>
        </w:rPr>
        <w:t xml:space="preserve"> </w:t>
      </w:r>
      <w:r w:rsidRPr="00E85698">
        <w:t>неоднородное</w:t>
      </w:r>
      <w:r w:rsidRPr="00E85698">
        <w:rPr>
          <w:spacing w:val="-4"/>
        </w:rPr>
        <w:t xml:space="preserve"> </w:t>
      </w:r>
      <w:r w:rsidRPr="00E85698">
        <w:t>и</w:t>
      </w:r>
      <w:r w:rsidRPr="00E85698">
        <w:rPr>
          <w:spacing w:val="-4"/>
        </w:rPr>
        <w:t xml:space="preserve"> </w:t>
      </w:r>
      <w:r w:rsidRPr="00E85698">
        <w:t>последовательное</w:t>
      </w:r>
      <w:r w:rsidRPr="00E85698">
        <w:rPr>
          <w:spacing w:val="-4"/>
        </w:rPr>
        <w:t xml:space="preserve"> </w:t>
      </w:r>
      <w:r w:rsidRPr="00E85698">
        <w:t>подчинение</w:t>
      </w:r>
      <w:r w:rsidRPr="00E85698">
        <w:rPr>
          <w:spacing w:val="-4"/>
        </w:rPr>
        <w:t xml:space="preserve"> </w:t>
      </w:r>
      <w:r w:rsidRPr="00E85698">
        <w:t>придаточных</w:t>
      </w:r>
      <w:r w:rsidRPr="00E85698">
        <w:rPr>
          <w:spacing w:val="-4"/>
        </w:rPr>
        <w:t xml:space="preserve"> </w:t>
      </w:r>
      <w:r w:rsidRPr="00E85698">
        <w:t>частей.</w:t>
      </w:r>
    </w:p>
    <w:p w:rsidR="00624C8A" w:rsidRPr="00E85698" w:rsidRDefault="00CB6516">
      <w:pPr>
        <w:pStyle w:val="a5"/>
        <w:spacing w:before="59" w:line="292" w:lineRule="auto"/>
        <w:ind w:right="900" w:firstLine="180"/>
      </w:pPr>
      <w:r w:rsidRPr="00E85698">
        <w:t>Понимать явления грамматической синонимии сложноподчинённых предложений и простых</w:t>
      </w:r>
      <w:r w:rsidRPr="00E85698">
        <w:rPr>
          <w:spacing w:val="-57"/>
        </w:rPr>
        <w:t xml:space="preserve"> </w:t>
      </w:r>
      <w:r w:rsidRPr="00E85698">
        <w:t>предложений</w:t>
      </w:r>
      <w:r w:rsidRPr="00E85698">
        <w:rPr>
          <w:spacing w:val="-4"/>
        </w:rPr>
        <w:t xml:space="preserve"> </w:t>
      </w:r>
      <w:r w:rsidRPr="00E85698">
        <w:t>с</w:t>
      </w:r>
      <w:r w:rsidRPr="00E85698">
        <w:rPr>
          <w:spacing w:val="-4"/>
        </w:rPr>
        <w:t xml:space="preserve"> </w:t>
      </w:r>
      <w:r w:rsidRPr="00E85698">
        <w:t>обособленными</w:t>
      </w:r>
      <w:r w:rsidRPr="00E85698">
        <w:rPr>
          <w:spacing w:val="-3"/>
        </w:rPr>
        <w:t xml:space="preserve"> </w:t>
      </w:r>
      <w:r w:rsidRPr="00E85698">
        <w:t>членами;</w:t>
      </w:r>
      <w:r w:rsidRPr="00E85698">
        <w:rPr>
          <w:spacing w:val="-5"/>
        </w:rPr>
        <w:t xml:space="preserve"> </w:t>
      </w:r>
      <w:r w:rsidRPr="00E85698">
        <w:t>использовать</w:t>
      </w:r>
      <w:r w:rsidRPr="00E85698">
        <w:rPr>
          <w:spacing w:val="-4"/>
        </w:rPr>
        <w:t xml:space="preserve"> </w:t>
      </w:r>
      <w:r w:rsidRPr="00E85698">
        <w:t>соответствующие</w:t>
      </w:r>
      <w:r w:rsidRPr="00E85698">
        <w:rPr>
          <w:spacing w:val="-4"/>
        </w:rPr>
        <w:t xml:space="preserve"> </w:t>
      </w:r>
      <w:r w:rsidRPr="00E85698">
        <w:t>конструкции</w:t>
      </w:r>
      <w:r w:rsidRPr="00E85698">
        <w:rPr>
          <w:spacing w:val="-3"/>
        </w:rPr>
        <w:t xml:space="preserve"> </w:t>
      </w:r>
      <w:r w:rsidRPr="00E85698">
        <w:t>в</w:t>
      </w:r>
      <w:r w:rsidRPr="00E85698">
        <w:rPr>
          <w:spacing w:val="-5"/>
        </w:rPr>
        <w:t xml:space="preserve"> </w:t>
      </w:r>
      <w:r w:rsidRPr="00E85698">
        <w:t>речи.</w:t>
      </w:r>
    </w:p>
    <w:p w:rsidR="00624C8A" w:rsidRPr="00E85698" w:rsidRDefault="00CB6516">
      <w:pPr>
        <w:pStyle w:val="a5"/>
        <w:spacing w:line="292" w:lineRule="auto"/>
        <w:ind w:right="1352" w:firstLine="180"/>
      </w:pPr>
      <w:r w:rsidRPr="00E85698">
        <w:t>Понимать основные нормы построения сложноподчинённого предложения, особенности</w:t>
      </w:r>
      <w:r w:rsidRPr="00E85698">
        <w:rPr>
          <w:spacing w:val="-57"/>
        </w:rPr>
        <w:t xml:space="preserve"> </w:t>
      </w:r>
      <w:r w:rsidRPr="00E85698">
        <w:t>употребления</w:t>
      </w:r>
      <w:r w:rsidRPr="00E85698">
        <w:rPr>
          <w:spacing w:val="-2"/>
        </w:rPr>
        <w:t xml:space="preserve"> </w:t>
      </w:r>
      <w:r w:rsidRPr="00E85698">
        <w:t>сложноподчинённых предложений в</w:t>
      </w:r>
      <w:r w:rsidRPr="00E85698">
        <w:rPr>
          <w:spacing w:val="-2"/>
        </w:rPr>
        <w:t xml:space="preserve"> </w:t>
      </w:r>
      <w:r w:rsidRPr="00E85698">
        <w:t>речи.</w:t>
      </w:r>
    </w:p>
    <w:p w:rsidR="00624C8A" w:rsidRPr="00E85698" w:rsidRDefault="00CB6516">
      <w:pPr>
        <w:pStyle w:val="a5"/>
        <w:spacing w:line="275" w:lineRule="exact"/>
        <w:ind w:left="286"/>
      </w:pPr>
      <w:r w:rsidRPr="00E85698">
        <w:t>Проводить</w:t>
      </w:r>
      <w:r w:rsidRPr="00E85698">
        <w:rPr>
          <w:spacing w:val="-6"/>
        </w:rPr>
        <w:t xml:space="preserve"> </w:t>
      </w:r>
      <w:r w:rsidRPr="00E85698">
        <w:t>синтаксический</w:t>
      </w:r>
      <w:r w:rsidRPr="00E85698">
        <w:rPr>
          <w:spacing w:val="-4"/>
        </w:rPr>
        <w:t xml:space="preserve"> </w:t>
      </w:r>
      <w:r w:rsidRPr="00E85698">
        <w:t>и</w:t>
      </w:r>
      <w:r w:rsidRPr="00E85698">
        <w:rPr>
          <w:spacing w:val="-4"/>
        </w:rPr>
        <w:t xml:space="preserve"> </w:t>
      </w:r>
      <w:r w:rsidRPr="00E85698">
        <w:t>пунктуационный</w:t>
      </w:r>
      <w:r w:rsidRPr="00E85698">
        <w:rPr>
          <w:spacing w:val="-4"/>
        </w:rPr>
        <w:t xml:space="preserve"> </w:t>
      </w:r>
      <w:r w:rsidRPr="00E85698">
        <w:t>анализ</w:t>
      </w:r>
      <w:r w:rsidRPr="00E85698">
        <w:rPr>
          <w:spacing w:val="-5"/>
        </w:rPr>
        <w:t xml:space="preserve"> </w:t>
      </w:r>
      <w:r w:rsidRPr="00E85698">
        <w:t>сложноподчинённых</w:t>
      </w:r>
      <w:r w:rsidRPr="00E85698">
        <w:rPr>
          <w:spacing w:val="-4"/>
        </w:rPr>
        <w:t xml:space="preserve"> </w:t>
      </w:r>
      <w:r w:rsidRPr="00E85698">
        <w:t>предложений.</w:t>
      </w:r>
    </w:p>
    <w:p w:rsidR="00624C8A" w:rsidRPr="00E85698" w:rsidRDefault="00CB6516">
      <w:pPr>
        <w:pStyle w:val="a5"/>
        <w:spacing w:before="59" w:line="292" w:lineRule="auto"/>
        <w:ind w:right="129" w:firstLine="180"/>
      </w:pPr>
      <w:r w:rsidRPr="00E85698">
        <w:t>Применять нормы построения сложноподчинённых предложений и постановки знаков препинания в</w:t>
      </w:r>
      <w:r w:rsidRPr="00E85698">
        <w:rPr>
          <w:spacing w:val="-57"/>
        </w:rPr>
        <w:t xml:space="preserve"> </w:t>
      </w:r>
      <w:r w:rsidRPr="00E85698">
        <w:t>них.</w:t>
      </w:r>
    </w:p>
    <w:p w:rsidR="00624C8A" w:rsidRPr="00E85698" w:rsidRDefault="00CB6516">
      <w:pPr>
        <w:pStyle w:val="11"/>
        <w:spacing w:line="275" w:lineRule="exact"/>
      </w:pPr>
      <w:r w:rsidRPr="00E85698">
        <w:t>Бессоюзное</w:t>
      </w:r>
      <w:r w:rsidRPr="00E85698">
        <w:rPr>
          <w:spacing w:val="-6"/>
        </w:rPr>
        <w:t xml:space="preserve"> </w:t>
      </w:r>
      <w:r w:rsidRPr="00E85698">
        <w:t>сложное</w:t>
      </w:r>
      <w:r w:rsidRPr="00E85698">
        <w:rPr>
          <w:spacing w:val="-6"/>
        </w:rPr>
        <w:t xml:space="preserve"> </w:t>
      </w:r>
      <w:r w:rsidRPr="00E85698">
        <w:t>предложение</w:t>
      </w:r>
    </w:p>
    <w:p w:rsidR="00624C8A" w:rsidRPr="00E85698" w:rsidRDefault="00624C8A">
      <w:pPr>
        <w:spacing w:line="275" w:lineRule="exact"/>
        <w:sectPr w:rsidR="00624C8A" w:rsidRPr="00E85698">
          <w:pgSz w:w="11900" w:h="16840"/>
          <w:pgMar w:top="520" w:right="540" w:bottom="280" w:left="560" w:header="720" w:footer="720" w:gutter="0"/>
          <w:cols w:space="720"/>
        </w:sectPr>
      </w:pPr>
    </w:p>
    <w:p w:rsidR="00624C8A" w:rsidRPr="00E85698" w:rsidRDefault="00CB6516">
      <w:pPr>
        <w:pStyle w:val="a5"/>
        <w:spacing w:before="66" w:line="292" w:lineRule="auto"/>
        <w:ind w:right="869" w:firstLine="180"/>
      </w:pPr>
      <w:r w:rsidRPr="00E85698">
        <w:lastRenderedPageBreak/>
        <w:t>Характеризовать смысловые отношения между частями бессоюзного сложного предложения,</w:t>
      </w:r>
      <w:r w:rsidRPr="00E85698">
        <w:rPr>
          <w:spacing w:val="-58"/>
        </w:rPr>
        <w:t xml:space="preserve"> </w:t>
      </w:r>
      <w:r w:rsidRPr="00E85698">
        <w:t>интонационное</w:t>
      </w:r>
      <w:r w:rsidRPr="00E85698">
        <w:rPr>
          <w:spacing w:val="-1"/>
        </w:rPr>
        <w:t xml:space="preserve"> </w:t>
      </w:r>
      <w:r w:rsidRPr="00E85698">
        <w:t>и пунктуационное выражение этих</w:t>
      </w:r>
      <w:r w:rsidRPr="00E85698">
        <w:rPr>
          <w:spacing w:val="-1"/>
        </w:rPr>
        <w:t xml:space="preserve"> </w:t>
      </w:r>
      <w:r w:rsidRPr="00E85698">
        <w:t>отношений.</w:t>
      </w:r>
    </w:p>
    <w:p w:rsidR="00624C8A" w:rsidRPr="00E85698" w:rsidRDefault="00CB6516">
      <w:pPr>
        <w:pStyle w:val="a5"/>
        <w:spacing w:line="292" w:lineRule="auto"/>
        <w:ind w:right="859" w:firstLine="180"/>
      </w:pPr>
      <w:r w:rsidRPr="00E85698">
        <w:t>Понимать основные грамматические нормы построения бессоюзного сложного предложения,</w:t>
      </w:r>
      <w:r w:rsidRPr="00E85698">
        <w:rPr>
          <w:spacing w:val="-57"/>
        </w:rPr>
        <w:t xml:space="preserve"> </w:t>
      </w:r>
      <w:r w:rsidRPr="00E85698">
        <w:t>особенности</w:t>
      </w:r>
      <w:r w:rsidRPr="00E85698">
        <w:rPr>
          <w:spacing w:val="-1"/>
        </w:rPr>
        <w:t xml:space="preserve"> </w:t>
      </w:r>
      <w:r w:rsidRPr="00E85698">
        <w:t>употребления</w:t>
      </w:r>
      <w:r w:rsidRPr="00E85698">
        <w:rPr>
          <w:spacing w:val="-2"/>
        </w:rPr>
        <w:t xml:space="preserve"> </w:t>
      </w:r>
      <w:r w:rsidRPr="00E85698">
        <w:t>бессоюзных сложных</w:t>
      </w:r>
      <w:r w:rsidRPr="00E85698">
        <w:rPr>
          <w:spacing w:val="-1"/>
        </w:rPr>
        <w:t xml:space="preserve"> </w:t>
      </w:r>
      <w:r w:rsidRPr="00E85698">
        <w:t>предложений в</w:t>
      </w:r>
      <w:r w:rsidRPr="00E85698">
        <w:rPr>
          <w:spacing w:val="-2"/>
        </w:rPr>
        <w:t xml:space="preserve"> </w:t>
      </w:r>
      <w:r w:rsidRPr="00E85698">
        <w:t>речи.</w:t>
      </w:r>
    </w:p>
    <w:p w:rsidR="00624C8A" w:rsidRPr="00E85698" w:rsidRDefault="00CB6516">
      <w:pPr>
        <w:pStyle w:val="a5"/>
        <w:spacing w:line="275" w:lineRule="exact"/>
        <w:ind w:left="286"/>
      </w:pPr>
      <w:r w:rsidRPr="00E85698">
        <w:t>Проводить</w:t>
      </w:r>
      <w:r w:rsidRPr="00E85698">
        <w:rPr>
          <w:spacing w:val="-5"/>
        </w:rPr>
        <w:t xml:space="preserve"> </w:t>
      </w:r>
      <w:r w:rsidRPr="00E85698">
        <w:t>синтаксический</w:t>
      </w:r>
      <w:r w:rsidRPr="00E85698">
        <w:rPr>
          <w:spacing w:val="-4"/>
        </w:rPr>
        <w:t xml:space="preserve"> </w:t>
      </w:r>
      <w:r w:rsidRPr="00E85698">
        <w:t>и</w:t>
      </w:r>
      <w:r w:rsidRPr="00E85698">
        <w:rPr>
          <w:spacing w:val="-4"/>
        </w:rPr>
        <w:t xml:space="preserve"> </w:t>
      </w:r>
      <w:r w:rsidRPr="00E85698">
        <w:t>пунктуационный</w:t>
      </w:r>
      <w:r w:rsidRPr="00E85698">
        <w:rPr>
          <w:spacing w:val="-4"/>
        </w:rPr>
        <w:t xml:space="preserve"> </w:t>
      </w:r>
      <w:r w:rsidRPr="00E85698">
        <w:t>анализ</w:t>
      </w:r>
      <w:r w:rsidRPr="00E85698">
        <w:rPr>
          <w:spacing w:val="-5"/>
        </w:rPr>
        <w:t xml:space="preserve"> </w:t>
      </w:r>
      <w:r w:rsidRPr="00E85698">
        <w:t>бессоюзных</w:t>
      </w:r>
      <w:r w:rsidRPr="00E85698">
        <w:rPr>
          <w:spacing w:val="-4"/>
        </w:rPr>
        <w:t xml:space="preserve"> </w:t>
      </w:r>
      <w:r w:rsidRPr="00E85698">
        <w:t>сложных</w:t>
      </w:r>
      <w:r w:rsidRPr="00E85698">
        <w:rPr>
          <w:spacing w:val="-4"/>
        </w:rPr>
        <w:t xml:space="preserve"> </w:t>
      </w:r>
      <w:r w:rsidRPr="00E85698">
        <w:t>предложений.</w:t>
      </w:r>
    </w:p>
    <w:p w:rsidR="00624C8A" w:rsidRPr="00E85698" w:rsidRDefault="00CB6516">
      <w:pPr>
        <w:pStyle w:val="a5"/>
        <w:spacing w:before="59" w:line="292" w:lineRule="auto"/>
        <w:ind w:right="621" w:firstLine="180"/>
        <w:jc w:val="both"/>
      </w:pPr>
      <w:r w:rsidRPr="00E85698">
        <w:t>Выявлять грамматическую синонимию бессоюзных сложных предложений и союзных сложных</w:t>
      </w:r>
      <w:r w:rsidRPr="00E85698">
        <w:rPr>
          <w:spacing w:val="-57"/>
        </w:rPr>
        <w:t xml:space="preserve"> </w:t>
      </w:r>
      <w:r w:rsidRPr="00E85698">
        <w:t>предложений, использовать соответствующие конструкции в речи; применять нормы постановки</w:t>
      </w:r>
      <w:r w:rsidRPr="00E85698">
        <w:rPr>
          <w:spacing w:val="-57"/>
        </w:rPr>
        <w:t xml:space="preserve"> </w:t>
      </w:r>
      <w:r w:rsidRPr="00E85698">
        <w:t>знаков</w:t>
      </w:r>
      <w:r w:rsidRPr="00E85698">
        <w:rPr>
          <w:spacing w:val="-2"/>
        </w:rPr>
        <w:t xml:space="preserve"> </w:t>
      </w:r>
      <w:r w:rsidRPr="00E85698">
        <w:t>препинания</w:t>
      </w:r>
      <w:r w:rsidRPr="00E85698">
        <w:rPr>
          <w:spacing w:val="-1"/>
        </w:rPr>
        <w:t xml:space="preserve"> </w:t>
      </w:r>
      <w:r w:rsidRPr="00E85698">
        <w:t>в</w:t>
      </w:r>
      <w:r w:rsidRPr="00E85698">
        <w:rPr>
          <w:spacing w:val="-1"/>
        </w:rPr>
        <w:t xml:space="preserve"> </w:t>
      </w:r>
      <w:r w:rsidRPr="00E85698">
        <w:t>бессоюзных</w:t>
      </w:r>
      <w:r w:rsidRPr="00E85698">
        <w:rPr>
          <w:spacing w:val="-1"/>
        </w:rPr>
        <w:t xml:space="preserve"> </w:t>
      </w:r>
      <w:r w:rsidRPr="00E85698">
        <w:t>сложных предложениях.</w:t>
      </w:r>
    </w:p>
    <w:p w:rsidR="00624C8A" w:rsidRPr="00E85698" w:rsidRDefault="00CB6516">
      <w:pPr>
        <w:pStyle w:val="11"/>
        <w:spacing w:line="274" w:lineRule="exact"/>
        <w:jc w:val="both"/>
      </w:pPr>
      <w:r w:rsidRPr="00E85698">
        <w:t>Сложные</w:t>
      </w:r>
      <w:r w:rsidRPr="00E85698">
        <w:rPr>
          <w:spacing w:val="-4"/>
        </w:rPr>
        <w:t xml:space="preserve"> </w:t>
      </w:r>
      <w:r w:rsidRPr="00E85698">
        <w:t>предложения</w:t>
      </w:r>
      <w:r w:rsidRPr="00E85698">
        <w:rPr>
          <w:spacing w:val="-5"/>
        </w:rPr>
        <w:t xml:space="preserve"> </w:t>
      </w:r>
      <w:r w:rsidRPr="00E85698">
        <w:t>с</w:t>
      </w:r>
      <w:r w:rsidRPr="00E85698">
        <w:rPr>
          <w:spacing w:val="-4"/>
        </w:rPr>
        <w:t xml:space="preserve"> </w:t>
      </w:r>
      <w:r w:rsidRPr="00E85698">
        <w:t>разными</w:t>
      </w:r>
      <w:r w:rsidRPr="00E85698">
        <w:rPr>
          <w:spacing w:val="-5"/>
        </w:rPr>
        <w:t xml:space="preserve"> </w:t>
      </w:r>
      <w:r w:rsidRPr="00E85698">
        <w:t>видами</w:t>
      </w:r>
      <w:r w:rsidRPr="00E85698">
        <w:rPr>
          <w:spacing w:val="-5"/>
        </w:rPr>
        <w:t xml:space="preserve"> </w:t>
      </w:r>
      <w:r w:rsidRPr="00E85698">
        <w:t>союзной</w:t>
      </w:r>
      <w:r w:rsidRPr="00E85698">
        <w:rPr>
          <w:spacing w:val="-5"/>
        </w:rPr>
        <w:t xml:space="preserve"> </w:t>
      </w:r>
      <w:r w:rsidRPr="00E85698">
        <w:t>и</w:t>
      </w:r>
      <w:r w:rsidRPr="00E85698">
        <w:rPr>
          <w:spacing w:val="-5"/>
        </w:rPr>
        <w:t xml:space="preserve"> </w:t>
      </w:r>
      <w:r w:rsidRPr="00E85698">
        <w:t>бессоюзной</w:t>
      </w:r>
      <w:r w:rsidRPr="00E85698">
        <w:rPr>
          <w:spacing w:val="-5"/>
        </w:rPr>
        <w:t xml:space="preserve"> </w:t>
      </w:r>
      <w:r w:rsidRPr="00E85698">
        <w:t>связи</w:t>
      </w:r>
    </w:p>
    <w:p w:rsidR="00624C8A" w:rsidRPr="00E85698" w:rsidRDefault="00CB6516">
      <w:pPr>
        <w:pStyle w:val="a5"/>
        <w:spacing w:before="60"/>
        <w:ind w:left="286"/>
        <w:jc w:val="both"/>
      </w:pPr>
      <w:r w:rsidRPr="00E85698">
        <w:t>Распознавать</w:t>
      </w:r>
      <w:r w:rsidRPr="00E85698">
        <w:rPr>
          <w:spacing w:val="-5"/>
        </w:rPr>
        <w:t xml:space="preserve"> </w:t>
      </w:r>
      <w:r w:rsidRPr="00E85698">
        <w:t>типы</w:t>
      </w:r>
      <w:r w:rsidRPr="00E85698">
        <w:rPr>
          <w:spacing w:val="-3"/>
        </w:rPr>
        <w:t xml:space="preserve"> </w:t>
      </w:r>
      <w:r w:rsidRPr="00E85698">
        <w:t>сложных</w:t>
      </w:r>
      <w:r w:rsidRPr="00E85698">
        <w:rPr>
          <w:spacing w:val="-3"/>
        </w:rPr>
        <w:t xml:space="preserve"> </w:t>
      </w:r>
      <w:r w:rsidRPr="00E85698">
        <w:t>предложений</w:t>
      </w:r>
      <w:r w:rsidRPr="00E85698">
        <w:rPr>
          <w:spacing w:val="-3"/>
        </w:rPr>
        <w:t xml:space="preserve"> </w:t>
      </w:r>
      <w:r w:rsidRPr="00E85698">
        <w:t>с</w:t>
      </w:r>
      <w:r w:rsidRPr="00E85698">
        <w:rPr>
          <w:spacing w:val="-3"/>
        </w:rPr>
        <w:t xml:space="preserve"> </w:t>
      </w:r>
      <w:r w:rsidRPr="00E85698">
        <w:t>разными</w:t>
      </w:r>
      <w:r w:rsidRPr="00E85698">
        <w:rPr>
          <w:spacing w:val="-3"/>
        </w:rPr>
        <w:t xml:space="preserve"> </w:t>
      </w:r>
      <w:r w:rsidRPr="00E85698">
        <w:t>видами</w:t>
      </w:r>
      <w:r w:rsidRPr="00E85698">
        <w:rPr>
          <w:spacing w:val="-3"/>
        </w:rPr>
        <w:t xml:space="preserve"> </w:t>
      </w:r>
      <w:r w:rsidRPr="00E85698">
        <w:t>связи.</w:t>
      </w:r>
    </w:p>
    <w:p w:rsidR="00624C8A" w:rsidRPr="00E85698" w:rsidRDefault="00CB6516">
      <w:pPr>
        <w:pStyle w:val="a5"/>
        <w:spacing w:before="60" w:line="292" w:lineRule="auto"/>
        <w:ind w:left="286" w:right="1450"/>
        <w:jc w:val="both"/>
      </w:pPr>
      <w:r w:rsidRPr="00E85698">
        <w:t>Понимать основные нормы построения сложных предложений с разными видами связи.</w:t>
      </w:r>
      <w:r w:rsidRPr="00E85698">
        <w:rPr>
          <w:spacing w:val="-57"/>
        </w:rPr>
        <w:t xml:space="preserve"> </w:t>
      </w:r>
      <w:r w:rsidRPr="00E85698">
        <w:t>Употреблять</w:t>
      </w:r>
      <w:r w:rsidRPr="00E85698">
        <w:rPr>
          <w:spacing w:val="-2"/>
        </w:rPr>
        <w:t xml:space="preserve"> </w:t>
      </w:r>
      <w:r w:rsidRPr="00E85698">
        <w:t>сложные</w:t>
      </w:r>
      <w:r w:rsidRPr="00E85698">
        <w:rPr>
          <w:spacing w:val="-1"/>
        </w:rPr>
        <w:t xml:space="preserve"> </w:t>
      </w:r>
      <w:r w:rsidRPr="00E85698">
        <w:t>предложения</w:t>
      </w:r>
      <w:r w:rsidRPr="00E85698">
        <w:rPr>
          <w:spacing w:val="-1"/>
        </w:rPr>
        <w:t xml:space="preserve"> </w:t>
      </w:r>
      <w:r w:rsidRPr="00E85698">
        <w:t>с</w:t>
      </w:r>
      <w:r w:rsidRPr="00E85698">
        <w:rPr>
          <w:spacing w:val="-1"/>
        </w:rPr>
        <w:t xml:space="preserve"> </w:t>
      </w:r>
      <w:r w:rsidRPr="00E85698">
        <w:t>разными</w:t>
      </w:r>
      <w:r w:rsidRPr="00E85698">
        <w:rPr>
          <w:spacing w:val="-1"/>
        </w:rPr>
        <w:t xml:space="preserve"> </w:t>
      </w:r>
      <w:r w:rsidRPr="00E85698">
        <w:t>видами связи</w:t>
      </w:r>
      <w:r w:rsidRPr="00E85698">
        <w:rPr>
          <w:spacing w:val="-1"/>
        </w:rPr>
        <w:t xml:space="preserve"> </w:t>
      </w:r>
      <w:r w:rsidRPr="00E85698">
        <w:t>в</w:t>
      </w:r>
      <w:r w:rsidRPr="00E85698">
        <w:rPr>
          <w:spacing w:val="-1"/>
        </w:rPr>
        <w:t xml:space="preserve"> </w:t>
      </w:r>
      <w:r w:rsidRPr="00E85698">
        <w:t>речи.</w:t>
      </w:r>
    </w:p>
    <w:p w:rsidR="00624C8A" w:rsidRPr="00E85698" w:rsidRDefault="00CB6516">
      <w:pPr>
        <w:pStyle w:val="a5"/>
        <w:spacing w:line="292" w:lineRule="auto"/>
        <w:ind w:right="602" w:firstLine="180"/>
      </w:pPr>
      <w:r w:rsidRPr="00E85698">
        <w:t>Проводить синтаксический и пунктуационный анализ сложных предложений с разными видами</w:t>
      </w:r>
      <w:r w:rsidRPr="00E85698">
        <w:rPr>
          <w:spacing w:val="-58"/>
        </w:rPr>
        <w:t xml:space="preserve"> </w:t>
      </w:r>
      <w:r w:rsidRPr="00E85698">
        <w:t>связи.</w:t>
      </w:r>
    </w:p>
    <w:p w:rsidR="00624C8A" w:rsidRPr="00E85698" w:rsidRDefault="00CB6516">
      <w:pPr>
        <w:pStyle w:val="a5"/>
        <w:spacing w:line="292" w:lineRule="auto"/>
        <w:ind w:right="610" w:firstLine="180"/>
      </w:pPr>
      <w:r w:rsidRPr="00E85698">
        <w:t>Применять правила постановки знаков препинания в сложных предложениях с разными видами</w:t>
      </w:r>
      <w:r w:rsidRPr="00E85698">
        <w:rPr>
          <w:spacing w:val="-58"/>
        </w:rPr>
        <w:t xml:space="preserve"> </w:t>
      </w:r>
      <w:r w:rsidRPr="00E85698">
        <w:t>связи.</w:t>
      </w:r>
    </w:p>
    <w:p w:rsidR="00624C8A" w:rsidRPr="00E85698" w:rsidRDefault="00CB6516">
      <w:pPr>
        <w:pStyle w:val="11"/>
        <w:spacing w:line="275" w:lineRule="exact"/>
      </w:pPr>
      <w:r w:rsidRPr="00E85698">
        <w:t>Прямая</w:t>
      </w:r>
      <w:r w:rsidRPr="00E85698">
        <w:rPr>
          <w:spacing w:val="-4"/>
        </w:rPr>
        <w:t xml:space="preserve"> </w:t>
      </w:r>
      <w:r w:rsidRPr="00E85698">
        <w:t>и</w:t>
      </w:r>
      <w:r w:rsidRPr="00E85698">
        <w:rPr>
          <w:spacing w:val="-4"/>
        </w:rPr>
        <w:t xml:space="preserve"> </w:t>
      </w:r>
      <w:r w:rsidRPr="00E85698">
        <w:t>косвенная</w:t>
      </w:r>
      <w:r w:rsidRPr="00E85698">
        <w:rPr>
          <w:spacing w:val="-4"/>
        </w:rPr>
        <w:t xml:space="preserve"> </w:t>
      </w:r>
      <w:r w:rsidRPr="00E85698">
        <w:t>речь</w:t>
      </w:r>
    </w:p>
    <w:p w:rsidR="00624C8A" w:rsidRPr="00E85698" w:rsidRDefault="00CB6516">
      <w:pPr>
        <w:pStyle w:val="a5"/>
        <w:spacing w:before="58" w:line="292" w:lineRule="auto"/>
        <w:ind w:right="314" w:firstLine="180"/>
      </w:pPr>
      <w:r w:rsidRPr="00E85698">
        <w:t>Распознавать прямую и косвенную речь; выявлять синонимию предложений с прямой и косвенной</w:t>
      </w:r>
      <w:r w:rsidRPr="00E85698">
        <w:rPr>
          <w:spacing w:val="-58"/>
        </w:rPr>
        <w:t xml:space="preserve"> </w:t>
      </w:r>
      <w:r w:rsidRPr="00E85698">
        <w:t>речью.</w:t>
      </w:r>
    </w:p>
    <w:p w:rsidR="00624C8A" w:rsidRPr="00E85698" w:rsidRDefault="00CB6516">
      <w:pPr>
        <w:pStyle w:val="a5"/>
        <w:spacing w:line="292" w:lineRule="auto"/>
        <w:ind w:left="286" w:right="876"/>
      </w:pPr>
      <w:r w:rsidRPr="00E85698">
        <w:t>Уметь</w:t>
      </w:r>
      <w:r w:rsidRPr="00E85698">
        <w:rPr>
          <w:spacing w:val="4"/>
        </w:rPr>
        <w:t xml:space="preserve"> </w:t>
      </w:r>
      <w:r w:rsidRPr="00E85698">
        <w:t>цитировать</w:t>
      </w:r>
      <w:r w:rsidRPr="00E85698">
        <w:rPr>
          <w:spacing w:val="5"/>
        </w:rPr>
        <w:t xml:space="preserve"> </w:t>
      </w:r>
      <w:r w:rsidRPr="00E85698">
        <w:t>и</w:t>
      </w:r>
      <w:r w:rsidRPr="00E85698">
        <w:rPr>
          <w:spacing w:val="5"/>
        </w:rPr>
        <w:t xml:space="preserve"> </w:t>
      </w:r>
      <w:r w:rsidRPr="00E85698">
        <w:t>применять</w:t>
      </w:r>
      <w:r w:rsidRPr="00E85698">
        <w:rPr>
          <w:spacing w:val="5"/>
        </w:rPr>
        <w:t xml:space="preserve"> </w:t>
      </w:r>
      <w:r w:rsidRPr="00E85698">
        <w:t>разные</w:t>
      </w:r>
      <w:r w:rsidRPr="00E85698">
        <w:rPr>
          <w:spacing w:val="6"/>
        </w:rPr>
        <w:t xml:space="preserve"> </w:t>
      </w:r>
      <w:r w:rsidRPr="00E85698">
        <w:t>способы</w:t>
      </w:r>
      <w:r w:rsidRPr="00E85698">
        <w:rPr>
          <w:spacing w:val="5"/>
        </w:rPr>
        <w:t xml:space="preserve"> </w:t>
      </w:r>
      <w:r w:rsidRPr="00E85698">
        <w:t>включения</w:t>
      </w:r>
      <w:r w:rsidRPr="00E85698">
        <w:rPr>
          <w:spacing w:val="5"/>
        </w:rPr>
        <w:t xml:space="preserve"> </w:t>
      </w:r>
      <w:r w:rsidRPr="00E85698">
        <w:t>цитат</w:t>
      </w:r>
      <w:r w:rsidRPr="00E85698">
        <w:rPr>
          <w:spacing w:val="5"/>
        </w:rPr>
        <w:t xml:space="preserve"> </w:t>
      </w:r>
      <w:r w:rsidRPr="00E85698">
        <w:t>в</w:t>
      </w:r>
      <w:r w:rsidRPr="00E85698">
        <w:rPr>
          <w:spacing w:val="4"/>
        </w:rPr>
        <w:t xml:space="preserve"> </w:t>
      </w:r>
      <w:r w:rsidRPr="00E85698">
        <w:t>высказывание.</w:t>
      </w:r>
      <w:r w:rsidRPr="00E85698">
        <w:rPr>
          <w:spacing w:val="1"/>
        </w:rPr>
        <w:t xml:space="preserve"> </w:t>
      </w:r>
      <w:r w:rsidRPr="00E85698">
        <w:t>Применять</w:t>
      </w:r>
      <w:r w:rsidRPr="00E85698">
        <w:rPr>
          <w:spacing w:val="-4"/>
        </w:rPr>
        <w:t xml:space="preserve"> </w:t>
      </w:r>
      <w:r w:rsidRPr="00E85698">
        <w:t>правила</w:t>
      </w:r>
      <w:r w:rsidRPr="00E85698">
        <w:rPr>
          <w:spacing w:val="-3"/>
        </w:rPr>
        <w:t xml:space="preserve"> </w:t>
      </w:r>
      <w:r w:rsidRPr="00E85698">
        <w:t>построения</w:t>
      </w:r>
      <w:r w:rsidRPr="00E85698">
        <w:rPr>
          <w:spacing w:val="-3"/>
        </w:rPr>
        <w:t xml:space="preserve"> </w:t>
      </w:r>
      <w:r w:rsidRPr="00E85698">
        <w:t>предложений</w:t>
      </w:r>
      <w:r w:rsidRPr="00E85698">
        <w:rPr>
          <w:spacing w:val="-3"/>
        </w:rPr>
        <w:t xml:space="preserve"> </w:t>
      </w:r>
      <w:r w:rsidRPr="00E85698">
        <w:t>с</w:t>
      </w:r>
      <w:r w:rsidRPr="00E85698">
        <w:rPr>
          <w:spacing w:val="-2"/>
        </w:rPr>
        <w:t xml:space="preserve"> </w:t>
      </w:r>
      <w:r w:rsidRPr="00E85698">
        <w:t>прямой</w:t>
      </w:r>
      <w:r w:rsidRPr="00E85698">
        <w:rPr>
          <w:spacing w:val="-3"/>
        </w:rPr>
        <w:t xml:space="preserve"> </w:t>
      </w:r>
      <w:r w:rsidRPr="00E85698">
        <w:t>и</w:t>
      </w:r>
      <w:r w:rsidRPr="00E85698">
        <w:rPr>
          <w:spacing w:val="-2"/>
        </w:rPr>
        <w:t xml:space="preserve"> </w:t>
      </w:r>
      <w:r w:rsidRPr="00E85698">
        <w:t>косвенной</w:t>
      </w:r>
      <w:r w:rsidRPr="00E85698">
        <w:rPr>
          <w:spacing w:val="-3"/>
        </w:rPr>
        <w:t xml:space="preserve"> </w:t>
      </w:r>
      <w:r w:rsidRPr="00E85698">
        <w:t>речью,</w:t>
      </w:r>
      <w:r w:rsidRPr="00E85698">
        <w:rPr>
          <w:spacing w:val="-3"/>
        </w:rPr>
        <w:t xml:space="preserve"> </w:t>
      </w:r>
      <w:r w:rsidRPr="00E85698">
        <w:t>при</w:t>
      </w:r>
      <w:r w:rsidRPr="00E85698">
        <w:rPr>
          <w:spacing w:val="-2"/>
        </w:rPr>
        <w:t xml:space="preserve"> </w:t>
      </w:r>
      <w:r w:rsidRPr="00E85698">
        <w:t>цитировании.</w:t>
      </w:r>
    </w:p>
    <w:p w:rsidR="00624C8A" w:rsidRPr="00E85698" w:rsidRDefault="00624C8A">
      <w:pPr>
        <w:spacing w:line="292" w:lineRule="auto"/>
        <w:sectPr w:rsidR="00624C8A" w:rsidRPr="00E85698">
          <w:pgSz w:w="11900" w:h="16840"/>
          <w:pgMar w:top="520" w:right="540" w:bottom="280" w:left="560" w:header="720" w:footer="720" w:gutter="0"/>
          <w:cols w:space="720"/>
        </w:sectPr>
      </w:pPr>
    </w:p>
    <w:p w:rsidR="00624C8A" w:rsidRPr="00E85698" w:rsidRDefault="00942243">
      <w:pPr>
        <w:spacing w:before="80"/>
        <w:ind w:left="106"/>
        <w:rPr>
          <w:b/>
          <w:sz w:val="19"/>
        </w:rPr>
      </w:pPr>
      <w:r>
        <w:lastRenderedPageBreak/>
        <w:pict>
          <v:rect id="_x0000_s1029" style="position:absolute;left:0;text-align:left;margin-left:33.3pt;margin-top:17.65pt;width:775.65pt;height:.6pt;z-index:-15725568;mso-wrap-distance-left:0;mso-wrap-distance-right:0;mso-position-horizontal-relative:page" fillcolor="black" stroked="f">
            <w10:wrap type="topAndBottom" anchorx="page"/>
          </v:rect>
        </w:pict>
      </w:r>
      <w:r w:rsidR="00CB6516" w:rsidRPr="00E85698">
        <w:rPr>
          <w:b/>
          <w:sz w:val="19"/>
        </w:rPr>
        <w:t>ТЕМАТИЧЕСКОЕ</w:t>
      </w:r>
      <w:r w:rsidR="00CB6516" w:rsidRPr="00E85698">
        <w:rPr>
          <w:b/>
          <w:spacing w:val="9"/>
          <w:sz w:val="19"/>
        </w:rPr>
        <w:t xml:space="preserve"> </w:t>
      </w:r>
      <w:r w:rsidR="00CB6516" w:rsidRPr="00E85698">
        <w:rPr>
          <w:b/>
          <w:sz w:val="19"/>
        </w:rPr>
        <w:t>ПЛАНИРОВАНИЕ</w:t>
      </w:r>
    </w:p>
    <w:p w:rsidR="00624C8A" w:rsidRPr="00E85698" w:rsidRDefault="00CB6516">
      <w:pPr>
        <w:pStyle w:val="a7"/>
        <w:numPr>
          <w:ilvl w:val="0"/>
          <w:numId w:val="5"/>
        </w:numPr>
        <w:tabs>
          <w:tab w:val="left" w:pos="242"/>
        </w:tabs>
        <w:spacing w:before="151"/>
        <w:rPr>
          <w:b/>
          <w:sz w:val="18"/>
        </w:rPr>
      </w:pPr>
      <w:r w:rsidRPr="00E85698">
        <w:rPr>
          <w:b/>
          <w:sz w:val="18"/>
        </w:rPr>
        <w:t>КЛАСС</w:t>
      </w:r>
    </w:p>
    <w:p w:rsidR="00624C8A" w:rsidRPr="00E85698" w:rsidRDefault="00624C8A">
      <w:pPr>
        <w:pStyle w:val="a5"/>
        <w:spacing w:before="1"/>
        <w:ind w:left="0"/>
        <w:rPr>
          <w:b/>
          <w:sz w:val="8"/>
        </w:r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CB6516" w:rsidRPr="00E85698" w:rsidTr="00CB6516">
        <w:trPr>
          <w:trHeight w:val="455"/>
        </w:trPr>
        <w:tc>
          <w:tcPr>
            <w:tcW w:w="468" w:type="dxa"/>
            <w:vMerge w:val="restart"/>
          </w:tcPr>
          <w:p w:rsidR="00CB6516" w:rsidRPr="00E85698" w:rsidRDefault="00CB6516" w:rsidP="00CB6516">
            <w:pPr>
              <w:pStyle w:val="TableParagraph"/>
              <w:spacing w:before="33" w:line="259" w:lineRule="auto"/>
              <w:ind w:left="40" w:right="174" w:firstLine="26"/>
              <w:rPr>
                <w:b/>
                <w:sz w:val="16"/>
              </w:rPr>
            </w:pPr>
            <w:r w:rsidRPr="00E85698">
              <w:rPr>
                <w:b/>
                <w:sz w:val="16"/>
              </w:rPr>
              <w:t>№</w:t>
            </w:r>
            <w:r w:rsidRPr="00E85698">
              <w:rPr>
                <w:b/>
                <w:spacing w:val="1"/>
                <w:sz w:val="16"/>
              </w:rPr>
              <w:t xml:space="preserve"> </w:t>
            </w:r>
            <w:r w:rsidRPr="00E85698">
              <w:rPr>
                <w:b/>
                <w:sz w:val="16"/>
              </w:rPr>
              <w:t>п/п</w:t>
            </w:r>
          </w:p>
        </w:tc>
        <w:tc>
          <w:tcPr>
            <w:tcW w:w="2883" w:type="dxa"/>
            <w:vMerge w:val="restart"/>
          </w:tcPr>
          <w:p w:rsidR="00CB6516" w:rsidRPr="00E85698" w:rsidRDefault="00CB6516" w:rsidP="00CB6516">
            <w:pPr>
              <w:pStyle w:val="TableParagraph"/>
              <w:spacing w:before="33" w:line="259" w:lineRule="auto"/>
              <w:ind w:left="57" w:right="618"/>
              <w:rPr>
                <w:b/>
                <w:sz w:val="16"/>
              </w:rPr>
            </w:pPr>
            <w:r w:rsidRPr="00E85698">
              <w:rPr>
                <w:b/>
                <w:sz w:val="16"/>
              </w:rPr>
              <w:t>Наименование разделов и тем</w:t>
            </w:r>
            <w:r w:rsidRPr="00E85698">
              <w:rPr>
                <w:b/>
                <w:spacing w:val="-37"/>
                <w:sz w:val="16"/>
              </w:rPr>
              <w:t xml:space="preserve"> </w:t>
            </w:r>
            <w:r w:rsidRPr="00E85698">
              <w:rPr>
                <w:b/>
                <w:sz w:val="16"/>
              </w:rPr>
              <w:t>программы</w:t>
            </w:r>
          </w:p>
        </w:tc>
        <w:tc>
          <w:tcPr>
            <w:tcW w:w="2775" w:type="dxa"/>
            <w:gridSpan w:val="3"/>
          </w:tcPr>
          <w:p w:rsidR="00CB6516" w:rsidRPr="00E85698" w:rsidRDefault="00CB6516" w:rsidP="00CB6516">
            <w:pPr>
              <w:pStyle w:val="TableParagraph"/>
              <w:spacing w:before="33"/>
              <w:ind w:left="57"/>
              <w:rPr>
                <w:b/>
                <w:sz w:val="16"/>
              </w:rPr>
            </w:pPr>
            <w:r w:rsidRPr="00E85698">
              <w:rPr>
                <w:b/>
                <w:sz w:val="16"/>
              </w:rPr>
              <w:t>Количество</w:t>
            </w:r>
            <w:r w:rsidRPr="00E85698">
              <w:rPr>
                <w:b/>
                <w:spacing w:val="-3"/>
                <w:sz w:val="16"/>
              </w:rPr>
              <w:t xml:space="preserve"> </w:t>
            </w:r>
            <w:r w:rsidRPr="00E85698">
              <w:rPr>
                <w:b/>
                <w:sz w:val="16"/>
              </w:rPr>
              <w:t>часов</w:t>
            </w:r>
          </w:p>
        </w:tc>
        <w:tc>
          <w:tcPr>
            <w:tcW w:w="804" w:type="dxa"/>
            <w:vMerge w:val="restart"/>
          </w:tcPr>
          <w:p w:rsidR="00CB6516" w:rsidRPr="00E85698" w:rsidRDefault="00CB6516" w:rsidP="00CB6516">
            <w:pPr>
              <w:pStyle w:val="TableParagraph"/>
              <w:spacing w:before="33"/>
              <w:ind w:left="59"/>
              <w:rPr>
                <w:b/>
                <w:sz w:val="16"/>
              </w:rPr>
            </w:pPr>
            <w:r w:rsidRPr="00E85698">
              <w:rPr>
                <w:b/>
                <w:sz w:val="16"/>
              </w:rPr>
              <w:t>Дата</w:t>
            </w:r>
          </w:p>
          <w:p w:rsidR="00CB6516" w:rsidRPr="00E85698" w:rsidRDefault="00CB6516" w:rsidP="00CB6516">
            <w:pPr>
              <w:pStyle w:val="TableParagraph"/>
              <w:spacing w:before="15"/>
              <w:ind w:left="59"/>
              <w:rPr>
                <w:b/>
                <w:sz w:val="16"/>
              </w:rPr>
            </w:pPr>
            <w:r w:rsidRPr="00E85698">
              <w:rPr>
                <w:b/>
                <w:sz w:val="16"/>
              </w:rPr>
              <w:t>изучения</w:t>
            </w:r>
          </w:p>
        </w:tc>
        <w:tc>
          <w:tcPr>
            <w:tcW w:w="3761" w:type="dxa"/>
            <w:vMerge w:val="restart"/>
          </w:tcPr>
          <w:p w:rsidR="00CB6516" w:rsidRPr="00E85698" w:rsidRDefault="00CB6516" w:rsidP="00CB6516">
            <w:pPr>
              <w:pStyle w:val="TableParagraph"/>
              <w:spacing w:before="33"/>
              <w:ind w:left="59"/>
              <w:rPr>
                <w:b/>
                <w:sz w:val="16"/>
              </w:rPr>
            </w:pPr>
            <w:r w:rsidRPr="00E85698">
              <w:rPr>
                <w:b/>
                <w:sz w:val="16"/>
              </w:rPr>
              <w:t>Виды</w:t>
            </w:r>
            <w:r w:rsidRPr="00E85698">
              <w:rPr>
                <w:b/>
                <w:spacing w:val="-6"/>
                <w:sz w:val="16"/>
              </w:rPr>
              <w:t xml:space="preserve"> </w:t>
            </w:r>
            <w:r w:rsidRPr="00E85698">
              <w:rPr>
                <w:b/>
                <w:sz w:val="16"/>
              </w:rPr>
              <w:t>деятельности</w:t>
            </w:r>
          </w:p>
        </w:tc>
        <w:tc>
          <w:tcPr>
            <w:tcW w:w="1116" w:type="dxa"/>
            <w:vMerge w:val="restart"/>
          </w:tcPr>
          <w:p w:rsidR="00CB6516" w:rsidRPr="00E85698" w:rsidRDefault="00CB6516" w:rsidP="00CB6516">
            <w:pPr>
              <w:pStyle w:val="TableParagraph"/>
              <w:spacing w:before="33" w:line="259" w:lineRule="auto"/>
              <w:ind w:left="57" w:right="345"/>
              <w:rPr>
                <w:b/>
                <w:sz w:val="16"/>
              </w:rPr>
            </w:pPr>
            <w:r w:rsidRPr="00E85698">
              <w:rPr>
                <w:b/>
                <w:sz w:val="16"/>
              </w:rPr>
              <w:t>Виды,</w:t>
            </w:r>
            <w:r w:rsidRPr="00E85698">
              <w:rPr>
                <w:b/>
                <w:spacing w:val="1"/>
                <w:sz w:val="16"/>
              </w:rPr>
              <w:t xml:space="preserve"> </w:t>
            </w:r>
            <w:r w:rsidRPr="00E85698">
              <w:rPr>
                <w:b/>
                <w:sz w:val="16"/>
              </w:rPr>
              <w:t>формы</w:t>
            </w:r>
            <w:r w:rsidRPr="00E85698">
              <w:rPr>
                <w:b/>
                <w:spacing w:val="1"/>
                <w:sz w:val="16"/>
              </w:rPr>
              <w:t xml:space="preserve"> </w:t>
            </w:r>
            <w:r w:rsidRPr="00E85698">
              <w:rPr>
                <w:b/>
                <w:sz w:val="16"/>
              </w:rPr>
              <w:t>контроля</w:t>
            </w:r>
          </w:p>
        </w:tc>
        <w:tc>
          <w:tcPr>
            <w:tcW w:w="3701" w:type="dxa"/>
            <w:vMerge w:val="restart"/>
          </w:tcPr>
          <w:p w:rsidR="00CB6516" w:rsidRPr="00E85698" w:rsidRDefault="00CB6516" w:rsidP="00CB6516">
            <w:pPr>
              <w:pStyle w:val="TableParagraph"/>
              <w:spacing w:before="33" w:line="259" w:lineRule="auto"/>
              <w:ind w:left="58" w:right="455"/>
              <w:rPr>
                <w:b/>
                <w:sz w:val="16"/>
              </w:rPr>
            </w:pPr>
            <w:r w:rsidRPr="00E85698">
              <w:rPr>
                <w:b/>
                <w:spacing w:val="-1"/>
                <w:sz w:val="16"/>
              </w:rPr>
              <w:t xml:space="preserve">Электронные </w:t>
            </w:r>
            <w:r w:rsidRPr="00E85698">
              <w:rPr>
                <w:b/>
                <w:sz w:val="16"/>
              </w:rPr>
              <w:t>(цифровые) образовательные</w:t>
            </w:r>
            <w:r w:rsidRPr="00E85698">
              <w:rPr>
                <w:b/>
                <w:spacing w:val="-37"/>
                <w:sz w:val="16"/>
              </w:rPr>
              <w:t xml:space="preserve"> </w:t>
            </w:r>
            <w:r w:rsidRPr="00E85698">
              <w:rPr>
                <w:b/>
                <w:sz w:val="16"/>
              </w:rPr>
              <w:t>ресурсы</w:t>
            </w:r>
          </w:p>
        </w:tc>
      </w:tr>
      <w:tr w:rsidR="00CB6516" w:rsidRPr="00E85698" w:rsidTr="00CB6516">
        <w:trPr>
          <w:trHeight w:val="573"/>
        </w:trPr>
        <w:tc>
          <w:tcPr>
            <w:tcW w:w="468" w:type="dxa"/>
            <w:vMerge/>
            <w:tcBorders>
              <w:top w:val="nil"/>
            </w:tcBorders>
          </w:tcPr>
          <w:p w:rsidR="00CB6516" w:rsidRPr="00E85698" w:rsidRDefault="00CB6516" w:rsidP="00CB6516">
            <w:pPr>
              <w:rPr>
                <w:sz w:val="2"/>
                <w:szCs w:val="2"/>
              </w:rPr>
            </w:pPr>
          </w:p>
        </w:tc>
        <w:tc>
          <w:tcPr>
            <w:tcW w:w="2883" w:type="dxa"/>
            <w:vMerge/>
            <w:tcBorders>
              <w:top w:val="nil"/>
            </w:tcBorders>
          </w:tcPr>
          <w:p w:rsidR="00CB6516" w:rsidRPr="00E85698" w:rsidRDefault="00CB6516" w:rsidP="00CB6516">
            <w:pPr>
              <w:rPr>
                <w:sz w:val="2"/>
                <w:szCs w:val="2"/>
              </w:rPr>
            </w:pPr>
          </w:p>
        </w:tc>
        <w:tc>
          <w:tcPr>
            <w:tcW w:w="528" w:type="dxa"/>
          </w:tcPr>
          <w:p w:rsidR="00CB6516" w:rsidRPr="00E85698" w:rsidRDefault="00CB6516" w:rsidP="00CB6516">
            <w:pPr>
              <w:pStyle w:val="TableParagraph"/>
              <w:spacing w:before="33"/>
              <w:ind w:left="62"/>
              <w:rPr>
                <w:b/>
                <w:sz w:val="16"/>
              </w:rPr>
            </w:pPr>
            <w:r w:rsidRPr="00E85698">
              <w:rPr>
                <w:b/>
                <w:sz w:val="16"/>
              </w:rPr>
              <w:t>всего</w:t>
            </w:r>
          </w:p>
        </w:tc>
        <w:tc>
          <w:tcPr>
            <w:tcW w:w="1107" w:type="dxa"/>
          </w:tcPr>
          <w:p w:rsidR="00CB6516" w:rsidRPr="00E85698" w:rsidRDefault="00CB6516" w:rsidP="00CB6516">
            <w:pPr>
              <w:pStyle w:val="TableParagraph"/>
              <w:spacing w:before="33" w:line="256" w:lineRule="auto"/>
              <w:ind w:left="57" w:right="50"/>
              <w:rPr>
                <w:b/>
                <w:sz w:val="16"/>
              </w:rPr>
            </w:pPr>
            <w:r w:rsidRPr="00E85698">
              <w:rPr>
                <w:b/>
                <w:sz w:val="16"/>
              </w:rPr>
              <w:t>контрольные</w:t>
            </w:r>
            <w:r w:rsidRPr="00E85698">
              <w:rPr>
                <w:b/>
                <w:spacing w:val="-37"/>
                <w:sz w:val="16"/>
              </w:rPr>
              <w:t xml:space="preserve"> </w:t>
            </w:r>
            <w:r w:rsidRPr="00E85698">
              <w:rPr>
                <w:b/>
                <w:sz w:val="16"/>
              </w:rPr>
              <w:t>работы</w:t>
            </w:r>
          </w:p>
        </w:tc>
        <w:tc>
          <w:tcPr>
            <w:tcW w:w="1140" w:type="dxa"/>
          </w:tcPr>
          <w:p w:rsidR="00CB6516" w:rsidRPr="00E85698" w:rsidRDefault="00CB6516" w:rsidP="00CB6516">
            <w:pPr>
              <w:pStyle w:val="TableParagraph"/>
              <w:spacing w:before="33" w:line="256" w:lineRule="auto"/>
              <w:ind w:left="54" w:right="49"/>
              <w:rPr>
                <w:b/>
                <w:sz w:val="16"/>
              </w:rPr>
            </w:pPr>
            <w:r w:rsidRPr="00E85698">
              <w:rPr>
                <w:b/>
                <w:sz w:val="16"/>
              </w:rPr>
              <w:t>практические</w:t>
            </w:r>
            <w:r w:rsidRPr="00E85698">
              <w:rPr>
                <w:b/>
                <w:spacing w:val="-37"/>
                <w:sz w:val="16"/>
              </w:rPr>
              <w:t xml:space="preserve"> </w:t>
            </w:r>
            <w:r w:rsidRPr="00E85698">
              <w:rPr>
                <w:b/>
                <w:sz w:val="16"/>
              </w:rPr>
              <w:t>работы</w:t>
            </w:r>
          </w:p>
        </w:tc>
        <w:tc>
          <w:tcPr>
            <w:tcW w:w="804" w:type="dxa"/>
            <w:vMerge/>
            <w:tcBorders>
              <w:top w:val="nil"/>
            </w:tcBorders>
          </w:tcPr>
          <w:p w:rsidR="00CB6516" w:rsidRPr="00E85698" w:rsidRDefault="00CB6516" w:rsidP="00CB6516">
            <w:pPr>
              <w:rPr>
                <w:sz w:val="2"/>
                <w:szCs w:val="2"/>
              </w:rPr>
            </w:pPr>
          </w:p>
        </w:tc>
        <w:tc>
          <w:tcPr>
            <w:tcW w:w="3761" w:type="dxa"/>
            <w:vMerge/>
            <w:tcBorders>
              <w:top w:val="nil"/>
            </w:tcBorders>
          </w:tcPr>
          <w:p w:rsidR="00CB6516" w:rsidRPr="00E85698" w:rsidRDefault="00CB6516" w:rsidP="00CB6516">
            <w:pPr>
              <w:rPr>
                <w:sz w:val="2"/>
                <w:szCs w:val="2"/>
              </w:rPr>
            </w:pPr>
          </w:p>
        </w:tc>
        <w:tc>
          <w:tcPr>
            <w:tcW w:w="1116" w:type="dxa"/>
            <w:vMerge/>
            <w:tcBorders>
              <w:top w:val="nil"/>
            </w:tcBorders>
          </w:tcPr>
          <w:p w:rsidR="00CB6516" w:rsidRPr="00E85698" w:rsidRDefault="00CB6516" w:rsidP="00CB6516">
            <w:pPr>
              <w:rPr>
                <w:sz w:val="2"/>
                <w:szCs w:val="2"/>
              </w:rPr>
            </w:pPr>
          </w:p>
        </w:tc>
        <w:tc>
          <w:tcPr>
            <w:tcW w:w="3701" w:type="dxa"/>
            <w:vMerge/>
            <w:tcBorders>
              <w:top w:val="nil"/>
            </w:tcBorders>
          </w:tcPr>
          <w:p w:rsidR="00CB6516" w:rsidRPr="00E85698" w:rsidRDefault="00CB6516" w:rsidP="00CB6516">
            <w:pPr>
              <w:rPr>
                <w:sz w:val="2"/>
                <w:szCs w:val="2"/>
              </w:rPr>
            </w:pPr>
          </w:p>
        </w:tc>
      </w:tr>
      <w:tr w:rsidR="00CB6516" w:rsidRPr="00E85698" w:rsidTr="00CB6516">
        <w:trPr>
          <w:trHeight w:val="453"/>
        </w:trPr>
        <w:tc>
          <w:tcPr>
            <w:tcW w:w="15508" w:type="dxa"/>
            <w:gridSpan w:val="9"/>
          </w:tcPr>
          <w:p w:rsidR="00CB6516" w:rsidRPr="00E85698" w:rsidRDefault="00CB6516" w:rsidP="00CB6516">
            <w:pPr>
              <w:pStyle w:val="TableParagraph"/>
              <w:spacing w:before="33"/>
              <w:ind w:left="59"/>
              <w:rPr>
                <w:b/>
                <w:sz w:val="16"/>
              </w:rPr>
            </w:pPr>
            <w:r w:rsidRPr="00E85698">
              <w:rPr>
                <w:b/>
                <w:sz w:val="16"/>
              </w:rPr>
              <w:t>Раздел</w:t>
            </w:r>
            <w:r w:rsidRPr="00E85698">
              <w:rPr>
                <w:b/>
                <w:spacing w:val="-2"/>
                <w:sz w:val="16"/>
              </w:rPr>
              <w:t xml:space="preserve"> </w:t>
            </w:r>
            <w:r w:rsidRPr="00E85698">
              <w:rPr>
                <w:b/>
                <w:sz w:val="16"/>
              </w:rPr>
              <w:t>1. ОБЩИЕ</w:t>
            </w:r>
            <w:r w:rsidRPr="00E85698">
              <w:rPr>
                <w:b/>
                <w:spacing w:val="2"/>
                <w:sz w:val="16"/>
              </w:rPr>
              <w:t xml:space="preserve"> </w:t>
            </w:r>
            <w:r w:rsidRPr="00E85698">
              <w:rPr>
                <w:b/>
                <w:sz w:val="16"/>
              </w:rPr>
              <w:t>СВЕДЕНИЯ</w:t>
            </w:r>
            <w:r w:rsidRPr="00E85698">
              <w:rPr>
                <w:b/>
                <w:spacing w:val="34"/>
                <w:sz w:val="16"/>
              </w:rPr>
              <w:t xml:space="preserve"> </w:t>
            </w:r>
            <w:r w:rsidRPr="00E85698">
              <w:rPr>
                <w:b/>
                <w:sz w:val="16"/>
              </w:rPr>
              <w:t>О</w:t>
            </w:r>
            <w:r w:rsidRPr="00E85698">
              <w:rPr>
                <w:b/>
                <w:spacing w:val="39"/>
                <w:sz w:val="16"/>
              </w:rPr>
              <w:t xml:space="preserve"> </w:t>
            </w:r>
            <w:r w:rsidRPr="00E85698">
              <w:rPr>
                <w:b/>
                <w:sz w:val="16"/>
              </w:rPr>
              <w:t>ЯЗЫКЕ</w:t>
            </w:r>
          </w:p>
        </w:tc>
      </w:tr>
      <w:tr w:rsidR="00CB6516" w:rsidRPr="00942243" w:rsidTr="00CB6516">
        <w:trPr>
          <w:trHeight w:val="1730"/>
        </w:trPr>
        <w:tc>
          <w:tcPr>
            <w:tcW w:w="468" w:type="dxa"/>
          </w:tcPr>
          <w:p w:rsidR="00CB6516" w:rsidRPr="00E85698" w:rsidRDefault="00CB6516" w:rsidP="00CB6516">
            <w:pPr>
              <w:pStyle w:val="TableParagraph"/>
              <w:spacing w:before="33"/>
              <w:ind w:right="104"/>
              <w:jc w:val="right"/>
              <w:rPr>
                <w:sz w:val="16"/>
              </w:rPr>
            </w:pPr>
            <w:r w:rsidRPr="00E85698">
              <w:rPr>
                <w:sz w:val="16"/>
              </w:rPr>
              <w:t>1.1.</w:t>
            </w:r>
          </w:p>
        </w:tc>
        <w:tc>
          <w:tcPr>
            <w:tcW w:w="2883" w:type="dxa"/>
          </w:tcPr>
          <w:p w:rsidR="00CB6516" w:rsidRPr="00E85698" w:rsidRDefault="00CB6516" w:rsidP="00CB6516">
            <w:pPr>
              <w:pStyle w:val="TableParagraph"/>
              <w:spacing w:before="33" w:line="256" w:lineRule="auto"/>
              <w:ind w:left="57"/>
              <w:rPr>
                <w:sz w:val="16"/>
              </w:rPr>
            </w:pPr>
            <w:r w:rsidRPr="00E85698">
              <w:rPr>
                <w:sz w:val="16"/>
              </w:rPr>
              <w:t>Богатство</w:t>
            </w:r>
            <w:r w:rsidRPr="00E85698">
              <w:rPr>
                <w:spacing w:val="-7"/>
                <w:sz w:val="16"/>
              </w:rPr>
              <w:t xml:space="preserve"> </w:t>
            </w:r>
            <w:r w:rsidRPr="00E85698">
              <w:rPr>
                <w:sz w:val="16"/>
              </w:rPr>
              <w:t>и</w:t>
            </w:r>
            <w:r w:rsidRPr="00E85698">
              <w:rPr>
                <w:spacing w:val="-6"/>
                <w:sz w:val="16"/>
              </w:rPr>
              <w:t xml:space="preserve"> </w:t>
            </w:r>
            <w:r w:rsidRPr="00E85698">
              <w:rPr>
                <w:sz w:val="16"/>
              </w:rPr>
              <w:t>выразительность</w:t>
            </w:r>
            <w:r w:rsidRPr="00E85698">
              <w:rPr>
                <w:spacing w:val="-7"/>
                <w:sz w:val="16"/>
              </w:rPr>
              <w:t xml:space="preserve"> </w:t>
            </w:r>
            <w:r w:rsidRPr="00E85698">
              <w:rPr>
                <w:sz w:val="16"/>
              </w:rPr>
              <w:t>русского</w:t>
            </w:r>
            <w:r w:rsidRPr="00E85698">
              <w:rPr>
                <w:spacing w:val="-37"/>
                <w:sz w:val="16"/>
              </w:rPr>
              <w:t xml:space="preserve"> </w:t>
            </w:r>
            <w:r w:rsidRPr="00E85698">
              <w:rPr>
                <w:sz w:val="16"/>
              </w:rPr>
              <w:t>языка.</w:t>
            </w:r>
          </w:p>
        </w:tc>
        <w:tc>
          <w:tcPr>
            <w:tcW w:w="528" w:type="dxa"/>
          </w:tcPr>
          <w:p w:rsidR="00CB6516" w:rsidRPr="00E85698" w:rsidRDefault="00CB6516" w:rsidP="00CB6516">
            <w:pPr>
              <w:pStyle w:val="TableParagraph"/>
              <w:spacing w:before="33"/>
              <w:ind w:left="57"/>
              <w:rPr>
                <w:sz w:val="16"/>
              </w:rPr>
            </w:pPr>
            <w:r w:rsidRPr="00E85698">
              <w:rPr>
                <w:sz w:val="16"/>
              </w:rPr>
              <w:t>1</w:t>
            </w:r>
          </w:p>
        </w:tc>
        <w:tc>
          <w:tcPr>
            <w:tcW w:w="1107" w:type="dxa"/>
          </w:tcPr>
          <w:p w:rsidR="00CB6516" w:rsidRPr="00E85698" w:rsidRDefault="00CB6516" w:rsidP="00CB6516">
            <w:pPr>
              <w:pStyle w:val="TableParagraph"/>
              <w:spacing w:before="33"/>
              <w:ind w:left="57"/>
              <w:rPr>
                <w:sz w:val="16"/>
              </w:rPr>
            </w:pPr>
            <w:r w:rsidRPr="00E85698">
              <w:rPr>
                <w:sz w:val="16"/>
              </w:rPr>
              <w:t>0</w:t>
            </w:r>
          </w:p>
        </w:tc>
        <w:tc>
          <w:tcPr>
            <w:tcW w:w="1140" w:type="dxa"/>
          </w:tcPr>
          <w:p w:rsidR="00CB6516" w:rsidRPr="00E85698" w:rsidRDefault="00CB6516" w:rsidP="00CB6516">
            <w:pPr>
              <w:pStyle w:val="TableParagraph"/>
              <w:spacing w:before="33"/>
              <w:ind w:left="54"/>
              <w:rPr>
                <w:sz w:val="16"/>
              </w:rPr>
            </w:pPr>
            <w:r w:rsidRPr="00E85698">
              <w:rPr>
                <w:sz w:val="16"/>
              </w:rPr>
              <w:t>0</w:t>
            </w:r>
          </w:p>
        </w:tc>
        <w:tc>
          <w:tcPr>
            <w:tcW w:w="804" w:type="dxa"/>
          </w:tcPr>
          <w:p w:rsidR="00CB6516" w:rsidRPr="00E85698" w:rsidRDefault="006C1B1D" w:rsidP="00CB6516">
            <w:pPr>
              <w:pStyle w:val="TableParagraph"/>
              <w:rPr>
                <w:sz w:val="16"/>
              </w:rPr>
            </w:pPr>
            <w:r>
              <w:rPr>
                <w:sz w:val="16"/>
              </w:rPr>
              <w:t>2.09</w:t>
            </w:r>
          </w:p>
        </w:tc>
        <w:tc>
          <w:tcPr>
            <w:tcW w:w="3761" w:type="dxa"/>
          </w:tcPr>
          <w:p w:rsidR="00CB6516" w:rsidRPr="00E85698" w:rsidRDefault="00CB6516" w:rsidP="00CB6516">
            <w:pPr>
              <w:pStyle w:val="TableParagraph"/>
              <w:spacing w:before="30"/>
              <w:ind w:left="59" w:right="84"/>
              <w:rPr>
                <w:sz w:val="16"/>
              </w:rPr>
            </w:pPr>
            <w:r w:rsidRPr="00E85698">
              <w:rPr>
                <w:sz w:val="16"/>
              </w:rPr>
              <w:t>Самостоятельно формулировать суждения о красоте</w:t>
            </w:r>
            <w:r w:rsidRPr="00E85698">
              <w:rPr>
                <w:spacing w:val="-37"/>
                <w:sz w:val="16"/>
              </w:rPr>
              <w:t xml:space="preserve"> </w:t>
            </w:r>
            <w:r w:rsidRPr="00E85698">
              <w:rPr>
                <w:sz w:val="16"/>
              </w:rPr>
              <w:t>и богатстве русского языка на основе проведённого</w:t>
            </w:r>
            <w:r w:rsidRPr="00E85698">
              <w:rPr>
                <w:spacing w:val="1"/>
                <w:sz w:val="16"/>
              </w:rPr>
              <w:t xml:space="preserve"> </w:t>
            </w:r>
            <w:r w:rsidRPr="00E85698">
              <w:rPr>
                <w:sz w:val="16"/>
              </w:rPr>
              <w:t>анализа;</w:t>
            </w:r>
          </w:p>
          <w:p w:rsidR="00CB6516" w:rsidRPr="00E85698" w:rsidRDefault="00CB6516" w:rsidP="00CB6516">
            <w:pPr>
              <w:pStyle w:val="TableParagraph"/>
              <w:spacing w:before="7" w:line="261" w:lineRule="auto"/>
              <w:ind w:left="59" w:right="48"/>
              <w:rPr>
                <w:sz w:val="16"/>
              </w:rPr>
            </w:pPr>
            <w:r w:rsidRPr="00E85698">
              <w:rPr>
                <w:sz w:val="16"/>
              </w:rPr>
              <w:t>Анализировать прозаические и поэтические тексты с</w:t>
            </w:r>
            <w:r w:rsidRPr="00E85698">
              <w:rPr>
                <w:spacing w:val="-37"/>
                <w:sz w:val="16"/>
              </w:rPr>
              <w:t xml:space="preserve"> </w:t>
            </w:r>
            <w:r w:rsidRPr="00E85698">
              <w:rPr>
                <w:sz w:val="16"/>
              </w:rPr>
              <w:t>точки зрения использования в них</w:t>
            </w:r>
            <w:r w:rsidRPr="00E85698">
              <w:rPr>
                <w:spacing w:val="1"/>
                <w:sz w:val="16"/>
              </w:rPr>
              <w:t xml:space="preserve"> </w:t>
            </w:r>
            <w:proofErr w:type="spellStart"/>
            <w:r w:rsidRPr="00E85698">
              <w:rPr>
                <w:sz w:val="16"/>
              </w:rPr>
              <w:t>изобразительновыразительных</w:t>
            </w:r>
            <w:proofErr w:type="spellEnd"/>
            <w:r w:rsidRPr="00E85698">
              <w:rPr>
                <w:sz w:val="16"/>
              </w:rPr>
              <w:t xml:space="preserve"> языковых средств;</w:t>
            </w:r>
            <w:r w:rsidRPr="00E85698">
              <w:rPr>
                <w:spacing w:val="1"/>
                <w:sz w:val="16"/>
              </w:rPr>
              <w:t xml:space="preserve"> </w:t>
            </w:r>
            <w:proofErr w:type="spellStart"/>
            <w:r w:rsidRPr="00E85698">
              <w:rPr>
                <w:sz w:val="16"/>
              </w:rPr>
              <w:t>Cамостоятельно</w:t>
            </w:r>
            <w:proofErr w:type="spellEnd"/>
            <w:r w:rsidRPr="00E85698">
              <w:rPr>
                <w:sz w:val="16"/>
              </w:rPr>
              <w:t xml:space="preserve"> формулировать обобщения и</w:t>
            </w:r>
            <w:r w:rsidRPr="00E85698">
              <w:rPr>
                <w:spacing w:val="1"/>
                <w:sz w:val="16"/>
              </w:rPr>
              <w:t xml:space="preserve"> </w:t>
            </w:r>
            <w:r w:rsidRPr="00E85698">
              <w:rPr>
                <w:sz w:val="16"/>
              </w:rPr>
              <w:t>выводы</w:t>
            </w:r>
            <w:r w:rsidRPr="00E85698">
              <w:rPr>
                <w:spacing w:val="-4"/>
                <w:sz w:val="16"/>
              </w:rPr>
              <w:t xml:space="preserve"> </w:t>
            </w:r>
            <w:r w:rsidRPr="00E85698">
              <w:rPr>
                <w:sz w:val="16"/>
              </w:rPr>
              <w:t>о</w:t>
            </w:r>
            <w:r w:rsidRPr="00E85698">
              <w:rPr>
                <w:spacing w:val="-2"/>
                <w:sz w:val="16"/>
              </w:rPr>
              <w:t xml:space="preserve"> </w:t>
            </w:r>
            <w:r w:rsidRPr="00E85698">
              <w:rPr>
                <w:sz w:val="16"/>
              </w:rPr>
              <w:t>словарном</w:t>
            </w:r>
            <w:r w:rsidRPr="00E85698">
              <w:rPr>
                <w:spacing w:val="-1"/>
                <w:sz w:val="16"/>
              </w:rPr>
              <w:t xml:space="preserve"> </w:t>
            </w:r>
            <w:r w:rsidRPr="00E85698">
              <w:rPr>
                <w:sz w:val="16"/>
              </w:rPr>
              <w:t>богатстве</w:t>
            </w:r>
            <w:r w:rsidRPr="00E85698">
              <w:rPr>
                <w:spacing w:val="-5"/>
                <w:sz w:val="16"/>
              </w:rPr>
              <w:t xml:space="preserve"> </w:t>
            </w:r>
            <w:r w:rsidRPr="00E85698">
              <w:rPr>
                <w:sz w:val="16"/>
              </w:rPr>
              <w:t>русского</w:t>
            </w:r>
            <w:r w:rsidRPr="00E85698">
              <w:rPr>
                <w:spacing w:val="-2"/>
                <w:sz w:val="16"/>
              </w:rPr>
              <w:t xml:space="preserve"> </w:t>
            </w:r>
            <w:r w:rsidRPr="00E85698">
              <w:rPr>
                <w:sz w:val="16"/>
              </w:rPr>
              <w:t>языка;</w:t>
            </w:r>
          </w:p>
        </w:tc>
        <w:tc>
          <w:tcPr>
            <w:tcW w:w="1116" w:type="dxa"/>
          </w:tcPr>
          <w:p w:rsidR="00CB6516" w:rsidRPr="00E85698" w:rsidRDefault="00CB6516" w:rsidP="00CB6516">
            <w:pPr>
              <w:pStyle w:val="TableParagraph"/>
              <w:spacing w:before="33" w:line="256" w:lineRule="auto"/>
              <w:ind w:left="57" w:right="501"/>
              <w:rPr>
                <w:sz w:val="16"/>
              </w:rPr>
            </w:pPr>
            <w:r w:rsidRPr="00E85698">
              <w:rPr>
                <w:sz w:val="16"/>
              </w:rPr>
              <w:t>Устный</w:t>
            </w:r>
            <w:r w:rsidRPr="00E85698">
              <w:rPr>
                <w:spacing w:val="-37"/>
                <w:sz w:val="16"/>
              </w:rPr>
              <w:t xml:space="preserve"> </w:t>
            </w:r>
            <w:r w:rsidRPr="00E85698">
              <w:rPr>
                <w:sz w:val="16"/>
              </w:rPr>
              <w:t>опрос;</w:t>
            </w:r>
          </w:p>
        </w:tc>
        <w:tc>
          <w:tcPr>
            <w:tcW w:w="3701" w:type="dxa"/>
          </w:tcPr>
          <w:p w:rsidR="00CB6516" w:rsidRPr="00E85698" w:rsidRDefault="00CB6516" w:rsidP="00CB6516">
            <w:pPr>
              <w:pStyle w:val="TableParagraph"/>
              <w:spacing w:before="33" w:line="256" w:lineRule="auto"/>
              <w:ind w:left="58" w:right="488"/>
              <w:rPr>
                <w:sz w:val="16"/>
                <w:lang w:val="en-US"/>
              </w:rPr>
            </w:pPr>
            <w:r w:rsidRPr="00E85698">
              <w:rPr>
                <w:sz w:val="16"/>
                <w:lang w:val="en-US"/>
              </w:rPr>
              <w:t>infourok.ru</w:t>
            </w:r>
            <w:r w:rsidRPr="00E85698">
              <w:rPr>
                <w:spacing w:val="1"/>
                <w:sz w:val="16"/>
                <w:lang w:val="en-US"/>
              </w:rPr>
              <w:t xml:space="preserve"> </w:t>
            </w:r>
            <w:r w:rsidRPr="00E85698">
              <w:rPr>
                <w:sz w:val="16"/>
                <w:lang w:val="en-US"/>
              </w:rPr>
              <w:t>https://infourok.ru/urok-bogatstvo-i-</w:t>
            </w:r>
            <w:r w:rsidRPr="00E85698">
              <w:rPr>
                <w:spacing w:val="-37"/>
                <w:sz w:val="16"/>
                <w:lang w:val="en-US"/>
              </w:rPr>
              <w:t xml:space="preserve"> </w:t>
            </w:r>
            <w:r w:rsidRPr="00E85698">
              <w:rPr>
                <w:sz w:val="16"/>
                <w:lang w:val="en-US"/>
              </w:rPr>
              <w:t>vyrazitelnost-rechi6031261.html</w:t>
            </w:r>
          </w:p>
        </w:tc>
      </w:tr>
      <w:tr w:rsidR="00CB6516" w:rsidRPr="00942243" w:rsidTr="00CB6516">
        <w:trPr>
          <w:trHeight w:val="1149"/>
        </w:trPr>
        <w:tc>
          <w:tcPr>
            <w:tcW w:w="468" w:type="dxa"/>
          </w:tcPr>
          <w:p w:rsidR="00CB6516" w:rsidRPr="00E85698" w:rsidRDefault="00CB6516" w:rsidP="00CB6516">
            <w:pPr>
              <w:pStyle w:val="TableParagraph"/>
              <w:spacing w:before="30"/>
              <w:ind w:right="104"/>
              <w:jc w:val="right"/>
              <w:rPr>
                <w:sz w:val="16"/>
              </w:rPr>
            </w:pPr>
            <w:r w:rsidRPr="00E85698">
              <w:rPr>
                <w:sz w:val="16"/>
              </w:rPr>
              <w:t>1.2.</w:t>
            </w:r>
          </w:p>
        </w:tc>
        <w:tc>
          <w:tcPr>
            <w:tcW w:w="2883" w:type="dxa"/>
          </w:tcPr>
          <w:p w:rsidR="00CB6516" w:rsidRPr="00E85698" w:rsidRDefault="00CB6516" w:rsidP="00CB6516">
            <w:pPr>
              <w:pStyle w:val="TableParagraph"/>
              <w:spacing w:before="30"/>
              <w:ind w:left="57"/>
              <w:rPr>
                <w:sz w:val="16"/>
              </w:rPr>
            </w:pPr>
            <w:r w:rsidRPr="00E85698">
              <w:rPr>
                <w:sz w:val="16"/>
              </w:rPr>
              <w:t>Лингвистика</w:t>
            </w:r>
            <w:r w:rsidRPr="00E85698">
              <w:rPr>
                <w:spacing w:val="-2"/>
                <w:sz w:val="16"/>
              </w:rPr>
              <w:t xml:space="preserve"> </w:t>
            </w:r>
            <w:r w:rsidRPr="00E85698">
              <w:rPr>
                <w:sz w:val="16"/>
              </w:rPr>
              <w:t>как</w:t>
            </w:r>
            <w:r w:rsidRPr="00E85698">
              <w:rPr>
                <w:spacing w:val="-3"/>
                <w:sz w:val="16"/>
              </w:rPr>
              <w:t xml:space="preserve"> </w:t>
            </w:r>
            <w:r w:rsidRPr="00E85698">
              <w:rPr>
                <w:sz w:val="16"/>
              </w:rPr>
              <w:t>наука</w:t>
            </w:r>
            <w:r w:rsidRPr="00E85698">
              <w:rPr>
                <w:spacing w:val="-1"/>
                <w:sz w:val="16"/>
              </w:rPr>
              <w:t xml:space="preserve"> </w:t>
            </w:r>
            <w:r w:rsidRPr="00E85698">
              <w:rPr>
                <w:sz w:val="16"/>
              </w:rPr>
              <w:t>о</w:t>
            </w:r>
            <w:r w:rsidRPr="00E85698">
              <w:rPr>
                <w:spacing w:val="-3"/>
                <w:sz w:val="16"/>
              </w:rPr>
              <w:t xml:space="preserve"> </w:t>
            </w:r>
            <w:r w:rsidRPr="00E85698">
              <w:rPr>
                <w:sz w:val="16"/>
              </w:rPr>
              <w:t>языке.</w:t>
            </w:r>
          </w:p>
        </w:tc>
        <w:tc>
          <w:tcPr>
            <w:tcW w:w="528" w:type="dxa"/>
          </w:tcPr>
          <w:p w:rsidR="00CB6516" w:rsidRPr="00E85698" w:rsidRDefault="00CB6516" w:rsidP="00CB6516">
            <w:pPr>
              <w:pStyle w:val="TableParagraph"/>
              <w:spacing w:before="30"/>
              <w:ind w:left="57"/>
              <w:rPr>
                <w:sz w:val="16"/>
              </w:rPr>
            </w:pPr>
            <w:r w:rsidRPr="00E85698">
              <w:rPr>
                <w:sz w:val="16"/>
              </w:rPr>
              <w:t>1</w:t>
            </w:r>
          </w:p>
        </w:tc>
        <w:tc>
          <w:tcPr>
            <w:tcW w:w="1107" w:type="dxa"/>
          </w:tcPr>
          <w:p w:rsidR="00CB6516" w:rsidRPr="00E85698" w:rsidRDefault="00CB6516" w:rsidP="00CB6516">
            <w:pPr>
              <w:pStyle w:val="TableParagraph"/>
              <w:spacing w:before="30"/>
              <w:ind w:left="57"/>
              <w:rPr>
                <w:sz w:val="16"/>
              </w:rPr>
            </w:pPr>
            <w:r w:rsidRPr="00E85698">
              <w:rPr>
                <w:sz w:val="16"/>
              </w:rPr>
              <w:t>0</w:t>
            </w:r>
          </w:p>
        </w:tc>
        <w:tc>
          <w:tcPr>
            <w:tcW w:w="1140" w:type="dxa"/>
          </w:tcPr>
          <w:p w:rsidR="00CB6516" w:rsidRPr="00E85698" w:rsidRDefault="00CB6516" w:rsidP="00CB6516">
            <w:pPr>
              <w:pStyle w:val="TableParagraph"/>
              <w:spacing w:before="30"/>
              <w:ind w:left="54"/>
              <w:rPr>
                <w:sz w:val="16"/>
              </w:rPr>
            </w:pPr>
            <w:r w:rsidRPr="00E85698">
              <w:rPr>
                <w:sz w:val="16"/>
              </w:rPr>
              <w:t>0</w:t>
            </w:r>
          </w:p>
        </w:tc>
        <w:tc>
          <w:tcPr>
            <w:tcW w:w="804" w:type="dxa"/>
          </w:tcPr>
          <w:p w:rsidR="00CB6516" w:rsidRPr="00E85698" w:rsidRDefault="006C1B1D" w:rsidP="00CB6516">
            <w:pPr>
              <w:pStyle w:val="TableParagraph"/>
              <w:rPr>
                <w:sz w:val="16"/>
              </w:rPr>
            </w:pPr>
            <w:r>
              <w:rPr>
                <w:sz w:val="16"/>
              </w:rPr>
              <w:t>5.09</w:t>
            </w:r>
          </w:p>
        </w:tc>
        <w:tc>
          <w:tcPr>
            <w:tcW w:w="3761" w:type="dxa"/>
          </w:tcPr>
          <w:p w:rsidR="00CB6516" w:rsidRPr="00E85698" w:rsidRDefault="00CB6516" w:rsidP="00CB6516">
            <w:pPr>
              <w:pStyle w:val="TableParagraph"/>
              <w:spacing w:before="30"/>
              <w:ind w:left="59" w:right="279"/>
              <w:rPr>
                <w:sz w:val="16"/>
              </w:rPr>
            </w:pPr>
            <w:r w:rsidRPr="00E85698">
              <w:rPr>
                <w:sz w:val="16"/>
              </w:rPr>
              <w:t>Характеризовать основные разделы лингвистики;</w:t>
            </w:r>
            <w:r w:rsidRPr="00E85698">
              <w:rPr>
                <w:spacing w:val="-37"/>
                <w:sz w:val="16"/>
              </w:rPr>
              <w:t xml:space="preserve"> </w:t>
            </w:r>
            <w:r w:rsidRPr="00E85698">
              <w:rPr>
                <w:sz w:val="16"/>
              </w:rPr>
              <w:t>Характеризовать язык как систему знаков и как</w:t>
            </w:r>
            <w:r w:rsidRPr="00E85698">
              <w:rPr>
                <w:spacing w:val="1"/>
                <w:sz w:val="16"/>
              </w:rPr>
              <w:t xml:space="preserve"> </w:t>
            </w:r>
            <w:r w:rsidRPr="00E85698">
              <w:rPr>
                <w:sz w:val="16"/>
              </w:rPr>
              <w:t>средство</w:t>
            </w:r>
            <w:r w:rsidRPr="00E85698">
              <w:rPr>
                <w:spacing w:val="-4"/>
                <w:sz w:val="16"/>
              </w:rPr>
              <w:t xml:space="preserve"> </w:t>
            </w:r>
            <w:r w:rsidRPr="00E85698">
              <w:rPr>
                <w:sz w:val="16"/>
              </w:rPr>
              <w:t>человеческого</w:t>
            </w:r>
            <w:r w:rsidRPr="00E85698">
              <w:rPr>
                <w:spacing w:val="-1"/>
                <w:sz w:val="16"/>
              </w:rPr>
              <w:t xml:space="preserve"> </w:t>
            </w:r>
            <w:r w:rsidRPr="00E85698">
              <w:rPr>
                <w:sz w:val="16"/>
              </w:rPr>
              <w:t>общения;</w:t>
            </w:r>
          </w:p>
          <w:p w:rsidR="00CB6516" w:rsidRPr="00E85698" w:rsidRDefault="00CB6516" w:rsidP="00CB6516">
            <w:pPr>
              <w:pStyle w:val="TableParagraph"/>
              <w:spacing w:line="259" w:lineRule="auto"/>
              <w:ind w:left="59" w:right="195"/>
              <w:rPr>
                <w:sz w:val="16"/>
              </w:rPr>
            </w:pPr>
            <w:r w:rsidRPr="00E85698">
              <w:rPr>
                <w:sz w:val="16"/>
              </w:rPr>
              <w:t>Выявлять и сравнивать основные единицы языка и</w:t>
            </w:r>
            <w:r w:rsidRPr="00E85698">
              <w:rPr>
                <w:spacing w:val="-38"/>
                <w:sz w:val="16"/>
              </w:rPr>
              <w:t xml:space="preserve"> </w:t>
            </w:r>
            <w:r w:rsidRPr="00E85698">
              <w:rPr>
                <w:sz w:val="16"/>
              </w:rPr>
              <w:t>речи</w:t>
            </w:r>
            <w:r w:rsidRPr="00E85698">
              <w:rPr>
                <w:spacing w:val="-3"/>
                <w:sz w:val="16"/>
              </w:rPr>
              <w:t xml:space="preserve"> </w:t>
            </w:r>
            <w:r w:rsidRPr="00E85698">
              <w:rPr>
                <w:sz w:val="16"/>
              </w:rPr>
              <w:t>(в</w:t>
            </w:r>
            <w:r w:rsidRPr="00E85698">
              <w:rPr>
                <w:spacing w:val="-2"/>
                <w:sz w:val="16"/>
              </w:rPr>
              <w:t xml:space="preserve"> </w:t>
            </w:r>
            <w:r w:rsidRPr="00E85698">
              <w:rPr>
                <w:sz w:val="16"/>
              </w:rPr>
              <w:t>пределах</w:t>
            </w:r>
            <w:r w:rsidRPr="00E85698">
              <w:rPr>
                <w:spacing w:val="-4"/>
                <w:sz w:val="16"/>
              </w:rPr>
              <w:t xml:space="preserve"> </w:t>
            </w:r>
            <w:r w:rsidRPr="00E85698">
              <w:rPr>
                <w:sz w:val="16"/>
              </w:rPr>
              <w:t>изученного</w:t>
            </w:r>
            <w:r w:rsidRPr="00E85698">
              <w:rPr>
                <w:spacing w:val="-3"/>
                <w:sz w:val="16"/>
              </w:rPr>
              <w:t xml:space="preserve"> </w:t>
            </w:r>
            <w:r w:rsidRPr="00E85698">
              <w:rPr>
                <w:sz w:val="16"/>
              </w:rPr>
              <w:t>в</w:t>
            </w:r>
            <w:r w:rsidRPr="00E85698">
              <w:rPr>
                <w:spacing w:val="-2"/>
                <w:sz w:val="16"/>
              </w:rPr>
              <w:t xml:space="preserve"> </w:t>
            </w:r>
            <w:r w:rsidRPr="00E85698">
              <w:rPr>
                <w:sz w:val="16"/>
              </w:rPr>
              <w:t>начальной</w:t>
            </w:r>
            <w:r w:rsidRPr="00E85698">
              <w:rPr>
                <w:spacing w:val="-4"/>
                <w:sz w:val="16"/>
              </w:rPr>
              <w:t xml:space="preserve"> </w:t>
            </w:r>
            <w:r w:rsidRPr="00E85698">
              <w:rPr>
                <w:sz w:val="16"/>
              </w:rPr>
              <w:t>школе);</w:t>
            </w:r>
          </w:p>
        </w:tc>
        <w:tc>
          <w:tcPr>
            <w:tcW w:w="1116" w:type="dxa"/>
          </w:tcPr>
          <w:p w:rsidR="00CB6516" w:rsidRPr="00E85698" w:rsidRDefault="00CB6516" w:rsidP="00CB6516">
            <w:pPr>
              <w:pStyle w:val="TableParagraph"/>
              <w:spacing w:before="30" w:line="259" w:lineRule="auto"/>
              <w:ind w:left="57" w:right="501"/>
              <w:rPr>
                <w:sz w:val="16"/>
              </w:rPr>
            </w:pPr>
            <w:r w:rsidRPr="00E85698">
              <w:rPr>
                <w:sz w:val="16"/>
              </w:rPr>
              <w:t>Устный</w:t>
            </w:r>
            <w:r w:rsidRPr="00E85698">
              <w:rPr>
                <w:spacing w:val="-37"/>
                <w:sz w:val="16"/>
              </w:rPr>
              <w:t xml:space="preserve"> </w:t>
            </w:r>
            <w:r w:rsidRPr="00E85698">
              <w:rPr>
                <w:sz w:val="16"/>
              </w:rPr>
              <w:t>опрос;</w:t>
            </w:r>
          </w:p>
        </w:tc>
        <w:tc>
          <w:tcPr>
            <w:tcW w:w="3701" w:type="dxa"/>
          </w:tcPr>
          <w:p w:rsidR="00CB6516" w:rsidRPr="00E85698" w:rsidRDefault="00CB6516" w:rsidP="00CB6516">
            <w:pPr>
              <w:pStyle w:val="TableParagraph"/>
              <w:spacing w:before="30" w:line="259" w:lineRule="auto"/>
              <w:ind w:left="58" w:right="997"/>
              <w:rPr>
                <w:sz w:val="16"/>
                <w:lang w:val="en-US"/>
              </w:rPr>
            </w:pPr>
            <w:r w:rsidRPr="00E85698">
              <w:rPr>
                <w:sz w:val="16"/>
                <w:lang w:val="en-US"/>
              </w:rPr>
              <w:t>infourok.ru</w:t>
            </w:r>
            <w:r w:rsidRPr="00E85698">
              <w:rPr>
                <w:spacing w:val="1"/>
                <w:sz w:val="16"/>
                <w:lang w:val="en-US"/>
              </w:rPr>
              <w:t xml:space="preserve"> </w:t>
            </w:r>
            <w:r w:rsidRPr="00E85698">
              <w:rPr>
                <w:spacing w:val="-1"/>
                <w:sz w:val="16"/>
                <w:lang w:val="en-US"/>
              </w:rPr>
              <w:t>https://infourok.ru/prezentaciya-k-uroku-</w:t>
            </w:r>
          </w:p>
          <w:p w:rsidR="00CB6516" w:rsidRPr="00E85698" w:rsidRDefault="00CB6516" w:rsidP="00CB6516">
            <w:pPr>
              <w:pStyle w:val="TableParagraph"/>
              <w:spacing w:before="1" w:line="256" w:lineRule="auto"/>
              <w:ind w:left="58" w:right="488"/>
              <w:rPr>
                <w:sz w:val="16"/>
                <w:lang w:val="en-US"/>
              </w:rPr>
            </w:pPr>
            <w:proofErr w:type="spellStart"/>
            <w:r w:rsidRPr="00E85698">
              <w:rPr>
                <w:spacing w:val="-1"/>
                <w:sz w:val="16"/>
                <w:lang w:val="en-US"/>
              </w:rPr>
              <w:t>russkogoyazika</w:t>
            </w:r>
            <w:proofErr w:type="spellEnd"/>
            <w:r w:rsidRPr="00E85698">
              <w:rPr>
                <w:spacing w:val="-1"/>
                <w:sz w:val="16"/>
                <w:lang w:val="en-US"/>
              </w:rPr>
              <w:t>-</w:t>
            </w:r>
            <w:proofErr w:type="spellStart"/>
            <w:r w:rsidRPr="00E85698">
              <w:rPr>
                <w:spacing w:val="-1"/>
                <w:sz w:val="16"/>
                <w:lang w:val="en-US"/>
              </w:rPr>
              <w:t>lingvistika</w:t>
            </w:r>
            <w:proofErr w:type="spellEnd"/>
            <w:r w:rsidRPr="00E85698">
              <w:rPr>
                <w:spacing w:val="-1"/>
                <w:sz w:val="16"/>
                <w:lang w:val="en-US"/>
              </w:rPr>
              <w:t>-</w:t>
            </w:r>
            <w:proofErr w:type="spellStart"/>
            <w:r w:rsidRPr="00E85698">
              <w:rPr>
                <w:spacing w:val="-1"/>
                <w:sz w:val="16"/>
                <w:lang w:val="en-US"/>
              </w:rPr>
              <w:t>nauka</w:t>
            </w:r>
            <w:proofErr w:type="spellEnd"/>
            <w:r w:rsidRPr="00E85698">
              <w:rPr>
                <w:spacing w:val="-1"/>
                <w:sz w:val="16"/>
                <w:lang w:val="en-US"/>
              </w:rPr>
              <w:t>-o-</w:t>
            </w:r>
            <w:proofErr w:type="spellStart"/>
            <w:r w:rsidRPr="00E85698">
              <w:rPr>
                <w:spacing w:val="-1"/>
                <w:sz w:val="16"/>
                <w:lang w:val="en-US"/>
              </w:rPr>
              <w:t>yazike</w:t>
            </w:r>
            <w:proofErr w:type="spellEnd"/>
            <w:r w:rsidRPr="00E85698">
              <w:rPr>
                <w:spacing w:val="-1"/>
                <w:sz w:val="16"/>
                <w:lang w:val="en-US"/>
              </w:rPr>
              <w:t>-</w:t>
            </w:r>
            <w:r w:rsidRPr="00E85698">
              <w:rPr>
                <w:sz w:val="16"/>
                <w:lang w:val="en-US"/>
              </w:rPr>
              <w:t xml:space="preserve"> 1663454.html</w:t>
            </w:r>
          </w:p>
        </w:tc>
      </w:tr>
      <w:tr w:rsidR="00CB6516" w:rsidRPr="00E85698" w:rsidTr="00CB6516">
        <w:trPr>
          <w:trHeight w:val="455"/>
        </w:trPr>
        <w:tc>
          <w:tcPr>
            <w:tcW w:w="3351" w:type="dxa"/>
            <w:gridSpan w:val="2"/>
          </w:tcPr>
          <w:p w:rsidR="00CB6516" w:rsidRPr="00E85698" w:rsidRDefault="00CB6516" w:rsidP="00CB6516">
            <w:pPr>
              <w:pStyle w:val="TableParagraph"/>
              <w:spacing w:before="30"/>
              <w:ind w:left="59"/>
              <w:rPr>
                <w:sz w:val="16"/>
              </w:rPr>
            </w:pPr>
            <w:r w:rsidRPr="00E85698">
              <w:rPr>
                <w:sz w:val="16"/>
              </w:rPr>
              <w:t>Итого</w:t>
            </w:r>
            <w:r w:rsidRPr="00E85698">
              <w:rPr>
                <w:spacing w:val="-3"/>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CB6516" w:rsidRPr="00E85698" w:rsidRDefault="00CB6516" w:rsidP="00CB6516">
            <w:pPr>
              <w:pStyle w:val="TableParagraph"/>
              <w:spacing w:before="30"/>
              <w:ind w:left="57"/>
              <w:rPr>
                <w:sz w:val="16"/>
              </w:rPr>
            </w:pPr>
            <w:r w:rsidRPr="00E85698">
              <w:rPr>
                <w:sz w:val="16"/>
              </w:rPr>
              <w:t>2</w:t>
            </w:r>
          </w:p>
        </w:tc>
        <w:tc>
          <w:tcPr>
            <w:tcW w:w="11629" w:type="dxa"/>
            <w:gridSpan w:val="6"/>
          </w:tcPr>
          <w:p w:rsidR="00CB6516" w:rsidRPr="00E85698" w:rsidRDefault="00CB6516" w:rsidP="00CB6516">
            <w:pPr>
              <w:pStyle w:val="TableParagraph"/>
              <w:rPr>
                <w:sz w:val="16"/>
              </w:rPr>
            </w:pPr>
          </w:p>
        </w:tc>
      </w:tr>
      <w:tr w:rsidR="00CB6516" w:rsidRPr="00E85698" w:rsidTr="00CB6516">
        <w:trPr>
          <w:trHeight w:val="453"/>
        </w:trPr>
        <w:tc>
          <w:tcPr>
            <w:tcW w:w="15508" w:type="dxa"/>
            <w:gridSpan w:val="9"/>
          </w:tcPr>
          <w:p w:rsidR="00CB6516" w:rsidRPr="00E85698" w:rsidRDefault="00CB6516" w:rsidP="00CB6516">
            <w:pPr>
              <w:pStyle w:val="TableParagraph"/>
              <w:spacing w:before="33"/>
              <w:ind w:left="59"/>
              <w:rPr>
                <w:b/>
                <w:sz w:val="16"/>
              </w:rPr>
            </w:pPr>
            <w:r w:rsidRPr="00E85698">
              <w:rPr>
                <w:b/>
                <w:sz w:val="16"/>
              </w:rPr>
              <w:t>Раздел</w:t>
            </w:r>
            <w:r w:rsidRPr="00E85698">
              <w:rPr>
                <w:b/>
                <w:spacing w:val="-2"/>
                <w:sz w:val="16"/>
              </w:rPr>
              <w:t xml:space="preserve"> </w:t>
            </w:r>
            <w:r w:rsidRPr="00E85698">
              <w:rPr>
                <w:b/>
                <w:sz w:val="16"/>
              </w:rPr>
              <w:t>2. ПОВТОРЕНИЕ</w:t>
            </w:r>
          </w:p>
        </w:tc>
      </w:tr>
      <w:tr w:rsidR="00CB6516" w:rsidRPr="00E85698" w:rsidTr="00CB6516">
        <w:trPr>
          <w:trHeight w:val="2112"/>
        </w:trPr>
        <w:tc>
          <w:tcPr>
            <w:tcW w:w="468" w:type="dxa"/>
          </w:tcPr>
          <w:p w:rsidR="00CB6516" w:rsidRPr="00E85698" w:rsidRDefault="00CB6516" w:rsidP="00CB6516">
            <w:pPr>
              <w:pStyle w:val="TableParagraph"/>
              <w:spacing w:before="33"/>
              <w:ind w:right="104"/>
              <w:jc w:val="right"/>
              <w:rPr>
                <w:sz w:val="16"/>
              </w:rPr>
            </w:pPr>
            <w:r w:rsidRPr="00E85698">
              <w:rPr>
                <w:sz w:val="16"/>
              </w:rPr>
              <w:t>2.1.</w:t>
            </w:r>
          </w:p>
        </w:tc>
        <w:tc>
          <w:tcPr>
            <w:tcW w:w="2883" w:type="dxa"/>
          </w:tcPr>
          <w:p w:rsidR="00CB6516" w:rsidRPr="00E85698" w:rsidRDefault="00CB6516" w:rsidP="00CB6516">
            <w:pPr>
              <w:pStyle w:val="TableParagraph"/>
              <w:spacing w:before="33"/>
              <w:ind w:left="57"/>
              <w:rPr>
                <w:sz w:val="16"/>
              </w:rPr>
            </w:pPr>
            <w:r w:rsidRPr="00E85698">
              <w:rPr>
                <w:sz w:val="16"/>
              </w:rPr>
              <w:t>Повторение</w:t>
            </w:r>
            <w:r w:rsidRPr="00E85698">
              <w:rPr>
                <w:spacing w:val="-7"/>
                <w:sz w:val="16"/>
              </w:rPr>
              <w:t xml:space="preserve"> </w:t>
            </w:r>
            <w:r w:rsidRPr="00E85698">
              <w:rPr>
                <w:sz w:val="16"/>
              </w:rPr>
              <w:t>пройденного</w:t>
            </w:r>
            <w:r w:rsidRPr="00E85698">
              <w:rPr>
                <w:spacing w:val="-6"/>
                <w:sz w:val="16"/>
              </w:rPr>
              <w:t xml:space="preserve"> </w:t>
            </w:r>
            <w:r w:rsidRPr="00E85698">
              <w:rPr>
                <w:sz w:val="16"/>
              </w:rPr>
              <w:t>материала.</w:t>
            </w:r>
          </w:p>
        </w:tc>
        <w:tc>
          <w:tcPr>
            <w:tcW w:w="528" w:type="dxa"/>
          </w:tcPr>
          <w:p w:rsidR="00CB6516" w:rsidRPr="00E85698" w:rsidRDefault="00CB6516" w:rsidP="00CB6516">
            <w:pPr>
              <w:pStyle w:val="TableParagraph"/>
              <w:spacing w:before="33"/>
              <w:ind w:left="57"/>
              <w:rPr>
                <w:sz w:val="16"/>
              </w:rPr>
            </w:pPr>
            <w:r w:rsidRPr="00E85698">
              <w:rPr>
                <w:sz w:val="16"/>
              </w:rPr>
              <w:t>5</w:t>
            </w:r>
          </w:p>
        </w:tc>
        <w:tc>
          <w:tcPr>
            <w:tcW w:w="1107" w:type="dxa"/>
          </w:tcPr>
          <w:p w:rsidR="00CB6516" w:rsidRPr="00E85698" w:rsidRDefault="00CB6516" w:rsidP="00CB6516">
            <w:pPr>
              <w:pStyle w:val="TableParagraph"/>
              <w:spacing w:before="33"/>
              <w:ind w:left="57"/>
              <w:rPr>
                <w:sz w:val="16"/>
              </w:rPr>
            </w:pPr>
            <w:r w:rsidRPr="00E85698">
              <w:rPr>
                <w:sz w:val="16"/>
              </w:rPr>
              <w:t>1</w:t>
            </w:r>
          </w:p>
        </w:tc>
        <w:tc>
          <w:tcPr>
            <w:tcW w:w="1140" w:type="dxa"/>
          </w:tcPr>
          <w:p w:rsidR="00CB6516" w:rsidRPr="00E85698" w:rsidRDefault="00CB6516" w:rsidP="00CB6516">
            <w:pPr>
              <w:pStyle w:val="TableParagraph"/>
              <w:spacing w:before="33"/>
              <w:ind w:left="54"/>
              <w:rPr>
                <w:sz w:val="16"/>
              </w:rPr>
            </w:pPr>
            <w:r w:rsidRPr="00E85698">
              <w:rPr>
                <w:sz w:val="16"/>
              </w:rPr>
              <w:t>0</w:t>
            </w:r>
          </w:p>
        </w:tc>
        <w:tc>
          <w:tcPr>
            <w:tcW w:w="804" w:type="dxa"/>
          </w:tcPr>
          <w:p w:rsidR="00CB6516" w:rsidRPr="00E85698" w:rsidRDefault="006C1B1D" w:rsidP="00CB6516">
            <w:pPr>
              <w:pStyle w:val="TableParagraph"/>
              <w:rPr>
                <w:sz w:val="16"/>
              </w:rPr>
            </w:pPr>
            <w:r>
              <w:rPr>
                <w:sz w:val="16"/>
              </w:rPr>
              <w:t>6.09-12.09</w:t>
            </w:r>
          </w:p>
        </w:tc>
        <w:tc>
          <w:tcPr>
            <w:tcW w:w="3761" w:type="dxa"/>
          </w:tcPr>
          <w:p w:rsidR="00CB6516" w:rsidRPr="00E85698" w:rsidRDefault="00CB6516" w:rsidP="00CB6516">
            <w:pPr>
              <w:pStyle w:val="TableParagraph"/>
              <w:spacing w:before="33" w:line="228" w:lineRule="auto"/>
              <w:ind w:left="59" w:right="366"/>
              <w:rPr>
                <w:sz w:val="16"/>
              </w:rPr>
            </w:pPr>
            <w:r w:rsidRPr="00E85698">
              <w:rPr>
                <w:sz w:val="16"/>
              </w:rPr>
              <w:t>Повторить правописание гласных и согласных в</w:t>
            </w:r>
            <w:r w:rsidRPr="00E85698">
              <w:rPr>
                <w:spacing w:val="-38"/>
                <w:sz w:val="16"/>
              </w:rPr>
              <w:t xml:space="preserve"> </w:t>
            </w:r>
            <w:r w:rsidRPr="00E85698">
              <w:rPr>
                <w:sz w:val="16"/>
              </w:rPr>
              <w:t>корне;</w:t>
            </w:r>
          </w:p>
          <w:p w:rsidR="00CB6516" w:rsidRPr="00E85698" w:rsidRDefault="00CB6516" w:rsidP="00CB6516">
            <w:pPr>
              <w:pStyle w:val="TableParagraph"/>
              <w:spacing w:before="15" w:line="254" w:lineRule="auto"/>
              <w:ind w:left="59" w:right="219"/>
              <w:rPr>
                <w:sz w:val="16"/>
              </w:rPr>
            </w:pPr>
            <w:r w:rsidRPr="00E85698">
              <w:rPr>
                <w:sz w:val="16"/>
              </w:rPr>
              <w:t>Повторить</w:t>
            </w:r>
            <w:r w:rsidRPr="00E85698">
              <w:rPr>
                <w:spacing w:val="1"/>
                <w:sz w:val="16"/>
              </w:rPr>
              <w:t xml:space="preserve"> </w:t>
            </w:r>
            <w:r w:rsidRPr="00E85698">
              <w:rPr>
                <w:sz w:val="16"/>
              </w:rPr>
              <w:t>правописание</w:t>
            </w:r>
            <w:r w:rsidRPr="00E85698">
              <w:rPr>
                <w:spacing w:val="40"/>
                <w:sz w:val="16"/>
              </w:rPr>
              <w:t xml:space="preserve"> </w:t>
            </w:r>
            <w:r w:rsidRPr="00E85698">
              <w:rPr>
                <w:sz w:val="16"/>
              </w:rPr>
              <w:t>разделительного</w:t>
            </w:r>
            <w:r w:rsidRPr="00E85698">
              <w:rPr>
                <w:spacing w:val="1"/>
                <w:sz w:val="16"/>
              </w:rPr>
              <w:t xml:space="preserve"> </w:t>
            </w:r>
            <w:r w:rsidRPr="00E85698">
              <w:rPr>
                <w:sz w:val="16"/>
              </w:rPr>
              <w:t>мягкого</w:t>
            </w:r>
            <w:r w:rsidRPr="00E85698">
              <w:rPr>
                <w:spacing w:val="-4"/>
                <w:sz w:val="16"/>
              </w:rPr>
              <w:t xml:space="preserve"> </w:t>
            </w:r>
            <w:r w:rsidRPr="00E85698">
              <w:rPr>
                <w:sz w:val="16"/>
              </w:rPr>
              <w:t>(ь)</w:t>
            </w:r>
            <w:r w:rsidRPr="00E85698">
              <w:rPr>
                <w:spacing w:val="-4"/>
                <w:sz w:val="16"/>
              </w:rPr>
              <w:t xml:space="preserve"> </w:t>
            </w:r>
            <w:r w:rsidRPr="00E85698">
              <w:rPr>
                <w:sz w:val="16"/>
              </w:rPr>
              <w:t>и</w:t>
            </w:r>
            <w:r w:rsidRPr="00E85698">
              <w:rPr>
                <w:spacing w:val="-5"/>
                <w:sz w:val="16"/>
              </w:rPr>
              <w:t xml:space="preserve"> </w:t>
            </w:r>
            <w:r w:rsidRPr="00E85698">
              <w:rPr>
                <w:sz w:val="16"/>
              </w:rPr>
              <w:t>разделительного</w:t>
            </w:r>
            <w:r w:rsidRPr="00E85698">
              <w:rPr>
                <w:spacing w:val="-4"/>
                <w:sz w:val="16"/>
              </w:rPr>
              <w:t xml:space="preserve"> </w:t>
            </w:r>
            <w:r w:rsidRPr="00E85698">
              <w:rPr>
                <w:sz w:val="16"/>
              </w:rPr>
              <w:t>твёрдого</w:t>
            </w:r>
            <w:r w:rsidRPr="00E85698">
              <w:rPr>
                <w:spacing w:val="-4"/>
                <w:sz w:val="16"/>
              </w:rPr>
              <w:t xml:space="preserve"> </w:t>
            </w:r>
            <w:r w:rsidRPr="00E85698">
              <w:rPr>
                <w:sz w:val="16"/>
              </w:rPr>
              <w:t>(ъ)</w:t>
            </w:r>
            <w:r w:rsidRPr="00E85698">
              <w:rPr>
                <w:spacing w:val="-4"/>
                <w:sz w:val="16"/>
              </w:rPr>
              <w:t xml:space="preserve"> </w:t>
            </w:r>
            <w:r w:rsidRPr="00E85698">
              <w:rPr>
                <w:sz w:val="16"/>
              </w:rPr>
              <w:t>знаков;</w:t>
            </w:r>
          </w:p>
          <w:p w:rsidR="00CB6516" w:rsidRPr="00E85698" w:rsidRDefault="00CB6516" w:rsidP="00CB6516">
            <w:pPr>
              <w:pStyle w:val="TableParagraph"/>
              <w:spacing w:line="244" w:lineRule="auto"/>
              <w:ind w:left="59" w:right="112"/>
              <w:rPr>
                <w:sz w:val="16"/>
              </w:rPr>
            </w:pPr>
            <w:r w:rsidRPr="00E85698">
              <w:rPr>
                <w:sz w:val="16"/>
              </w:rPr>
              <w:t>Распознавать с помощью вопросов и заданий</w:t>
            </w:r>
            <w:r w:rsidRPr="00E85698">
              <w:rPr>
                <w:spacing w:val="1"/>
                <w:sz w:val="16"/>
              </w:rPr>
              <w:t xml:space="preserve"> </w:t>
            </w:r>
            <w:r w:rsidRPr="00E85698">
              <w:rPr>
                <w:sz w:val="16"/>
              </w:rPr>
              <w:t>самостоятельные и служебные части речи (в рамках</w:t>
            </w:r>
            <w:r w:rsidRPr="00E85698">
              <w:rPr>
                <w:spacing w:val="-37"/>
                <w:sz w:val="16"/>
              </w:rPr>
              <w:t xml:space="preserve"> </w:t>
            </w:r>
            <w:r w:rsidRPr="00E85698">
              <w:rPr>
                <w:sz w:val="16"/>
              </w:rPr>
              <w:t>изученного);</w:t>
            </w:r>
          </w:p>
          <w:p w:rsidR="00CB6516" w:rsidRPr="00E85698" w:rsidRDefault="00CB6516" w:rsidP="00CB6516">
            <w:pPr>
              <w:pStyle w:val="TableParagraph"/>
              <w:spacing w:line="259" w:lineRule="auto"/>
              <w:ind w:left="59" w:right="653"/>
              <w:rPr>
                <w:sz w:val="16"/>
              </w:rPr>
            </w:pPr>
            <w:r w:rsidRPr="00E85698">
              <w:rPr>
                <w:sz w:val="16"/>
              </w:rPr>
              <w:t>Характеризовать слова с точки зрения</w:t>
            </w:r>
            <w:r w:rsidRPr="00E85698">
              <w:rPr>
                <w:spacing w:val="1"/>
                <w:sz w:val="16"/>
              </w:rPr>
              <w:t xml:space="preserve"> </w:t>
            </w:r>
            <w:r w:rsidRPr="00E85698">
              <w:rPr>
                <w:sz w:val="16"/>
              </w:rPr>
              <w:t>принадлежности к той или иной части речи;</w:t>
            </w:r>
            <w:r w:rsidRPr="00E85698">
              <w:rPr>
                <w:spacing w:val="-37"/>
                <w:sz w:val="16"/>
              </w:rPr>
              <w:t xml:space="preserve"> </w:t>
            </w:r>
            <w:r w:rsidRPr="00E85698">
              <w:rPr>
                <w:sz w:val="16"/>
              </w:rPr>
              <w:t>Определять морфемы.</w:t>
            </w:r>
          </w:p>
        </w:tc>
        <w:tc>
          <w:tcPr>
            <w:tcW w:w="1116" w:type="dxa"/>
          </w:tcPr>
          <w:p w:rsidR="00CB6516" w:rsidRPr="00E85698" w:rsidRDefault="00CB6516" w:rsidP="00CB6516">
            <w:pPr>
              <w:pStyle w:val="TableParagraph"/>
              <w:spacing w:before="33"/>
              <w:ind w:left="57"/>
              <w:rPr>
                <w:sz w:val="16"/>
              </w:rPr>
            </w:pPr>
            <w:r w:rsidRPr="00E85698">
              <w:rPr>
                <w:sz w:val="16"/>
              </w:rPr>
              <w:t>Письменный</w:t>
            </w:r>
          </w:p>
          <w:p w:rsidR="00CB6516" w:rsidRPr="00E85698" w:rsidRDefault="00CB6516" w:rsidP="00CB6516">
            <w:pPr>
              <w:pStyle w:val="TableParagraph"/>
              <w:spacing w:before="51" w:line="244" w:lineRule="auto"/>
              <w:ind w:left="57" w:right="148"/>
              <w:rPr>
                <w:sz w:val="16"/>
              </w:rPr>
            </w:pP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Контрольная</w:t>
            </w:r>
            <w:r w:rsidRPr="00E85698">
              <w:rPr>
                <w:spacing w:val="-37"/>
                <w:sz w:val="16"/>
              </w:rPr>
              <w:t xml:space="preserve"> </w:t>
            </w:r>
            <w:r w:rsidRPr="00E85698">
              <w:rPr>
                <w:sz w:val="16"/>
              </w:rPr>
              <w:t>работа;</w:t>
            </w:r>
          </w:p>
        </w:tc>
        <w:tc>
          <w:tcPr>
            <w:tcW w:w="3701" w:type="dxa"/>
          </w:tcPr>
          <w:p w:rsidR="00CB6516" w:rsidRPr="00E85698" w:rsidRDefault="00CB6516" w:rsidP="00CB6516">
            <w:pPr>
              <w:pStyle w:val="TableParagraph"/>
              <w:spacing w:before="33"/>
              <w:ind w:left="58"/>
              <w:rPr>
                <w:sz w:val="16"/>
              </w:rPr>
            </w:pPr>
            <w:r w:rsidRPr="00E85698">
              <w:rPr>
                <w:sz w:val="16"/>
              </w:rPr>
              <w:t>https://resh.edu.ru</w:t>
            </w:r>
          </w:p>
        </w:tc>
      </w:tr>
      <w:tr w:rsidR="00CB6516" w:rsidRPr="00E85698" w:rsidTr="00CB6516">
        <w:trPr>
          <w:trHeight w:val="381"/>
        </w:trPr>
        <w:tc>
          <w:tcPr>
            <w:tcW w:w="3351" w:type="dxa"/>
            <w:gridSpan w:val="2"/>
          </w:tcPr>
          <w:p w:rsidR="00CB6516" w:rsidRPr="00E85698" w:rsidRDefault="00CB6516" w:rsidP="00CB6516">
            <w:pPr>
              <w:pStyle w:val="TableParagraph"/>
              <w:spacing w:before="30"/>
              <w:ind w:left="59"/>
              <w:rPr>
                <w:sz w:val="16"/>
              </w:rPr>
            </w:pPr>
            <w:r w:rsidRPr="00E85698">
              <w:rPr>
                <w:sz w:val="16"/>
              </w:rPr>
              <w:t>Итого</w:t>
            </w:r>
            <w:r w:rsidRPr="00E85698">
              <w:rPr>
                <w:spacing w:val="-3"/>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CB6516" w:rsidRPr="00E85698" w:rsidRDefault="00CB6516" w:rsidP="00CB6516">
            <w:pPr>
              <w:pStyle w:val="TableParagraph"/>
              <w:spacing w:before="30"/>
              <w:ind w:left="57"/>
              <w:rPr>
                <w:sz w:val="16"/>
              </w:rPr>
            </w:pPr>
            <w:r w:rsidRPr="00E85698">
              <w:rPr>
                <w:sz w:val="16"/>
              </w:rPr>
              <w:t>5</w:t>
            </w:r>
          </w:p>
        </w:tc>
        <w:tc>
          <w:tcPr>
            <w:tcW w:w="1107" w:type="dxa"/>
          </w:tcPr>
          <w:p w:rsidR="00CB6516" w:rsidRPr="00E85698" w:rsidRDefault="00CB6516" w:rsidP="00CB6516">
            <w:pPr>
              <w:pStyle w:val="TableParagraph"/>
              <w:rPr>
                <w:sz w:val="16"/>
              </w:rPr>
            </w:pPr>
          </w:p>
        </w:tc>
        <w:tc>
          <w:tcPr>
            <w:tcW w:w="1140" w:type="dxa"/>
          </w:tcPr>
          <w:p w:rsidR="00CB6516" w:rsidRPr="00E85698" w:rsidRDefault="00CB6516" w:rsidP="00CB6516">
            <w:pPr>
              <w:pStyle w:val="TableParagraph"/>
              <w:rPr>
                <w:sz w:val="16"/>
              </w:rPr>
            </w:pPr>
          </w:p>
        </w:tc>
        <w:tc>
          <w:tcPr>
            <w:tcW w:w="804" w:type="dxa"/>
          </w:tcPr>
          <w:p w:rsidR="00CB6516" w:rsidRPr="00E85698" w:rsidRDefault="00CB6516" w:rsidP="00CB6516">
            <w:pPr>
              <w:pStyle w:val="TableParagraph"/>
              <w:rPr>
                <w:sz w:val="16"/>
              </w:rPr>
            </w:pPr>
          </w:p>
        </w:tc>
        <w:tc>
          <w:tcPr>
            <w:tcW w:w="3761" w:type="dxa"/>
          </w:tcPr>
          <w:p w:rsidR="00CB6516" w:rsidRPr="00E85698" w:rsidRDefault="00CB6516" w:rsidP="00CB6516">
            <w:pPr>
              <w:pStyle w:val="TableParagraph"/>
              <w:rPr>
                <w:sz w:val="16"/>
              </w:rPr>
            </w:pPr>
          </w:p>
        </w:tc>
        <w:tc>
          <w:tcPr>
            <w:tcW w:w="1116" w:type="dxa"/>
          </w:tcPr>
          <w:p w:rsidR="00CB6516" w:rsidRPr="00E85698" w:rsidRDefault="00CB6516" w:rsidP="00CB6516">
            <w:pPr>
              <w:pStyle w:val="TableParagraph"/>
              <w:rPr>
                <w:sz w:val="16"/>
              </w:rPr>
            </w:pPr>
          </w:p>
        </w:tc>
        <w:tc>
          <w:tcPr>
            <w:tcW w:w="3701" w:type="dxa"/>
          </w:tcPr>
          <w:p w:rsidR="00CB6516" w:rsidRPr="00E85698" w:rsidRDefault="00CB6516" w:rsidP="00CB6516">
            <w:pPr>
              <w:pStyle w:val="TableParagraph"/>
              <w:rPr>
                <w:sz w:val="16"/>
              </w:rPr>
            </w:pPr>
          </w:p>
        </w:tc>
      </w:tr>
      <w:tr w:rsidR="00CB6516" w:rsidRPr="00E85698" w:rsidTr="00CB6516">
        <w:trPr>
          <w:trHeight w:val="453"/>
        </w:trPr>
        <w:tc>
          <w:tcPr>
            <w:tcW w:w="15508" w:type="dxa"/>
            <w:gridSpan w:val="9"/>
          </w:tcPr>
          <w:p w:rsidR="00CB6516" w:rsidRPr="00E85698" w:rsidRDefault="00CB6516" w:rsidP="00CB6516">
            <w:pPr>
              <w:pStyle w:val="TableParagraph"/>
              <w:spacing w:before="33"/>
              <w:ind w:left="59"/>
              <w:rPr>
                <w:b/>
                <w:sz w:val="16"/>
              </w:rPr>
            </w:pPr>
            <w:r w:rsidRPr="00E85698">
              <w:rPr>
                <w:b/>
                <w:sz w:val="16"/>
              </w:rPr>
              <w:t>Раздел</w:t>
            </w:r>
            <w:r w:rsidRPr="00E85698">
              <w:rPr>
                <w:b/>
                <w:spacing w:val="-2"/>
                <w:sz w:val="16"/>
              </w:rPr>
              <w:t xml:space="preserve"> </w:t>
            </w:r>
            <w:r w:rsidRPr="00E85698">
              <w:rPr>
                <w:b/>
                <w:sz w:val="16"/>
              </w:rPr>
              <w:t>3.</w:t>
            </w:r>
            <w:r w:rsidRPr="00E85698">
              <w:rPr>
                <w:b/>
                <w:spacing w:val="1"/>
                <w:sz w:val="16"/>
              </w:rPr>
              <w:t xml:space="preserve"> </w:t>
            </w:r>
            <w:r w:rsidRPr="00E85698">
              <w:rPr>
                <w:b/>
                <w:sz w:val="16"/>
              </w:rPr>
              <w:t>ЯЗЫК</w:t>
            </w:r>
            <w:r w:rsidRPr="00E85698">
              <w:rPr>
                <w:b/>
                <w:spacing w:val="1"/>
                <w:sz w:val="16"/>
              </w:rPr>
              <w:t xml:space="preserve"> </w:t>
            </w:r>
            <w:r w:rsidRPr="00E85698">
              <w:rPr>
                <w:b/>
                <w:sz w:val="16"/>
              </w:rPr>
              <w:t>И</w:t>
            </w:r>
            <w:r w:rsidRPr="00E85698">
              <w:rPr>
                <w:b/>
                <w:spacing w:val="37"/>
                <w:sz w:val="16"/>
              </w:rPr>
              <w:t xml:space="preserve"> </w:t>
            </w:r>
            <w:r w:rsidRPr="00E85698">
              <w:rPr>
                <w:b/>
                <w:sz w:val="16"/>
              </w:rPr>
              <w:t>РЕЧЬ</w:t>
            </w:r>
          </w:p>
        </w:tc>
      </w:tr>
      <w:tr w:rsidR="00CB6516" w:rsidRPr="00E85698" w:rsidTr="00CB6516">
        <w:trPr>
          <w:trHeight w:val="1327"/>
        </w:trPr>
        <w:tc>
          <w:tcPr>
            <w:tcW w:w="468" w:type="dxa"/>
          </w:tcPr>
          <w:p w:rsidR="00CB6516" w:rsidRPr="00E85698" w:rsidRDefault="00CB6516" w:rsidP="00CB6516">
            <w:pPr>
              <w:pStyle w:val="TableParagraph"/>
              <w:spacing w:before="33"/>
              <w:ind w:right="104"/>
              <w:jc w:val="right"/>
              <w:rPr>
                <w:sz w:val="16"/>
              </w:rPr>
            </w:pPr>
            <w:r w:rsidRPr="00E85698">
              <w:rPr>
                <w:sz w:val="16"/>
              </w:rPr>
              <w:t>3.1.</w:t>
            </w:r>
          </w:p>
        </w:tc>
        <w:tc>
          <w:tcPr>
            <w:tcW w:w="2883" w:type="dxa"/>
          </w:tcPr>
          <w:p w:rsidR="00CB6516" w:rsidRPr="00E85698" w:rsidRDefault="00CB6516" w:rsidP="00CB6516">
            <w:pPr>
              <w:pStyle w:val="TableParagraph"/>
              <w:spacing w:before="33" w:line="256" w:lineRule="auto"/>
              <w:ind w:left="67" w:right="661"/>
              <w:rPr>
                <w:sz w:val="16"/>
              </w:rPr>
            </w:pPr>
            <w:r w:rsidRPr="00E85698">
              <w:rPr>
                <w:sz w:val="16"/>
              </w:rPr>
              <w:t>Язык и речь. Монолог. Диалог.</w:t>
            </w:r>
            <w:r w:rsidRPr="00E85698">
              <w:rPr>
                <w:spacing w:val="-38"/>
                <w:sz w:val="16"/>
              </w:rPr>
              <w:t xml:space="preserve"> </w:t>
            </w:r>
            <w:proofErr w:type="spellStart"/>
            <w:r w:rsidRPr="00E85698">
              <w:rPr>
                <w:sz w:val="16"/>
              </w:rPr>
              <w:t>Полилог</w:t>
            </w:r>
            <w:proofErr w:type="spellEnd"/>
            <w:r w:rsidRPr="00E85698">
              <w:rPr>
                <w:sz w:val="16"/>
              </w:rPr>
              <w:t>.</w:t>
            </w:r>
          </w:p>
        </w:tc>
        <w:tc>
          <w:tcPr>
            <w:tcW w:w="528" w:type="dxa"/>
          </w:tcPr>
          <w:p w:rsidR="00CB6516" w:rsidRPr="00E85698" w:rsidRDefault="00CB6516" w:rsidP="00CB6516">
            <w:pPr>
              <w:pStyle w:val="TableParagraph"/>
              <w:spacing w:before="33"/>
              <w:ind w:left="57"/>
              <w:rPr>
                <w:sz w:val="16"/>
              </w:rPr>
            </w:pPr>
            <w:r w:rsidRPr="00E85698">
              <w:rPr>
                <w:sz w:val="16"/>
              </w:rPr>
              <w:t>3</w:t>
            </w:r>
          </w:p>
        </w:tc>
        <w:tc>
          <w:tcPr>
            <w:tcW w:w="1107" w:type="dxa"/>
          </w:tcPr>
          <w:p w:rsidR="00CB6516" w:rsidRPr="00E85698" w:rsidRDefault="00CB6516" w:rsidP="00CB6516">
            <w:pPr>
              <w:pStyle w:val="TableParagraph"/>
              <w:spacing w:before="33"/>
              <w:ind w:left="57"/>
              <w:rPr>
                <w:sz w:val="16"/>
              </w:rPr>
            </w:pPr>
            <w:r w:rsidRPr="00E85698">
              <w:rPr>
                <w:sz w:val="16"/>
              </w:rPr>
              <w:t>0</w:t>
            </w:r>
          </w:p>
        </w:tc>
        <w:tc>
          <w:tcPr>
            <w:tcW w:w="1140" w:type="dxa"/>
          </w:tcPr>
          <w:p w:rsidR="00CB6516" w:rsidRPr="00E85698" w:rsidRDefault="00CB6516" w:rsidP="00CB6516">
            <w:pPr>
              <w:pStyle w:val="TableParagraph"/>
              <w:spacing w:before="33"/>
              <w:ind w:left="54"/>
              <w:rPr>
                <w:sz w:val="16"/>
              </w:rPr>
            </w:pPr>
            <w:r w:rsidRPr="00E85698">
              <w:rPr>
                <w:sz w:val="16"/>
              </w:rPr>
              <w:t>0</w:t>
            </w:r>
          </w:p>
        </w:tc>
        <w:tc>
          <w:tcPr>
            <w:tcW w:w="804" w:type="dxa"/>
          </w:tcPr>
          <w:p w:rsidR="00CB6516" w:rsidRPr="00E85698" w:rsidRDefault="006C1B1D" w:rsidP="00CB6516">
            <w:pPr>
              <w:pStyle w:val="TableParagraph"/>
              <w:rPr>
                <w:sz w:val="16"/>
              </w:rPr>
            </w:pPr>
            <w:r>
              <w:rPr>
                <w:sz w:val="16"/>
              </w:rPr>
              <w:t>13.09-15.09</w:t>
            </w:r>
          </w:p>
        </w:tc>
        <w:tc>
          <w:tcPr>
            <w:tcW w:w="3761" w:type="dxa"/>
          </w:tcPr>
          <w:p w:rsidR="00CB6516" w:rsidRPr="00E85698" w:rsidRDefault="00CB6516" w:rsidP="00CB6516">
            <w:pPr>
              <w:pStyle w:val="TableParagraph"/>
              <w:spacing w:before="33" w:line="259" w:lineRule="auto"/>
              <w:ind w:left="59" w:right="103"/>
              <w:rPr>
                <w:sz w:val="16"/>
              </w:rPr>
            </w:pPr>
            <w:r w:rsidRPr="00E85698">
              <w:rPr>
                <w:sz w:val="16"/>
              </w:rPr>
              <w:t>Создавать устные монологические высказывания на</w:t>
            </w:r>
            <w:r w:rsidRPr="00E85698">
              <w:rPr>
                <w:spacing w:val="-37"/>
                <w:sz w:val="16"/>
              </w:rPr>
              <w:t xml:space="preserve"> </w:t>
            </w:r>
            <w:r w:rsidRPr="00E85698">
              <w:rPr>
                <w:sz w:val="16"/>
              </w:rPr>
              <w:t>основе жизненных наблюдений, чтения</w:t>
            </w:r>
            <w:r w:rsidRPr="00E85698">
              <w:rPr>
                <w:spacing w:val="1"/>
                <w:sz w:val="16"/>
              </w:rPr>
              <w:t xml:space="preserve"> </w:t>
            </w:r>
            <w:proofErr w:type="spellStart"/>
            <w:r w:rsidRPr="00E85698">
              <w:rPr>
                <w:sz w:val="16"/>
              </w:rPr>
              <w:t>научноучебной</w:t>
            </w:r>
            <w:proofErr w:type="spellEnd"/>
            <w:r w:rsidRPr="00E85698">
              <w:rPr>
                <w:sz w:val="16"/>
              </w:rPr>
              <w:t>, художественной и научно-</w:t>
            </w:r>
            <w:r w:rsidRPr="00E85698">
              <w:rPr>
                <w:spacing w:val="1"/>
                <w:sz w:val="16"/>
              </w:rPr>
              <w:t xml:space="preserve"> </w:t>
            </w:r>
            <w:r w:rsidRPr="00E85698">
              <w:rPr>
                <w:sz w:val="16"/>
              </w:rPr>
              <w:t>популярной</w:t>
            </w:r>
            <w:r w:rsidRPr="00E85698">
              <w:rPr>
                <w:spacing w:val="-1"/>
                <w:sz w:val="16"/>
              </w:rPr>
              <w:t xml:space="preserve"> </w:t>
            </w:r>
            <w:r w:rsidRPr="00E85698">
              <w:rPr>
                <w:sz w:val="16"/>
              </w:rPr>
              <w:t>литературы;</w:t>
            </w:r>
          </w:p>
        </w:tc>
        <w:tc>
          <w:tcPr>
            <w:tcW w:w="1116" w:type="dxa"/>
          </w:tcPr>
          <w:p w:rsidR="00CB6516" w:rsidRPr="00E85698" w:rsidRDefault="00CB6516" w:rsidP="00CB6516">
            <w:pPr>
              <w:pStyle w:val="TableParagraph"/>
              <w:spacing w:before="33" w:line="256" w:lineRule="auto"/>
              <w:ind w:left="57" w:right="501"/>
              <w:rPr>
                <w:sz w:val="16"/>
              </w:rPr>
            </w:pPr>
            <w:r w:rsidRPr="00E85698">
              <w:rPr>
                <w:sz w:val="16"/>
              </w:rPr>
              <w:t>Устный</w:t>
            </w:r>
            <w:r w:rsidRPr="00E85698">
              <w:rPr>
                <w:spacing w:val="-37"/>
                <w:sz w:val="16"/>
              </w:rPr>
              <w:t xml:space="preserve"> </w:t>
            </w:r>
            <w:r w:rsidRPr="00E85698">
              <w:rPr>
                <w:sz w:val="16"/>
              </w:rPr>
              <w:t>опрос;</w:t>
            </w:r>
          </w:p>
        </w:tc>
        <w:tc>
          <w:tcPr>
            <w:tcW w:w="3701" w:type="dxa"/>
          </w:tcPr>
          <w:p w:rsidR="00CB6516" w:rsidRPr="00E85698" w:rsidRDefault="00CB6516" w:rsidP="00CB6516">
            <w:pPr>
              <w:pStyle w:val="TableParagraph"/>
              <w:spacing w:before="34" w:line="237" w:lineRule="auto"/>
              <w:ind w:left="58" w:right="286"/>
              <w:rPr>
                <w:sz w:val="16"/>
              </w:rPr>
            </w:pPr>
            <w:r w:rsidRPr="00E85698">
              <w:rPr>
                <w:sz w:val="16"/>
              </w:rPr>
              <w:t>multiurok.ru</w:t>
            </w:r>
            <w:r w:rsidRPr="00E85698">
              <w:rPr>
                <w:spacing w:val="1"/>
                <w:sz w:val="16"/>
              </w:rPr>
              <w:t xml:space="preserve"> </w:t>
            </w:r>
            <w:r w:rsidRPr="00E85698">
              <w:rPr>
                <w:sz w:val="16"/>
              </w:rPr>
              <w:t>https://multiurok.ru/index.php/files/iazyk-i-rech-</w:t>
            </w:r>
            <w:r w:rsidRPr="00E85698">
              <w:rPr>
                <w:spacing w:val="1"/>
                <w:sz w:val="16"/>
              </w:rPr>
              <w:t xml:space="preserve"> </w:t>
            </w:r>
            <w:r w:rsidRPr="00E85698">
              <w:rPr>
                <w:sz w:val="16"/>
              </w:rPr>
              <w:t>osnovnye-edinitsy-iazyka.html</w:t>
            </w:r>
            <w:r w:rsidRPr="00E85698">
              <w:rPr>
                <w:spacing w:val="5"/>
                <w:sz w:val="16"/>
              </w:rPr>
              <w:t xml:space="preserve"> </w:t>
            </w:r>
            <w:r w:rsidRPr="00E85698">
              <w:rPr>
                <w:sz w:val="16"/>
              </w:rPr>
              <w:t>infourok.ru</w:t>
            </w:r>
            <w:r w:rsidRPr="00E85698">
              <w:rPr>
                <w:spacing w:val="1"/>
                <w:sz w:val="16"/>
              </w:rPr>
              <w:t xml:space="preserve"> </w:t>
            </w:r>
            <w:r w:rsidRPr="00E85698">
              <w:rPr>
                <w:sz w:val="16"/>
              </w:rPr>
              <w:t>https://infourok.ru/lekciya-po-russkomu-yaziku-</w:t>
            </w:r>
            <w:r w:rsidRPr="00E85698">
              <w:rPr>
                <w:spacing w:val="1"/>
                <w:sz w:val="16"/>
              </w:rPr>
              <w:t xml:space="preserve"> </w:t>
            </w:r>
            <w:r w:rsidRPr="00E85698">
              <w:rPr>
                <w:spacing w:val="-1"/>
                <w:sz w:val="16"/>
              </w:rPr>
              <w:t>razdelkultura-rechi-formi-obscheniya-1554542.html</w:t>
            </w:r>
          </w:p>
        </w:tc>
      </w:tr>
    </w:tbl>
    <w:p w:rsidR="00624C8A" w:rsidRPr="00E85698" w:rsidRDefault="00624C8A">
      <w:pPr>
        <w:pStyle w:val="a5"/>
        <w:ind w:left="0"/>
        <w:rPr>
          <w:b/>
          <w:sz w:val="20"/>
        </w:rPr>
      </w:pPr>
    </w:p>
    <w:p w:rsidR="00624C8A" w:rsidRPr="00E85698" w:rsidRDefault="00624C8A">
      <w:pPr>
        <w:pStyle w:val="a5"/>
        <w:spacing w:before="4"/>
        <w:ind w:left="0"/>
        <w:rPr>
          <w:b/>
          <w:sz w:val="17"/>
        </w:rPr>
      </w:pPr>
    </w:p>
    <w:p w:rsidR="00624C8A" w:rsidRPr="00E85698" w:rsidRDefault="00624C8A">
      <w:pPr>
        <w:rPr>
          <w:sz w:val="2"/>
          <w:szCs w:val="2"/>
        </w:rPr>
        <w:sectPr w:rsidR="00624C8A" w:rsidRPr="00E85698">
          <w:pgSz w:w="16840" w:h="11900" w:orient="landscape"/>
          <w:pgMar w:top="580" w:right="540" w:bottom="280" w:left="56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73"/>
        <w:gridCol w:w="523"/>
        <w:gridCol w:w="1097"/>
        <w:gridCol w:w="1130"/>
        <w:gridCol w:w="796"/>
        <w:gridCol w:w="3739"/>
        <w:gridCol w:w="1116"/>
        <w:gridCol w:w="3763"/>
      </w:tblGrid>
      <w:tr w:rsidR="003147F9" w:rsidRPr="00E85698" w:rsidTr="00A047B0">
        <w:trPr>
          <w:trHeight w:val="2493"/>
        </w:trPr>
        <w:tc>
          <w:tcPr>
            <w:tcW w:w="468" w:type="dxa"/>
          </w:tcPr>
          <w:p w:rsidR="003147F9" w:rsidRPr="00E85698" w:rsidRDefault="003147F9" w:rsidP="00A047B0">
            <w:pPr>
              <w:pStyle w:val="TableParagraph"/>
              <w:spacing w:before="30"/>
              <w:ind w:right="106"/>
              <w:jc w:val="right"/>
              <w:rPr>
                <w:sz w:val="16"/>
              </w:rPr>
            </w:pPr>
            <w:r w:rsidRPr="00E85698">
              <w:rPr>
                <w:sz w:val="16"/>
              </w:rPr>
              <w:lastRenderedPageBreak/>
              <w:t>3.2.</w:t>
            </w:r>
          </w:p>
        </w:tc>
        <w:tc>
          <w:tcPr>
            <w:tcW w:w="2873" w:type="dxa"/>
          </w:tcPr>
          <w:p w:rsidR="003147F9" w:rsidRPr="00E85698" w:rsidRDefault="003147F9" w:rsidP="00A047B0">
            <w:pPr>
              <w:pStyle w:val="TableParagraph"/>
              <w:spacing w:before="30"/>
              <w:ind w:left="57"/>
              <w:rPr>
                <w:sz w:val="16"/>
              </w:rPr>
            </w:pPr>
            <w:r w:rsidRPr="00E85698">
              <w:rPr>
                <w:sz w:val="16"/>
              </w:rPr>
              <w:t>Речь</w:t>
            </w:r>
            <w:r w:rsidRPr="00E85698">
              <w:rPr>
                <w:spacing w:val="-2"/>
                <w:sz w:val="16"/>
              </w:rPr>
              <w:t xml:space="preserve"> </w:t>
            </w:r>
            <w:r w:rsidRPr="00E85698">
              <w:rPr>
                <w:sz w:val="16"/>
              </w:rPr>
              <w:t>как</w:t>
            </w:r>
            <w:r w:rsidRPr="00E85698">
              <w:rPr>
                <w:spacing w:val="-3"/>
                <w:sz w:val="16"/>
              </w:rPr>
              <w:t xml:space="preserve"> </w:t>
            </w:r>
            <w:r w:rsidRPr="00E85698">
              <w:rPr>
                <w:sz w:val="16"/>
              </w:rPr>
              <w:t>деятельность.</w:t>
            </w:r>
          </w:p>
        </w:tc>
        <w:tc>
          <w:tcPr>
            <w:tcW w:w="523" w:type="dxa"/>
          </w:tcPr>
          <w:p w:rsidR="003147F9" w:rsidRPr="00E85698" w:rsidRDefault="003147F9" w:rsidP="00A047B0">
            <w:pPr>
              <w:pStyle w:val="TableParagraph"/>
              <w:spacing w:before="30"/>
              <w:ind w:left="57"/>
              <w:rPr>
                <w:sz w:val="16"/>
              </w:rPr>
            </w:pPr>
            <w:r w:rsidRPr="00E85698">
              <w:rPr>
                <w:sz w:val="16"/>
              </w:rPr>
              <w:t>3</w:t>
            </w:r>
          </w:p>
        </w:tc>
        <w:tc>
          <w:tcPr>
            <w:tcW w:w="1097" w:type="dxa"/>
          </w:tcPr>
          <w:p w:rsidR="003147F9" w:rsidRPr="00E85698" w:rsidRDefault="003147F9" w:rsidP="00A047B0">
            <w:pPr>
              <w:pStyle w:val="TableParagraph"/>
              <w:spacing w:before="30"/>
              <w:ind w:left="60"/>
              <w:rPr>
                <w:sz w:val="16"/>
              </w:rPr>
            </w:pPr>
            <w:r w:rsidRPr="00E85698">
              <w:rPr>
                <w:sz w:val="16"/>
              </w:rPr>
              <w:t>0</w:t>
            </w:r>
          </w:p>
        </w:tc>
        <w:tc>
          <w:tcPr>
            <w:tcW w:w="1130" w:type="dxa"/>
          </w:tcPr>
          <w:p w:rsidR="003147F9" w:rsidRPr="00E85698" w:rsidRDefault="003147F9" w:rsidP="00A047B0">
            <w:pPr>
              <w:pStyle w:val="TableParagraph"/>
              <w:spacing w:before="30"/>
              <w:ind w:left="55"/>
              <w:rPr>
                <w:sz w:val="16"/>
              </w:rPr>
            </w:pPr>
            <w:r w:rsidRPr="00E85698">
              <w:rPr>
                <w:sz w:val="16"/>
              </w:rPr>
              <w:t>1</w:t>
            </w:r>
          </w:p>
        </w:tc>
        <w:tc>
          <w:tcPr>
            <w:tcW w:w="796" w:type="dxa"/>
          </w:tcPr>
          <w:p w:rsidR="003147F9" w:rsidRPr="00E85698" w:rsidRDefault="006C1B1D" w:rsidP="00A047B0">
            <w:pPr>
              <w:pStyle w:val="TableParagraph"/>
              <w:rPr>
                <w:sz w:val="16"/>
              </w:rPr>
            </w:pPr>
            <w:r>
              <w:rPr>
                <w:sz w:val="16"/>
              </w:rPr>
              <w:t>16.09-20.09</w:t>
            </w:r>
          </w:p>
        </w:tc>
        <w:tc>
          <w:tcPr>
            <w:tcW w:w="3739" w:type="dxa"/>
          </w:tcPr>
          <w:p w:rsidR="003147F9" w:rsidRPr="00E85698" w:rsidRDefault="003147F9" w:rsidP="00A047B0">
            <w:pPr>
              <w:pStyle w:val="TableParagraph"/>
              <w:spacing w:before="30" w:line="242" w:lineRule="auto"/>
              <w:ind w:left="59" w:right="11"/>
              <w:rPr>
                <w:sz w:val="16"/>
              </w:rPr>
            </w:pPr>
            <w:r w:rsidRPr="00E85698">
              <w:rPr>
                <w:sz w:val="16"/>
              </w:rPr>
              <w:t>Устно пересказывать прочитанный или</w:t>
            </w:r>
            <w:r w:rsidRPr="00E85698">
              <w:rPr>
                <w:spacing w:val="1"/>
                <w:sz w:val="16"/>
              </w:rPr>
              <w:t xml:space="preserve"> </w:t>
            </w:r>
            <w:r w:rsidRPr="00E85698">
              <w:rPr>
                <w:sz w:val="16"/>
              </w:rPr>
              <w:t>прослушанный текст, в том числе с изменением лица</w:t>
            </w:r>
            <w:r w:rsidRPr="00E85698">
              <w:rPr>
                <w:spacing w:val="-38"/>
                <w:sz w:val="16"/>
              </w:rPr>
              <w:t xml:space="preserve"> </w:t>
            </w:r>
            <w:r w:rsidRPr="00E85698">
              <w:rPr>
                <w:sz w:val="16"/>
              </w:rPr>
              <w:t>рассказчика;</w:t>
            </w:r>
          </w:p>
          <w:p w:rsidR="003147F9" w:rsidRPr="00E85698" w:rsidRDefault="003147F9" w:rsidP="00A047B0">
            <w:pPr>
              <w:pStyle w:val="TableParagraph"/>
              <w:spacing w:line="242" w:lineRule="auto"/>
              <w:ind w:left="59" w:right="157"/>
              <w:rPr>
                <w:sz w:val="16"/>
              </w:rPr>
            </w:pPr>
            <w:r w:rsidRPr="00E85698">
              <w:rPr>
                <w:sz w:val="16"/>
              </w:rPr>
              <w:t>Участвовать в диалоге на лингвистические темы (в</w:t>
            </w:r>
            <w:r w:rsidRPr="00E85698">
              <w:rPr>
                <w:spacing w:val="-37"/>
                <w:sz w:val="16"/>
              </w:rPr>
              <w:t xml:space="preserve"> </w:t>
            </w:r>
            <w:r w:rsidRPr="00E85698">
              <w:rPr>
                <w:sz w:val="16"/>
              </w:rPr>
              <w:t>рамках изученного) и диалоге/</w:t>
            </w:r>
            <w:proofErr w:type="spellStart"/>
            <w:r w:rsidRPr="00E85698">
              <w:rPr>
                <w:sz w:val="16"/>
              </w:rPr>
              <w:t>полилоге</w:t>
            </w:r>
            <w:proofErr w:type="spellEnd"/>
            <w:r w:rsidRPr="00E85698">
              <w:rPr>
                <w:sz w:val="16"/>
              </w:rPr>
              <w:t xml:space="preserve"> на основе</w:t>
            </w:r>
            <w:r w:rsidRPr="00E85698">
              <w:rPr>
                <w:spacing w:val="1"/>
                <w:sz w:val="16"/>
              </w:rPr>
              <w:t xml:space="preserve"> </w:t>
            </w:r>
            <w:r w:rsidRPr="00E85698">
              <w:rPr>
                <w:sz w:val="16"/>
              </w:rPr>
              <w:t>жизненных</w:t>
            </w:r>
            <w:r w:rsidRPr="00E85698">
              <w:rPr>
                <w:spacing w:val="-2"/>
                <w:sz w:val="16"/>
              </w:rPr>
              <w:t xml:space="preserve"> </w:t>
            </w:r>
            <w:r w:rsidRPr="00E85698">
              <w:rPr>
                <w:sz w:val="16"/>
              </w:rPr>
              <w:t>наблюдений;</w:t>
            </w:r>
          </w:p>
          <w:p w:rsidR="003147F9" w:rsidRPr="00E85698" w:rsidRDefault="003147F9" w:rsidP="00A047B0">
            <w:pPr>
              <w:pStyle w:val="TableParagraph"/>
              <w:spacing w:line="259" w:lineRule="auto"/>
              <w:ind w:left="59" w:right="11"/>
              <w:rPr>
                <w:sz w:val="16"/>
              </w:rPr>
            </w:pPr>
            <w:r w:rsidRPr="00E85698">
              <w:rPr>
                <w:sz w:val="16"/>
              </w:rPr>
              <w:t>Устно</w:t>
            </w:r>
            <w:r w:rsidRPr="00E85698">
              <w:rPr>
                <w:spacing w:val="-4"/>
                <w:sz w:val="16"/>
              </w:rPr>
              <w:t xml:space="preserve"> </w:t>
            </w:r>
            <w:r w:rsidRPr="00E85698">
              <w:rPr>
                <w:sz w:val="16"/>
              </w:rPr>
              <w:t>и</w:t>
            </w:r>
            <w:r w:rsidRPr="00E85698">
              <w:rPr>
                <w:spacing w:val="-3"/>
                <w:sz w:val="16"/>
              </w:rPr>
              <w:t xml:space="preserve"> </w:t>
            </w:r>
            <w:r w:rsidRPr="00E85698">
              <w:rPr>
                <w:sz w:val="16"/>
              </w:rPr>
              <w:t>письменно</w:t>
            </w:r>
            <w:r w:rsidRPr="00E85698">
              <w:rPr>
                <w:spacing w:val="-4"/>
                <w:sz w:val="16"/>
              </w:rPr>
              <w:t xml:space="preserve"> </w:t>
            </w:r>
            <w:r w:rsidRPr="00E85698">
              <w:rPr>
                <w:sz w:val="16"/>
              </w:rPr>
              <w:t>формулировать</w:t>
            </w:r>
            <w:r w:rsidRPr="00E85698">
              <w:rPr>
                <w:spacing w:val="-4"/>
                <w:sz w:val="16"/>
              </w:rPr>
              <w:t xml:space="preserve"> </w:t>
            </w:r>
            <w:r w:rsidRPr="00E85698">
              <w:rPr>
                <w:sz w:val="16"/>
              </w:rPr>
              <w:t>тему</w:t>
            </w:r>
            <w:r w:rsidRPr="00E85698">
              <w:rPr>
                <w:spacing w:val="-6"/>
                <w:sz w:val="16"/>
              </w:rPr>
              <w:t xml:space="preserve"> </w:t>
            </w:r>
            <w:r w:rsidRPr="00E85698">
              <w:rPr>
                <w:sz w:val="16"/>
              </w:rPr>
              <w:t>и</w:t>
            </w:r>
            <w:r w:rsidRPr="00E85698">
              <w:rPr>
                <w:spacing w:val="-3"/>
                <w:sz w:val="16"/>
              </w:rPr>
              <w:t xml:space="preserve"> </w:t>
            </w:r>
            <w:r w:rsidRPr="00E85698">
              <w:rPr>
                <w:sz w:val="16"/>
              </w:rPr>
              <w:t>главную</w:t>
            </w:r>
            <w:r w:rsidRPr="00E85698">
              <w:rPr>
                <w:spacing w:val="-37"/>
                <w:sz w:val="16"/>
              </w:rPr>
              <w:t xml:space="preserve"> </w:t>
            </w:r>
            <w:r w:rsidRPr="00E85698">
              <w:rPr>
                <w:sz w:val="16"/>
              </w:rPr>
              <w:t>мысль прослушанного и прочитанного текста,</w:t>
            </w:r>
            <w:r w:rsidRPr="00E85698">
              <w:rPr>
                <w:spacing w:val="1"/>
                <w:sz w:val="16"/>
              </w:rPr>
              <w:t xml:space="preserve"> </w:t>
            </w:r>
            <w:r w:rsidRPr="00E85698">
              <w:rPr>
                <w:sz w:val="16"/>
              </w:rPr>
              <w:t>вопросы по содержанию текста и отвечать на них;</w:t>
            </w:r>
            <w:r w:rsidRPr="00E85698">
              <w:rPr>
                <w:spacing w:val="1"/>
                <w:sz w:val="16"/>
              </w:rPr>
              <w:t xml:space="preserve"> </w:t>
            </w:r>
            <w:r w:rsidRPr="00E85698">
              <w:rPr>
                <w:sz w:val="16"/>
              </w:rPr>
              <w:t>Анализировать содержание исходного текста,</w:t>
            </w:r>
            <w:r w:rsidRPr="00E85698">
              <w:rPr>
                <w:spacing w:val="1"/>
                <w:sz w:val="16"/>
              </w:rPr>
              <w:t xml:space="preserve"> </w:t>
            </w:r>
            <w:r w:rsidRPr="00E85698">
              <w:rPr>
                <w:sz w:val="16"/>
              </w:rPr>
              <w:t>подробно и сжато передавать его в письменной</w:t>
            </w:r>
            <w:r w:rsidRPr="00E85698">
              <w:rPr>
                <w:spacing w:val="1"/>
                <w:sz w:val="16"/>
              </w:rPr>
              <w:t xml:space="preserve"> </w:t>
            </w:r>
            <w:r w:rsidRPr="00E85698">
              <w:rPr>
                <w:sz w:val="16"/>
              </w:rPr>
              <w:t>форме;</w:t>
            </w:r>
          </w:p>
        </w:tc>
        <w:tc>
          <w:tcPr>
            <w:tcW w:w="1116" w:type="dxa"/>
          </w:tcPr>
          <w:p w:rsidR="003147F9" w:rsidRPr="00E85698" w:rsidRDefault="003147F9" w:rsidP="00A047B0">
            <w:pPr>
              <w:pStyle w:val="TableParagraph"/>
              <w:spacing w:before="29" w:line="223" w:lineRule="auto"/>
              <w:ind w:left="60" w:right="86"/>
              <w:rPr>
                <w:sz w:val="16"/>
              </w:rPr>
            </w:pPr>
            <w:r w:rsidRPr="00E85698">
              <w:rPr>
                <w:sz w:val="16"/>
              </w:rPr>
              <w:t>Практическая</w:t>
            </w:r>
            <w:r w:rsidRPr="00E85698">
              <w:rPr>
                <w:spacing w:val="-37"/>
                <w:sz w:val="16"/>
              </w:rPr>
              <w:t xml:space="preserve"> </w:t>
            </w:r>
            <w:r w:rsidRPr="00E85698">
              <w:rPr>
                <w:sz w:val="16"/>
              </w:rPr>
              <w:t>работа;</w:t>
            </w:r>
          </w:p>
          <w:p w:rsidR="003147F9" w:rsidRPr="00E85698" w:rsidRDefault="003147F9" w:rsidP="00A047B0">
            <w:pPr>
              <w:pStyle w:val="TableParagraph"/>
              <w:spacing w:before="12"/>
              <w:ind w:left="60"/>
              <w:rPr>
                <w:sz w:val="16"/>
              </w:rPr>
            </w:pPr>
            <w:r w:rsidRPr="00E85698">
              <w:rPr>
                <w:sz w:val="16"/>
              </w:rPr>
              <w:t>ВПР;</w:t>
            </w:r>
          </w:p>
        </w:tc>
        <w:tc>
          <w:tcPr>
            <w:tcW w:w="3763" w:type="dxa"/>
          </w:tcPr>
          <w:p w:rsidR="003147F9" w:rsidRPr="00E85698" w:rsidRDefault="003147F9" w:rsidP="00A047B0">
            <w:pPr>
              <w:pStyle w:val="TableParagraph"/>
              <w:spacing w:before="30" w:line="259" w:lineRule="auto"/>
              <w:ind w:left="58" w:right="346"/>
              <w:rPr>
                <w:sz w:val="16"/>
              </w:rPr>
            </w:pPr>
            <w:r w:rsidRPr="00E85698">
              <w:rPr>
                <w:sz w:val="16"/>
              </w:rPr>
              <w:t>resh.edu.ru</w:t>
            </w:r>
            <w:r w:rsidRPr="00E85698">
              <w:rPr>
                <w:spacing w:val="1"/>
                <w:sz w:val="16"/>
              </w:rPr>
              <w:t xml:space="preserve"> </w:t>
            </w:r>
            <w:r w:rsidRPr="00E85698">
              <w:rPr>
                <w:spacing w:val="-1"/>
                <w:sz w:val="16"/>
              </w:rPr>
              <w:t>https://resh.edu.ru/subject/lesson/7621/start/306308/</w:t>
            </w:r>
            <w:r w:rsidRPr="00E85698">
              <w:rPr>
                <w:sz w:val="16"/>
              </w:rPr>
              <w:t xml:space="preserve"> rus5-vpr.sdamgia.ru</w:t>
            </w:r>
            <w:r w:rsidRPr="00E85698">
              <w:rPr>
                <w:spacing w:val="2"/>
                <w:sz w:val="16"/>
              </w:rPr>
              <w:t xml:space="preserve"> </w:t>
            </w:r>
            <w:r w:rsidRPr="00E85698">
              <w:rPr>
                <w:sz w:val="16"/>
              </w:rPr>
              <w:t>https://rus5-vpr.sdamgia.ru/</w:t>
            </w:r>
          </w:p>
        </w:tc>
      </w:tr>
      <w:tr w:rsidR="003147F9" w:rsidRPr="00E85698" w:rsidTr="00A047B0">
        <w:trPr>
          <w:trHeight w:val="381"/>
        </w:trPr>
        <w:tc>
          <w:tcPr>
            <w:tcW w:w="3341" w:type="dxa"/>
            <w:gridSpan w:val="2"/>
          </w:tcPr>
          <w:p w:rsidR="003147F9" w:rsidRPr="00E85698" w:rsidRDefault="003147F9" w:rsidP="00A047B0">
            <w:pPr>
              <w:pStyle w:val="TableParagraph"/>
              <w:spacing w:before="30"/>
              <w:ind w:left="59"/>
              <w:rPr>
                <w:sz w:val="16"/>
              </w:rPr>
            </w:pPr>
            <w:r w:rsidRPr="00E85698">
              <w:rPr>
                <w:sz w:val="16"/>
              </w:rPr>
              <w:t>Итого</w:t>
            </w:r>
            <w:r w:rsidRPr="00E85698">
              <w:rPr>
                <w:spacing w:val="-3"/>
                <w:sz w:val="16"/>
              </w:rPr>
              <w:t xml:space="preserve"> </w:t>
            </w:r>
            <w:r w:rsidRPr="00E85698">
              <w:rPr>
                <w:sz w:val="16"/>
              </w:rPr>
              <w:t>по</w:t>
            </w:r>
            <w:r w:rsidRPr="00E85698">
              <w:rPr>
                <w:spacing w:val="-3"/>
                <w:sz w:val="16"/>
              </w:rPr>
              <w:t xml:space="preserve"> </w:t>
            </w:r>
            <w:r w:rsidRPr="00E85698">
              <w:rPr>
                <w:sz w:val="16"/>
              </w:rPr>
              <w:t>разделу</w:t>
            </w:r>
          </w:p>
        </w:tc>
        <w:tc>
          <w:tcPr>
            <w:tcW w:w="523" w:type="dxa"/>
          </w:tcPr>
          <w:p w:rsidR="003147F9" w:rsidRPr="00E85698" w:rsidRDefault="003147F9" w:rsidP="00A047B0">
            <w:pPr>
              <w:pStyle w:val="TableParagraph"/>
              <w:spacing w:before="30"/>
              <w:ind w:left="57"/>
              <w:rPr>
                <w:sz w:val="16"/>
              </w:rPr>
            </w:pPr>
            <w:r w:rsidRPr="00E85698">
              <w:rPr>
                <w:sz w:val="16"/>
              </w:rPr>
              <w:t>6</w:t>
            </w:r>
          </w:p>
        </w:tc>
        <w:tc>
          <w:tcPr>
            <w:tcW w:w="11641" w:type="dxa"/>
            <w:gridSpan w:val="6"/>
          </w:tcPr>
          <w:p w:rsidR="003147F9" w:rsidRPr="00E85698" w:rsidRDefault="003147F9" w:rsidP="00A047B0">
            <w:pPr>
              <w:pStyle w:val="TableParagraph"/>
              <w:rPr>
                <w:sz w:val="16"/>
              </w:rPr>
            </w:pPr>
          </w:p>
        </w:tc>
      </w:tr>
      <w:tr w:rsidR="003147F9" w:rsidRPr="00E85698" w:rsidTr="00A047B0">
        <w:trPr>
          <w:trHeight w:val="384"/>
        </w:trPr>
        <w:tc>
          <w:tcPr>
            <w:tcW w:w="15505" w:type="dxa"/>
            <w:gridSpan w:val="9"/>
          </w:tcPr>
          <w:p w:rsidR="003147F9" w:rsidRPr="00E85698" w:rsidRDefault="003147F9" w:rsidP="00A047B0">
            <w:pPr>
              <w:pStyle w:val="TableParagraph"/>
              <w:spacing w:before="35"/>
              <w:ind w:left="59"/>
              <w:rPr>
                <w:b/>
                <w:sz w:val="16"/>
              </w:rPr>
            </w:pPr>
            <w:r w:rsidRPr="00E85698">
              <w:rPr>
                <w:b/>
                <w:sz w:val="16"/>
              </w:rPr>
              <w:t>Раздел</w:t>
            </w:r>
            <w:r w:rsidRPr="00E85698">
              <w:rPr>
                <w:b/>
                <w:spacing w:val="-1"/>
                <w:sz w:val="16"/>
              </w:rPr>
              <w:t xml:space="preserve"> </w:t>
            </w:r>
            <w:r w:rsidRPr="00E85698">
              <w:rPr>
                <w:b/>
                <w:sz w:val="16"/>
              </w:rPr>
              <w:t>4.</w:t>
            </w:r>
            <w:r w:rsidRPr="00E85698">
              <w:rPr>
                <w:b/>
                <w:spacing w:val="-2"/>
                <w:sz w:val="16"/>
              </w:rPr>
              <w:t xml:space="preserve"> </w:t>
            </w:r>
            <w:r w:rsidRPr="00E85698">
              <w:rPr>
                <w:b/>
                <w:sz w:val="16"/>
              </w:rPr>
              <w:t>ТЕКСТ</w:t>
            </w:r>
          </w:p>
        </w:tc>
      </w:tr>
      <w:tr w:rsidR="003147F9" w:rsidRPr="00942243" w:rsidTr="00A047B0">
        <w:trPr>
          <w:trHeight w:val="765"/>
        </w:trPr>
        <w:tc>
          <w:tcPr>
            <w:tcW w:w="468" w:type="dxa"/>
          </w:tcPr>
          <w:p w:rsidR="003147F9" w:rsidRPr="00E85698" w:rsidRDefault="003147F9" w:rsidP="00A047B0">
            <w:pPr>
              <w:pStyle w:val="TableParagraph"/>
              <w:spacing w:before="30"/>
              <w:ind w:right="106"/>
              <w:jc w:val="right"/>
              <w:rPr>
                <w:sz w:val="16"/>
              </w:rPr>
            </w:pPr>
            <w:r w:rsidRPr="00E85698">
              <w:rPr>
                <w:sz w:val="16"/>
              </w:rPr>
              <w:t>4.1.</w:t>
            </w:r>
          </w:p>
        </w:tc>
        <w:tc>
          <w:tcPr>
            <w:tcW w:w="2873" w:type="dxa"/>
          </w:tcPr>
          <w:p w:rsidR="003147F9" w:rsidRPr="00E85698" w:rsidRDefault="003147F9" w:rsidP="00A047B0">
            <w:pPr>
              <w:pStyle w:val="TableParagraph"/>
              <w:spacing w:before="30"/>
              <w:ind w:left="57"/>
              <w:rPr>
                <w:sz w:val="16"/>
              </w:rPr>
            </w:pPr>
            <w:r w:rsidRPr="00E85698">
              <w:rPr>
                <w:sz w:val="16"/>
              </w:rPr>
              <w:t>Текст</w:t>
            </w:r>
            <w:r w:rsidRPr="00E85698">
              <w:rPr>
                <w:spacing w:val="-3"/>
                <w:sz w:val="16"/>
              </w:rPr>
              <w:t xml:space="preserve"> </w:t>
            </w:r>
            <w:r w:rsidRPr="00E85698">
              <w:rPr>
                <w:sz w:val="16"/>
              </w:rPr>
              <w:t>и</w:t>
            </w:r>
            <w:r w:rsidRPr="00E85698">
              <w:rPr>
                <w:spacing w:val="-2"/>
                <w:sz w:val="16"/>
              </w:rPr>
              <w:t xml:space="preserve"> </w:t>
            </w:r>
            <w:r w:rsidRPr="00E85698">
              <w:rPr>
                <w:sz w:val="16"/>
              </w:rPr>
              <w:t>его</w:t>
            </w:r>
            <w:r w:rsidRPr="00E85698">
              <w:rPr>
                <w:spacing w:val="-3"/>
                <w:sz w:val="16"/>
              </w:rPr>
              <w:t xml:space="preserve"> </w:t>
            </w:r>
            <w:r w:rsidRPr="00E85698">
              <w:rPr>
                <w:sz w:val="16"/>
              </w:rPr>
              <w:t>основные</w:t>
            </w:r>
            <w:r w:rsidRPr="00E85698">
              <w:rPr>
                <w:spacing w:val="-3"/>
                <w:sz w:val="16"/>
              </w:rPr>
              <w:t xml:space="preserve"> </w:t>
            </w:r>
            <w:r w:rsidRPr="00E85698">
              <w:rPr>
                <w:sz w:val="16"/>
              </w:rPr>
              <w:t>признаки.</w:t>
            </w:r>
          </w:p>
        </w:tc>
        <w:tc>
          <w:tcPr>
            <w:tcW w:w="523" w:type="dxa"/>
          </w:tcPr>
          <w:p w:rsidR="003147F9" w:rsidRPr="00E85698" w:rsidRDefault="003147F9" w:rsidP="00A047B0">
            <w:pPr>
              <w:pStyle w:val="TableParagraph"/>
              <w:spacing w:before="30"/>
              <w:ind w:left="57"/>
              <w:rPr>
                <w:sz w:val="16"/>
              </w:rPr>
            </w:pPr>
            <w:r w:rsidRPr="00E85698">
              <w:rPr>
                <w:sz w:val="16"/>
              </w:rPr>
              <w:t>1</w:t>
            </w:r>
          </w:p>
        </w:tc>
        <w:tc>
          <w:tcPr>
            <w:tcW w:w="1097" w:type="dxa"/>
          </w:tcPr>
          <w:p w:rsidR="003147F9" w:rsidRPr="00E85698" w:rsidRDefault="003147F9" w:rsidP="00A047B0">
            <w:pPr>
              <w:pStyle w:val="TableParagraph"/>
              <w:spacing w:before="30"/>
              <w:ind w:left="60"/>
              <w:rPr>
                <w:sz w:val="16"/>
              </w:rPr>
            </w:pPr>
            <w:r w:rsidRPr="00E85698">
              <w:rPr>
                <w:sz w:val="16"/>
              </w:rPr>
              <w:t>0</w:t>
            </w:r>
          </w:p>
        </w:tc>
        <w:tc>
          <w:tcPr>
            <w:tcW w:w="1130" w:type="dxa"/>
          </w:tcPr>
          <w:p w:rsidR="003147F9" w:rsidRPr="00E85698" w:rsidRDefault="003147F9" w:rsidP="00A047B0">
            <w:pPr>
              <w:pStyle w:val="TableParagraph"/>
              <w:spacing w:before="30"/>
              <w:ind w:left="55"/>
              <w:rPr>
                <w:sz w:val="16"/>
              </w:rPr>
            </w:pPr>
            <w:r w:rsidRPr="00E85698">
              <w:rPr>
                <w:sz w:val="16"/>
              </w:rPr>
              <w:t>0</w:t>
            </w:r>
          </w:p>
        </w:tc>
        <w:tc>
          <w:tcPr>
            <w:tcW w:w="796" w:type="dxa"/>
          </w:tcPr>
          <w:p w:rsidR="003147F9" w:rsidRPr="00E85698" w:rsidRDefault="006C1B1D" w:rsidP="00A047B0">
            <w:pPr>
              <w:pStyle w:val="TableParagraph"/>
              <w:rPr>
                <w:sz w:val="16"/>
              </w:rPr>
            </w:pPr>
            <w:r>
              <w:rPr>
                <w:sz w:val="16"/>
              </w:rPr>
              <w:t>21.09</w:t>
            </w:r>
          </w:p>
        </w:tc>
        <w:tc>
          <w:tcPr>
            <w:tcW w:w="3739" w:type="dxa"/>
          </w:tcPr>
          <w:p w:rsidR="003147F9" w:rsidRPr="00E85698" w:rsidRDefault="003147F9" w:rsidP="00A047B0">
            <w:pPr>
              <w:pStyle w:val="TableParagraph"/>
              <w:spacing w:before="30"/>
              <w:ind w:left="59"/>
              <w:rPr>
                <w:sz w:val="16"/>
              </w:rPr>
            </w:pPr>
            <w:r w:rsidRPr="00E85698">
              <w:rPr>
                <w:sz w:val="16"/>
              </w:rPr>
              <w:t>Распознавать</w:t>
            </w:r>
            <w:r w:rsidRPr="00E85698">
              <w:rPr>
                <w:spacing w:val="-5"/>
                <w:sz w:val="16"/>
              </w:rPr>
              <w:t xml:space="preserve"> </w:t>
            </w:r>
            <w:r w:rsidRPr="00E85698">
              <w:rPr>
                <w:sz w:val="16"/>
              </w:rPr>
              <w:t>основные</w:t>
            </w:r>
            <w:r w:rsidRPr="00E85698">
              <w:rPr>
                <w:spacing w:val="-4"/>
                <w:sz w:val="16"/>
              </w:rPr>
              <w:t xml:space="preserve"> </w:t>
            </w:r>
            <w:r w:rsidRPr="00E85698">
              <w:rPr>
                <w:sz w:val="16"/>
              </w:rPr>
              <w:t>признаки</w:t>
            </w:r>
            <w:r w:rsidRPr="00E85698">
              <w:rPr>
                <w:spacing w:val="-5"/>
                <w:sz w:val="16"/>
              </w:rPr>
              <w:t xml:space="preserve"> </w:t>
            </w:r>
            <w:r w:rsidRPr="00E85698">
              <w:rPr>
                <w:sz w:val="16"/>
              </w:rPr>
              <w:t>текста;</w:t>
            </w:r>
          </w:p>
        </w:tc>
        <w:tc>
          <w:tcPr>
            <w:tcW w:w="1116" w:type="dxa"/>
          </w:tcPr>
          <w:p w:rsidR="003147F9" w:rsidRPr="00E85698" w:rsidRDefault="003147F9" w:rsidP="00A047B0">
            <w:pPr>
              <w:pStyle w:val="TableParagraph"/>
              <w:spacing w:before="30" w:line="259" w:lineRule="auto"/>
              <w:ind w:left="60" w:right="498"/>
              <w:rPr>
                <w:sz w:val="16"/>
              </w:rPr>
            </w:pPr>
            <w:r w:rsidRPr="00E85698">
              <w:rPr>
                <w:sz w:val="16"/>
              </w:rPr>
              <w:t>Устный</w:t>
            </w:r>
            <w:r w:rsidRPr="00E85698">
              <w:rPr>
                <w:spacing w:val="-37"/>
                <w:sz w:val="16"/>
              </w:rPr>
              <w:t xml:space="preserve"> </w:t>
            </w:r>
            <w:r w:rsidRPr="00E85698">
              <w:rPr>
                <w:sz w:val="16"/>
              </w:rPr>
              <w:t>опрос;</w:t>
            </w:r>
          </w:p>
        </w:tc>
        <w:tc>
          <w:tcPr>
            <w:tcW w:w="3763" w:type="dxa"/>
          </w:tcPr>
          <w:p w:rsidR="003147F9" w:rsidRPr="00E85698" w:rsidRDefault="003147F9" w:rsidP="00A047B0">
            <w:pPr>
              <w:pStyle w:val="TableParagraph"/>
              <w:spacing w:before="30"/>
              <w:ind w:left="58"/>
              <w:rPr>
                <w:sz w:val="16"/>
                <w:lang w:val="en-US"/>
              </w:rPr>
            </w:pPr>
            <w:r w:rsidRPr="00E85698">
              <w:rPr>
                <w:sz w:val="16"/>
                <w:lang w:val="en-US"/>
              </w:rPr>
              <w:t>multiurok.ru</w:t>
            </w:r>
          </w:p>
          <w:p w:rsidR="003147F9" w:rsidRPr="00E85698" w:rsidRDefault="003147F9" w:rsidP="00A047B0">
            <w:pPr>
              <w:pStyle w:val="TableParagraph"/>
              <w:spacing w:before="15" w:line="256" w:lineRule="auto"/>
              <w:ind w:left="58" w:right="718"/>
              <w:rPr>
                <w:sz w:val="16"/>
                <w:lang w:val="en-US"/>
              </w:rPr>
            </w:pPr>
            <w:r w:rsidRPr="00E85698">
              <w:rPr>
                <w:spacing w:val="-1"/>
                <w:sz w:val="16"/>
                <w:lang w:val="en-US"/>
              </w:rPr>
              <w:t>https://multiurok.ru/files/urok-tekst-osnovnye-</w:t>
            </w:r>
            <w:r w:rsidRPr="00E85698">
              <w:rPr>
                <w:sz w:val="16"/>
                <w:lang w:val="en-US"/>
              </w:rPr>
              <w:t xml:space="preserve"> priznakiteksta-5-klass.html</w:t>
            </w:r>
          </w:p>
        </w:tc>
      </w:tr>
      <w:tr w:rsidR="003147F9" w:rsidRPr="00942243" w:rsidTr="00A047B0">
        <w:trPr>
          <w:trHeight w:val="959"/>
        </w:trPr>
        <w:tc>
          <w:tcPr>
            <w:tcW w:w="468" w:type="dxa"/>
          </w:tcPr>
          <w:p w:rsidR="003147F9" w:rsidRPr="00E85698" w:rsidRDefault="003147F9" w:rsidP="00A047B0">
            <w:pPr>
              <w:pStyle w:val="TableParagraph"/>
              <w:spacing w:before="33"/>
              <w:ind w:right="106"/>
              <w:jc w:val="right"/>
              <w:rPr>
                <w:sz w:val="16"/>
              </w:rPr>
            </w:pPr>
            <w:r w:rsidRPr="00E85698">
              <w:rPr>
                <w:sz w:val="16"/>
              </w:rPr>
              <w:t>4.2.</w:t>
            </w:r>
          </w:p>
        </w:tc>
        <w:tc>
          <w:tcPr>
            <w:tcW w:w="2873" w:type="dxa"/>
          </w:tcPr>
          <w:p w:rsidR="003147F9" w:rsidRPr="00E85698" w:rsidRDefault="003147F9" w:rsidP="00A047B0">
            <w:pPr>
              <w:pStyle w:val="TableParagraph"/>
              <w:spacing w:before="33"/>
              <w:ind w:left="57"/>
              <w:rPr>
                <w:sz w:val="16"/>
              </w:rPr>
            </w:pPr>
            <w:r w:rsidRPr="00E85698">
              <w:rPr>
                <w:sz w:val="16"/>
              </w:rPr>
              <w:t>Композиционная</w:t>
            </w:r>
            <w:r w:rsidRPr="00E85698">
              <w:rPr>
                <w:spacing w:val="-4"/>
                <w:sz w:val="16"/>
              </w:rPr>
              <w:t xml:space="preserve"> </w:t>
            </w:r>
            <w:r w:rsidRPr="00E85698">
              <w:rPr>
                <w:sz w:val="16"/>
              </w:rPr>
              <w:t>структура</w:t>
            </w:r>
            <w:r w:rsidRPr="00E85698">
              <w:rPr>
                <w:spacing w:val="-4"/>
                <w:sz w:val="16"/>
              </w:rPr>
              <w:t xml:space="preserve"> </w:t>
            </w:r>
            <w:r w:rsidRPr="00E85698">
              <w:rPr>
                <w:sz w:val="16"/>
              </w:rPr>
              <w:t>текста.</w:t>
            </w:r>
          </w:p>
        </w:tc>
        <w:tc>
          <w:tcPr>
            <w:tcW w:w="523" w:type="dxa"/>
          </w:tcPr>
          <w:p w:rsidR="003147F9" w:rsidRPr="00E85698" w:rsidRDefault="003147F9" w:rsidP="00A047B0">
            <w:pPr>
              <w:pStyle w:val="TableParagraph"/>
              <w:spacing w:before="33"/>
              <w:ind w:left="57"/>
              <w:rPr>
                <w:sz w:val="16"/>
              </w:rPr>
            </w:pPr>
            <w:r w:rsidRPr="00E85698">
              <w:rPr>
                <w:sz w:val="16"/>
              </w:rPr>
              <w:t>1</w:t>
            </w:r>
          </w:p>
        </w:tc>
        <w:tc>
          <w:tcPr>
            <w:tcW w:w="1097" w:type="dxa"/>
          </w:tcPr>
          <w:p w:rsidR="003147F9" w:rsidRPr="00E85698" w:rsidRDefault="003147F9" w:rsidP="00A047B0">
            <w:pPr>
              <w:pStyle w:val="TableParagraph"/>
              <w:spacing w:before="33"/>
              <w:ind w:left="60"/>
              <w:rPr>
                <w:sz w:val="16"/>
              </w:rPr>
            </w:pPr>
            <w:r w:rsidRPr="00E85698">
              <w:rPr>
                <w:sz w:val="16"/>
              </w:rPr>
              <w:t>0</w:t>
            </w:r>
          </w:p>
        </w:tc>
        <w:tc>
          <w:tcPr>
            <w:tcW w:w="1130" w:type="dxa"/>
          </w:tcPr>
          <w:p w:rsidR="003147F9" w:rsidRPr="00E85698" w:rsidRDefault="003147F9" w:rsidP="00A047B0">
            <w:pPr>
              <w:pStyle w:val="TableParagraph"/>
              <w:spacing w:before="33"/>
              <w:ind w:left="55"/>
              <w:rPr>
                <w:sz w:val="16"/>
              </w:rPr>
            </w:pPr>
            <w:r w:rsidRPr="00E85698">
              <w:rPr>
                <w:sz w:val="16"/>
              </w:rPr>
              <w:t>1</w:t>
            </w:r>
          </w:p>
        </w:tc>
        <w:tc>
          <w:tcPr>
            <w:tcW w:w="796" w:type="dxa"/>
          </w:tcPr>
          <w:p w:rsidR="003147F9" w:rsidRPr="00E85698" w:rsidRDefault="006C1B1D" w:rsidP="00A047B0">
            <w:pPr>
              <w:pStyle w:val="TableParagraph"/>
              <w:rPr>
                <w:sz w:val="16"/>
              </w:rPr>
            </w:pPr>
            <w:r>
              <w:rPr>
                <w:sz w:val="16"/>
              </w:rPr>
              <w:t>22.09</w:t>
            </w:r>
          </w:p>
        </w:tc>
        <w:tc>
          <w:tcPr>
            <w:tcW w:w="3739" w:type="dxa"/>
          </w:tcPr>
          <w:p w:rsidR="003147F9" w:rsidRPr="00E85698" w:rsidRDefault="003147F9" w:rsidP="00A047B0">
            <w:pPr>
              <w:pStyle w:val="TableParagraph"/>
              <w:spacing w:before="33" w:line="256" w:lineRule="auto"/>
              <w:ind w:left="59" w:right="191"/>
              <w:rPr>
                <w:sz w:val="16"/>
              </w:rPr>
            </w:pPr>
            <w:r w:rsidRPr="00E85698">
              <w:rPr>
                <w:sz w:val="16"/>
              </w:rPr>
              <w:t xml:space="preserve">Членить текст на </w:t>
            </w:r>
            <w:proofErr w:type="spellStart"/>
            <w:r w:rsidRPr="00E85698">
              <w:rPr>
                <w:sz w:val="16"/>
              </w:rPr>
              <w:t>композиционносмысловые</w:t>
            </w:r>
            <w:proofErr w:type="spellEnd"/>
            <w:r w:rsidRPr="00E85698">
              <w:rPr>
                <w:sz w:val="16"/>
              </w:rPr>
              <w:t xml:space="preserve"> части</w:t>
            </w:r>
            <w:r w:rsidRPr="00E85698">
              <w:rPr>
                <w:spacing w:val="-37"/>
                <w:sz w:val="16"/>
              </w:rPr>
              <w:t xml:space="preserve"> </w:t>
            </w:r>
            <w:r w:rsidRPr="00E85698">
              <w:rPr>
                <w:sz w:val="16"/>
              </w:rPr>
              <w:t>(абзацы);</w:t>
            </w:r>
          </w:p>
        </w:tc>
        <w:tc>
          <w:tcPr>
            <w:tcW w:w="1116" w:type="dxa"/>
          </w:tcPr>
          <w:p w:rsidR="003147F9" w:rsidRPr="00E85698" w:rsidRDefault="003147F9" w:rsidP="00A047B0">
            <w:pPr>
              <w:pStyle w:val="TableParagraph"/>
              <w:spacing w:before="28" w:line="247" w:lineRule="auto"/>
              <w:ind w:left="60" w:right="86"/>
              <w:rPr>
                <w:sz w:val="16"/>
              </w:rPr>
            </w:pP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Практическая</w:t>
            </w:r>
            <w:r w:rsidRPr="00E85698">
              <w:rPr>
                <w:spacing w:val="-37"/>
                <w:sz w:val="16"/>
              </w:rPr>
              <w:t xml:space="preserve"> </w:t>
            </w:r>
            <w:r w:rsidRPr="00E85698">
              <w:rPr>
                <w:sz w:val="16"/>
              </w:rPr>
              <w:t>работа;</w:t>
            </w:r>
          </w:p>
        </w:tc>
        <w:tc>
          <w:tcPr>
            <w:tcW w:w="3763" w:type="dxa"/>
          </w:tcPr>
          <w:p w:rsidR="003147F9" w:rsidRPr="00E85698" w:rsidRDefault="003147F9" w:rsidP="00A047B0">
            <w:pPr>
              <w:pStyle w:val="TableParagraph"/>
              <w:spacing w:before="33"/>
              <w:ind w:left="58"/>
              <w:rPr>
                <w:sz w:val="16"/>
                <w:lang w:val="en-US"/>
              </w:rPr>
            </w:pPr>
            <w:r w:rsidRPr="00E85698">
              <w:rPr>
                <w:sz w:val="16"/>
                <w:lang w:val="en-US"/>
              </w:rPr>
              <w:t>multiurok.ru</w:t>
            </w:r>
          </w:p>
          <w:p w:rsidR="003147F9" w:rsidRPr="00E85698" w:rsidRDefault="003147F9" w:rsidP="00A047B0">
            <w:pPr>
              <w:pStyle w:val="TableParagraph"/>
              <w:spacing w:before="12" w:line="259" w:lineRule="auto"/>
              <w:ind w:left="58" w:right="346"/>
              <w:rPr>
                <w:sz w:val="16"/>
                <w:lang w:val="en-US"/>
              </w:rPr>
            </w:pPr>
            <w:r w:rsidRPr="00E85698">
              <w:rPr>
                <w:spacing w:val="-1"/>
                <w:sz w:val="16"/>
                <w:lang w:val="en-US"/>
              </w:rPr>
              <w:t>https://multiurok.ru/files/tekst-i-ego-stroenie-</w:t>
            </w:r>
            <w:r w:rsidRPr="00E85698">
              <w:rPr>
                <w:sz w:val="16"/>
                <w:lang w:val="en-US"/>
              </w:rPr>
              <w:t xml:space="preserve"> 5klass.html?login=ok</w:t>
            </w:r>
          </w:p>
        </w:tc>
      </w:tr>
      <w:tr w:rsidR="003147F9" w:rsidRPr="00E85698" w:rsidTr="00A047B0">
        <w:trPr>
          <w:trHeight w:val="1344"/>
        </w:trPr>
        <w:tc>
          <w:tcPr>
            <w:tcW w:w="468" w:type="dxa"/>
          </w:tcPr>
          <w:p w:rsidR="003147F9" w:rsidRPr="00E85698" w:rsidRDefault="003147F9" w:rsidP="00A047B0">
            <w:pPr>
              <w:pStyle w:val="TableParagraph"/>
              <w:spacing w:before="30"/>
              <w:ind w:right="106"/>
              <w:jc w:val="right"/>
              <w:rPr>
                <w:sz w:val="16"/>
              </w:rPr>
            </w:pPr>
            <w:r w:rsidRPr="00E85698">
              <w:rPr>
                <w:sz w:val="16"/>
              </w:rPr>
              <w:t>4.3.</w:t>
            </w:r>
          </w:p>
        </w:tc>
        <w:tc>
          <w:tcPr>
            <w:tcW w:w="2873" w:type="dxa"/>
          </w:tcPr>
          <w:p w:rsidR="003147F9" w:rsidRPr="00E85698" w:rsidRDefault="003147F9" w:rsidP="00A047B0">
            <w:pPr>
              <w:pStyle w:val="TableParagraph"/>
              <w:spacing w:before="30"/>
              <w:ind w:left="57"/>
              <w:rPr>
                <w:sz w:val="16"/>
              </w:rPr>
            </w:pPr>
            <w:proofErr w:type="spellStart"/>
            <w:r w:rsidRPr="00E85698">
              <w:rPr>
                <w:sz w:val="16"/>
              </w:rPr>
              <w:t>Функциональносмысловые</w:t>
            </w:r>
            <w:proofErr w:type="spellEnd"/>
            <w:r w:rsidRPr="00E85698">
              <w:rPr>
                <w:spacing w:val="-6"/>
                <w:sz w:val="16"/>
              </w:rPr>
              <w:t xml:space="preserve"> </w:t>
            </w:r>
            <w:r w:rsidRPr="00E85698">
              <w:rPr>
                <w:sz w:val="16"/>
              </w:rPr>
              <w:t>типы</w:t>
            </w:r>
            <w:r w:rsidRPr="00E85698">
              <w:rPr>
                <w:spacing w:val="-6"/>
                <w:sz w:val="16"/>
              </w:rPr>
              <w:t xml:space="preserve"> </w:t>
            </w:r>
            <w:r w:rsidRPr="00E85698">
              <w:rPr>
                <w:sz w:val="16"/>
              </w:rPr>
              <w:t>речи.</w:t>
            </w:r>
          </w:p>
        </w:tc>
        <w:tc>
          <w:tcPr>
            <w:tcW w:w="523" w:type="dxa"/>
          </w:tcPr>
          <w:p w:rsidR="003147F9" w:rsidRPr="00E85698" w:rsidRDefault="003147F9" w:rsidP="00A047B0">
            <w:pPr>
              <w:pStyle w:val="TableParagraph"/>
              <w:spacing w:before="30"/>
              <w:ind w:left="57"/>
              <w:rPr>
                <w:sz w:val="16"/>
              </w:rPr>
            </w:pPr>
            <w:r w:rsidRPr="00E85698">
              <w:rPr>
                <w:sz w:val="16"/>
              </w:rPr>
              <w:t>2</w:t>
            </w:r>
          </w:p>
        </w:tc>
        <w:tc>
          <w:tcPr>
            <w:tcW w:w="1097" w:type="dxa"/>
          </w:tcPr>
          <w:p w:rsidR="003147F9" w:rsidRPr="00E85698" w:rsidRDefault="003147F9" w:rsidP="00A047B0">
            <w:pPr>
              <w:pStyle w:val="TableParagraph"/>
              <w:spacing w:before="30"/>
              <w:ind w:left="60"/>
              <w:rPr>
                <w:sz w:val="16"/>
              </w:rPr>
            </w:pPr>
            <w:r w:rsidRPr="00E85698">
              <w:rPr>
                <w:sz w:val="16"/>
              </w:rPr>
              <w:t>0</w:t>
            </w:r>
          </w:p>
        </w:tc>
        <w:tc>
          <w:tcPr>
            <w:tcW w:w="1130" w:type="dxa"/>
          </w:tcPr>
          <w:p w:rsidR="003147F9" w:rsidRPr="00E85698" w:rsidRDefault="003147F9" w:rsidP="00A047B0">
            <w:pPr>
              <w:pStyle w:val="TableParagraph"/>
              <w:spacing w:before="30"/>
              <w:ind w:left="55"/>
              <w:rPr>
                <w:sz w:val="16"/>
              </w:rPr>
            </w:pPr>
            <w:r w:rsidRPr="00E85698">
              <w:rPr>
                <w:sz w:val="16"/>
              </w:rPr>
              <w:t>0</w:t>
            </w:r>
          </w:p>
        </w:tc>
        <w:tc>
          <w:tcPr>
            <w:tcW w:w="796" w:type="dxa"/>
          </w:tcPr>
          <w:p w:rsidR="003147F9" w:rsidRPr="00E85698" w:rsidRDefault="006C1B1D" w:rsidP="00A047B0">
            <w:pPr>
              <w:pStyle w:val="TableParagraph"/>
              <w:rPr>
                <w:sz w:val="16"/>
              </w:rPr>
            </w:pPr>
            <w:r>
              <w:rPr>
                <w:sz w:val="16"/>
              </w:rPr>
              <w:t>23.09-26.09</w:t>
            </w:r>
          </w:p>
        </w:tc>
        <w:tc>
          <w:tcPr>
            <w:tcW w:w="3739" w:type="dxa"/>
          </w:tcPr>
          <w:p w:rsidR="003147F9" w:rsidRPr="00E85698" w:rsidRDefault="003147F9" w:rsidP="00A047B0">
            <w:pPr>
              <w:pStyle w:val="TableParagraph"/>
              <w:spacing w:before="30" w:line="259" w:lineRule="auto"/>
              <w:ind w:left="59" w:right="67"/>
              <w:rPr>
                <w:sz w:val="16"/>
              </w:rPr>
            </w:pPr>
            <w:r w:rsidRPr="00E85698">
              <w:rPr>
                <w:sz w:val="16"/>
              </w:rPr>
              <w:t>Анализировать и характеризовать текст с точки</w:t>
            </w:r>
            <w:r w:rsidRPr="00E85698">
              <w:rPr>
                <w:spacing w:val="1"/>
                <w:sz w:val="16"/>
              </w:rPr>
              <w:t xml:space="preserve"> </w:t>
            </w:r>
            <w:r w:rsidRPr="00E85698">
              <w:rPr>
                <w:sz w:val="16"/>
              </w:rPr>
              <w:t>зрения его соответствия основным признакам</w:t>
            </w:r>
            <w:r w:rsidRPr="00E85698">
              <w:rPr>
                <w:spacing w:val="1"/>
                <w:sz w:val="16"/>
              </w:rPr>
              <w:t xml:space="preserve"> </w:t>
            </w:r>
            <w:r w:rsidRPr="00E85698">
              <w:rPr>
                <w:sz w:val="16"/>
              </w:rPr>
              <w:t>(наличие темы, главной мысли, грамматической</w:t>
            </w:r>
            <w:r w:rsidRPr="00E85698">
              <w:rPr>
                <w:spacing w:val="1"/>
                <w:sz w:val="16"/>
              </w:rPr>
              <w:t xml:space="preserve"> </w:t>
            </w:r>
            <w:r w:rsidRPr="00E85698">
              <w:rPr>
                <w:sz w:val="16"/>
              </w:rPr>
              <w:t>связи предложений, цельности и относительной</w:t>
            </w:r>
            <w:r w:rsidRPr="00E85698">
              <w:rPr>
                <w:spacing w:val="1"/>
                <w:sz w:val="16"/>
              </w:rPr>
              <w:t xml:space="preserve"> </w:t>
            </w:r>
            <w:r w:rsidRPr="00E85698">
              <w:rPr>
                <w:sz w:val="16"/>
              </w:rPr>
              <w:t>законченности); с точки зрения его принадлежности</w:t>
            </w:r>
            <w:r w:rsidRPr="00E85698">
              <w:rPr>
                <w:spacing w:val="-37"/>
                <w:sz w:val="16"/>
              </w:rPr>
              <w:t xml:space="preserve"> </w:t>
            </w:r>
            <w:r w:rsidRPr="00E85698">
              <w:rPr>
                <w:sz w:val="16"/>
              </w:rPr>
              <w:t>к функционально-смысловому</w:t>
            </w:r>
            <w:r w:rsidRPr="00E85698">
              <w:rPr>
                <w:spacing w:val="-4"/>
                <w:sz w:val="16"/>
              </w:rPr>
              <w:t xml:space="preserve"> </w:t>
            </w:r>
            <w:r w:rsidRPr="00E85698">
              <w:rPr>
                <w:sz w:val="16"/>
              </w:rPr>
              <w:t>типу</w:t>
            </w:r>
            <w:r w:rsidRPr="00E85698">
              <w:rPr>
                <w:spacing w:val="-2"/>
                <w:sz w:val="16"/>
              </w:rPr>
              <w:t xml:space="preserve"> </w:t>
            </w:r>
            <w:r w:rsidRPr="00E85698">
              <w:rPr>
                <w:sz w:val="16"/>
              </w:rPr>
              <w:t>речи;</w:t>
            </w:r>
          </w:p>
        </w:tc>
        <w:tc>
          <w:tcPr>
            <w:tcW w:w="1116" w:type="dxa"/>
          </w:tcPr>
          <w:p w:rsidR="003147F9" w:rsidRPr="00E85698" w:rsidRDefault="003147F9" w:rsidP="00A047B0">
            <w:pPr>
              <w:pStyle w:val="TableParagraph"/>
              <w:spacing w:before="30" w:line="280" w:lineRule="auto"/>
              <w:ind w:left="60" w:right="149"/>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ВПР;</w:t>
            </w:r>
          </w:p>
        </w:tc>
        <w:tc>
          <w:tcPr>
            <w:tcW w:w="3763" w:type="dxa"/>
          </w:tcPr>
          <w:p w:rsidR="003147F9" w:rsidRPr="00E85698" w:rsidRDefault="003147F9" w:rsidP="00A047B0">
            <w:pPr>
              <w:pStyle w:val="TableParagraph"/>
              <w:spacing w:before="30" w:line="259" w:lineRule="auto"/>
              <w:ind w:left="58" w:right="5"/>
              <w:rPr>
                <w:sz w:val="16"/>
              </w:rPr>
            </w:pPr>
            <w:r w:rsidRPr="00E85698">
              <w:rPr>
                <w:sz w:val="16"/>
              </w:rPr>
              <w:t>multiurok.ru</w:t>
            </w:r>
            <w:r w:rsidRPr="00E85698">
              <w:rPr>
                <w:spacing w:val="1"/>
                <w:sz w:val="16"/>
              </w:rPr>
              <w:t xml:space="preserve"> </w:t>
            </w:r>
            <w:r w:rsidRPr="00E85698">
              <w:rPr>
                <w:spacing w:val="-1"/>
                <w:sz w:val="16"/>
              </w:rPr>
              <w:t>https://multiurok.ru/index.php/files/lektsiiafunktsionalno-</w:t>
            </w:r>
            <w:r w:rsidRPr="00E85698">
              <w:rPr>
                <w:sz w:val="16"/>
              </w:rPr>
              <w:t xml:space="preserve"> smyslovye-tipy-rechi.html</w:t>
            </w:r>
            <w:r w:rsidRPr="00E85698">
              <w:rPr>
                <w:spacing w:val="-4"/>
                <w:sz w:val="16"/>
              </w:rPr>
              <w:t xml:space="preserve"> </w:t>
            </w:r>
            <w:r w:rsidRPr="00E85698">
              <w:rPr>
                <w:sz w:val="16"/>
              </w:rPr>
              <w:t>rus5-vpr.sdamgia.ru</w:t>
            </w:r>
          </w:p>
        </w:tc>
      </w:tr>
      <w:tr w:rsidR="003147F9" w:rsidRPr="00942243" w:rsidTr="00A047B0">
        <w:trPr>
          <w:trHeight w:val="1726"/>
        </w:trPr>
        <w:tc>
          <w:tcPr>
            <w:tcW w:w="468" w:type="dxa"/>
          </w:tcPr>
          <w:p w:rsidR="003147F9" w:rsidRPr="00E85698" w:rsidRDefault="003147F9" w:rsidP="00A047B0">
            <w:pPr>
              <w:pStyle w:val="TableParagraph"/>
              <w:spacing w:before="30"/>
              <w:ind w:right="106"/>
              <w:jc w:val="right"/>
              <w:rPr>
                <w:sz w:val="16"/>
              </w:rPr>
            </w:pPr>
            <w:r w:rsidRPr="00E85698">
              <w:rPr>
                <w:sz w:val="16"/>
              </w:rPr>
              <w:t>4.4.</w:t>
            </w:r>
          </w:p>
        </w:tc>
        <w:tc>
          <w:tcPr>
            <w:tcW w:w="2873" w:type="dxa"/>
          </w:tcPr>
          <w:p w:rsidR="003147F9" w:rsidRPr="00E85698" w:rsidRDefault="003147F9" w:rsidP="00A047B0">
            <w:pPr>
              <w:pStyle w:val="TableParagraph"/>
              <w:spacing w:before="30"/>
              <w:ind w:left="57"/>
              <w:rPr>
                <w:sz w:val="16"/>
              </w:rPr>
            </w:pPr>
            <w:r w:rsidRPr="00E85698">
              <w:rPr>
                <w:sz w:val="16"/>
              </w:rPr>
              <w:t>Повествование</w:t>
            </w:r>
            <w:r w:rsidRPr="00E85698">
              <w:rPr>
                <w:spacing w:val="-7"/>
                <w:sz w:val="16"/>
              </w:rPr>
              <w:t xml:space="preserve"> </w:t>
            </w:r>
            <w:r w:rsidRPr="00E85698">
              <w:rPr>
                <w:sz w:val="16"/>
              </w:rPr>
              <w:t>как</w:t>
            </w:r>
            <w:r w:rsidRPr="00E85698">
              <w:rPr>
                <w:spacing w:val="-1"/>
                <w:sz w:val="16"/>
              </w:rPr>
              <w:t xml:space="preserve"> </w:t>
            </w:r>
            <w:r w:rsidRPr="00E85698">
              <w:rPr>
                <w:sz w:val="16"/>
              </w:rPr>
              <w:t>тип</w:t>
            </w:r>
            <w:r w:rsidRPr="00E85698">
              <w:rPr>
                <w:spacing w:val="-4"/>
                <w:sz w:val="16"/>
              </w:rPr>
              <w:t xml:space="preserve"> </w:t>
            </w:r>
            <w:r w:rsidRPr="00E85698">
              <w:rPr>
                <w:sz w:val="16"/>
              </w:rPr>
              <w:t>речи.</w:t>
            </w:r>
            <w:r w:rsidRPr="00E85698">
              <w:rPr>
                <w:spacing w:val="-3"/>
                <w:sz w:val="16"/>
              </w:rPr>
              <w:t xml:space="preserve"> </w:t>
            </w:r>
            <w:r w:rsidRPr="00E85698">
              <w:rPr>
                <w:sz w:val="16"/>
              </w:rPr>
              <w:t>Рассказ.</w:t>
            </w:r>
          </w:p>
        </w:tc>
        <w:tc>
          <w:tcPr>
            <w:tcW w:w="523" w:type="dxa"/>
          </w:tcPr>
          <w:p w:rsidR="003147F9" w:rsidRPr="00E85698" w:rsidRDefault="003147F9" w:rsidP="00A047B0">
            <w:pPr>
              <w:pStyle w:val="TableParagraph"/>
              <w:spacing w:before="30"/>
              <w:ind w:left="57"/>
              <w:rPr>
                <w:sz w:val="16"/>
              </w:rPr>
            </w:pPr>
            <w:r w:rsidRPr="00E85698">
              <w:rPr>
                <w:sz w:val="16"/>
              </w:rPr>
              <w:t>2</w:t>
            </w:r>
          </w:p>
        </w:tc>
        <w:tc>
          <w:tcPr>
            <w:tcW w:w="1097" w:type="dxa"/>
          </w:tcPr>
          <w:p w:rsidR="003147F9" w:rsidRPr="00E85698" w:rsidRDefault="003147F9" w:rsidP="00A047B0">
            <w:pPr>
              <w:pStyle w:val="TableParagraph"/>
              <w:spacing w:before="30"/>
              <w:ind w:left="60"/>
              <w:rPr>
                <w:sz w:val="16"/>
              </w:rPr>
            </w:pPr>
            <w:r w:rsidRPr="00E85698">
              <w:rPr>
                <w:sz w:val="16"/>
              </w:rPr>
              <w:t>0</w:t>
            </w:r>
          </w:p>
        </w:tc>
        <w:tc>
          <w:tcPr>
            <w:tcW w:w="1130" w:type="dxa"/>
          </w:tcPr>
          <w:p w:rsidR="003147F9" w:rsidRPr="00E85698" w:rsidRDefault="003147F9" w:rsidP="00A047B0">
            <w:pPr>
              <w:pStyle w:val="TableParagraph"/>
              <w:spacing w:before="30"/>
              <w:ind w:left="55"/>
              <w:rPr>
                <w:sz w:val="16"/>
              </w:rPr>
            </w:pPr>
            <w:r w:rsidRPr="00E85698">
              <w:rPr>
                <w:sz w:val="16"/>
              </w:rPr>
              <w:t>1</w:t>
            </w:r>
          </w:p>
        </w:tc>
        <w:tc>
          <w:tcPr>
            <w:tcW w:w="796" w:type="dxa"/>
          </w:tcPr>
          <w:p w:rsidR="003147F9" w:rsidRPr="00E85698" w:rsidRDefault="006C1B1D" w:rsidP="00A047B0">
            <w:pPr>
              <w:pStyle w:val="TableParagraph"/>
              <w:rPr>
                <w:sz w:val="16"/>
              </w:rPr>
            </w:pPr>
            <w:r>
              <w:rPr>
                <w:sz w:val="16"/>
              </w:rPr>
              <w:t>27.09-28.09</w:t>
            </w:r>
          </w:p>
        </w:tc>
        <w:tc>
          <w:tcPr>
            <w:tcW w:w="3739" w:type="dxa"/>
          </w:tcPr>
          <w:p w:rsidR="003147F9" w:rsidRPr="00E85698" w:rsidRDefault="003147F9" w:rsidP="00A047B0">
            <w:pPr>
              <w:pStyle w:val="TableParagraph"/>
              <w:spacing w:before="28" w:line="244" w:lineRule="auto"/>
              <w:ind w:left="59" w:right="125"/>
              <w:rPr>
                <w:sz w:val="16"/>
              </w:rPr>
            </w:pPr>
            <w:r w:rsidRPr="00E85698">
              <w:rPr>
                <w:sz w:val="16"/>
              </w:rPr>
              <w:t>Создавать тексты функционально-смыслового типа</w:t>
            </w:r>
            <w:r w:rsidRPr="00E85698">
              <w:rPr>
                <w:spacing w:val="-37"/>
                <w:sz w:val="16"/>
              </w:rPr>
              <w:t xml:space="preserve"> </w:t>
            </w:r>
            <w:r w:rsidRPr="00E85698">
              <w:rPr>
                <w:sz w:val="16"/>
              </w:rPr>
              <w:t>речи (повествование) с опорой на жизненный и</w:t>
            </w:r>
            <w:r w:rsidRPr="00E85698">
              <w:rPr>
                <w:spacing w:val="1"/>
                <w:sz w:val="16"/>
              </w:rPr>
              <w:t xml:space="preserve"> </w:t>
            </w:r>
            <w:r w:rsidRPr="00E85698">
              <w:rPr>
                <w:sz w:val="16"/>
              </w:rPr>
              <w:t>читательский опыт; тексты с опорой на сюжетную</w:t>
            </w:r>
            <w:r w:rsidRPr="00E85698">
              <w:rPr>
                <w:spacing w:val="1"/>
                <w:sz w:val="16"/>
              </w:rPr>
              <w:t xml:space="preserve"> </w:t>
            </w:r>
            <w:r w:rsidRPr="00E85698">
              <w:rPr>
                <w:sz w:val="16"/>
              </w:rPr>
              <w:t>картину;</w:t>
            </w:r>
          </w:p>
          <w:p w:rsidR="003147F9" w:rsidRPr="00E85698" w:rsidRDefault="003147F9" w:rsidP="00A047B0">
            <w:pPr>
              <w:pStyle w:val="TableParagraph"/>
              <w:spacing w:before="5" w:line="259" w:lineRule="auto"/>
              <w:ind w:left="59" w:right="145"/>
              <w:rPr>
                <w:sz w:val="16"/>
              </w:rPr>
            </w:pPr>
            <w:r w:rsidRPr="00E85698">
              <w:rPr>
                <w:sz w:val="16"/>
              </w:rPr>
              <w:t>Составлять план текста (простой, сложный) и</w:t>
            </w:r>
            <w:r w:rsidRPr="00E85698">
              <w:rPr>
                <w:spacing w:val="1"/>
                <w:sz w:val="16"/>
              </w:rPr>
              <w:t xml:space="preserve"> </w:t>
            </w:r>
            <w:r w:rsidRPr="00E85698">
              <w:rPr>
                <w:sz w:val="16"/>
              </w:rPr>
              <w:t>пересказывать его содержание по плану в устной и</w:t>
            </w:r>
            <w:r w:rsidRPr="00E85698">
              <w:rPr>
                <w:spacing w:val="-37"/>
                <w:sz w:val="16"/>
              </w:rPr>
              <w:t xml:space="preserve"> </w:t>
            </w:r>
            <w:r w:rsidRPr="00E85698">
              <w:rPr>
                <w:sz w:val="16"/>
              </w:rPr>
              <w:t>письменной форме, в том числе с изменением лица</w:t>
            </w:r>
            <w:r w:rsidRPr="00E85698">
              <w:rPr>
                <w:spacing w:val="-38"/>
                <w:sz w:val="16"/>
              </w:rPr>
              <w:t xml:space="preserve"> </w:t>
            </w:r>
            <w:r w:rsidRPr="00E85698">
              <w:rPr>
                <w:sz w:val="16"/>
              </w:rPr>
              <w:t>рассказчика;</w:t>
            </w:r>
          </w:p>
        </w:tc>
        <w:tc>
          <w:tcPr>
            <w:tcW w:w="1116" w:type="dxa"/>
          </w:tcPr>
          <w:p w:rsidR="003147F9" w:rsidRPr="00E85698" w:rsidRDefault="003147F9" w:rsidP="00A047B0">
            <w:pPr>
              <w:pStyle w:val="TableParagraph"/>
              <w:spacing w:before="28" w:line="247" w:lineRule="auto"/>
              <w:ind w:left="60" w:right="86"/>
              <w:rPr>
                <w:sz w:val="16"/>
              </w:rPr>
            </w:pP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Практическая</w:t>
            </w:r>
            <w:r w:rsidRPr="00E85698">
              <w:rPr>
                <w:spacing w:val="-37"/>
                <w:sz w:val="16"/>
              </w:rPr>
              <w:t xml:space="preserve"> </w:t>
            </w:r>
            <w:r w:rsidRPr="00E85698">
              <w:rPr>
                <w:sz w:val="16"/>
              </w:rPr>
              <w:t>работа;</w:t>
            </w:r>
          </w:p>
        </w:tc>
        <w:tc>
          <w:tcPr>
            <w:tcW w:w="3763" w:type="dxa"/>
          </w:tcPr>
          <w:p w:rsidR="003147F9" w:rsidRPr="00E85698" w:rsidRDefault="003147F9" w:rsidP="00A047B0">
            <w:pPr>
              <w:pStyle w:val="TableParagraph"/>
              <w:spacing w:before="30" w:line="259" w:lineRule="auto"/>
              <w:ind w:left="58" w:right="346"/>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https://resh.edu.ru/subject/lesson/7660/start/269272/</w:t>
            </w:r>
          </w:p>
        </w:tc>
      </w:tr>
      <w:tr w:rsidR="003147F9" w:rsidRPr="00942243" w:rsidTr="00A047B0">
        <w:trPr>
          <w:trHeight w:val="1156"/>
        </w:trPr>
        <w:tc>
          <w:tcPr>
            <w:tcW w:w="468" w:type="dxa"/>
          </w:tcPr>
          <w:p w:rsidR="003147F9" w:rsidRPr="00E85698" w:rsidRDefault="003147F9" w:rsidP="00A047B0">
            <w:pPr>
              <w:pStyle w:val="TableParagraph"/>
              <w:spacing w:before="33"/>
              <w:ind w:right="106"/>
              <w:jc w:val="right"/>
              <w:rPr>
                <w:sz w:val="16"/>
              </w:rPr>
            </w:pPr>
            <w:r w:rsidRPr="00E85698">
              <w:rPr>
                <w:sz w:val="16"/>
              </w:rPr>
              <w:t>4.5.</w:t>
            </w:r>
          </w:p>
        </w:tc>
        <w:tc>
          <w:tcPr>
            <w:tcW w:w="2873" w:type="dxa"/>
          </w:tcPr>
          <w:p w:rsidR="003147F9" w:rsidRPr="00E85698" w:rsidRDefault="003147F9" w:rsidP="00A047B0">
            <w:pPr>
              <w:pStyle w:val="TableParagraph"/>
              <w:spacing w:before="33"/>
              <w:ind w:left="57"/>
              <w:rPr>
                <w:sz w:val="16"/>
              </w:rPr>
            </w:pPr>
            <w:r w:rsidRPr="00E85698">
              <w:rPr>
                <w:sz w:val="16"/>
              </w:rPr>
              <w:t>Смысловой</w:t>
            </w:r>
            <w:r w:rsidRPr="00E85698">
              <w:rPr>
                <w:spacing w:val="-4"/>
                <w:sz w:val="16"/>
              </w:rPr>
              <w:t xml:space="preserve"> </w:t>
            </w:r>
            <w:r w:rsidRPr="00E85698">
              <w:rPr>
                <w:sz w:val="16"/>
              </w:rPr>
              <w:t>анализ</w:t>
            </w:r>
            <w:r w:rsidRPr="00E85698">
              <w:rPr>
                <w:spacing w:val="-3"/>
                <w:sz w:val="16"/>
              </w:rPr>
              <w:t xml:space="preserve"> </w:t>
            </w:r>
            <w:r w:rsidRPr="00E85698">
              <w:rPr>
                <w:sz w:val="16"/>
              </w:rPr>
              <w:t>текста.</w:t>
            </w:r>
          </w:p>
        </w:tc>
        <w:tc>
          <w:tcPr>
            <w:tcW w:w="523" w:type="dxa"/>
          </w:tcPr>
          <w:p w:rsidR="003147F9" w:rsidRPr="00E85698" w:rsidRDefault="003147F9" w:rsidP="00A047B0">
            <w:pPr>
              <w:pStyle w:val="TableParagraph"/>
              <w:spacing w:before="33"/>
              <w:ind w:left="57"/>
              <w:rPr>
                <w:sz w:val="16"/>
              </w:rPr>
            </w:pPr>
            <w:r w:rsidRPr="00E85698">
              <w:rPr>
                <w:sz w:val="16"/>
              </w:rPr>
              <w:t>2</w:t>
            </w:r>
          </w:p>
        </w:tc>
        <w:tc>
          <w:tcPr>
            <w:tcW w:w="1097" w:type="dxa"/>
          </w:tcPr>
          <w:p w:rsidR="003147F9" w:rsidRPr="00E85698" w:rsidRDefault="003147F9" w:rsidP="00A047B0">
            <w:pPr>
              <w:pStyle w:val="TableParagraph"/>
              <w:spacing w:before="33"/>
              <w:ind w:left="60"/>
              <w:rPr>
                <w:sz w:val="16"/>
              </w:rPr>
            </w:pPr>
            <w:r w:rsidRPr="00E85698">
              <w:rPr>
                <w:sz w:val="16"/>
              </w:rPr>
              <w:t>0</w:t>
            </w:r>
          </w:p>
        </w:tc>
        <w:tc>
          <w:tcPr>
            <w:tcW w:w="1130" w:type="dxa"/>
          </w:tcPr>
          <w:p w:rsidR="003147F9" w:rsidRPr="00E85698" w:rsidRDefault="003147F9" w:rsidP="00A047B0">
            <w:pPr>
              <w:pStyle w:val="TableParagraph"/>
              <w:spacing w:before="33"/>
              <w:ind w:left="55"/>
              <w:rPr>
                <w:sz w:val="16"/>
              </w:rPr>
            </w:pPr>
            <w:r w:rsidRPr="00E85698">
              <w:rPr>
                <w:sz w:val="16"/>
              </w:rPr>
              <w:t>0</w:t>
            </w:r>
          </w:p>
        </w:tc>
        <w:tc>
          <w:tcPr>
            <w:tcW w:w="796" w:type="dxa"/>
          </w:tcPr>
          <w:p w:rsidR="003147F9" w:rsidRPr="00E85698" w:rsidRDefault="006C1B1D" w:rsidP="00A047B0">
            <w:pPr>
              <w:pStyle w:val="TableParagraph"/>
              <w:rPr>
                <w:sz w:val="16"/>
              </w:rPr>
            </w:pPr>
            <w:r>
              <w:rPr>
                <w:sz w:val="16"/>
              </w:rPr>
              <w:t>29.09-30.09</w:t>
            </w:r>
          </w:p>
        </w:tc>
        <w:tc>
          <w:tcPr>
            <w:tcW w:w="3739" w:type="dxa"/>
          </w:tcPr>
          <w:p w:rsidR="003147F9" w:rsidRPr="00E85698" w:rsidRDefault="003147F9" w:rsidP="00A047B0">
            <w:pPr>
              <w:pStyle w:val="TableParagraph"/>
              <w:spacing w:before="33" w:line="259" w:lineRule="auto"/>
              <w:ind w:left="59" w:right="109"/>
              <w:rPr>
                <w:sz w:val="16"/>
              </w:rPr>
            </w:pPr>
            <w:r w:rsidRPr="00E85698">
              <w:rPr>
                <w:sz w:val="16"/>
              </w:rPr>
              <w:t>Распознавать средства связи предложений и частей</w:t>
            </w:r>
            <w:r w:rsidRPr="00E85698">
              <w:rPr>
                <w:spacing w:val="-37"/>
                <w:sz w:val="16"/>
              </w:rPr>
              <w:t xml:space="preserve"> </w:t>
            </w:r>
            <w:r w:rsidRPr="00E85698">
              <w:rPr>
                <w:sz w:val="16"/>
              </w:rPr>
              <w:t>текста (формы слова, однокоренные слова,</w:t>
            </w:r>
            <w:r w:rsidRPr="00E85698">
              <w:rPr>
                <w:spacing w:val="1"/>
                <w:sz w:val="16"/>
              </w:rPr>
              <w:t xml:space="preserve"> </w:t>
            </w:r>
            <w:r w:rsidRPr="00E85698">
              <w:rPr>
                <w:sz w:val="16"/>
              </w:rPr>
              <w:t>синонимы, антонимы, личные местоимения, повтор</w:t>
            </w:r>
            <w:r w:rsidRPr="00E85698">
              <w:rPr>
                <w:spacing w:val="-38"/>
                <w:sz w:val="16"/>
              </w:rPr>
              <w:t xml:space="preserve"> </w:t>
            </w:r>
            <w:r w:rsidRPr="00E85698">
              <w:rPr>
                <w:sz w:val="16"/>
              </w:rPr>
              <w:t>слова); применять эти знания при создании</w:t>
            </w:r>
            <w:r w:rsidRPr="00E85698">
              <w:rPr>
                <w:spacing w:val="1"/>
                <w:sz w:val="16"/>
              </w:rPr>
              <w:t xml:space="preserve"> </w:t>
            </w:r>
            <w:r w:rsidRPr="00E85698">
              <w:rPr>
                <w:sz w:val="16"/>
              </w:rPr>
              <w:t>собственного</w:t>
            </w:r>
            <w:r w:rsidRPr="00E85698">
              <w:rPr>
                <w:spacing w:val="-3"/>
                <w:sz w:val="16"/>
              </w:rPr>
              <w:t xml:space="preserve"> </w:t>
            </w:r>
            <w:r w:rsidRPr="00E85698">
              <w:rPr>
                <w:sz w:val="16"/>
              </w:rPr>
              <w:t>текста (устного</w:t>
            </w:r>
            <w:r w:rsidRPr="00E85698">
              <w:rPr>
                <w:spacing w:val="-3"/>
                <w:sz w:val="16"/>
              </w:rPr>
              <w:t xml:space="preserve"> </w:t>
            </w:r>
            <w:r w:rsidRPr="00E85698">
              <w:rPr>
                <w:sz w:val="16"/>
              </w:rPr>
              <w:t>и</w:t>
            </w:r>
            <w:r w:rsidRPr="00E85698">
              <w:rPr>
                <w:spacing w:val="-1"/>
                <w:sz w:val="16"/>
              </w:rPr>
              <w:t xml:space="preserve"> </w:t>
            </w:r>
            <w:r w:rsidRPr="00E85698">
              <w:rPr>
                <w:sz w:val="16"/>
              </w:rPr>
              <w:t>письменного);</w:t>
            </w:r>
          </w:p>
        </w:tc>
        <w:tc>
          <w:tcPr>
            <w:tcW w:w="1116" w:type="dxa"/>
          </w:tcPr>
          <w:p w:rsidR="003147F9" w:rsidRPr="00E85698" w:rsidRDefault="003147F9" w:rsidP="00A047B0">
            <w:pPr>
              <w:pStyle w:val="TableParagraph"/>
              <w:spacing w:before="33"/>
              <w:ind w:left="60"/>
              <w:rPr>
                <w:sz w:val="16"/>
              </w:rPr>
            </w:pPr>
            <w:r w:rsidRPr="00E85698">
              <w:rPr>
                <w:sz w:val="16"/>
              </w:rPr>
              <w:t>Письменный</w:t>
            </w:r>
          </w:p>
          <w:p w:rsidR="003147F9" w:rsidRPr="00E85698" w:rsidRDefault="003147F9" w:rsidP="00A047B0">
            <w:pPr>
              <w:pStyle w:val="TableParagraph"/>
              <w:spacing w:before="51"/>
              <w:ind w:left="60" w:right="360"/>
              <w:rPr>
                <w:sz w:val="16"/>
              </w:rPr>
            </w:pPr>
            <w:r w:rsidRPr="00E85698">
              <w:rPr>
                <w:sz w:val="16"/>
              </w:rPr>
              <w:t>контроль;</w:t>
            </w:r>
            <w:r w:rsidRPr="00E85698">
              <w:rPr>
                <w:spacing w:val="-37"/>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ВПР;</w:t>
            </w:r>
          </w:p>
        </w:tc>
        <w:tc>
          <w:tcPr>
            <w:tcW w:w="3763" w:type="dxa"/>
          </w:tcPr>
          <w:p w:rsidR="003147F9" w:rsidRPr="00E85698" w:rsidRDefault="003147F9" w:rsidP="00A047B0">
            <w:pPr>
              <w:pStyle w:val="TableParagraph"/>
              <w:spacing w:before="33"/>
              <w:ind w:left="58"/>
              <w:rPr>
                <w:sz w:val="16"/>
                <w:lang w:val="en-US"/>
              </w:rPr>
            </w:pPr>
            <w:r w:rsidRPr="00E85698">
              <w:rPr>
                <w:sz w:val="16"/>
                <w:lang w:val="en-US"/>
              </w:rPr>
              <w:t>infourok.ru</w:t>
            </w:r>
          </w:p>
          <w:p w:rsidR="003147F9" w:rsidRPr="00E85698" w:rsidRDefault="003147F9" w:rsidP="00A047B0">
            <w:pPr>
              <w:pStyle w:val="TableParagraph"/>
              <w:spacing w:before="12" w:line="259" w:lineRule="auto"/>
              <w:ind w:left="58" w:right="612"/>
              <w:rPr>
                <w:sz w:val="16"/>
                <w:lang w:val="en-US"/>
              </w:rPr>
            </w:pPr>
            <w:r w:rsidRPr="00E85698">
              <w:rPr>
                <w:spacing w:val="-1"/>
                <w:sz w:val="16"/>
                <w:lang w:val="en-US"/>
              </w:rPr>
              <w:t>https://infourok.ru/zanyatie-po-teme-smislovoy-</w:t>
            </w:r>
            <w:r w:rsidRPr="00E85698">
              <w:rPr>
                <w:sz w:val="16"/>
                <w:lang w:val="en-US"/>
              </w:rPr>
              <w:t xml:space="preserve"> analizteksta-2766222.html</w:t>
            </w:r>
          </w:p>
        </w:tc>
      </w:tr>
    </w:tbl>
    <w:p w:rsidR="003147F9" w:rsidRPr="00E85698" w:rsidRDefault="003147F9" w:rsidP="003147F9">
      <w:pPr>
        <w:spacing w:line="259" w:lineRule="auto"/>
        <w:rPr>
          <w:sz w:val="16"/>
          <w:lang w:val="en-US"/>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73"/>
        <w:gridCol w:w="523"/>
        <w:gridCol w:w="1097"/>
        <w:gridCol w:w="1130"/>
        <w:gridCol w:w="796"/>
        <w:gridCol w:w="3739"/>
        <w:gridCol w:w="1116"/>
        <w:gridCol w:w="3763"/>
      </w:tblGrid>
      <w:tr w:rsidR="003147F9" w:rsidRPr="00E85698" w:rsidTr="00A047B0">
        <w:trPr>
          <w:trHeight w:val="1708"/>
        </w:trPr>
        <w:tc>
          <w:tcPr>
            <w:tcW w:w="468" w:type="dxa"/>
          </w:tcPr>
          <w:p w:rsidR="003147F9" w:rsidRPr="00E85698" w:rsidRDefault="003147F9" w:rsidP="00A047B0">
            <w:pPr>
              <w:pStyle w:val="TableParagraph"/>
              <w:spacing w:before="30"/>
              <w:ind w:left="112"/>
              <w:rPr>
                <w:sz w:val="16"/>
              </w:rPr>
            </w:pPr>
            <w:r w:rsidRPr="00E85698">
              <w:rPr>
                <w:sz w:val="16"/>
              </w:rPr>
              <w:lastRenderedPageBreak/>
              <w:t>4.6.</w:t>
            </w:r>
          </w:p>
        </w:tc>
        <w:tc>
          <w:tcPr>
            <w:tcW w:w="2873" w:type="dxa"/>
          </w:tcPr>
          <w:p w:rsidR="003147F9" w:rsidRPr="00E85698" w:rsidRDefault="003147F9" w:rsidP="00A047B0">
            <w:pPr>
              <w:pStyle w:val="TableParagraph"/>
              <w:spacing w:before="30" w:line="259" w:lineRule="auto"/>
              <w:ind w:left="57" w:right="212"/>
              <w:rPr>
                <w:sz w:val="16"/>
              </w:rPr>
            </w:pPr>
            <w:r w:rsidRPr="00E85698">
              <w:rPr>
                <w:sz w:val="16"/>
              </w:rPr>
              <w:t>Информационная</w:t>
            </w:r>
            <w:r w:rsidRPr="00E85698">
              <w:rPr>
                <w:spacing w:val="-9"/>
                <w:sz w:val="16"/>
              </w:rPr>
              <w:t xml:space="preserve"> </w:t>
            </w:r>
            <w:r w:rsidRPr="00E85698">
              <w:rPr>
                <w:sz w:val="16"/>
              </w:rPr>
              <w:t>переработка</w:t>
            </w:r>
            <w:r w:rsidRPr="00E85698">
              <w:rPr>
                <w:spacing w:val="-6"/>
                <w:sz w:val="16"/>
              </w:rPr>
              <w:t xml:space="preserve"> </w:t>
            </w:r>
            <w:r w:rsidRPr="00E85698">
              <w:rPr>
                <w:sz w:val="16"/>
              </w:rPr>
              <w:t>текста.</w:t>
            </w:r>
            <w:r w:rsidRPr="00E85698">
              <w:rPr>
                <w:spacing w:val="-37"/>
                <w:sz w:val="16"/>
              </w:rPr>
              <w:t xml:space="preserve"> </w:t>
            </w:r>
            <w:r w:rsidRPr="00E85698">
              <w:rPr>
                <w:sz w:val="16"/>
              </w:rPr>
              <w:t>Редактирование</w:t>
            </w:r>
            <w:r w:rsidRPr="00E85698">
              <w:rPr>
                <w:spacing w:val="-2"/>
                <w:sz w:val="16"/>
              </w:rPr>
              <w:t xml:space="preserve"> </w:t>
            </w:r>
            <w:r w:rsidRPr="00E85698">
              <w:rPr>
                <w:sz w:val="16"/>
              </w:rPr>
              <w:t>текста.</w:t>
            </w:r>
          </w:p>
        </w:tc>
        <w:tc>
          <w:tcPr>
            <w:tcW w:w="523" w:type="dxa"/>
          </w:tcPr>
          <w:p w:rsidR="003147F9" w:rsidRPr="00E85698" w:rsidRDefault="003147F9" w:rsidP="00A047B0">
            <w:pPr>
              <w:pStyle w:val="TableParagraph"/>
              <w:spacing w:before="30"/>
              <w:ind w:left="57"/>
              <w:rPr>
                <w:sz w:val="16"/>
              </w:rPr>
            </w:pPr>
            <w:r w:rsidRPr="00E85698">
              <w:rPr>
                <w:sz w:val="16"/>
              </w:rPr>
              <w:t>2</w:t>
            </w:r>
          </w:p>
        </w:tc>
        <w:tc>
          <w:tcPr>
            <w:tcW w:w="1097" w:type="dxa"/>
          </w:tcPr>
          <w:p w:rsidR="003147F9" w:rsidRPr="00E85698" w:rsidRDefault="003147F9" w:rsidP="00A047B0">
            <w:pPr>
              <w:pStyle w:val="TableParagraph"/>
              <w:spacing w:before="30"/>
              <w:ind w:left="60"/>
              <w:rPr>
                <w:sz w:val="16"/>
              </w:rPr>
            </w:pPr>
            <w:r w:rsidRPr="00E85698">
              <w:rPr>
                <w:sz w:val="16"/>
              </w:rPr>
              <w:t>1</w:t>
            </w:r>
          </w:p>
        </w:tc>
        <w:tc>
          <w:tcPr>
            <w:tcW w:w="1130" w:type="dxa"/>
          </w:tcPr>
          <w:p w:rsidR="003147F9" w:rsidRPr="00E85698" w:rsidRDefault="003147F9" w:rsidP="00A047B0">
            <w:pPr>
              <w:pStyle w:val="TableParagraph"/>
              <w:spacing w:before="30"/>
              <w:ind w:left="55"/>
              <w:rPr>
                <w:sz w:val="16"/>
              </w:rPr>
            </w:pPr>
            <w:r w:rsidRPr="00E85698">
              <w:rPr>
                <w:sz w:val="16"/>
              </w:rPr>
              <w:t>0</w:t>
            </w:r>
          </w:p>
        </w:tc>
        <w:tc>
          <w:tcPr>
            <w:tcW w:w="796" w:type="dxa"/>
          </w:tcPr>
          <w:p w:rsidR="003147F9" w:rsidRPr="00E85698" w:rsidRDefault="006C1B1D" w:rsidP="00A047B0">
            <w:pPr>
              <w:pStyle w:val="TableParagraph"/>
              <w:rPr>
                <w:sz w:val="16"/>
              </w:rPr>
            </w:pPr>
            <w:r>
              <w:rPr>
                <w:sz w:val="16"/>
              </w:rPr>
              <w:t>3.10-4.10</w:t>
            </w:r>
          </w:p>
        </w:tc>
        <w:tc>
          <w:tcPr>
            <w:tcW w:w="3739" w:type="dxa"/>
          </w:tcPr>
          <w:p w:rsidR="003147F9" w:rsidRPr="00E85698" w:rsidRDefault="003147F9" w:rsidP="00A047B0">
            <w:pPr>
              <w:pStyle w:val="TableParagraph"/>
              <w:spacing w:before="28" w:line="256" w:lineRule="auto"/>
              <w:ind w:left="59" w:right="24"/>
              <w:rPr>
                <w:sz w:val="16"/>
              </w:rPr>
            </w:pPr>
            <w:r w:rsidRPr="00E85698">
              <w:rPr>
                <w:sz w:val="16"/>
              </w:rPr>
              <w:t>Редактировать собственные/созданные другими</w:t>
            </w:r>
            <w:r w:rsidRPr="00E85698">
              <w:rPr>
                <w:spacing w:val="1"/>
                <w:sz w:val="16"/>
              </w:rPr>
              <w:t xml:space="preserve"> </w:t>
            </w:r>
            <w:r w:rsidRPr="00E85698">
              <w:rPr>
                <w:sz w:val="16"/>
              </w:rPr>
              <w:t>обучающимися тексты с целью совершенствования</w:t>
            </w:r>
            <w:r w:rsidRPr="00E85698">
              <w:rPr>
                <w:spacing w:val="1"/>
                <w:sz w:val="16"/>
              </w:rPr>
              <w:t xml:space="preserve"> </w:t>
            </w:r>
            <w:r w:rsidRPr="00E85698">
              <w:rPr>
                <w:sz w:val="16"/>
              </w:rPr>
              <w:t>их содержания: оценивать достоверность</w:t>
            </w:r>
            <w:r w:rsidRPr="00E85698">
              <w:rPr>
                <w:spacing w:val="1"/>
                <w:sz w:val="16"/>
              </w:rPr>
              <w:t xml:space="preserve"> </w:t>
            </w:r>
            <w:r w:rsidRPr="00E85698">
              <w:rPr>
                <w:sz w:val="16"/>
              </w:rPr>
              <w:t>фактического материала, анализировать текст с</w:t>
            </w:r>
            <w:r w:rsidRPr="00E85698">
              <w:rPr>
                <w:spacing w:val="1"/>
                <w:sz w:val="16"/>
              </w:rPr>
              <w:t xml:space="preserve"> </w:t>
            </w:r>
            <w:r w:rsidRPr="00E85698">
              <w:rPr>
                <w:sz w:val="16"/>
              </w:rPr>
              <w:t>точки зрения целостности, связности,</w:t>
            </w:r>
            <w:r w:rsidRPr="00E85698">
              <w:rPr>
                <w:spacing w:val="1"/>
                <w:sz w:val="16"/>
              </w:rPr>
              <w:t xml:space="preserve"> </w:t>
            </w:r>
            <w:r w:rsidRPr="00E85698">
              <w:rPr>
                <w:sz w:val="16"/>
              </w:rPr>
              <w:t>информативности; Корректировать исходный текст с</w:t>
            </w:r>
            <w:r w:rsidRPr="00E85698">
              <w:rPr>
                <w:spacing w:val="-37"/>
                <w:sz w:val="16"/>
              </w:rPr>
              <w:t xml:space="preserve"> </w:t>
            </w:r>
            <w:r w:rsidRPr="00E85698">
              <w:rPr>
                <w:sz w:val="16"/>
              </w:rPr>
              <w:t>опорой на знание норм современного русского</w:t>
            </w:r>
            <w:r w:rsidRPr="00E85698">
              <w:rPr>
                <w:spacing w:val="1"/>
                <w:sz w:val="16"/>
              </w:rPr>
              <w:t xml:space="preserve"> </w:t>
            </w:r>
            <w:r w:rsidRPr="00E85698">
              <w:rPr>
                <w:sz w:val="16"/>
              </w:rPr>
              <w:t>литературного</w:t>
            </w:r>
            <w:r w:rsidRPr="00E85698">
              <w:rPr>
                <w:spacing w:val="-3"/>
                <w:sz w:val="16"/>
              </w:rPr>
              <w:t xml:space="preserve"> </w:t>
            </w:r>
            <w:r w:rsidRPr="00E85698">
              <w:rPr>
                <w:sz w:val="16"/>
              </w:rPr>
              <w:t>языка (в</w:t>
            </w:r>
            <w:r w:rsidRPr="00E85698">
              <w:rPr>
                <w:spacing w:val="-2"/>
                <w:sz w:val="16"/>
              </w:rPr>
              <w:t xml:space="preserve"> </w:t>
            </w:r>
            <w:r w:rsidRPr="00E85698">
              <w:rPr>
                <w:sz w:val="16"/>
              </w:rPr>
              <w:t>пределах</w:t>
            </w:r>
            <w:r w:rsidRPr="00E85698">
              <w:rPr>
                <w:spacing w:val="-3"/>
                <w:sz w:val="16"/>
              </w:rPr>
              <w:t xml:space="preserve"> </w:t>
            </w:r>
            <w:r w:rsidRPr="00E85698">
              <w:rPr>
                <w:sz w:val="16"/>
              </w:rPr>
              <w:t>изученного);</w:t>
            </w:r>
          </w:p>
        </w:tc>
        <w:tc>
          <w:tcPr>
            <w:tcW w:w="1116" w:type="dxa"/>
          </w:tcPr>
          <w:p w:rsidR="003147F9" w:rsidRPr="00E85698" w:rsidRDefault="003147F9" w:rsidP="00A047B0">
            <w:pPr>
              <w:pStyle w:val="TableParagraph"/>
              <w:spacing w:before="30" w:line="283" w:lineRule="auto"/>
              <w:ind w:left="60" w:right="145"/>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Контрольная</w:t>
            </w:r>
          </w:p>
          <w:p w:rsidR="003147F9" w:rsidRPr="00E85698" w:rsidRDefault="003147F9" w:rsidP="00A047B0">
            <w:pPr>
              <w:pStyle w:val="TableParagraph"/>
              <w:spacing w:line="164" w:lineRule="exact"/>
              <w:ind w:left="60"/>
              <w:rPr>
                <w:sz w:val="16"/>
              </w:rPr>
            </w:pPr>
            <w:r w:rsidRPr="00E85698">
              <w:rPr>
                <w:sz w:val="16"/>
              </w:rPr>
              <w:t>работа;</w:t>
            </w:r>
          </w:p>
        </w:tc>
        <w:tc>
          <w:tcPr>
            <w:tcW w:w="3763" w:type="dxa"/>
          </w:tcPr>
          <w:p w:rsidR="003147F9" w:rsidRPr="00E85698" w:rsidRDefault="003147F9" w:rsidP="00A047B0">
            <w:pPr>
              <w:pStyle w:val="TableParagraph"/>
              <w:spacing w:before="30"/>
              <w:ind w:left="58"/>
              <w:rPr>
                <w:sz w:val="16"/>
              </w:rPr>
            </w:pPr>
            <w:r w:rsidRPr="00E85698">
              <w:rPr>
                <w:sz w:val="16"/>
              </w:rPr>
              <w:t>infourok.ru</w:t>
            </w:r>
          </w:p>
        </w:tc>
      </w:tr>
    </w:tbl>
    <w:p w:rsidR="003147F9" w:rsidRPr="00E85698" w:rsidRDefault="003147F9" w:rsidP="003147F9">
      <w:pPr>
        <w:pStyle w:val="a5"/>
        <w:spacing w:before="2"/>
        <w:ind w:left="0"/>
        <w:rPr>
          <w:b/>
          <w:sz w:val="26"/>
        </w:r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3147F9" w:rsidRPr="00E85698" w:rsidTr="00A047B0">
        <w:trPr>
          <w:trHeight w:val="455"/>
        </w:trPr>
        <w:tc>
          <w:tcPr>
            <w:tcW w:w="3351" w:type="dxa"/>
            <w:gridSpan w:val="2"/>
          </w:tcPr>
          <w:p w:rsidR="003147F9" w:rsidRPr="00E85698" w:rsidRDefault="003147F9" w:rsidP="00A047B0">
            <w:pPr>
              <w:pStyle w:val="TableParagraph"/>
              <w:spacing w:before="33"/>
              <w:ind w:left="64"/>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3"/>
              <w:ind w:left="62"/>
              <w:rPr>
                <w:sz w:val="16"/>
              </w:rPr>
            </w:pPr>
            <w:r w:rsidRPr="00E85698">
              <w:rPr>
                <w:sz w:val="16"/>
              </w:rPr>
              <w:t>10</w:t>
            </w:r>
          </w:p>
        </w:tc>
        <w:tc>
          <w:tcPr>
            <w:tcW w:w="11629" w:type="dxa"/>
            <w:gridSpan w:val="6"/>
          </w:tcPr>
          <w:p w:rsidR="003147F9" w:rsidRPr="00E85698" w:rsidRDefault="003147F9" w:rsidP="00A047B0">
            <w:pPr>
              <w:pStyle w:val="TableParagraph"/>
              <w:rPr>
                <w:sz w:val="16"/>
              </w:rPr>
            </w:pPr>
          </w:p>
        </w:tc>
      </w:tr>
      <w:tr w:rsidR="003147F9" w:rsidRPr="00E85698" w:rsidTr="00A047B0">
        <w:trPr>
          <w:trHeight w:val="453"/>
        </w:trPr>
        <w:tc>
          <w:tcPr>
            <w:tcW w:w="15508" w:type="dxa"/>
            <w:gridSpan w:val="9"/>
          </w:tcPr>
          <w:p w:rsidR="003147F9" w:rsidRPr="00E85698" w:rsidRDefault="003147F9" w:rsidP="00A047B0">
            <w:pPr>
              <w:pStyle w:val="TableParagraph"/>
              <w:spacing w:before="33"/>
              <w:ind w:left="64"/>
              <w:rPr>
                <w:b/>
                <w:sz w:val="16"/>
              </w:rPr>
            </w:pPr>
            <w:r w:rsidRPr="00E85698">
              <w:rPr>
                <w:b/>
                <w:sz w:val="16"/>
              </w:rPr>
              <w:t>Раздел</w:t>
            </w:r>
            <w:r w:rsidRPr="00E85698">
              <w:rPr>
                <w:b/>
                <w:spacing w:val="-3"/>
                <w:sz w:val="16"/>
              </w:rPr>
              <w:t xml:space="preserve"> </w:t>
            </w:r>
            <w:r w:rsidRPr="00E85698">
              <w:rPr>
                <w:b/>
                <w:sz w:val="16"/>
              </w:rPr>
              <w:t>5.</w:t>
            </w:r>
            <w:r w:rsidRPr="00E85698">
              <w:rPr>
                <w:b/>
                <w:spacing w:val="-3"/>
                <w:sz w:val="16"/>
              </w:rPr>
              <w:t xml:space="preserve"> </w:t>
            </w:r>
            <w:r w:rsidRPr="00E85698">
              <w:rPr>
                <w:b/>
                <w:sz w:val="16"/>
              </w:rPr>
              <w:t>ФУНКЦИОНАЛЬНЫЕ</w:t>
            </w:r>
            <w:r w:rsidRPr="00E85698">
              <w:rPr>
                <w:b/>
                <w:spacing w:val="37"/>
                <w:sz w:val="16"/>
              </w:rPr>
              <w:t xml:space="preserve"> </w:t>
            </w:r>
            <w:r w:rsidRPr="00E85698">
              <w:rPr>
                <w:b/>
                <w:sz w:val="16"/>
              </w:rPr>
              <w:t>РАЗНОВИДНОСТИ</w:t>
            </w:r>
            <w:r w:rsidRPr="00E85698">
              <w:rPr>
                <w:b/>
                <w:spacing w:val="35"/>
                <w:sz w:val="16"/>
              </w:rPr>
              <w:t xml:space="preserve"> </w:t>
            </w:r>
            <w:r w:rsidRPr="00E85698">
              <w:rPr>
                <w:b/>
                <w:sz w:val="16"/>
              </w:rPr>
              <w:t>ЯЗЫКА</w:t>
            </w:r>
          </w:p>
        </w:tc>
      </w:tr>
      <w:tr w:rsidR="003147F9" w:rsidRPr="00942243" w:rsidTr="00A047B0">
        <w:trPr>
          <w:trHeight w:val="962"/>
        </w:trPr>
        <w:tc>
          <w:tcPr>
            <w:tcW w:w="468" w:type="dxa"/>
          </w:tcPr>
          <w:p w:rsidR="003147F9" w:rsidRPr="00E85698" w:rsidRDefault="003147F9" w:rsidP="00A047B0">
            <w:pPr>
              <w:pStyle w:val="TableParagraph"/>
              <w:spacing w:before="33"/>
              <w:ind w:left="112"/>
              <w:rPr>
                <w:sz w:val="16"/>
              </w:rPr>
            </w:pPr>
            <w:r w:rsidRPr="00E85698">
              <w:rPr>
                <w:sz w:val="16"/>
              </w:rPr>
              <w:t>5.1.</w:t>
            </w:r>
          </w:p>
        </w:tc>
        <w:tc>
          <w:tcPr>
            <w:tcW w:w="2883" w:type="dxa"/>
          </w:tcPr>
          <w:p w:rsidR="003147F9" w:rsidRPr="00E85698" w:rsidRDefault="003147F9" w:rsidP="00A047B0">
            <w:pPr>
              <w:pStyle w:val="TableParagraph"/>
              <w:spacing w:before="33" w:line="256" w:lineRule="auto"/>
              <w:ind w:left="62" w:right="113"/>
              <w:rPr>
                <w:sz w:val="16"/>
              </w:rPr>
            </w:pPr>
            <w:r w:rsidRPr="00E85698">
              <w:rPr>
                <w:sz w:val="16"/>
              </w:rPr>
              <w:t>Функциональные разновидности языка</w:t>
            </w:r>
            <w:r w:rsidRPr="00E85698">
              <w:rPr>
                <w:spacing w:val="-37"/>
                <w:sz w:val="16"/>
              </w:rPr>
              <w:t xml:space="preserve"> </w:t>
            </w:r>
            <w:r w:rsidRPr="00E85698">
              <w:rPr>
                <w:sz w:val="16"/>
              </w:rPr>
              <w:t>(общее</w:t>
            </w:r>
            <w:r w:rsidRPr="00E85698">
              <w:rPr>
                <w:spacing w:val="-3"/>
                <w:sz w:val="16"/>
              </w:rPr>
              <w:t xml:space="preserve"> </w:t>
            </w:r>
            <w:r w:rsidRPr="00E85698">
              <w:rPr>
                <w:sz w:val="16"/>
              </w:rPr>
              <w:t>представление)</w:t>
            </w:r>
          </w:p>
        </w:tc>
        <w:tc>
          <w:tcPr>
            <w:tcW w:w="528" w:type="dxa"/>
          </w:tcPr>
          <w:p w:rsidR="003147F9" w:rsidRPr="00E85698" w:rsidRDefault="003147F9" w:rsidP="00A047B0">
            <w:pPr>
              <w:pStyle w:val="TableParagraph"/>
              <w:spacing w:before="33"/>
              <w:ind w:left="62"/>
              <w:rPr>
                <w:sz w:val="16"/>
              </w:rPr>
            </w:pPr>
            <w:r w:rsidRPr="00E85698">
              <w:rPr>
                <w:sz w:val="16"/>
              </w:rPr>
              <w:t>2</w:t>
            </w:r>
          </w:p>
        </w:tc>
        <w:tc>
          <w:tcPr>
            <w:tcW w:w="1107" w:type="dxa"/>
          </w:tcPr>
          <w:p w:rsidR="003147F9" w:rsidRPr="00E85698" w:rsidRDefault="003147F9" w:rsidP="00A047B0">
            <w:pPr>
              <w:pStyle w:val="TableParagraph"/>
              <w:spacing w:before="33"/>
              <w:ind w:left="62"/>
              <w:rPr>
                <w:sz w:val="16"/>
              </w:rPr>
            </w:pPr>
            <w:r w:rsidRPr="00E85698">
              <w:rPr>
                <w:sz w:val="16"/>
              </w:rPr>
              <w:t>0</w:t>
            </w:r>
          </w:p>
        </w:tc>
        <w:tc>
          <w:tcPr>
            <w:tcW w:w="1140" w:type="dxa"/>
          </w:tcPr>
          <w:p w:rsidR="003147F9" w:rsidRPr="00E85698" w:rsidRDefault="003147F9" w:rsidP="00A047B0">
            <w:pPr>
              <w:pStyle w:val="TableParagraph"/>
              <w:spacing w:before="33"/>
              <w:ind w:left="57"/>
              <w:rPr>
                <w:sz w:val="16"/>
              </w:rPr>
            </w:pPr>
            <w:r w:rsidRPr="00E85698">
              <w:rPr>
                <w:sz w:val="16"/>
              </w:rPr>
              <w:t>1</w:t>
            </w:r>
          </w:p>
        </w:tc>
        <w:tc>
          <w:tcPr>
            <w:tcW w:w="804" w:type="dxa"/>
          </w:tcPr>
          <w:p w:rsidR="003147F9" w:rsidRPr="00E85698" w:rsidRDefault="006C1B1D" w:rsidP="00A047B0">
            <w:pPr>
              <w:pStyle w:val="TableParagraph"/>
              <w:rPr>
                <w:sz w:val="16"/>
              </w:rPr>
            </w:pPr>
            <w:r>
              <w:rPr>
                <w:sz w:val="16"/>
              </w:rPr>
              <w:t>5.10-6.10</w:t>
            </w:r>
          </w:p>
        </w:tc>
        <w:tc>
          <w:tcPr>
            <w:tcW w:w="3761" w:type="dxa"/>
          </w:tcPr>
          <w:p w:rsidR="003147F9" w:rsidRPr="00E85698" w:rsidRDefault="003147F9" w:rsidP="00A047B0">
            <w:pPr>
              <w:pStyle w:val="TableParagraph"/>
              <w:spacing w:before="33" w:line="259" w:lineRule="auto"/>
              <w:ind w:left="64" w:right="48"/>
              <w:rPr>
                <w:sz w:val="16"/>
              </w:rPr>
            </w:pPr>
            <w:r w:rsidRPr="00E85698">
              <w:rPr>
                <w:sz w:val="16"/>
              </w:rPr>
              <w:t>Распознавать тексты, принадлежащие к разным</w:t>
            </w:r>
            <w:r w:rsidRPr="00E85698">
              <w:rPr>
                <w:spacing w:val="1"/>
                <w:sz w:val="16"/>
              </w:rPr>
              <w:t xml:space="preserve"> </w:t>
            </w:r>
            <w:r w:rsidRPr="00E85698">
              <w:rPr>
                <w:sz w:val="16"/>
              </w:rPr>
              <w:t>функциональным</w:t>
            </w:r>
            <w:r w:rsidRPr="00E85698">
              <w:rPr>
                <w:spacing w:val="-9"/>
                <w:sz w:val="16"/>
              </w:rPr>
              <w:t xml:space="preserve"> </w:t>
            </w:r>
            <w:r w:rsidRPr="00E85698">
              <w:rPr>
                <w:sz w:val="16"/>
              </w:rPr>
              <w:t>разновидностям</w:t>
            </w:r>
            <w:r w:rsidRPr="00E85698">
              <w:rPr>
                <w:spacing w:val="-9"/>
                <w:sz w:val="16"/>
              </w:rPr>
              <w:t xml:space="preserve"> </w:t>
            </w:r>
            <w:r w:rsidRPr="00E85698">
              <w:rPr>
                <w:sz w:val="16"/>
              </w:rPr>
              <w:t>языка:</w:t>
            </w:r>
            <w:r w:rsidRPr="00E85698">
              <w:rPr>
                <w:spacing w:val="-7"/>
                <w:sz w:val="16"/>
              </w:rPr>
              <w:t xml:space="preserve"> </w:t>
            </w:r>
            <w:r w:rsidRPr="00E85698">
              <w:rPr>
                <w:sz w:val="16"/>
              </w:rPr>
              <w:t>определять</w:t>
            </w:r>
            <w:r w:rsidRPr="00E85698">
              <w:rPr>
                <w:spacing w:val="-37"/>
                <w:sz w:val="16"/>
              </w:rPr>
              <w:t xml:space="preserve"> </w:t>
            </w:r>
            <w:r w:rsidRPr="00E85698">
              <w:rPr>
                <w:sz w:val="16"/>
              </w:rPr>
              <w:t>сферу использования и соотносить её с той или иной</w:t>
            </w:r>
            <w:r w:rsidRPr="00E85698">
              <w:rPr>
                <w:spacing w:val="-37"/>
                <w:sz w:val="16"/>
              </w:rPr>
              <w:t xml:space="preserve"> </w:t>
            </w:r>
            <w:r w:rsidRPr="00E85698">
              <w:rPr>
                <w:sz w:val="16"/>
              </w:rPr>
              <w:t>разновидностью</w:t>
            </w:r>
            <w:r w:rsidRPr="00E85698">
              <w:rPr>
                <w:spacing w:val="-1"/>
                <w:sz w:val="16"/>
              </w:rPr>
              <w:t xml:space="preserve"> </w:t>
            </w:r>
            <w:r w:rsidRPr="00E85698">
              <w:rPr>
                <w:sz w:val="16"/>
              </w:rPr>
              <w:t>языка;</w:t>
            </w:r>
          </w:p>
        </w:tc>
        <w:tc>
          <w:tcPr>
            <w:tcW w:w="1116" w:type="dxa"/>
          </w:tcPr>
          <w:p w:rsidR="003147F9" w:rsidRPr="00E85698" w:rsidRDefault="003147F9" w:rsidP="00A047B0">
            <w:pPr>
              <w:pStyle w:val="TableParagraph"/>
              <w:spacing w:before="33"/>
              <w:ind w:left="62"/>
              <w:rPr>
                <w:sz w:val="16"/>
              </w:rPr>
            </w:pPr>
            <w:r w:rsidRPr="00E85698">
              <w:rPr>
                <w:sz w:val="16"/>
              </w:rPr>
              <w:t>Тестирование;</w:t>
            </w:r>
          </w:p>
        </w:tc>
        <w:tc>
          <w:tcPr>
            <w:tcW w:w="3701" w:type="dxa"/>
          </w:tcPr>
          <w:p w:rsidR="003147F9" w:rsidRPr="00E85698" w:rsidRDefault="003147F9" w:rsidP="00A047B0">
            <w:pPr>
              <w:pStyle w:val="TableParagraph"/>
              <w:spacing w:before="33" w:line="256" w:lineRule="auto"/>
              <w:ind w:left="58"/>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https://resh.edu.ru/subject/lesson/6935/conspect/259764/</w:t>
            </w:r>
          </w:p>
        </w:tc>
      </w:tr>
      <w:tr w:rsidR="003147F9" w:rsidRPr="00E85698" w:rsidTr="00A047B0">
        <w:trPr>
          <w:trHeight w:val="455"/>
        </w:trPr>
        <w:tc>
          <w:tcPr>
            <w:tcW w:w="3351" w:type="dxa"/>
            <w:gridSpan w:val="2"/>
          </w:tcPr>
          <w:p w:rsidR="003147F9" w:rsidRPr="00E85698" w:rsidRDefault="003147F9" w:rsidP="00A047B0">
            <w:pPr>
              <w:pStyle w:val="TableParagraph"/>
              <w:spacing w:before="33"/>
              <w:ind w:left="64"/>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3"/>
              <w:ind w:left="62"/>
              <w:rPr>
                <w:sz w:val="16"/>
              </w:rPr>
            </w:pPr>
            <w:r w:rsidRPr="00E85698">
              <w:rPr>
                <w:sz w:val="16"/>
              </w:rPr>
              <w:t>2</w:t>
            </w:r>
          </w:p>
        </w:tc>
        <w:tc>
          <w:tcPr>
            <w:tcW w:w="11629" w:type="dxa"/>
            <w:gridSpan w:val="6"/>
          </w:tcPr>
          <w:p w:rsidR="003147F9" w:rsidRPr="00E85698" w:rsidRDefault="003147F9" w:rsidP="00A047B0">
            <w:pPr>
              <w:pStyle w:val="TableParagraph"/>
              <w:rPr>
                <w:sz w:val="16"/>
              </w:rPr>
            </w:pPr>
          </w:p>
        </w:tc>
      </w:tr>
      <w:tr w:rsidR="003147F9" w:rsidRPr="00E85698" w:rsidTr="00A047B0">
        <w:trPr>
          <w:trHeight w:val="455"/>
        </w:trPr>
        <w:tc>
          <w:tcPr>
            <w:tcW w:w="15508" w:type="dxa"/>
            <w:gridSpan w:val="9"/>
          </w:tcPr>
          <w:p w:rsidR="003147F9" w:rsidRPr="00E85698" w:rsidRDefault="003147F9" w:rsidP="00A047B0">
            <w:pPr>
              <w:pStyle w:val="TableParagraph"/>
              <w:spacing w:before="33"/>
              <w:ind w:left="64"/>
              <w:rPr>
                <w:b/>
                <w:sz w:val="16"/>
              </w:rPr>
            </w:pPr>
            <w:r w:rsidRPr="00E85698">
              <w:rPr>
                <w:b/>
                <w:sz w:val="16"/>
              </w:rPr>
              <w:t>Раздел</w:t>
            </w:r>
            <w:r w:rsidRPr="00E85698">
              <w:rPr>
                <w:b/>
                <w:spacing w:val="-2"/>
                <w:sz w:val="16"/>
              </w:rPr>
              <w:t xml:space="preserve"> </w:t>
            </w:r>
            <w:r w:rsidRPr="00E85698">
              <w:rPr>
                <w:b/>
                <w:sz w:val="16"/>
              </w:rPr>
              <w:t>6. СИСТЕМА</w:t>
            </w:r>
            <w:r w:rsidRPr="00E85698">
              <w:rPr>
                <w:b/>
                <w:spacing w:val="-1"/>
                <w:sz w:val="16"/>
              </w:rPr>
              <w:t xml:space="preserve"> </w:t>
            </w:r>
            <w:r w:rsidRPr="00E85698">
              <w:rPr>
                <w:b/>
                <w:sz w:val="16"/>
              </w:rPr>
              <w:t>ЯЗЫКА</w:t>
            </w:r>
          </w:p>
        </w:tc>
      </w:tr>
      <w:tr w:rsidR="003147F9" w:rsidRPr="00942243" w:rsidTr="00A047B0">
        <w:trPr>
          <w:trHeight w:val="6145"/>
        </w:trPr>
        <w:tc>
          <w:tcPr>
            <w:tcW w:w="468" w:type="dxa"/>
          </w:tcPr>
          <w:p w:rsidR="003147F9" w:rsidRPr="00E85698" w:rsidRDefault="003147F9" w:rsidP="00A047B0">
            <w:pPr>
              <w:pStyle w:val="TableParagraph"/>
              <w:spacing w:before="30"/>
              <w:ind w:right="106"/>
              <w:jc w:val="right"/>
              <w:rPr>
                <w:sz w:val="16"/>
              </w:rPr>
            </w:pPr>
            <w:r w:rsidRPr="00E85698">
              <w:rPr>
                <w:sz w:val="16"/>
              </w:rPr>
              <w:t>6.1.</w:t>
            </w:r>
          </w:p>
        </w:tc>
        <w:tc>
          <w:tcPr>
            <w:tcW w:w="2883" w:type="dxa"/>
          </w:tcPr>
          <w:p w:rsidR="003147F9" w:rsidRPr="00E85698" w:rsidRDefault="003147F9" w:rsidP="00A047B0">
            <w:pPr>
              <w:pStyle w:val="TableParagraph"/>
              <w:spacing w:before="30"/>
              <w:ind w:left="62"/>
              <w:rPr>
                <w:sz w:val="16"/>
              </w:rPr>
            </w:pPr>
            <w:r w:rsidRPr="00E85698">
              <w:rPr>
                <w:sz w:val="16"/>
              </w:rPr>
              <w:t>Фонетика.</w:t>
            </w:r>
            <w:r w:rsidRPr="00E85698">
              <w:rPr>
                <w:spacing w:val="-5"/>
                <w:sz w:val="16"/>
              </w:rPr>
              <w:t xml:space="preserve"> </w:t>
            </w:r>
            <w:r w:rsidRPr="00E85698">
              <w:rPr>
                <w:sz w:val="16"/>
              </w:rPr>
              <w:t>Графика.</w:t>
            </w:r>
            <w:r w:rsidRPr="00E85698">
              <w:rPr>
                <w:spacing w:val="-2"/>
                <w:sz w:val="16"/>
              </w:rPr>
              <w:t xml:space="preserve"> </w:t>
            </w:r>
            <w:r w:rsidRPr="00E85698">
              <w:rPr>
                <w:sz w:val="16"/>
              </w:rPr>
              <w:t>Орфоэпия</w:t>
            </w:r>
          </w:p>
        </w:tc>
        <w:tc>
          <w:tcPr>
            <w:tcW w:w="528" w:type="dxa"/>
          </w:tcPr>
          <w:p w:rsidR="003147F9" w:rsidRPr="00E85698" w:rsidRDefault="003147F9" w:rsidP="00A047B0">
            <w:pPr>
              <w:pStyle w:val="TableParagraph"/>
              <w:spacing w:before="30"/>
              <w:ind w:left="62"/>
              <w:rPr>
                <w:sz w:val="16"/>
              </w:rPr>
            </w:pPr>
            <w:r w:rsidRPr="00E85698">
              <w:rPr>
                <w:sz w:val="16"/>
              </w:rPr>
              <w:t>6</w:t>
            </w:r>
          </w:p>
        </w:tc>
        <w:tc>
          <w:tcPr>
            <w:tcW w:w="1107" w:type="dxa"/>
          </w:tcPr>
          <w:p w:rsidR="003147F9" w:rsidRPr="00E85698" w:rsidRDefault="003147F9" w:rsidP="00A047B0">
            <w:pPr>
              <w:pStyle w:val="TableParagraph"/>
              <w:spacing w:before="30"/>
              <w:ind w:left="62"/>
              <w:rPr>
                <w:sz w:val="16"/>
              </w:rPr>
            </w:pPr>
            <w:r w:rsidRPr="00E85698">
              <w:rPr>
                <w:sz w:val="16"/>
              </w:rPr>
              <w:t>0</w:t>
            </w:r>
          </w:p>
        </w:tc>
        <w:tc>
          <w:tcPr>
            <w:tcW w:w="1140" w:type="dxa"/>
          </w:tcPr>
          <w:p w:rsidR="003147F9" w:rsidRPr="00E85698" w:rsidRDefault="003147F9" w:rsidP="00A047B0">
            <w:pPr>
              <w:pStyle w:val="TableParagraph"/>
              <w:spacing w:before="30"/>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7.10-14.10</w:t>
            </w:r>
          </w:p>
        </w:tc>
        <w:tc>
          <w:tcPr>
            <w:tcW w:w="3761" w:type="dxa"/>
          </w:tcPr>
          <w:p w:rsidR="003147F9" w:rsidRPr="00E85698" w:rsidRDefault="003147F9" w:rsidP="00A047B0">
            <w:pPr>
              <w:pStyle w:val="TableParagraph"/>
              <w:spacing w:before="145" w:line="244" w:lineRule="auto"/>
              <w:ind w:left="64" w:right="636"/>
              <w:rPr>
                <w:sz w:val="16"/>
              </w:rPr>
            </w:pPr>
            <w:r w:rsidRPr="00E85698">
              <w:rPr>
                <w:sz w:val="16"/>
              </w:rPr>
              <w:t>Понимать смыслоразличительную функцию</w:t>
            </w:r>
            <w:r w:rsidRPr="00E85698">
              <w:rPr>
                <w:spacing w:val="-37"/>
                <w:sz w:val="16"/>
              </w:rPr>
              <w:t xml:space="preserve"> </w:t>
            </w:r>
            <w:r w:rsidRPr="00E85698">
              <w:rPr>
                <w:sz w:val="16"/>
              </w:rPr>
              <w:t>звука речи в слове; приводить примеры;</w:t>
            </w:r>
            <w:r w:rsidRPr="00E85698">
              <w:rPr>
                <w:spacing w:val="1"/>
                <w:sz w:val="16"/>
              </w:rPr>
              <w:t xml:space="preserve"> </w:t>
            </w:r>
            <w:r w:rsidRPr="00E85698">
              <w:rPr>
                <w:sz w:val="16"/>
              </w:rPr>
              <w:t>Распознавать звуки речи по заданным</w:t>
            </w:r>
            <w:r w:rsidRPr="00E85698">
              <w:rPr>
                <w:spacing w:val="1"/>
                <w:sz w:val="16"/>
              </w:rPr>
              <w:t xml:space="preserve"> </w:t>
            </w:r>
            <w:r w:rsidRPr="00E85698">
              <w:rPr>
                <w:sz w:val="16"/>
              </w:rPr>
              <w:t>характеристикам;</w:t>
            </w:r>
          </w:p>
          <w:p w:rsidR="003147F9" w:rsidRPr="00E85698" w:rsidRDefault="003147F9" w:rsidP="00A047B0">
            <w:pPr>
              <w:pStyle w:val="TableParagraph"/>
              <w:spacing w:before="9" w:line="249" w:lineRule="auto"/>
              <w:ind w:left="64" w:right="78"/>
              <w:rPr>
                <w:sz w:val="16"/>
              </w:rPr>
            </w:pPr>
            <w:r w:rsidRPr="00E85698">
              <w:rPr>
                <w:sz w:val="16"/>
              </w:rPr>
              <w:t>Определять звуковой состав слова;</w:t>
            </w:r>
            <w:r w:rsidRPr="00E85698">
              <w:rPr>
                <w:spacing w:val="1"/>
                <w:sz w:val="16"/>
              </w:rPr>
              <w:t xml:space="preserve"> </w:t>
            </w:r>
            <w:r w:rsidRPr="00E85698">
              <w:rPr>
                <w:sz w:val="16"/>
              </w:rPr>
              <w:t>Классифицировать звуки по заданным признакам;</w:t>
            </w:r>
            <w:r w:rsidRPr="00E85698">
              <w:rPr>
                <w:spacing w:val="1"/>
                <w:sz w:val="16"/>
              </w:rPr>
              <w:t xml:space="preserve"> </w:t>
            </w:r>
            <w:r w:rsidRPr="00E85698">
              <w:rPr>
                <w:sz w:val="16"/>
              </w:rPr>
              <w:t>Различать ударные и безударные гласные, звонкие и</w:t>
            </w:r>
            <w:r w:rsidRPr="00E85698">
              <w:rPr>
                <w:spacing w:val="-38"/>
                <w:sz w:val="16"/>
              </w:rPr>
              <w:t xml:space="preserve"> </w:t>
            </w:r>
            <w:r w:rsidRPr="00E85698">
              <w:rPr>
                <w:sz w:val="16"/>
              </w:rPr>
              <w:t>глухие, твёрдые</w:t>
            </w:r>
            <w:r w:rsidRPr="00E85698">
              <w:rPr>
                <w:spacing w:val="-2"/>
                <w:sz w:val="16"/>
              </w:rPr>
              <w:t xml:space="preserve"> </w:t>
            </w:r>
            <w:r w:rsidRPr="00E85698">
              <w:rPr>
                <w:sz w:val="16"/>
              </w:rPr>
              <w:t>и</w:t>
            </w:r>
            <w:r w:rsidRPr="00E85698">
              <w:rPr>
                <w:spacing w:val="-1"/>
                <w:sz w:val="16"/>
              </w:rPr>
              <w:t xml:space="preserve"> </w:t>
            </w:r>
            <w:r w:rsidRPr="00E85698">
              <w:rPr>
                <w:sz w:val="16"/>
              </w:rPr>
              <w:t>мягкие</w:t>
            </w:r>
            <w:r w:rsidRPr="00E85698">
              <w:rPr>
                <w:spacing w:val="-1"/>
                <w:sz w:val="16"/>
              </w:rPr>
              <w:t xml:space="preserve"> </w:t>
            </w:r>
            <w:r w:rsidRPr="00E85698">
              <w:rPr>
                <w:sz w:val="16"/>
              </w:rPr>
              <w:t>согласные;</w:t>
            </w:r>
          </w:p>
          <w:p w:rsidR="003147F9" w:rsidRPr="00E85698" w:rsidRDefault="003147F9" w:rsidP="00A047B0">
            <w:pPr>
              <w:pStyle w:val="TableParagraph"/>
              <w:spacing w:line="249" w:lineRule="auto"/>
              <w:ind w:left="64" w:right="256"/>
              <w:rPr>
                <w:sz w:val="16"/>
              </w:rPr>
            </w:pPr>
            <w:r w:rsidRPr="00E85698">
              <w:rPr>
                <w:sz w:val="16"/>
              </w:rPr>
              <w:t>Объяснять с помощью элементов транскрипции</w:t>
            </w:r>
            <w:r w:rsidRPr="00E85698">
              <w:rPr>
                <w:spacing w:val="1"/>
                <w:sz w:val="16"/>
              </w:rPr>
              <w:t xml:space="preserve"> </w:t>
            </w:r>
            <w:r w:rsidRPr="00E85698">
              <w:rPr>
                <w:sz w:val="16"/>
              </w:rPr>
              <w:t>особенности произношения и написания слов;</w:t>
            </w:r>
            <w:r w:rsidRPr="00E85698">
              <w:rPr>
                <w:spacing w:val="1"/>
                <w:sz w:val="16"/>
              </w:rPr>
              <w:t xml:space="preserve"> </w:t>
            </w:r>
            <w:r w:rsidRPr="00E85698">
              <w:rPr>
                <w:sz w:val="16"/>
              </w:rPr>
              <w:t>Сравнивать звуковой и буквенный составы слова;</w:t>
            </w:r>
            <w:r w:rsidRPr="00E85698">
              <w:rPr>
                <w:spacing w:val="-38"/>
                <w:sz w:val="16"/>
              </w:rPr>
              <w:t xml:space="preserve"> </w:t>
            </w:r>
            <w:r w:rsidRPr="00E85698">
              <w:rPr>
                <w:sz w:val="16"/>
              </w:rPr>
              <w:t>Членить слова на слоги и правильно переносить</w:t>
            </w:r>
            <w:r w:rsidRPr="00E85698">
              <w:rPr>
                <w:spacing w:val="1"/>
                <w:sz w:val="16"/>
              </w:rPr>
              <w:t xml:space="preserve"> </w:t>
            </w:r>
            <w:r w:rsidRPr="00E85698">
              <w:rPr>
                <w:sz w:val="16"/>
              </w:rPr>
              <w:t>слова со</w:t>
            </w:r>
            <w:r w:rsidRPr="00E85698">
              <w:rPr>
                <w:spacing w:val="-3"/>
                <w:sz w:val="16"/>
              </w:rPr>
              <w:t xml:space="preserve"> </w:t>
            </w:r>
            <w:r w:rsidRPr="00E85698">
              <w:rPr>
                <w:sz w:val="16"/>
              </w:rPr>
              <w:t>строки</w:t>
            </w:r>
            <w:r w:rsidRPr="00E85698">
              <w:rPr>
                <w:spacing w:val="-2"/>
                <w:sz w:val="16"/>
              </w:rPr>
              <w:t xml:space="preserve"> </w:t>
            </w:r>
            <w:r w:rsidRPr="00E85698">
              <w:rPr>
                <w:sz w:val="16"/>
              </w:rPr>
              <w:t>на</w:t>
            </w:r>
            <w:r w:rsidRPr="00E85698">
              <w:rPr>
                <w:spacing w:val="-1"/>
                <w:sz w:val="16"/>
              </w:rPr>
              <w:t xml:space="preserve"> </w:t>
            </w:r>
            <w:r w:rsidRPr="00E85698">
              <w:rPr>
                <w:sz w:val="16"/>
              </w:rPr>
              <w:t>строку;</w:t>
            </w:r>
          </w:p>
          <w:p w:rsidR="003147F9" w:rsidRPr="00E85698" w:rsidRDefault="003147F9" w:rsidP="00A047B0">
            <w:pPr>
              <w:pStyle w:val="TableParagraph"/>
              <w:spacing w:before="1" w:line="249" w:lineRule="auto"/>
              <w:ind w:left="64" w:right="395"/>
              <w:jc w:val="both"/>
              <w:rPr>
                <w:sz w:val="16"/>
              </w:rPr>
            </w:pPr>
            <w:r w:rsidRPr="00E85698">
              <w:rPr>
                <w:sz w:val="16"/>
              </w:rPr>
              <w:t>Определять место ударного слога, наблюдать за</w:t>
            </w:r>
            <w:r w:rsidRPr="00E85698">
              <w:rPr>
                <w:spacing w:val="-37"/>
                <w:sz w:val="16"/>
              </w:rPr>
              <w:t xml:space="preserve"> </w:t>
            </w:r>
            <w:r w:rsidRPr="00E85698">
              <w:rPr>
                <w:sz w:val="16"/>
              </w:rPr>
              <w:t>перемещением ударения при изменении формы</w:t>
            </w:r>
            <w:r w:rsidRPr="00E85698">
              <w:rPr>
                <w:spacing w:val="-37"/>
                <w:sz w:val="16"/>
              </w:rPr>
              <w:t xml:space="preserve"> </w:t>
            </w:r>
            <w:r w:rsidRPr="00E85698">
              <w:rPr>
                <w:sz w:val="16"/>
              </w:rPr>
              <w:t>слова;</w:t>
            </w:r>
          </w:p>
          <w:p w:rsidR="003147F9" w:rsidRPr="00E85698" w:rsidRDefault="003147F9" w:rsidP="00A047B0">
            <w:pPr>
              <w:pStyle w:val="TableParagraph"/>
              <w:spacing w:line="259" w:lineRule="auto"/>
              <w:ind w:left="64" w:right="150"/>
              <w:rPr>
                <w:sz w:val="16"/>
              </w:rPr>
            </w:pPr>
            <w:r w:rsidRPr="00E85698">
              <w:rPr>
                <w:sz w:val="16"/>
              </w:rPr>
              <w:t>Проводить</w:t>
            </w:r>
            <w:r w:rsidRPr="00E85698">
              <w:rPr>
                <w:spacing w:val="9"/>
                <w:sz w:val="16"/>
              </w:rPr>
              <w:t xml:space="preserve"> </w:t>
            </w:r>
            <w:r w:rsidRPr="00E85698">
              <w:rPr>
                <w:sz w:val="16"/>
              </w:rPr>
              <w:t>фонетический</w:t>
            </w:r>
            <w:r w:rsidRPr="00E85698">
              <w:rPr>
                <w:spacing w:val="10"/>
                <w:sz w:val="16"/>
              </w:rPr>
              <w:t xml:space="preserve"> </w:t>
            </w:r>
            <w:r w:rsidRPr="00E85698">
              <w:rPr>
                <w:sz w:val="16"/>
              </w:rPr>
              <w:t>анализ</w:t>
            </w:r>
            <w:r w:rsidRPr="00E85698">
              <w:rPr>
                <w:spacing w:val="9"/>
                <w:sz w:val="16"/>
              </w:rPr>
              <w:t xml:space="preserve"> </w:t>
            </w:r>
            <w:r w:rsidRPr="00E85698">
              <w:rPr>
                <w:sz w:val="16"/>
              </w:rPr>
              <w:t>слов;</w:t>
            </w:r>
            <w:r w:rsidRPr="00E85698">
              <w:rPr>
                <w:spacing w:val="1"/>
                <w:sz w:val="16"/>
              </w:rPr>
              <w:t xml:space="preserve"> </w:t>
            </w:r>
            <w:r w:rsidRPr="00E85698">
              <w:rPr>
                <w:sz w:val="16"/>
              </w:rPr>
              <w:t>Употреблять слова и их формы в соответствии с</w:t>
            </w:r>
            <w:r w:rsidRPr="00E85698">
              <w:rPr>
                <w:spacing w:val="1"/>
                <w:sz w:val="16"/>
              </w:rPr>
              <w:t xml:space="preserve"> </w:t>
            </w:r>
            <w:r w:rsidRPr="00E85698">
              <w:rPr>
                <w:sz w:val="16"/>
              </w:rPr>
              <w:t>основными</w:t>
            </w:r>
            <w:r w:rsidRPr="00E85698">
              <w:rPr>
                <w:spacing w:val="-9"/>
                <w:sz w:val="16"/>
              </w:rPr>
              <w:t xml:space="preserve"> </w:t>
            </w:r>
            <w:r w:rsidRPr="00E85698">
              <w:rPr>
                <w:sz w:val="16"/>
              </w:rPr>
              <w:t>нормами</w:t>
            </w:r>
            <w:r w:rsidRPr="00E85698">
              <w:rPr>
                <w:spacing w:val="-6"/>
                <w:sz w:val="16"/>
              </w:rPr>
              <w:t xml:space="preserve"> </w:t>
            </w:r>
            <w:r w:rsidRPr="00E85698">
              <w:rPr>
                <w:sz w:val="16"/>
              </w:rPr>
              <w:t>литературного</w:t>
            </w:r>
            <w:r w:rsidRPr="00E85698">
              <w:rPr>
                <w:spacing w:val="-8"/>
                <w:sz w:val="16"/>
              </w:rPr>
              <w:t xml:space="preserve"> </w:t>
            </w:r>
            <w:r w:rsidRPr="00E85698">
              <w:rPr>
                <w:sz w:val="16"/>
              </w:rPr>
              <w:t>произношения:</w:t>
            </w:r>
          </w:p>
          <w:p w:rsidR="003147F9" w:rsidRPr="00E85698" w:rsidRDefault="003147F9" w:rsidP="00A047B0">
            <w:pPr>
              <w:pStyle w:val="TableParagraph"/>
              <w:spacing w:before="1" w:line="259" w:lineRule="auto"/>
              <w:ind w:left="64"/>
              <w:rPr>
                <w:sz w:val="16"/>
              </w:rPr>
            </w:pPr>
            <w:r w:rsidRPr="00E85698">
              <w:rPr>
                <w:sz w:val="16"/>
              </w:rPr>
              <w:t>нормами произношения безударных гласных звуков;</w:t>
            </w:r>
            <w:r w:rsidRPr="00E85698">
              <w:rPr>
                <w:spacing w:val="1"/>
                <w:sz w:val="16"/>
              </w:rPr>
              <w:t xml:space="preserve"> </w:t>
            </w:r>
            <w:r w:rsidRPr="00E85698">
              <w:rPr>
                <w:sz w:val="16"/>
              </w:rPr>
              <w:t>мягкого или твёрдого согласного перед [э] в</w:t>
            </w:r>
            <w:r w:rsidRPr="00E85698">
              <w:rPr>
                <w:spacing w:val="1"/>
                <w:sz w:val="16"/>
              </w:rPr>
              <w:t xml:space="preserve"> </w:t>
            </w:r>
            <w:r w:rsidRPr="00E85698">
              <w:rPr>
                <w:sz w:val="16"/>
              </w:rPr>
              <w:t>иноязычных</w:t>
            </w:r>
            <w:r w:rsidRPr="00E85698">
              <w:rPr>
                <w:spacing w:val="-6"/>
                <w:sz w:val="16"/>
              </w:rPr>
              <w:t xml:space="preserve"> </w:t>
            </w:r>
            <w:r w:rsidRPr="00E85698">
              <w:rPr>
                <w:sz w:val="16"/>
              </w:rPr>
              <w:t>словах;</w:t>
            </w:r>
            <w:r w:rsidRPr="00E85698">
              <w:rPr>
                <w:spacing w:val="-4"/>
                <w:sz w:val="16"/>
              </w:rPr>
              <w:t xml:space="preserve"> </w:t>
            </w:r>
            <w:r w:rsidRPr="00E85698">
              <w:rPr>
                <w:sz w:val="16"/>
              </w:rPr>
              <w:t>сочетания</w:t>
            </w:r>
            <w:r w:rsidRPr="00E85698">
              <w:rPr>
                <w:spacing w:val="-3"/>
                <w:sz w:val="16"/>
              </w:rPr>
              <w:t xml:space="preserve"> </w:t>
            </w:r>
            <w:r w:rsidRPr="00E85698">
              <w:rPr>
                <w:sz w:val="16"/>
              </w:rPr>
              <w:t>согласных</w:t>
            </w:r>
            <w:r w:rsidRPr="00E85698">
              <w:rPr>
                <w:spacing w:val="-4"/>
                <w:sz w:val="16"/>
              </w:rPr>
              <w:t xml:space="preserve"> </w:t>
            </w:r>
            <w:r w:rsidRPr="00E85698">
              <w:rPr>
                <w:sz w:val="16"/>
              </w:rPr>
              <w:t>(</w:t>
            </w:r>
            <w:proofErr w:type="spellStart"/>
            <w:r w:rsidRPr="00E85698">
              <w:rPr>
                <w:sz w:val="16"/>
              </w:rPr>
              <w:t>чн</w:t>
            </w:r>
            <w:proofErr w:type="spellEnd"/>
            <w:r w:rsidRPr="00E85698">
              <w:rPr>
                <w:sz w:val="16"/>
              </w:rPr>
              <w:t>,</w:t>
            </w:r>
            <w:r w:rsidRPr="00E85698">
              <w:rPr>
                <w:spacing w:val="-3"/>
                <w:sz w:val="16"/>
              </w:rPr>
              <w:t xml:space="preserve"> </w:t>
            </w:r>
            <w:proofErr w:type="spellStart"/>
            <w:r w:rsidRPr="00E85698">
              <w:rPr>
                <w:sz w:val="16"/>
              </w:rPr>
              <w:t>чт</w:t>
            </w:r>
            <w:proofErr w:type="spellEnd"/>
            <w:r w:rsidRPr="00E85698">
              <w:rPr>
                <w:spacing w:val="-6"/>
                <w:sz w:val="16"/>
              </w:rPr>
              <w:t xml:space="preserve"> </w:t>
            </w:r>
            <w:r w:rsidRPr="00E85698">
              <w:rPr>
                <w:sz w:val="16"/>
              </w:rPr>
              <w:t>и</w:t>
            </w:r>
            <w:r w:rsidRPr="00E85698">
              <w:rPr>
                <w:spacing w:val="-2"/>
                <w:sz w:val="16"/>
              </w:rPr>
              <w:t xml:space="preserve"> </w:t>
            </w:r>
            <w:proofErr w:type="spellStart"/>
            <w:r w:rsidRPr="00E85698">
              <w:rPr>
                <w:sz w:val="16"/>
              </w:rPr>
              <w:t>др</w:t>
            </w:r>
            <w:proofErr w:type="spellEnd"/>
          </w:p>
          <w:p w:rsidR="003147F9" w:rsidRPr="00E85698" w:rsidRDefault="003147F9" w:rsidP="00A047B0">
            <w:pPr>
              <w:pStyle w:val="TableParagraph"/>
              <w:spacing w:before="2" w:line="249" w:lineRule="auto"/>
              <w:ind w:left="64" w:right="3"/>
              <w:rPr>
                <w:sz w:val="16"/>
              </w:rPr>
            </w:pPr>
            <w:r w:rsidRPr="00E85698">
              <w:rPr>
                <w:sz w:val="16"/>
              </w:rPr>
              <w:t>); грамматических форм (прилагательных на -его, -</w:t>
            </w:r>
            <w:r w:rsidRPr="00E85698">
              <w:rPr>
                <w:spacing w:val="1"/>
                <w:sz w:val="16"/>
              </w:rPr>
              <w:t xml:space="preserve"> </w:t>
            </w:r>
            <w:r w:rsidRPr="00E85698">
              <w:rPr>
                <w:sz w:val="16"/>
              </w:rPr>
              <w:t>ого, возвратных глаголов с -</w:t>
            </w:r>
            <w:proofErr w:type="spellStart"/>
            <w:r w:rsidRPr="00E85698">
              <w:rPr>
                <w:sz w:val="16"/>
              </w:rPr>
              <w:t>ся</w:t>
            </w:r>
            <w:proofErr w:type="spellEnd"/>
            <w:r w:rsidRPr="00E85698">
              <w:rPr>
                <w:sz w:val="16"/>
              </w:rPr>
              <w:t>, -</w:t>
            </w:r>
            <w:proofErr w:type="spellStart"/>
            <w:r w:rsidRPr="00E85698">
              <w:rPr>
                <w:sz w:val="16"/>
              </w:rPr>
              <w:t>сь</w:t>
            </w:r>
            <w:proofErr w:type="spellEnd"/>
            <w:r w:rsidRPr="00E85698">
              <w:rPr>
                <w:sz w:val="16"/>
              </w:rPr>
              <w:t xml:space="preserve"> и </w:t>
            </w:r>
            <w:proofErr w:type="spellStart"/>
            <w:proofErr w:type="gramStart"/>
            <w:r w:rsidRPr="00E85698">
              <w:rPr>
                <w:sz w:val="16"/>
              </w:rPr>
              <w:t>др</w:t>
            </w:r>
            <w:proofErr w:type="spellEnd"/>
            <w:r w:rsidRPr="00E85698">
              <w:rPr>
                <w:sz w:val="16"/>
              </w:rPr>
              <w:t xml:space="preserve"> )</w:t>
            </w:r>
            <w:proofErr w:type="gramEnd"/>
            <w:r w:rsidRPr="00E85698">
              <w:rPr>
                <w:sz w:val="16"/>
              </w:rPr>
              <w:t>;</w:t>
            </w:r>
            <w:r w:rsidRPr="00E85698">
              <w:rPr>
                <w:spacing w:val="1"/>
                <w:sz w:val="16"/>
              </w:rPr>
              <w:t xml:space="preserve"> </w:t>
            </w:r>
            <w:r w:rsidRPr="00E85698">
              <w:rPr>
                <w:sz w:val="16"/>
              </w:rPr>
              <w:t>Употреблять в речи слова и их формы в соответствии</w:t>
            </w:r>
            <w:r w:rsidRPr="00E85698">
              <w:rPr>
                <w:spacing w:val="-37"/>
                <w:sz w:val="16"/>
              </w:rPr>
              <w:t xml:space="preserve"> </w:t>
            </w:r>
            <w:r w:rsidRPr="00E85698">
              <w:rPr>
                <w:sz w:val="16"/>
              </w:rPr>
              <w:t>с нормами ударения (на отдельных примерах);</w:t>
            </w:r>
            <w:r w:rsidRPr="00E85698">
              <w:rPr>
                <w:spacing w:val="1"/>
                <w:sz w:val="16"/>
              </w:rPr>
              <w:t xml:space="preserve"> </w:t>
            </w:r>
            <w:r w:rsidRPr="00E85698">
              <w:rPr>
                <w:sz w:val="16"/>
              </w:rPr>
              <w:t>Находить необходимую информацию в</w:t>
            </w:r>
            <w:r w:rsidRPr="00E85698">
              <w:rPr>
                <w:spacing w:val="1"/>
                <w:sz w:val="16"/>
              </w:rPr>
              <w:t xml:space="preserve"> </w:t>
            </w:r>
            <w:r w:rsidRPr="00E85698">
              <w:rPr>
                <w:sz w:val="16"/>
              </w:rPr>
              <w:t>орфоэпическом</w:t>
            </w:r>
            <w:r w:rsidRPr="00E85698">
              <w:rPr>
                <w:spacing w:val="6"/>
                <w:sz w:val="16"/>
              </w:rPr>
              <w:t xml:space="preserve"> </w:t>
            </w:r>
            <w:r w:rsidRPr="00E85698">
              <w:rPr>
                <w:sz w:val="16"/>
              </w:rPr>
              <w:t>словаре</w:t>
            </w:r>
            <w:r w:rsidRPr="00E85698">
              <w:rPr>
                <w:spacing w:val="5"/>
                <w:sz w:val="16"/>
              </w:rPr>
              <w:t xml:space="preserve"> </w:t>
            </w:r>
            <w:r w:rsidRPr="00E85698">
              <w:rPr>
                <w:sz w:val="16"/>
              </w:rPr>
              <w:t>и</w:t>
            </w:r>
            <w:r w:rsidRPr="00E85698">
              <w:rPr>
                <w:spacing w:val="5"/>
                <w:sz w:val="16"/>
              </w:rPr>
              <w:t xml:space="preserve"> </w:t>
            </w:r>
            <w:r w:rsidRPr="00E85698">
              <w:rPr>
                <w:sz w:val="16"/>
              </w:rPr>
              <w:t>использовать</w:t>
            </w:r>
            <w:r w:rsidRPr="00E85698">
              <w:rPr>
                <w:spacing w:val="6"/>
                <w:sz w:val="16"/>
              </w:rPr>
              <w:t xml:space="preserve"> </w:t>
            </w:r>
            <w:r w:rsidRPr="00E85698">
              <w:rPr>
                <w:sz w:val="16"/>
              </w:rPr>
              <w:t>её;</w:t>
            </w:r>
            <w:r w:rsidRPr="00E85698">
              <w:rPr>
                <w:spacing w:val="1"/>
                <w:sz w:val="16"/>
              </w:rPr>
              <w:t xml:space="preserve"> </w:t>
            </w:r>
            <w:r w:rsidRPr="00E85698">
              <w:rPr>
                <w:sz w:val="16"/>
              </w:rPr>
              <w:t>Оценивать</w:t>
            </w:r>
            <w:r w:rsidRPr="00E85698">
              <w:rPr>
                <w:spacing w:val="-3"/>
                <w:sz w:val="16"/>
              </w:rPr>
              <w:t xml:space="preserve"> </w:t>
            </w:r>
            <w:r w:rsidRPr="00E85698">
              <w:rPr>
                <w:sz w:val="16"/>
              </w:rPr>
              <w:t>собственную</w:t>
            </w:r>
            <w:r w:rsidRPr="00E85698">
              <w:rPr>
                <w:spacing w:val="-3"/>
                <w:sz w:val="16"/>
              </w:rPr>
              <w:t xml:space="preserve"> </w:t>
            </w:r>
            <w:r w:rsidRPr="00E85698">
              <w:rPr>
                <w:sz w:val="16"/>
              </w:rPr>
              <w:t>и</w:t>
            </w:r>
            <w:r w:rsidRPr="00E85698">
              <w:rPr>
                <w:spacing w:val="-4"/>
                <w:sz w:val="16"/>
              </w:rPr>
              <w:t xml:space="preserve"> </w:t>
            </w:r>
            <w:r w:rsidRPr="00E85698">
              <w:rPr>
                <w:sz w:val="16"/>
              </w:rPr>
              <w:t>чужую</w:t>
            </w:r>
            <w:r w:rsidRPr="00E85698">
              <w:rPr>
                <w:spacing w:val="-3"/>
                <w:sz w:val="16"/>
              </w:rPr>
              <w:t xml:space="preserve"> </w:t>
            </w:r>
            <w:r w:rsidRPr="00E85698">
              <w:rPr>
                <w:sz w:val="16"/>
              </w:rPr>
              <w:t>речь</w:t>
            </w:r>
            <w:r w:rsidRPr="00E85698">
              <w:rPr>
                <w:spacing w:val="-3"/>
                <w:sz w:val="16"/>
              </w:rPr>
              <w:t xml:space="preserve"> </w:t>
            </w:r>
            <w:r w:rsidRPr="00E85698">
              <w:rPr>
                <w:sz w:val="16"/>
              </w:rPr>
              <w:t>с</w:t>
            </w:r>
            <w:r w:rsidRPr="00E85698">
              <w:rPr>
                <w:spacing w:val="-5"/>
                <w:sz w:val="16"/>
              </w:rPr>
              <w:t xml:space="preserve"> </w:t>
            </w:r>
            <w:r w:rsidRPr="00E85698">
              <w:rPr>
                <w:sz w:val="16"/>
              </w:rPr>
              <w:t>точки</w:t>
            </w:r>
            <w:r w:rsidRPr="00E85698">
              <w:rPr>
                <w:spacing w:val="-5"/>
                <w:sz w:val="16"/>
              </w:rPr>
              <w:t xml:space="preserve"> </w:t>
            </w:r>
            <w:r w:rsidRPr="00E85698">
              <w:rPr>
                <w:sz w:val="16"/>
              </w:rPr>
              <w:t>зрения</w:t>
            </w:r>
          </w:p>
          <w:p w:rsidR="003147F9" w:rsidRPr="00E85698" w:rsidRDefault="003147F9" w:rsidP="00A047B0">
            <w:pPr>
              <w:pStyle w:val="TableParagraph"/>
              <w:spacing w:line="200" w:lineRule="exact"/>
              <w:ind w:left="64" w:right="231"/>
              <w:rPr>
                <w:sz w:val="16"/>
              </w:rPr>
            </w:pPr>
            <w:r w:rsidRPr="00E85698">
              <w:rPr>
                <w:sz w:val="16"/>
              </w:rPr>
              <w:t>соблюдения орфоэпических норм, норм ударения,</w:t>
            </w:r>
            <w:r w:rsidRPr="00E85698">
              <w:rPr>
                <w:spacing w:val="-37"/>
                <w:sz w:val="16"/>
              </w:rPr>
              <w:t xml:space="preserve"> </w:t>
            </w:r>
            <w:r w:rsidRPr="00E85698">
              <w:rPr>
                <w:sz w:val="16"/>
              </w:rPr>
              <w:t>интонационных</w:t>
            </w:r>
            <w:r w:rsidRPr="00E85698">
              <w:rPr>
                <w:spacing w:val="-2"/>
                <w:sz w:val="16"/>
              </w:rPr>
              <w:t xml:space="preserve"> </w:t>
            </w:r>
            <w:r w:rsidRPr="00E85698">
              <w:rPr>
                <w:sz w:val="16"/>
              </w:rPr>
              <w:t>норм;</w:t>
            </w:r>
          </w:p>
        </w:tc>
        <w:tc>
          <w:tcPr>
            <w:tcW w:w="1116" w:type="dxa"/>
          </w:tcPr>
          <w:p w:rsidR="003147F9" w:rsidRPr="00E85698" w:rsidRDefault="003147F9" w:rsidP="00A047B0">
            <w:pPr>
              <w:pStyle w:val="TableParagraph"/>
              <w:spacing w:before="28" w:line="242" w:lineRule="auto"/>
              <w:ind w:left="62" w:right="56"/>
              <w:rPr>
                <w:sz w:val="16"/>
              </w:rPr>
            </w:pPr>
            <w:r w:rsidRPr="00E85698">
              <w:rPr>
                <w:sz w:val="16"/>
              </w:rPr>
              <w:t>Письменный</w:t>
            </w:r>
            <w:r w:rsidRPr="00E85698">
              <w:rPr>
                <w:spacing w:val="1"/>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Тестирование;</w:t>
            </w:r>
          </w:p>
          <w:p w:rsidR="003147F9" w:rsidRPr="00E85698" w:rsidRDefault="003147F9" w:rsidP="00A047B0">
            <w:pPr>
              <w:pStyle w:val="TableParagraph"/>
              <w:spacing w:before="50"/>
              <w:ind w:left="62"/>
              <w:rPr>
                <w:sz w:val="16"/>
              </w:rPr>
            </w:pPr>
            <w:r w:rsidRPr="00E85698">
              <w:rPr>
                <w:sz w:val="16"/>
              </w:rPr>
              <w:t>ВПР;</w:t>
            </w:r>
          </w:p>
        </w:tc>
        <w:tc>
          <w:tcPr>
            <w:tcW w:w="3701" w:type="dxa"/>
          </w:tcPr>
          <w:p w:rsidR="003147F9" w:rsidRPr="00E85698" w:rsidRDefault="003147F9" w:rsidP="00A047B0">
            <w:pPr>
              <w:pStyle w:val="TableParagraph"/>
              <w:spacing w:before="30" w:line="259" w:lineRule="auto"/>
              <w:ind w:left="58" w:right="997"/>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https://resh.edu.ru/subject/lesson/384/</w:t>
            </w:r>
          </w:p>
          <w:p w:rsidR="003147F9" w:rsidRPr="00E85698" w:rsidRDefault="003147F9" w:rsidP="00A047B0">
            <w:pPr>
              <w:pStyle w:val="TableParagraph"/>
              <w:spacing w:before="1" w:line="256" w:lineRule="auto"/>
              <w:ind w:left="58"/>
              <w:rPr>
                <w:sz w:val="16"/>
                <w:lang w:val="en-US"/>
              </w:rPr>
            </w:pPr>
            <w:r w:rsidRPr="00E85698">
              <w:rPr>
                <w:spacing w:val="-1"/>
                <w:sz w:val="16"/>
                <w:lang w:val="en-US"/>
              </w:rPr>
              <w:t>https://resh.edu.ru/subject/lesson/7662/conspect/269302/</w:t>
            </w:r>
            <w:r w:rsidRPr="00E85698">
              <w:rPr>
                <w:sz w:val="16"/>
                <w:lang w:val="en-US"/>
              </w:rPr>
              <w:t xml:space="preserve"> </w:t>
            </w:r>
            <w:r w:rsidRPr="00E85698">
              <w:rPr>
                <w:spacing w:val="-1"/>
                <w:sz w:val="16"/>
                <w:lang w:val="en-US"/>
              </w:rPr>
              <w:t>https://resh.edu.ru/subject/lesson/7659/conspect/267879/</w:t>
            </w:r>
          </w:p>
        </w:tc>
      </w:tr>
      <w:tr w:rsidR="003147F9" w:rsidRPr="00E85698" w:rsidTr="00A047B0">
        <w:trPr>
          <w:trHeight w:val="1750"/>
        </w:trPr>
        <w:tc>
          <w:tcPr>
            <w:tcW w:w="468" w:type="dxa"/>
          </w:tcPr>
          <w:p w:rsidR="003147F9" w:rsidRPr="00E85698" w:rsidRDefault="003147F9" w:rsidP="00A047B0">
            <w:pPr>
              <w:pStyle w:val="TableParagraph"/>
              <w:spacing w:before="33"/>
              <w:ind w:right="106"/>
              <w:jc w:val="right"/>
              <w:rPr>
                <w:sz w:val="16"/>
              </w:rPr>
            </w:pPr>
            <w:r w:rsidRPr="00E85698">
              <w:rPr>
                <w:sz w:val="16"/>
              </w:rPr>
              <w:lastRenderedPageBreak/>
              <w:t>6.2.</w:t>
            </w:r>
          </w:p>
        </w:tc>
        <w:tc>
          <w:tcPr>
            <w:tcW w:w="2883" w:type="dxa"/>
          </w:tcPr>
          <w:p w:rsidR="003147F9" w:rsidRPr="00E85698" w:rsidRDefault="003147F9" w:rsidP="00A047B0">
            <w:pPr>
              <w:pStyle w:val="TableParagraph"/>
              <w:spacing w:before="33"/>
              <w:ind w:left="62"/>
              <w:rPr>
                <w:sz w:val="16"/>
              </w:rPr>
            </w:pPr>
            <w:r w:rsidRPr="00E85698">
              <w:rPr>
                <w:sz w:val="16"/>
              </w:rPr>
              <w:t>Орфография</w:t>
            </w:r>
          </w:p>
        </w:tc>
        <w:tc>
          <w:tcPr>
            <w:tcW w:w="528" w:type="dxa"/>
          </w:tcPr>
          <w:p w:rsidR="003147F9" w:rsidRPr="00E85698" w:rsidRDefault="003147F9" w:rsidP="00A047B0">
            <w:pPr>
              <w:pStyle w:val="TableParagraph"/>
              <w:spacing w:before="33"/>
              <w:ind w:left="62"/>
              <w:rPr>
                <w:sz w:val="16"/>
              </w:rPr>
            </w:pPr>
            <w:r w:rsidRPr="00E85698">
              <w:rPr>
                <w:sz w:val="16"/>
              </w:rPr>
              <w:t>2</w:t>
            </w:r>
          </w:p>
        </w:tc>
        <w:tc>
          <w:tcPr>
            <w:tcW w:w="1107" w:type="dxa"/>
          </w:tcPr>
          <w:p w:rsidR="003147F9" w:rsidRPr="00E85698" w:rsidRDefault="003147F9" w:rsidP="00A047B0">
            <w:pPr>
              <w:pStyle w:val="TableParagraph"/>
              <w:spacing w:before="33"/>
              <w:ind w:left="62"/>
              <w:rPr>
                <w:sz w:val="16"/>
              </w:rPr>
            </w:pPr>
            <w:r w:rsidRPr="00E85698">
              <w:rPr>
                <w:sz w:val="16"/>
              </w:rPr>
              <w:t>0</w:t>
            </w:r>
          </w:p>
        </w:tc>
        <w:tc>
          <w:tcPr>
            <w:tcW w:w="1140" w:type="dxa"/>
          </w:tcPr>
          <w:p w:rsidR="003147F9" w:rsidRPr="00E85698" w:rsidRDefault="003147F9" w:rsidP="00A047B0">
            <w:pPr>
              <w:pStyle w:val="TableParagraph"/>
              <w:spacing w:before="33"/>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17.10-18.10</w:t>
            </w:r>
          </w:p>
        </w:tc>
        <w:tc>
          <w:tcPr>
            <w:tcW w:w="3761" w:type="dxa"/>
          </w:tcPr>
          <w:p w:rsidR="003147F9" w:rsidRPr="00E85698" w:rsidRDefault="003147F9" w:rsidP="00A047B0">
            <w:pPr>
              <w:pStyle w:val="TableParagraph"/>
              <w:spacing w:before="30" w:line="244" w:lineRule="auto"/>
              <w:ind w:left="64" w:right="218"/>
              <w:rPr>
                <w:sz w:val="16"/>
              </w:rPr>
            </w:pPr>
            <w:r w:rsidRPr="00E85698">
              <w:rPr>
                <w:sz w:val="16"/>
              </w:rPr>
              <w:t>Оперировать понятием «орфограмма» и различать</w:t>
            </w:r>
            <w:r w:rsidRPr="00E85698">
              <w:rPr>
                <w:spacing w:val="-37"/>
                <w:sz w:val="16"/>
              </w:rPr>
              <w:t xml:space="preserve"> </w:t>
            </w:r>
            <w:r w:rsidRPr="00E85698">
              <w:rPr>
                <w:sz w:val="16"/>
              </w:rPr>
              <w:t>буквенные и небуквенные орфограммы при</w:t>
            </w:r>
            <w:r w:rsidRPr="00E85698">
              <w:rPr>
                <w:spacing w:val="1"/>
                <w:sz w:val="16"/>
              </w:rPr>
              <w:t xml:space="preserve"> </w:t>
            </w:r>
            <w:r w:rsidRPr="00E85698">
              <w:rPr>
                <w:sz w:val="16"/>
              </w:rPr>
              <w:t>проведении орфографического анализа слова;</w:t>
            </w:r>
            <w:r w:rsidRPr="00E85698">
              <w:rPr>
                <w:spacing w:val="1"/>
                <w:sz w:val="16"/>
              </w:rPr>
              <w:t xml:space="preserve"> </w:t>
            </w:r>
            <w:r w:rsidRPr="00E85698">
              <w:rPr>
                <w:sz w:val="16"/>
              </w:rPr>
              <w:t>Распознавать</w:t>
            </w:r>
            <w:r w:rsidRPr="00E85698">
              <w:rPr>
                <w:spacing w:val="-2"/>
                <w:sz w:val="16"/>
              </w:rPr>
              <w:t xml:space="preserve"> </w:t>
            </w:r>
            <w:r w:rsidRPr="00E85698">
              <w:rPr>
                <w:sz w:val="16"/>
              </w:rPr>
              <w:t>изученные</w:t>
            </w:r>
            <w:r w:rsidRPr="00E85698">
              <w:rPr>
                <w:spacing w:val="-3"/>
                <w:sz w:val="16"/>
              </w:rPr>
              <w:t xml:space="preserve"> </w:t>
            </w:r>
            <w:r w:rsidRPr="00E85698">
              <w:rPr>
                <w:sz w:val="16"/>
              </w:rPr>
              <w:t>орфограммы;</w:t>
            </w:r>
          </w:p>
          <w:p w:rsidR="003147F9" w:rsidRPr="00E85698" w:rsidRDefault="003147F9" w:rsidP="00A047B0">
            <w:pPr>
              <w:pStyle w:val="TableParagraph"/>
              <w:spacing w:before="1" w:line="247" w:lineRule="auto"/>
              <w:ind w:left="64" w:right="460"/>
              <w:rPr>
                <w:sz w:val="16"/>
              </w:rPr>
            </w:pPr>
            <w:r w:rsidRPr="00E85698">
              <w:rPr>
                <w:sz w:val="16"/>
              </w:rPr>
              <w:t>Применять знания по орфографии в практике</w:t>
            </w:r>
            <w:r w:rsidRPr="00E85698">
              <w:rPr>
                <w:spacing w:val="1"/>
                <w:sz w:val="16"/>
              </w:rPr>
              <w:t xml:space="preserve"> </w:t>
            </w:r>
            <w:r w:rsidRPr="00E85698">
              <w:rPr>
                <w:sz w:val="16"/>
              </w:rPr>
              <w:t>правописания (в том числе применять знания о</w:t>
            </w:r>
            <w:r w:rsidRPr="00E85698">
              <w:rPr>
                <w:spacing w:val="-37"/>
                <w:sz w:val="16"/>
              </w:rPr>
              <w:t xml:space="preserve"> </w:t>
            </w:r>
            <w:r w:rsidRPr="00E85698">
              <w:rPr>
                <w:sz w:val="16"/>
              </w:rPr>
              <w:t>правописании</w:t>
            </w:r>
            <w:r w:rsidRPr="00E85698">
              <w:rPr>
                <w:spacing w:val="3"/>
                <w:sz w:val="16"/>
              </w:rPr>
              <w:t xml:space="preserve"> </w:t>
            </w:r>
            <w:r w:rsidRPr="00E85698">
              <w:rPr>
                <w:sz w:val="16"/>
              </w:rPr>
              <w:t>разделительных</w:t>
            </w:r>
            <w:r w:rsidRPr="00E85698">
              <w:rPr>
                <w:spacing w:val="6"/>
                <w:sz w:val="16"/>
              </w:rPr>
              <w:t xml:space="preserve"> </w:t>
            </w:r>
            <w:r w:rsidRPr="00E85698">
              <w:rPr>
                <w:sz w:val="16"/>
              </w:rPr>
              <w:t>ъ</w:t>
            </w:r>
            <w:r w:rsidRPr="00E85698">
              <w:rPr>
                <w:spacing w:val="3"/>
                <w:sz w:val="16"/>
              </w:rPr>
              <w:t xml:space="preserve"> </w:t>
            </w:r>
            <w:r w:rsidRPr="00E85698">
              <w:rPr>
                <w:sz w:val="16"/>
              </w:rPr>
              <w:t>и</w:t>
            </w:r>
            <w:r w:rsidRPr="00E85698">
              <w:rPr>
                <w:spacing w:val="3"/>
                <w:sz w:val="16"/>
              </w:rPr>
              <w:t xml:space="preserve"> </w:t>
            </w:r>
            <w:r w:rsidRPr="00E85698">
              <w:rPr>
                <w:sz w:val="16"/>
              </w:rPr>
              <w:t>ь);</w:t>
            </w:r>
            <w:r w:rsidRPr="00E85698">
              <w:rPr>
                <w:spacing w:val="1"/>
                <w:sz w:val="16"/>
              </w:rPr>
              <w:t xml:space="preserve"> </w:t>
            </w:r>
            <w:r w:rsidRPr="00E85698">
              <w:rPr>
                <w:sz w:val="16"/>
              </w:rPr>
              <w:t>Находить и</w:t>
            </w:r>
            <w:r w:rsidRPr="00E85698">
              <w:rPr>
                <w:spacing w:val="-3"/>
                <w:sz w:val="16"/>
              </w:rPr>
              <w:t xml:space="preserve"> </w:t>
            </w:r>
            <w:r w:rsidRPr="00E85698">
              <w:rPr>
                <w:sz w:val="16"/>
              </w:rPr>
              <w:t>использовать</w:t>
            </w:r>
            <w:r w:rsidRPr="00E85698">
              <w:rPr>
                <w:spacing w:val="-2"/>
                <w:sz w:val="16"/>
              </w:rPr>
              <w:t xml:space="preserve"> </w:t>
            </w:r>
            <w:r w:rsidRPr="00E85698">
              <w:rPr>
                <w:sz w:val="16"/>
              </w:rPr>
              <w:t>необходимую</w:t>
            </w:r>
          </w:p>
          <w:p w:rsidR="003147F9" w:rsidRPr="00E85698" w:rsidRDefault="003147F9" w:rsidP="00A047B0">
            <w:pPr>
              <w:pStyle w:val="TableParagraph"/>
              <w:spacing w:before="8" w:line="182" w:lineRule="exact"/>
              <w:ind w:left="64"/>
              <w:rPr>
                <w:sz w:val="16"/>
              </w:rPr>
            </w:pPr>
            <w:r w:rsidRPr="00E85698">
              <w:rPr>
                <w:sz w:val="16"/>
              </w:rPr>
              <w:t>информацию;</w:t>
            </w:r>
          </w:p>
        </w:tc>
        <w:tc>
          <w:tcPr>
            <w:tcW w:w="1116" w:type="dxa"/>
          </w:tcPr>
          <w:p w:rsidR="003147F9" w:rsidRPr="00E85698" w:rsidRDefault="003147F9" w:rsidP="00A047B0">
            <w:pPr>
              <w:pStyle w:val="TableParagraph"/>
              <w:spacing w:before="33" w:line="280" w:lineRule="auto"/>
              <w:ind w:left="62" w:right="147"/>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ВПР;</w:t>
            </w:r>
          </w:p>
        </w:tc>
        <w:tc>
          <w:tcPr>
            <w:tcW w:w="3701" w:type="dxa"/>
          </w:tcPr>
          <w:p w:rsidR="003147F9" w:rsidRPr="00E85698" w:rsidRDefault="00942243" w:rsidP="00A047B0">
            <w:pPr>
              <w:pStyle w:val="TableParagraph"/>
              <w:spacing w:before="33"/>
              <w:ind w:left="58"/>
              <w:rPr>
                <w:sz w:val="16"/>
              </w:rPr>
            </w:pPr>
            <w:hyperlink r:id="rId7">
              <w:r w:rsidR="003147F9" w:rsidRPr="00E85698">
                <w:rPr>
                  <w:sz w:val="16"/>
                </w:rPr>
                <w:t>http://www.rosental-book.ru/</w:t>
              </w:r>
            </w:hyperlink>
          </w:p>
        </w:tc>
      </w:tr>
      <w:tr w:rsidR="003147F9" w:rsidRPr="00942243" w:rsidTr="00A047B0">
        <w:trPr>
          <w:trHeight w:val="4224"/>
        </w:trPr>
        <w:tc>
          <w:tcPr>
            <w:tcW w:w="468" w:type="dxa"/>
          </w:tcPr>
          <w:p w:rsidR="003147F9" w:rsidRPr="00E85698" w:rsidRDefault="003147F9" w:rsidP="00A047B0">
            <w:pPr>
              <w:pStyle w:val="TableParagraph"/>
              <w:spacing w:before="30"/>
              <w:ind w:right="82"/>
              <w:jc w:val="right"/>
              <w:rPr>
                <w:sz w:val="16"/>
              </w:rPr>
            </w:pPr>
            <w:r w:rsidRPr="00E85698">
              <w:rPr>
                <w:sz w:val="16"/>
              </w:rPr>
              <w:t>6.3.</w:t>
            </w:r>
          </w:p>
        </w:tc>
        <w:tc>
          <w:tcPr>
            <w:tcW w:w="2883" w:type="dxa"/>
          </w:tcPr>
          <w:p w:rsidR="003147F9" w:rsidRPr="00E85698" w:rsidRDefault="003147F9" w:rsidP="00A047B0">
            <w:pPr>
              <w:pStyle w:val="TableParagraph"/>
              <w:spacing w:before="30"/>
              <w:ind w:left="57"/>
              <w:rPr>
                <w:sz w:val="16"/>
              </w:rPr>
            </w:pPr>
            <w:r w:rsidRPr="00E85698">
              <w:rPr>
                <w:sz w:val="16"/>
              </w:rPr>
              <w:t>Лексикология</w:t>
            </w:r>
          </w:p>
        </w:tc>
        <w:tc>
          <w:tcPr>
            <w:tcW w:w="528" w:type="dxa"/>
          </w:tcPr>
          <w:p w:rsidR="003147F9" w:rsidRPr="00E85698" w:rsidRDefault="003147F9" w:rsidP="00A047B0">
            <w:pPr>
              <w:pStyle w:val="TableParagraph"/>
              <w:spacing w:before="30"/>
              <w:ind w:left="57"/>
              <w:rPr>
                <w:sz w:val="16"/>
              </w:rPr>
            </w:pPr>
            <w:r w:rsidRPr="00E85698">
              <w:rPr>
                <w:sz w:val="16"/>
              </w:rPr>
              <w:t>14</w:t>
            </w:r>
          </w:p>
        </w:tc>
        <w:tc>
          <w:tcPr>
            <w:tcW w:w="1107" w:type="dxa"/>
          </w:tcPr>
          <w:p w:rsidR="003147F9" w:rsidRPr="00E85698" w:rsidRDefault="003147F9" w:rsidP="00A047B0">
            <w:pPr>
              <w:pStyle w:val="TableParagraph"/>
              <w:spacing w:before="30"/>
              <w:ind w:left="57"/>
              <w:rPr>
                <w:sz w:val="16"/>
              </w:rPr>
            </w:pPr>
            <w:r w:rsidRPr="00E85698">
              <w:rPr>
                <w:sz w:val="16"/>
              </w:rPr>
              <w:t>0</w:t>
            </w:r>
          </w:p>
        </w:tc>
        <w:tc>
          <w:tcPr>
            <w:tcW w:w="1140" w:type="dxa"/>
          </w:tcPr>
          <w:p w:rsidR="003147F9" w:rsidRPr="00E85698" w:rsidRDefault="003147F9" w:rsidP="00A047B0">
            <w:pPr>
              <w:pStyle w:val="TableParagraph"/>
              <w:spacing w:before="30"/>
              <w:ind w:left="54"/>
              <w:rPr>
                <w:sz w:val="16"/>
              </w:rPr>
            </w:pPr>
            <w:r w:rsidRPr="00E85698">
              <w:rPr>
                <w:sz w:val="16"/>
              </w:rPr>
              <w:t>1</w:t>
            </w:r>
          </w:p>
        </w:tc>
        <w:tc>
          <w:tcPr>
            <w:tcW w:w="804" w:type="dxa"/>
          </w:tcPr>
          <w:p w:rsidR="003147F9" w:rsidRPr="00E85698" w:rsidRDefault="006C1B1D" w:rsidP="00A047B0">
            <w:pPr>
              <w:pStyle w:val="TableParagraph"/>
              <w:rPr>
                <w:sz w:val="16"/>
              </w:rPr>
            </w:pPr>
            <w:r>
              <w:rPr>
                <w:sz w:val="16"/>
              </w:rPr>
              <w:t>19.10-14.11</w:t>
            </w:r>
          </w:p>
        </w:tc>
        <w:tc>
          <w:tcPr>
            <w:tcW w:w="3761" w:type="dxa"/>
          </w:tcPr>
          <w:p w:rsidR="003147F9" w:rsidRPr="00E85698" w:rsidRDefault="003147F9" w:rsidP="00A047B0">
            <w:pPr>
              <w:pStyle w:val="TableParagraph"/>
              <w:spacing w:before="30" w:line="249" w:lineRule="auto"/>
              <w:ind w:left="59" w:right="6"/>
              <w:rPr>
                <w:sz w:val="16"/>
              </w:rPr>
            </w:pPr>
            <w:r w:rsidRPr="00E85698">
              <w:rPr>
                <w:sz w:val="16"/>
              </w:rPr>
              <w:t>Объяснять лексическое значение слова разными</w:t>
            </w:r>
            <w:r w:rsidRPr="00E85698">
              <w:rPr>
                <w:spacing w:val="1"/>
                <w:sz w:val="16"/>
              </w:rPr>
              <w:t xml:space="preserve"> </w:t>
            </w:r>
            <w:r w:rsidRPr="00E85698">
              <w:rPr>
                <w:sz w:val="16"/>
              </w:rPr>
              <w:t>способами (подбор однокоренных слов; подбор</w:t>
            </w:r>
            <w:r w:rsidRPr="00E85698">
              <w:rPr>
                <w:spacing w:val="1"/>
                <w:sz w:val="16"/>
              </w:rPr>
              <w:t xml:space="preserve"> </w:t>
            </w:r>
            <w:r w:rsidRPr="00E85698">
              <w:rPr>
                <w:sz w:val="16"/>
              </w:rPr>
              <w:t>синонимов и антонимов; определение значения слова</w:t>
            </w:r>
            <w:r w:rsidRPr="00E85698">
              <w:rPr>
                <w:spacing w:val="-37"/>
                <w:sz w:val="16"/>
              </w:rPr>
              <w:t xml:space="preserve"> </w:t>
            </w:r>
            <w:r w:rsidRPr="00E85698">
              <w:rPr>
                <w:sz w:val="16"/>
              </w:rPr>
              <w:t>по контексту, с помощью толкового словаря);</w:t>
            </w:r>
            <w:r w:rsidRPr="00E85698">
              <w:rPr>
                <w:spacing w:val="1"/>
                <w:sz w:val="16"/>
              </w:rPr>
              <w:t xml:space="preserve"> </w:t>
            </w:r>
            <w:r w:rsidRPr="00E85698">
              <w:rPr>
                <w:sz w:val="16"/>
              </w:rPr>
              <w:t>Распознавать однозначные и многозначные слова,</w:t>
            </w:r>
            <w:r w:rsidRPr="00E85698">
              <w:rPr>
                <w:spacing w:val="1"/>
                <w:sz w:val="16"/>
              </w:rPr>
              <w:t xml:space="preserve"> </w:t>
            </w:r>
            <w:r w:rsidRPr="00E85698">
              <w:rPr>
                <w:sz w:val="16"/>
              </w:rPr>
              <w:t>различать прямое и переносное значения слова;</w:t>
            </w:r>
            <w:r w:rsidRPr="00E85698">
              <w:rPr>
                <w:spacing w:val="1"/>
                <w:sz w:val="16"/>
              </w:rPr>
              <w:t xml:space="preserve"> </w:t>
            </w:r>
            <w:r w:rsidRPr="00E85698">
              <w:rPr>
                <w:sz w:val="16"/>
              </w:rPr>
              <w:t>Сравнивать прямое и переносное значения слова по</w:t>
            </w:r>
            <w:r w:rsidRPr="00E85698">
              <w:rPr>
                <w:spacing w:val="1"/>
                <w:sz w:val="16"/>
              </w:rPr>
              <w:t xml:space="preserve"> </w:t>
            </w:r>
            <w:r w:rsidRPr="00E85698">
              <w:rPr>
                <w:sz w:val="16"/>
              </w:rPr>
              <w:t>заданному</w:t>
            </w:r>
            <w:r w:rsidRPr="00E85698">
              <w:rPr>
                <w:spacing w:val="-4"/>
                <w:sz w:val="16"/>
              </w:rPr>
              <w:t xml:space="preserve"> </w:t>
            </w:r>
            <w:r w:rsidRPr="00E85698">
              <w:rPr>
                <w:sz w:val="16"/>
              </w:rPr>
              <w:t>признаку;</w:t>
            </w:r>
          </w:p>
          <w:p w:rsidR="003147F9" w:rsidRPr="00E85698" w:rsidRDefault="003147F9" w:rsidP="00A047B0">
            <w:pPr>
              <w:pStyle w:val="TableParagraph"/>
              <w:spacing w:line="259" w:lineRule="auto"/>
              <w:ind w:left="59" w:right="366"/>
              <w:rPr>
                <w:sz w:val="16"/>
              </w:rPr>
            </w:pPr>
            <w:r w:rsidRPr="00E85698">
              <w:rPr>
                <w:sz w:val="16"/>
              </w:rPr>
              <w:t>Распознавать синонимы, антонимы, омонимы;</w:t>
            </w:r>
            <w:r w:rsidRPr="00E85698">
              <w:rPr>
                <w:spacing w:val="1"/>
                <w:sz w:val="16"/>
              </w:rPr>
              <w:t xml:space="preserve"> </w:t>
            </w:r>
            <w:r w:rsidRPr="00E85698">
              <w:rPr>
                <w:sz w:val="16"/>
              </w:rPr>
              <w:t>Различать многозначные слова и омонимы;</w:t>
            </w:r>
            <w:r w:rsidRPr="00E85698">
              <w:rPr>
                <w:spacing w:val="1"/>
                <w:sz w:val="16"/>
              </w:rPr>
              <w:t xml:space="preserve"> </w:t>
            </w:r>
            <w:r w:rsidRPr="00E85698">
              <w:rPr>
                <w:sz w:val="16"/>
              </w:rPr>
              <w:t>Уметь</w:t>
            </w:r>
            <w:r w:rsidRPr="00E85698">
              <w:rPr>
                <w:spacing w:val="-5"/>
                <w:sz w:val="16"/>
              </w:rPr>
              <w:t xml:space="preserve"> </w:t>
            </w:r>
            <w:r w:rsidRPr="00E85698">
              <w:rPr>
                <w:sz w:val="16"/>
              </w:rPr>
              <w:t>правильно</w:t>
            </w:r>
            <w:r w:rsidRPr="00E85698">
              <w:rPr>
                <w:spacing w:val="-7"/>
                <w:sz w:val="16"/>
              </w:rPr>
              <w:t xml:space="preserve"> </w:t>
            </w:r>
            <w:r w:rsidRPr="00E85698">
              <w:rPr>
                <w:sz w:val="16"/>
              </w:rPr>
              <w:t>употреблять</w:t>
            </w:r>
            <w:r w:rsidRPr="00E85698">
              <w:rPr>
                <w:spacing w:val="-4"/>
                <w:sz w:val="16"/>
              </w:rPr>
              <w:t xml:space="preserve"> </w:t>
            </w:r>
            <w:r w:rsidRPr="00E85698">
              <w:rPr>
                <w:sz w:val="16"/>
              </w:rPr>
              <w:t>слова-паронимы;</w:t>
            </w:r>
          </w:p>
          <w:p w:rsidR="003147F9" w:rsidRPr="00E85698" w:rsidRDefault="003147F9" w:rsidP="00A047B0">
            <w:pPr>
              <w:pStyle w:val="TableParagraph"/>
              <w:spacing w:line="254" w:lineRule="auto"/>
              <w:ind w:left="59" w:right="10"/>
              <w:rPr>
                <w:sz w:val="16"/>
              </w:rPr>
            </w:pPr>
            <w:r w:rsidRPr="00E85698">
              <w:rPr>
                <w:sz w:val="16"/>
              </w:rPr>
              <w:t>Характеризовать тематические группы слов, родовые</w:t>
            </w:r>
            <w:r w:rsidRPr="00E85698">
              <w:rPr>
                <w:spacing w:val="-37"/>
                <w:sz w:val="16"/>
              </w:rPr>
              <w:t xml:space="preserve"> </w:t>
            </w:r>
            <w:r w:rsidRPr="00E85698">
              <w:rPr>
                <w:sz w:val="16"/>
              </w:rPr>
              <w:t>и</w:t>
            </w:r>
            <w:r w:rsidRPr="00E85698">
              <w:rPr>
                <w:spacing w:val="-1"/>
                <w:sz w:val="16"/>
              </w:rPr>
              <w:t xml:space="preserve"> </w:t>
            </w:r>
            <w:r w:rsidRPr="00E85698">
              <w:rPr>
                <w:sz w:val="16"/>
              </w:rPr>
              <w:t>видовые</w:t>
            </w:r>
            <w:r w:rsidRPr="00E85698">
              <w:rPr>
                <w:spacing w:val="-2"/>
                <w:sz w:val="16"/>
              </w:rPr>
              <w:t xml:space="preserve"> </w:t>
            </w:r>
            <w:r w:rsidRPr="00E85698">
              <w:rPr>
                <w:sz w:val="16"/>
              </w:rPr>
              <w:t>понятия;</w:t>
            </w:r>
          </w:p>
          <w:p w:rsidR="003147F9" w:rsidRPr="00E85698" w:rsidRDefault="003147F9" w:rsidP="00A047B0">
            <w:pPr>
              <w:pStyle w:val="TableParagraph"/>
              <w:spacing w:line="228" w:lineRule="auto"/>
              <w:ind w:left="59" w:right="101"/>
              <w:rPr>
                <w:sz w:val="16"/>
              </w:rPr>
            </w:pPr>
            <w:r w:rsidRPr="00E85698">
              <w:rPr>
                <w:sz w:val="16"/>
              </w:rPr>
              <w:t>Находить основания для тематической группировки</w:t>
            </w:r>
            <w:r w:rsidRPr="00E85698">
              <w:rPr>
                <w:spacing w:val="-37"/>
                <w:sz w:val="16"/>
              </w:rPr>
              <w:t xml:space="preserve"> </w:t>
            </w:r>
            <w:r w:rsidRPr="00E85698">
              <w:rPr>
                <w:sz w:val="16"/>
              </w:rPr>
              <w:t>слов;</w:t>
            </w:r>
          </w:p>
          <w:p w:rsidR="003147F9" w:rsidRPr="00E85698" w:rsidRDefault="003147F9" w:rsidP="00A047B0">
            <w:pPr>
              <w:pStyle w:val="TableParagraph"/>
              <w:spacing w:line="314" w:lineRule="auto"/>
              <w:ind w:left="59" w:right="84"/>
              <w:rPr>
                <w:sz w:val="16"/>
              </w:rPr>
            </w:pPr>
            <w:r w:rsidRPr="00E85698">
              <w:rPr>
                <w:sz w:val="16"/>
              </w:rPr>
              <w:t>Группировать</w:t>
            </w:r>
            <w:r w:rsidRPr="00E85698">
              <w:rPr>
                <w:spacing w:val="-6"/>
                <w:sz w:val="16"/>
              </w:rPr>
              <w:t xml:space="preserve"> </w:t>
            </w:r>
            <w:r w:rsidRPr="00E85698">
              <w:rPr>
                <w:sz w:val="16"/>
              </w:rPr>
              <w:t>слова</w:t>
            </w:r>
            <w:r w:rsidRPr="00E85698">
              <w:rPr>
                <w:spacing w:val="-4"/>
                <w:sz w:val="16"/>
              </w:rPr>
              <w:t xml:space="preserve"> </w:t>
            </w:r>
            <w:r w:rsidRPr="00E85698">
              <w:rPr>
                <w:sz w:val="16"/>
              </w:rPr>
              <w:t>по</w:t>
            </w:r>
            <w:r w:rsidRPr="00E85698">
              <w:rPr>
                <w:spacing w:val="-5"/>
                <w:sz w:val="16"/>
              </w:rPr>
              <w:t xml:space="preserve"> </w:t>
            </w:r>
            <w:r w:rsidRPr="00E85698">
              <w:rPr>
                <w:sz w:val="16"/>
              </w:rPr>
              <w:t>тематическому</w:t>
            </w:r>
            <w:r w:rsidRPr="00E85698">
              <w:rPr>
                <w:spacing w:val="-8"/>
                <w:sz w:val="16"/>
              </w:rPr>
              <w:t xml:space="preserve"> </w:t>
            </w:r>
            <w:r w:rsidRPr="00E85698">
              <w:rPr>
                <w:sz w:val="16"/>
              </w:rPr>
              <w:t>признаку;</w:t>
            </w:r>
            <w:r w:rsidRPr="00E85698">
              <w:rPr>
                <w:spacing w:val="-37"/>
                <w:sz w:val="16"/>
              </w:rPr>
              <w:t xml:space="preserve"> </w:t>
            </w:r>
            <w:r w:rsidRPr="00E85698">
              <w:rPr>
                <w:sz w:val="16"/>
              </w:rPr>
              <w:t>Проводить</w:t>
            </w:r>
            <w:r w:rsidRPr="00E85698">
              <w:rPr>
                <w:spacing w:val="-2"/>
                <w:sz w:val="16"/>
              </w:rPr>
              <w:t xml:space="preserve"> </w:t>
            </w:r>
            <w:r w:rsidRPr="00E85698">
              <w:rPr>
                <w:sz w:val="16"/>
              </w:rPr>
              <w:t>лексический</w:t>
            </w:r>
            <w:r w:rsidRPr="00E85698">
              <w:rPr>
                <w:spacing w:val="-1"/>
                <w:sz w:val="16"/>
              </w:rPr>
              <w:t xml:space="preserve"> </w:t>
            </w:r>
            <w:r w:rsidRPr="00E85698">
              <w:rPr>
                <w:sz w:val="16"/>
              </w:rPr>
              <w:t>анализ</w:t>
            </w:r>
            <w:r w:rsidRPr="00E85698">
              <w:rPr>
                <w:spacing w:val="-1"/>
                <w:sz w:val="16"/>
              </w:rPr>
              <w:t xml:space="preserve"> </w:t>
            </w:r>
            <w:r w:rsidRPr="00E85698">
              <w:rPr>
                <w:sz w:val="16"/>
              </w:rPr>
              <w:t>слов;</w:t>
            </w:r>
          </w:p>
          <w:p w:rsidR="003147F9" w:rsidRPr="00E85698" w:rsidRDefault="003147F9" w:rsidP="00A047B0">
            <w:pPr>
              <w:pStyle w:val="TableParagraph"/>
              <w:spacing w:line="142" w:lineRule="exact"/>
              <w:ind w:left="59"/>
              <w:rPr>
                <w:sz w:val="16"/>
              </w:rPr>
            </w:pPr>
            <w:r w:rsidRPr="00E85698">
              <w:rPr>
                <w:sz w:val="16"/>
              </w:rPr>
              <w:t>Находить</w:t>
            </w:r>
            <w:r w:rsidRPr="00E85698">
              <w:rPr>
                <w:spacing w:val="-3"/>
                <w:sz w:val="16"/>
              </w:rPr>
              <w:t xml:space="preserve"> </w:t>
            </w:r>
            <w:r w:rsidRPr="00E85698">
              <w:rPr>
                <w:sz w:val="16"/>
              </w:rPr>
              <w:t>необходимую</w:t>
            </w:r>
            <w:r w:rsidRPr="00E85698">
              <w:rPr>
                <w:spacing w:val="-3"/>
                <w:sz w:val="16"/>
              </w:rPr>
              <w:t xml:space="preserve"> </w:t>
            </w:r>
            <w:r w:rsidRPr="00E85698">
              <w:rPr>
                <w:sz w:val="16"/>
              </w:rPr>
              <w:t>информацию</w:t>
            </w:r>
            <w:r w:rsidRPr="00E85698">
              <w:rPr>
                <w:spacing w:val="-4"/>
                <w:sz w:val="16"/>
              </w:rPr>
              <w:t xml:space="preserve"> </w:t>
            </w:r>
            <w:r w:rsidRPr="00E85698">
              <w:rPr>
                <w:sz w:val="16"/>
              </w:rPr>
              <w:t>в</w:t>
            </w:r>
            <w:r w:rsidRPr="00E85698">
              <w:rPr>
                <w:spacing w:val="-4"/>
                <w:sz w:val="16"/>
              </w:rPr>
              <w:t xml:space="preserve"> </w:t>
            </w:r>
            <w:r w:rsidRPr="00E85698">
              <w:rPr>
                <w:sz w:val="16"/>
              </w:rPr>
              <w:t>лексических</w:t>
            </w:r>
          </w:p>
          <w:p w:rsidR="003147F9" w:rsidRPr="00E85698" w:rsidRDefault="003147F9" w:rsidP="00A047B0">
            <w:pPr>
              <w:pStyle w:val="TableParagraph"/>
              <w:spacing w:before="1" w:line="259" w:lineRule="auto"/>
              <w:ind w:left="59" w:right="159"/>
              <w:rPr>
                <w:sz w:val="16"/>
              </w:rPr>
            </w:pPr>
            <w:r w:rsidRPr="00E85698">
              <w:rPr>
                <w:sz w:val="16"/>
              </w:rPr>
              <w:t>словарях разных видов (толковые словари, словари</w:t>
            </w:r>
            <w:r w:rsidRPr="00E85698">
              <w:rPr>
                <w:spacing w:val="-38"/>
                <w:sz w:val="16"/>
              </w:rPr>
              <w:t xml:space="preserve"> </w:t>
            </w:r>
            <w:r w:rsidRPr="00E85698">
              <w:rPr>
                <w:sz w:val="16"/>
              </w:rPr>
              <w:t>синонимов, антонимов, омонимов, паронимов) и</w:t>
            </w:r>
            <w:r w:rsidRPr="00E85698">
              <w:rPr>
                <w:spacing w:val="1"/>
                <w:sz w:val="16"/>
              </w:rPr>
              <w:t xml:space="preserve"> </w:t>
            </w:r>
            <w:r w:rsidRPr="00E85698">
              <w:rPr>
                <w:sz w:val="16"/>
              </w:rPr>
              <w:t>использовать её;</w:t>
            </w:r>
          </w:p>
        </w:tc>
        <w:tc>
          <w:tcPr>
            <w:tcW w:w="1116" w:type="dxa"/>
          </w:tcPr>
          <w:p w:rsidR="003147F9" w:rsidRPr="00E85698" w:rsidRDefault="003147F9" w:rsidP="00A047B0">
            <w:pPr>
              <w:pStyle w:val="TableParagraph"/>
              <w:spacing w:before="30"/>
              <w:ind w:left="57"/>
              <w:rPr>
                <w:sz w:val="16"/>
              </w:rPr>
            </w:pPr>
            <w:r w:rsidRPr="00E85698">
              <w:rPr>
                <w:sz w:val="16"/>
              </w:rPr>
              <w:t>Письменный</w:t>
            </w:r>
          </w:p>
          <w:p w:rsidR="003147F9" w:rsidRPr="00E85698" w:rsidRDefault="003147F9" w:rsidP="00A047B0">
            <w:pPr>
              <w:pStyle w:val="TableParagraph"/>
              <w:spacing w:before="51"/>
              <w:ind w:left="57" w:right="89"/>
              <w:rPr>
                <w:sz w:val="16"/>
              </w:rPr>
            </w:pP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Практическая</w:t>
            </w:r>
          </w:p>
          <w:p w:rsidR="003147F9" w:rsidRPr="00E85698" w:rsidRDefault="003147F9" w:rsidP="00A047B0">
            <w:pPr>
              <w:pStyle w:val="TableParagraph"/>
              <w:spacing w:before="55" w:line="259" w:lineRule="auto"/>
              <w:ind w:left="57" w:right="536"/>
              <w:rPr>
                <w:sz w:val="16"/>
              </w:rPr>
            </w:pPr>
            <w:r w:rsidRPr="00E85698">
              <w:rPr>
                <w:sz w:val="16"/>
              </w:rPr>
              <w:t>работа;</w:t>
            </w:r>
            <w:r w:rsidRPr="00E85698">
              <w:rPr>
                <w:spacing w:val="-37"/>
                <w:sz w:val="16"/>
              </w:rPr>
              <w:t xml:space="preserve"> </w:t>
            </w:r>
            <w:r w:rsidRPr="00E85698">
              <w:rPr>
                <w:sz w:val="16"/>
              </w:rPr>
              <w:t>ВПР;</w:t>
            </w:r>
          </w:p>
        </w:tc>
        <w:tc>
          <w:tcPr>
            <w:tcW w:w="3701" w:type="dxa"/>
          </w:tcPr>
          <w:p w:rsidR="003147F9" w:rsidRPr="00E85698" w:rsidRDefault="003147F9" w:rsidP="00A047B0">
            <w:pPr>
              <w:pStyle w:val="TableParagraph"/>
              <w:spacing w:before="30"/>
              <w:ind w:left="55"/>
              <w:rPr>
                <w:sz w:val="16"/>
                <w:lang w:val="en-US"/>
              </w:rPr>
            </w:pPr>
            <w:r w:rsidRPr="00E85698">
              <w:rPr>
                <w:sz w:val="16"/>
                <w:lang w:val="en-US"/>
              </w:rPr>
              <w:t>multiurok.ru</w:t>
            </w:r>
          </w:p>
          <w:p w:rsidR="003147F9" w:rsidRPr="00E85698" w:rsidRDefault="003147F9" w:rsidP="00A047B0">
            <w:pPr>
              <w:pStyle w:val="TableParagraph"/>
              <w:spacing w:before="15" w:line="259" w:lineRule="auto"/>
              <w:ind w:left="55" w:right="363"/>
              <w:rPr>
                <w:sz w:val="16"/>
                <w:lang w:val="en-US"/>
              </w:rPr>
            </w:pPr>
            <w:r w:rsidRPr="00E85698">
              <w:rPr>
                <w:spacing w:val="-1"/>
                <w:sz w:val="16"/>
                <w:lang w:val="en-US"/>
              </w:rPr>
              <w:t>https://multiurok.ru/files/urok-russkogho-iazyka-v-</w:t>
            </w:r>
            <w:r w:rsidRPr="00E85698">
              <w:rPr>
                <w:sz w:val="16"/>
                <w:lang w:val="en-US"/>
              </w:rPr>
              <w:t xml:space="preserve"> 5klassie-lieksikologhiia.html</w:t>
            </w:r>
            <w:r w:rsidRPr="00E85698">
              <w:rPr>
                <w:spacing w:val="34"/>
                <w:sz w:val="16"/>
                <w:lang w:val="en-US"/>
              </w:rPr>
              <w:t xml:space="preserve"> </w:t>
            </w:r>
            <w:r w:rsidRPr="00E85698">
              <w:rPr>
                <w:sz w:val="16"/>
                <w:lang w:val="en-US"/>
              </w:rPr>
              <w:t>rus5-vpr.sdamgia.ru</w:t>
            </w:r>
          </w:p>
        </w:tc>
      </w:tr>
      <w:tr w:rsidR="003147F9" w:rsidRPr="00E85698" w:rsidTr="00A047B0">
        <w:trPr>
          <w:trHeight w:val="2496"/>
        </w:trPr>
        <w:tc>
          <w:tcPr>
            <w:tcW w:w="468" w:type="dxa"/>
          </w:tcPr>
          <w:p w:rsidR="003147F9" w:rsidRPr="00E85698" w:rsidRDefault="003147F9" w:rsidP="00A047B0">
            <w:pPr>
              <w:pStyle w:val="TableParagraph"/>
              <w:spacing w:before="30"/>
              <w:ind w:right="82"/>
              <w:jc w:val="right"/>
              <w:rPr>
                <w:sz w:val="16"/>
              </w:rPr>
            </w:pPr>
            <w:r w:rsidRPr="00E85698">
              <w:rPr>
                <w:sz w:val="16"/>
              </w:rPr>
              <w:t>6.4.</w:t>
            </w:r>
          </w:p>
        </w:tc>
        <w:tc>
          <w:tcPr>
            <w:tcW w:w="2883" w:type="dxa"/>
          </w:tcPr>
          <w:p w:rsidR="003147F9" w:rsidRPr="00E85698" w:rsidRDefault="003147F9" w:rsidP="00A047B0">
            <w:pPr>
              <w:pStyle w:val="TableParagraph"/>
              <w:spacing w:before="30"/>
              <w:ind w:left="57"/>
              <w:rPr>
                <w:sz w:val="16"/>
              </w:rPr>
            </w:pPr>
            <w:proofErr w:type="spellStart"/>
            <w:r w:rsidRPr="00E85698">
              <w:rPr>
                <w:sz w:val="16"/>
              </w:rPr>
              <w:t>Морфемика</w:t>
            </w:r>
            <w:proofErr w:type="spellEnd"/>
            <w:r w:rsidRPr="00E85698">
              <w:rPr>
                <w:sz w:val="16"/>
              </w:rPr>
              <w:t>.</w:t>
            </w:r>
            <w:r w:rsidRPr="00E85698">
              <w:rPr>
                <w:spacing w:val="-4"/>
                <w:sz w:val="16"/>
              </w:rPr>
              <w:t xml:space="preserve"> </w:t>
            </w:r>
            <w:r w:rsidRPr="00E85698">
              <w:rPr>
                <w:sz w:val="16"/>
              </w:rPr>
              <w:t>Орфография</w:t>
            </w:r>
          </w:p>
        </w:tc>
        <w:tc>
          <w:tcPr>
            <w:tcW w:w="528" w:type="dxa"/>
          </w:tcPr>
          <w:p w:rsidR="003147F9" w:rsidRPr="00E85698" w:rsidRDefault="003147F9" w:rsidP="00A047B0">
            <w:pPr>
              <w:pStyle w:val="TableParagraph"/>
              <w:spacing w:before="30"/>
              <w:ind w:left="57"/>
              <w:rPr>
                <w:sz w:val="16"/>
              </w:rPr>
            </w:pPr>
            <w:r w:rsidRPr="00E85698">
              <w:rPr>
                <w:sz w:val="16"/>
              </w:rPr>
              <w:t>12</w:t>
            </w:r>
          </w:p>
        </w:tc>
        <w:tc>
          <w:tcPr>
            <w:tcW w:w="1107" w:type="dxa"/>
          </w:tcPr>
          <w:p w:rsidR="003147F9" w:rsidRPr="00E85698" w:rsidRDefault="003147F9" w:rsidP="00A047B0">
            <w:pPr>
              <w:pStyle w:val="TableParagraph"/>
              <w:spacing w:before="30"/>
              <w:ind w:left="57"/>
              <w:rPr>
                <w:sz w:val="16"/>
              </w:rPr>
            </w:pPr>
            <w:r w:rsidRPr="00E85698">
              <w:rPr>
                <w:sz w:val="16"/>
              </w:rPr>
              <w:t>1</w:t>
            </w:r>
          </w:p>
        </w:tc>
        <w:tc>
          <w:tcPr>
            <w:tcW w:w="1140" w:type="dxa"/>
          </w:tcPr>
          <w:p w:rsidR="003147F9" w:rsidRPr="00E85698" w:rsidRDefault="003147F9" w:rsidP="00A047B0">
            <w:pPr>
              <w:pStyle w:val="TableParagraph"/>
              <w:spacing w:before="30"/>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15.11-30.11</w:t>
            </w:r>
          </w:p>
        </w:tc>
        <w:tc>
          <w:tcPr>
            <w:tcW w:w="3761" w:type="dxa"/>
          </w:tcPr>
          <w:p w:rsidR="003147F9" w:rsidRPr="00E85698" w:rsidRDefault="003147F9" w:rsidP="00A047B0">
            <w:pPr>
              <w:pStyle w:val="TableParagraph"/>
              <w:tabs>
                <w:tab w:val="left" w:pos="1459"/>
                <w:tab w:val="left" w:pos="2316"/>
                <w:tab w:val="left" w:pos="2788"/>
              </w:tabs>
              <w:spacing w:before="30" w:line="244" w:lineRule="auto"/>
              <w:ind w:left="59"/>
              <w:rPr>
                <w:sz w:val="16"/>
              </w:rPr>
            </w:pPr>
            <w:r w:rsidRPr="00E85698">
              <w:rPr>
                <w:sz w:val="16"/>
              </w:rPr>
              <w:t>Характеризовать</w:t>
            </w:r>
            <w:r w:rsidRPr="00E85698">
              <w:rPr>
                <w:sz w:val="16"/>
              </w:rPr>
              <w:tab/>
              <w:t>морфему</w:t>
            </w:r>
            <w:r w:rsidRPr="00E85698">
              <w:rPr>
                <w:sz w:val="16"/>
              </w:rPr>
              <w:tab/>
              <w:t>как</w:t>
            </w:r>
            <w:r w:rsidRPr="00E85698">
              <w:rPr>
                <w:sz w:val="16"/>
              </w:rPr>
              <w:tab/>
            </w:r>
            <w:r w:rsidRPr="00E85698">
              <w:rPr>
                <w:spacing w:val="-1"/>
                <w:sz w:val="16"/>
              </w:rPr>
              <w:t>минимальную</w:t>
            </w:r>
            <w:r w:rsidRPr="00E85698">
              <w:rPr>
                <w:spacing w:val="-37"/>
                <w:sz w:val="16"/>
              </w:rPr>
              <w:t xml:space="preserve"> </w:t>
            </w:r>
            <w:r w:rsidRPr="00E85698">
              <w:rPr>
                <w:sz w:val="16"/>
              </w:rPr>
              <w:t>значимую</w:t>
            </w:r>
            <w:r w:rsidRPr="00E85698">
              <w:rPr>
                <w:spacing w:val="-1"/>
                <w:sz w:val="16"/>
              </w:rPr>
              <w:t xml:space="preserve"> </w:t>
            </w:r>
            <w:r w:rsidRPr="00E85698">
              <w:rPr>
                <w:sz w:val="16"/>
              </w:rPr>
              <w:t>единицу</w:t>
            </w:r>
            <w:r w:rsidRPr="00E85698">
              <w:rPr>
                <w:spacing w:val="-3"/>
                <w:sz w:val="16"/>
              </w:rPr>
              <w:t xml:space="preserve"> </w:t>
            </w:r>
            <w:r w:rsidRPr="00E85698">
              <w:rPr>
                <w:sz w:val="16"/>
              </w:rPr>
              <w:t>языка;</w:t>
            </w:r>
          </w:p>
          <w:p w:rsidR="003147F9" w:rsidRPr="00E85698" w:rsidRDefault="003147F9" w:rsidP="00A047B0">
            <w:pPr>
              <w:pStyle w:val="TableParagraph"/>
              <w:spacing w:before="2" w:line="244" w:lineRule="auto"/>
              <w:ind w:left="59" w:right="187"/>
              <w:rPr>
                <w:sz w:val="16"/>
              </w:rPr>
            </w:pPr>
            <w:r w:rsidRPr="00E85698">
              <w:rPr>
                <w:sz w:val="16"/>
              </w:rPr>
              <w:t>Распознавать</w:t>
            </w:r>
            <w:r w:rsidRPr="00E85698">
              <w:rPr>
                <w:spacing w:val="-5"/>
                <w:sz w:val="16"/>
              </w:rPr>
              <w:t xml:space="preserve"> </w:t>
            </w:r>
            <w:r w:rsidRPr="00E85698">
              <w:rPr>
                <w:sz w:val="16"/>
              </w:rPr>
              <w:t>морфемы</w:t>
            </w:r>
            <w:r w:rsidRPr="00E85698">
              <w:rPr>
                <w:spacing w:val="-4"/>
                <w:sz w:val="16"/>
              </w:rPr>
              <w:t xml:space="preserve"> </w:t>
            </w:r>
            <w:r w:rsidRPr="00E85698">
              <w:rPr>
                <w:sz w:val="16"/>
              </w:rPr>
              <w:t>в</w:t>
            </w:r>
            <w:r w:rsidRPr="00E85698">
              <w:rPr>
                <w:spacing w:val="-4"/>
                <w:sz w:val="16"/>
              </w:rPr>
              <w:t xml:space="preserve"> </w:t>
            </w:r>
            <w:r w:rsidRPr="00E85698">
              <w:rPr>
                <w:sz w:val="16"/>
              </w:rPr>
              <w:t>слове</w:t>
            </w:r>
            <w:r w:rsidRPr="00E85698">
              <w:rPr>
                <w:spacing w:val="-6"/>
                <w:sz w:val="16"/>
              </w:rPr>
              <w:t xml:space="preserve"> </w:t>
            </w:r>
            <w:r w:rsidRPr="00E85698">
              <w:rPr>
                <w:sz w:val="16"/>
              </w:rPr>
              <w:t>(корень,</w:t>
            </w:r>
            <w:r w:rsidRPr="00E85698">
              <w:rPr>
                <w:spacing w:val="-3"/>
                <w:sz w:val="16"/>
              </w:rPr>
              <w:t xml:space="preserve"> </w:t>
            </w:r>
            <w:r w:rsidRPr="00E85698">
              <w:rPr>
                <w:sz w:val="16"/>
              </w:rPr>
              <w:t>приставку,</w:t>
            </w:r>
            <w:r w:rsidRPr="00E85698">
              <w:rPr>
                <w:spacing w:val="-37"/>
                <w:sz w:val="16"/>
              </w:rPr>
              <w:t xml:space="preserve"> </w:t>
            </w:r>
            <w:r w:rsidRPr="00E85698">
              <w:rPr>
                <w:sz w:val="16"/>
              </w:rPr>
              <w:t>суффикс, окончание), выделять основу слова;</w:t>
            </w:r>
            <w:r w:rsidRPr="00E85698">
              <w:rPr>
                <w:spacing w:val="1"/>
                <w:sz w:val="16"/>
              </w:rPr>
              <w:t xml:space="preserve"> </w:t>
            </w:r>
            <w:r w:rsidRPr="00E85698">
              <w:rPr>
                <w:sz w:val="16"/>
              </w:rPr>
              <w:t>Определять чередование звуков в морфемах (в том</w:t>
            </w:r>
            <w:r w:rsidRPr="00E85698">
              <w:rPr>
                <w:spacing w:val="-37"/>
                <w:sz w:val="16"/>
              </w:rPr>
              <w:t xml:space="preserve"> </w:t>
            </w:r>
            <w:r w:rsidRPr="00E85698">
              <w:rPr>
                <w:sz w:val="16"/>
              </w:rPr>
              <w:t>числе чередование гласных с нулём звука);</w:t>
            </w:r>
            <w:r w:rsidRPr="00E85698">
              <w:rPr>
                <w:spacing w:val="1"/>
                <w:sz w:val="16"/>
              </w:rPr>
              <w:t xml:space="preserve"> </w:t>
            </w:r>
            <w:r w:rsidRPr="00E85698">
              <w:rPr>
                <w:sz w:val="16"/>
              </w:rPr>
              <w:t>Проводить</w:t>
            </w:r>
            <w:r w:rsidRPr="00E85698">
              <w:rPr>
                <w:spacing w:val="-2"/>
                <w:sz w:val="16"/>
              </w:rPr>
              <w:t xml:space="preserve"> </w:t>
            </w:r>
            <w:r w:rsidRPr="00E85698">
              <w:rPr>
                <w:sz w:val="16"/>
              </w:rPr>
              <w:t>морфемный</w:t>
            </w:r>
            <w:r w:rsidRPr="00E85698">
              <w:rPr>
                <w:spacing w:val="1"/>
                <w:sz w:val="16"/>
              </w:rPr>
              <w:t xml:space="preserve"> </w:t>
            </w:r>
            <w:r w:rsidRPr="00E85698">
              <w:rPr>
                <w:sz w:val="16"/>
              </w:rPr>
              <w:t>анализ</w:t>
            </w:r>
            <w:r w:rsidRPr="00E85698">
              <w:rPr>
                <w:spacing w:val="-2"/>
                <w:sz w:val="16"/>
              </w:rPr>
              <w:t xml:space="preserve"> </w:t>
            </w:r>
            <w:r w:rsidRPr="00E85698">
              <w:rPr>
                <w:sz w:val="16"/>
              </w:rPr>
              <w:t>слов;</w:t>
            </w:r>
          </w:p>
          <w:p w:rsidR="003147F9" w:rsidRPr="00E85698" w:rsidRDefault="003147F9" w:rsidP="00A047B0">
            <w:pPr>
              <w:pStyle w:val="TableParagraph"/>
              <w:spacing w:before="15" w:line="259" w:lineRule="auto"/>
              <w:ind w:left="59" w:right="76"/>
              <w:rPr>
                <w:sz w:val="16"/>
              </w:rPr>
            </w:pPr>
            <w:r w:rsidRPr="00E85698">
              <w:rPr>
                <w:sz w:val="16"/>
              </w:rPr>
              <w:t xml:space="preserve">Применять знания по </w:t>
            </w:r>
            <w:proofErr w:type="spellStart"/>
            <w:r w:rsidRPr="00E85698">
              <w:rPr>
                <w:sz w:val="16"/>
              </w:rPr>
              <w:t>морфемике</w:t>
            </w:r>
            <w:proofErr w:type="spellEnd"/>
            <w:r w:rsidRPr="00E85698">
              <w:rPr>
                <w:sz w:val="16"/>
              </w:rPr>
              <w:t xml:space="preserve"> при выполнении</w:t>
            </w:r>
            <w:r w:rsidRPr="00E85698">
              <w:rPr>
                <w:spacing w:val="1"/>
                <w:sz w:val="16"/>
              </w:rPr>
              <w:t xml:space="preserve"> </w:t>
            </w:r>
            <w:r w:rsidRPr="00E85698">
              <w:rPr>
                <w:sz w:val="16"/>
              </w:rPr>
              <w:t>языкового анализа различных видов и в практике</w:t>
            </w:r>
            <w:r w:rsidRPr="00E85698">
              <w:rPr>
                <w:spacing w:val="1"/>
                <w:sz w:val="16"/>
              </w:rPr>
              <w:t xml:space="preserve"> </w:t>
            </w:r>
            <w:r w:rsidRPr="00E85698">
              <w:rPr>
                <w:sz w:val="16"/>
              </w:rPr>
              <w:t>правописания слов с изученными орфограммами;</w:t>
            </w:r>
            <w:r w:rsidRPr="00E85698">
              <w:rPr>
                <w:spacing w:val="1"/>
                <w:sz w:val="16"/>
              </w:rPr>
              <w:t xml:space="preserve"> </w:t>
            </w:r>
            <w:r w:rsidRPr="00E85698">
              <w:rPr>
                <w:sz w:val="16"/>
              </w:rPr>
              <w:t>Уместно использовать слова с суффиксами оценки в</w:t>
            </w:r>
            <w:r w:rsidRPr="00E85698">
              <w:rPr>
                <w:spacing w:val="-37"/>
                <w:sz w:val="16"/>
              </w:rPr>
              <w:t xml:space="preserve"> </w:t>
            </w:r>
            <w:r w:rsidRPr="00E85698">
              <w:rPr>
                <w:sz w:val="16"/>
              </w:rPr>
              <w:t>собственной</w:t>
            </w:r>
            <w:r w:rsidRPr="00E85698">
              <w:rPr>
                <w:spacing w:val="-3"/>
                <w:sz w:val="16"/>
              </w:rPr>
              <w:t xml:space="preserve"> </w:t>
            </w:r>
            <w:r w:rsidRPr="00E85698">
              <w:rPr>
                <w:sz w:val="16"/>
              </w:rPr>
              <w:t>речи;</w:t>
            </w:r>
          </w:p>
        </w:tc>
        <w:tc>
          <w:tcPr>
            <w:tcW w:w="1116" w:type="dxa"/>
          </w:tcPr>
          <w:p w:rsidR="003147F9" w:rsidRPr="00E85698" w:rsidRDefault="003147F9" w:rsidP="00A047B0">
            <w:pPr>
              <w:pStyle w:val="TableParagraph"/>
              <w:spacing w:before="30"/>
              <w:ind w:left="57"/>
              <w:rPr>
                <w:sz w:val="16"/>
              </w:rPr>
            </w:pPr>
            <w:r w:rsidRPr="00E85698">
              <w:rPr>
                <w:sz w:val="16"/>
              </w:rPr>
              <w:t>Письменный</w:t>
            </w:r>
          </w:p>
          <w:p w:rsidR="003147F9" w:rsidRPr="00E85698" w:rsidRDefault="003147F9" w:rsidP="00A047B0">
            <w:pPr>
              <w:pStyle w:val="TableParagraph"/>
              <w:spacing w:before="53" w:line="237" w:lineRule="auto"/>
              <w:ind w:left="57" w:right="164"/>
              <w:rPr>
                <w:sz w:val="16"/>
              </w:rPr>
            </w:pP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Контрольная</w:t>
            </w:r>
            <w:r w:rsidRPr="00E85698">
              <w:rPr>
                <w:spacing w:val="-37"/>
                <w:sz w:val="16"/>
              </w:rPr>
              <w:t xml:space="preserve"> </w:t>
            </w:r>
            <w:r w:rsidRPr="00E85698">
              <w:rPr>
                <w:sz w:val="16"/>
              </w:rPr>
              <w:t>работа;</w:t>
            </w:r>
            <w:r w:rsidRPr="00E85698">
              <w:rPr>
                <w:spacing w:val="1"/>
                <w:sz w:val="16"/>
              </w:rPr>
              <w:t xml:space="preserve"> </w:t>
            </w:r>
            <w:r w:rsidRPr="00E85698">
              <w:rPr>
                <w:sz w:val="16"/>
              </w:rPr>
              <w:t>ВПР;</w:t>
            </w:r>
          </w:p>
        </w:tc>
        <w:tc>
          <w:tcPr>
            <w:tcW w:w="3701" w:type="dxa"/>
          </w:tcPr>
          <w:p w:rsidR="003147F9" w:rsidRPr="00E85698" w:rsidRDefault="003147F9" w:rsidP="00A047B0">
            <w:pPr>
              <w:pStyle w:val="TableParagraph"/>
              <w:spacing w:before="30"/>
              <w:ind w:left="55"/>
              <w:rPr>
                <w:sz w:val="16"/>
              </w:rPr>
            </w:pPr>
            <w:r w:rsidRPr="00E85698">
              <w:rPr>
                <w:sz w:val="16"/>
              </w:rPr>
              <w:t>resh.edu.ru</w:t>
            </w:r>
            <w:r w:rsidRPr="00E85698">
              <w:rPr>
                <w:spacing w:val="39"/>
                <w:sz w:val="16"/>
              </w:rPr>
              <w:t xml:space="preserve"> </w:t>
            </w:r>
            <w:r w:rsidRPr="00E85698">
              <w:rPr>
                <w:sz w:val="16"/>
              </w:rPr>
              <w:t>rus5-vpr.sdamgia.ru</w:t>
            </w:r>
          </w:p>
        </w:tc>
      </w:tr>
      <w:tr w:rsidR="003147F9" w:rsidRPr="00E85698" w:rsidTr="00A047B0">
        <w:trPr>
          <w:trHeight w:val="381"/>
        </w:trPr>
        <w:tc>
          <w:tcPr>
            <w:tcW w:w="3351" w:type="dxa"/>
            <w:gridSpan w:val="2"/>
          </w:tcPr>
          <w:p w:rsidR="003147F9" w:rsidRPr="00E85698" w:rsidRDefault="003147F9" w:rsidP="00A047B0">
            <w:pPr>
              <w:pStyle w:val="TableParagraph"/>
              <w:spacing w:before="30"/>
              <w:ind w:left="59"/>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0"/>
              <w:ind w:left="57"/>
              <w:rPr>
                <w:sz w:val="16"/>
              </w:rPr>
            </w:pPr>
            <w:r w:rsidRPr="00E85698">
              <w:rPr>
                <w:sz w:val="16"/>
              </w:rPr>
              <w:t>34</w:t>
            </w:r>
          </w:p>
        </w:tc>
        <w:tc>
          <w:tcPr>
            <w:tcW w:w="11629" w:type="dxa"/>
            <w:gridSpan w:val="6"/>
          </w:tcPr>
          <w:p w:rsidR="003147F9" w:rsidRPr="00E85698" w:rsidRDefault="003147F9" w:rsidP="00A047B0">
            <w:pPr>
              <w:pStyle w:val="TableParagraph"/>
              <w:rPr>
                <w:sz w:val="16"/>
              </w:rPr>
            </w:pPr>
          </w:p>
        </w:tc>
      </w:tr>
      <w:tr w:rsidR="003147F9" w:rsidRPr="00E85698" w:rsidTr="00A047B0">
        <w:trPr>
          <w:trHeight w:val="383"/>
        </w:trPr>
        <w:tc>
          <w:tcPr>
            <w:tcW w:w="15508" w:type="dxa"/>
            <w:gridSpan w:val="9"/>
          </w:tcPr>
          <w:p w:rsidR="003147F9" w:rsidRPr="00E85698" w:rsidRDefault="003147F9" w:rsidP="00A047B0">
            <w:pPr>
              <w:pStyle w:val="TableParagraph"/>
              <w:spacing w:before="35"/>
              <w:ind w:left="59"/>
              <w:rPr>
                <w:b/>
                <w:sz w:val="16"/>
              </w:rPr>
            </w:pPr>
            <w:r w:rsidRPr="00E85698">
              <w:rPr>
                <w:b/>
                <w:sz w:val="16"/>
              </w:rPr>
              <w:t>Раздел</w:t>
            </w:r>
            <w:r w:rsidRPr="00E85698">
              <w:rPr>
                <w:b/>
                <w:spacing w:val="-3"/>
                <w:sz w:val="16"/>
              </w:rPr>
              <w:t xml:space="preserve"> </w:t>
            </w:r>
            <w:r w:rsidRPr="00E85698">
              <w:rPr>
                <w:b/>
                <w:sz w:val="16"/>
              </w:rPr>
              <w:t>7.</w:t>
            </w:r>
            <w:r w:rsidRPr="00E85698">
              <w:rPr>
                <w:b/>
                <w:spacing w:val="-1"/>
                <w:sz w:val="16"/>
              </w:rPr>
              <w:t xml:space="preserve"> </w:t>
            </w:r>
            <w:r w:rsidRPr="00E85698">
              <w:rPr>
                <w:b/>
                <w:sz w:val="16"/>
              </w:rPr>
              <w:t>МОРФОЛОГИЯ.</w:t>
            </w:r>
            <w:r w:rsidRPr="00E85698">
              <w:rPr>
                <w:b/>
                <w:spacing w:val="-3"/>
                <w:sz w:val="16"/>
              </w:rPr>
              <w:t xml:space="preserve"> </w:t>
            </w:r>
            <w:r w:rsidRPr="00E85698">
              <w:rPr>
                <w:b/>
                <w:sz w:val="16"/>
              </w:rPr>
              <w:t>КУЛЬТУРА</w:t>
            </w:r>
            <w:r w:rsidRPr="00E85698">
              <w:rPr>
                <w:b/>
                <w:spacing w:val="-3"/>
                <w:sz w:val="16"/>
              </w:rPr>
              <w:t xml:space="preserve"> </w:t>
            </w:r>
            <w:r w:rsidRPr="00E85698">
              <w:rPr>
                <w:b/>
                <w:sz w:val="16"/>
              </w:rPr>
              <w:t>РЕЧИ.</w:t>
            </w:r>
            <w:r w:rsidRPr="00E85698">
              <w:rPr>
                <w:b/>
                <w:spacing w:val="-3"/>
                <w:sz w:val="16"/>
              </w:rPr>
              <w:t xml:space="preserve"> </w:t>
            </w:r>
            <w:r w:rsidRPr="00E85698">
              <w:rPr>
                <w:b/>
                <w:sz w:val="16"/>
              </w:rPr>
              <w:t>ОРФОГРАФИЯ</w:t>
            </w:r>
          </w:p>
        </w:tc>
      </w:tr>
      <w:tr w:rsidR="003147F9" w:rsidRPr="00E85698" w:rsidTr="00A047B0">
        <w:trPr>
          <w:trHeight w:val="1615"/>
        </w:trPr>
        <w:tc>
          <w:tcPr>
            <w:tcW w:w="468" w:type="dxa"/>
          </w:tcPr>
          <w:p w:rsidR="003147F9" w:rsidRPr="00E85698" w:rsidRDefault="003147F9" w:rsidP="00A047B0">
            <w:pPr>
              <w:pStyle w:val="TableParagraph"/>
              <w:spacing w:before="30"/>
              <w:ind w:right="82"/>
              <w:jc w:val="right"/>
              <w:rPr>
                <w:sz w:val="16"/>
              </w:rPr>
            </w:pPr>
            <w:r w:rsidRPr="00E85698">
              <w:rPr>
                <w:sz w:val="16"/>
              </w:rPr>
              <w:t>7.1.</w:t>
            </w:r>
          </w:p>
        </w:tc>
        <w:tc>
          <w:tcPr>
            <w:tcW w:w="2883" w:type="dxa"/>
          </w:tcPr>
          <w:p w:rsidR="003147F9" w:rsidRPr="00E85698" w:rsidRDefault="003147F9" w:rsidP="00A047B0">
            <w:pPr>
              <w:pStyle w:val="TableParagraph"/>
              <w:spacing w:before="30"/>
              <w:ind w:left="57"/>
              <w:rPr>
                <w:sz w:val="16"/>
              </w:rPr>
            </w:pPr>
            <w:r w:rsidRPr="00E85698">
              <w:rPr>
                <w:sz w:val="16"/>
              </w:rPr>
              <w:t>Морфология</w:t>
            </w:r>
            <w:r w:rsidRPr="00E85698">
              <w:rPr>
                <w:spacing w:val="-4"/>
                <w:sz w:val="16"/>
              </w:rPr>
              <w:t xml:space="preserve"> </w:t>
            </w:r>
            <w:r w:rsidRPr="00E85698">
              <w:rPr>
                <w:sz w:val="16"/>
              </w:rPr>
              <w:t>как</w:t>
            </w:r>
            <w:r w:rsidRPr="00E85698">
              <w:rPr>
                <w:spacing w:val="-5"/>
                <w:sz w:val="16"/>
              </w:rPr>
              <w:t xml:space="preserve"> </w:t>
            </w:r>
            <w:r w:rsidRPr="00E85698">
              <w:rPr>
                <w:sz w:val="16"/>
              </w:rPr>
              <w:t>раздел</w:t>
            </w:r>
            <w:r w:rsidRPr="00E85698">
              <w:rPr>
                <w:spacing w:val="-6"/>
                <w:sz w:val="16"/>
              </w:rPr>
              <w:t xml:space="preserve"> </w:t>
            </w:r>
            <w:r w:rsidRPr="00E85698">
              <w:rPr>
                <w:sz w:val="16"/>
              </w:rPr>
              <w:t>лингвистики</w:t>
            </w:r>
          </w:p>
        </w:tc>
        <w:tc>
          <w:tcPr>
            <w:tcW w:w="528" w:type="dxa"/>
          </w:tcPr>
          <w:p w:rsidR="003147F9" w:rsidRPr="00E85698" w:rsidRDefault="003147F9" w:rsidP="00A047B0">
            <w:pPr>
              <w:pStyle w:val="TableParagraph"/>
              <w:spacing w:before="30"/>
              <w:ind w:left="57"/>
              <w:rPr>
                <w:sz w:val="16"/>
              </w:rPr>
            </w:pPr>
            <w:r w:rsidRPr="00E85698">
              <w:rPr>
                <w:sz w:val="16"/>
              </w:rPr>
              <w:t>1</w:t>
            </w:r>
          </w:p>
        </w:tc>
        <w:tc>
          <w:tcPr>
            <w:tcW w:w="1107" w:type="dxa"/>
          </w:tcPr>
          <w:p w:rsidR="003147F9" w:rsidRPr="00E85698" w:rsidRDefault="003147F9" w:rsidP="00A047B0">
            <w:pPr>
              <w:pStyle w:val="TableParagraph"/>
              <w:spacing w:before="30"/>
              <w:ind w:left="57"/>
              <w:rPr>
                <w:sz w:val="16"/>
              </w:rPr>
            </w:pPr>
            <w:r w:rsidRPr="00E85698">
              <w:rPr>
                <w:sz w:val="16"/>
              </w:rPr>
              <w:t>0</w:t>
            </w:r>
          </w:p>
        </w:tc>
        <w:tc>
          <w:tcPr>
            <w:tcW w:w="1140" w:type="dxa"/>
          </w:tcPr>
          <w:p w:rsidR="003147F9" w:rsidRPr="00E85698" w:rsidRDefault="003147F9" w:rsidP="00A047B0">
            <w:pPr>
              <w:pStyle w:val="TableParagraph"/>
              <w:spacing w:before="30"/>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1.12</w:t>
            </w:r>
          </w:p>
        </w:tc>
        <w:tc>
          <w:tcPr>
            <w:tcW w:w="3761" w:type="dxa"/>
          </w:tcPr>
          <w:p w:rsidR="003147F9" w:rsidRPr="00E85698" w:rsidRDefault="003147F9" w:rsidP="00A047B0">
            <w:pPr>
              <w:pStyle w:val="TableParagraph"/>
              <w:spacing w:before="157" w:line="247" w:lineRule="auto"/>
              <w:ind w:left="59" w:right="455"/>
              <w:rPr>
                <w:sz w:val="16"/>
              </w:rPr>
            </w:pPr>
            <w:r w:rsidRPr="00E85698">
              <w:rPr>
                <w:sz w:val="16"/>
              </w:rPr>
              <w:t>Анализировать и характеризовать особенности</w:t>
            </w:r>
            <w:r w:rsidRPr="00E85698">
              <w:rPr>
                <w:spacing w:val="-38"/>
                <w:sz w:val="16"/>
              </w:rPr>
              <w:t xml:space="preserve"> </w:t>
            </w:r>
            <w:r w:rsidRPr="00E85698">
              <w:rPr>
                <w:sz w:val="16"/>
              </w:rPr>
              <w:t>грамматического значения слова в отличие от</w:t>
            </w:r>
            <w:r w:rsidRPr="00E85698">
              <w:rPr>
                <w:spacing w:val="1"/>
                <w:sz w:val="16"/>
              </w:rPr>
              <w:t xml:space="preserve"> </w:t>
            </w:r>
            <w:r w:rsidRPr="00E85698">
              <w:rPr>
                <w:sz w:val="16"/>
              </w:rPr>
              <w:t>лексического;</w:t>
            </w:r>
          </w:p>
          <w:p w:rsidR="003147F9" w:rsidRPr="00E85698" w:rsidRDefault="003147F9" w:rsidP="00A047B0">
            <w:pPr>
              <w:pStyle w:val="TableParagraph"/>
              <w:spacing w:line="242" w:lineRule="auto"/>
              <w:ind w:left="59" w:right="84"/>
              <w:rPr>
                <w:sz w:val="16"/>
              </w:rPr>
            </w:pPr>
            <w:r w:rsidRPr="00E85698">
              <w:rPr>
                <w:sz w:val="16"/>
              </w:rPr>
              <w:t>Распознавать самостоятельные (знаменательные)</w:t>
            </w:r>
            <w:r w:rsidRPr="00E85698">
              <w:rPr>
                <w:spacing w:val="1"/>
                <w:sz w:val="16"/>
              </w:rPr>
              <w:t xml:space="preserve"> </w:t>
            </w:r>
            <w:r w:rsidRPr="00E85698">
              <w:rPr>
                <w:sz w:val="16"/>
              </w:rPr>
              <w:t>части речи и их формы в рамках изученного;</w:t>
            </w:r>
            <w:r w:rsidRPr="00E85698">
              <w:rPr>
                <w:spacing w:val="1"/>
                <w:sz w:val="16"/>
              </w:rPr>
              <w:t xml:space="preserve"> </w:t>
            </w:r>
            <w:r w:rsidRPr="00E85698">
              <w:rPr>
                <w:sz w:val="16"/>
              </w:rPr>
              <w:t>служебные части речи; междометия,</w:t>
            </w:r>
            <w:r w:rsidRPr="00E85698">
              <w:rPr>
                <w:spacing w:val="1"/>
                <w:sz w:val="16"/>
              </w:rPr>
              <w:t xml:space="preserve"> </w:t>
            </w:r>
            <w:r w:rsidRPr="00E85698">
              <w:rPr>
                <w:sz w:val="16"/>
              </w:rPr>
              <w:t>звукоподражательные</w:t>
            </w:r>
            <w:r w:rsidRPr="00E85698">
              <w:rPr>
                <w:spacing w:val="-7"/>
                <w:sz w:val="16"/>
              </w:rPr>
              <w:t xml:space="preserve"> </w:t>
            </w:r>
            <w:r w:rsidRPr="00E85698">
              <w:rPr>
                <w:sz w:val="16"/>
              </w:rPr>
              <w:t>слова</w:t>
            </w:r>
            <w:r w:rsidRPr="00E85698">
              <w:rPr>
                <w:spacing w:val="-7"/>
                <w:sz w:val="16"/>
              </w:rPr>
              <w:t xml:space="preserve"> </w:t>
            </w:r>
            <w:r w:rsidRPr="00E85698">
              <w:rPr>
                <w:sz w:val="16"/>
              </w:rPr>
              <w:t>(общее</w:t>
            </w:r>
            <w:r w:rsidRPr="00E85698">
              <w:rPr>
                <w:spacing w:val="-7"/>
                <w:sz w:val="16"/>
              </w:rPr>
              <w:t xml:space="preserve"> </w:t>
            </w:r>
            <w:r w:rsidRPr="00E85698">
              <w:rPr>
                <w:sz w:val="16"/>
              </w:rPr>
              <w:t>представление);</w:t>
            </w:r>
          </w:p>
        </w:tc>
        <w:tc>
          <w:tcPr>
            <w:tcW w:w="1116" w:type="dxa"/>
          </w:tcPr>
          <w:p w:rsidR="003147F9" w:rsidRPr="00E85698" w:rsidRDefault="003147F9" w:rsidP="00A047B0">
            <w:pPr>
              <w:pStyle w:val="TableParagraph"/>
              <w:spacing w:before="30"/>
              <w:ind w:left="57"/>
              <w:rPr>
                <w:sz w:val="16"/>
              </w:rPr>
            </w:pPr>
            <w:r w:rsidRPr="00E85698">
              <w:rPr>
                <w:sz w:val="16"/>
              </w:rPr>
              <w:t>Письменный</w:t>
            </w:r>
          </w:p>
          <w:p w:rsidR="003147F9" w:rsidRPr="00E85698" w:rsidRDefault="003147F9" w:rsidP="00A047B0">
            <w:pPr>
              <w:pStyle w:val="TableParagraph"/>
              <w:spacing w:before="52" w:line="259" w:lineRule="auto"/>
              <w:ind w:left="57" w:right="363"/>
              <w:rPr>
                <w:sz w:val="16"/>
              </w:rPr>
            </w:pPr>
            <w:r w:rsidRPr="00E85698">
              <w:rPr>
                <w:sz w:val="16"/>
              </w:rPr>
              <w:t>контроль;</w:t>
            </w:r>
            <w:r w:rsidRPr="00E85698">
              <w:rPr>
                <w:spacing w:val="-37"/>
                <w:sz w:val="16"/>
              </w:rPr>
              <w:t xml:space="preserve"> </w:t>
            </w:r>
            <w:r w:rsidRPr="00E85698">
              <w:rPr>
                <w:sz w:val="16"/>
              </w:rPr>
              <w:t>Устный</w:t>
            </w:r>
            <w:r w:rsidRPr="00E85698">
              <w:rPr>
                <w:spacing w:val="1"/>
                <w:sz w:val="16"/>
              </w:rPr>
              <w:t xml:space="preserve"> </w:t>
            </w:r>
            <w:r w:rsidRPr="00E85698">
              <w:rPr>
                <w:sz w:val="16"/>
              </w:rPr>
              <w:t>опрос;</w:t>
            </w:r>
          </w:p>
        </w:tc>
        <w:tc>
          <w:tcPr>
            <w:tcW w:w="3701" w:type="dxa"/>
          </w:tcPr>
          <w:p w:rsidR="003147F9" w:rsidRPr="00E85698" w:rsidRDefault="003147F9" w:rsidP="00A047B0">
            <w:pPr>
              <w:pStyle w:val="TableParagraph"/>
              <w:spacing w:before="30"/>
              <w:ind w:left="55"/>
              <w:rPr>
                <w:sz w:val="16"/>
              </w:rPr>
            </w:pPr>
            <w:r w:rsidRPr="00E85698">
              <w:rPr>
                <w:sz w:val="16"/>
              </w:rPr>
              <w:t>https://russkiiyazyk.ru/morfologiya</w:t>
            </w:r>
          </w:p>
        </w:tc>
      </w:tr>
    </w:tbl>
    <w:p w:rsidR="003147F9" w:rsidRPr="00E85698" w:rsidRDefault="003147F9" w:rsidP="003147F9">
      <w:pPr>
        <w:rPr>
          <w:sz w:val="16"/>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3147F9" w:rsidRPr="00942243" w:rsidTr="00A047B0">
        <w:trPr>
          <w:trHeight w:val="5184"/>
        </w:trPr>
        <w:tc>
          <w:tcPr>
            <w:tcW w:w="468" w:type="dxa"/>
          </w:tcPr>
          <w:p w:rsidR="003147F9" w:rsidRPr="00E85698" w:rsidRDefault="003147F9" w:rsidP="00A047B0">
            <w:pPr>
              <w:pStyle w:val="TableParagraph"/>
              <w:spacing w:before="30"/>
              <w:ind w:right="106"/>
              <w:jc w:val="right"/>
              <w:rPr>
                <w:sz w:val="16"/>
              </w:rPr>
            </w:pPr>
            <w:r w:rsidRPr="00E85698">
              <w:rPr>
                <w:sz w:val="16"/>
              </w:rPr>
              <w:lastRenderedPageBreak/>
              <w:t>7.2.</w:t>
            </w:r>
          </w:p>
        </w:tc>
        <w:tc>
          <w:tcPr>
            <w:tcW w:w="2883" w:type="dxa"/>
          </w:tcPr>
          <w:p w:rsidR="003147F9" w:rsidRPr="00E85698" w:rsidRDefault="003147F9" w:rsidP="00A047B0">
            <w:pPr>
              <w:pStyle w:val="TableParagraph"/>
              <w:spacing w:before="30"/>
              <w:ind w:left="57"/>
              <w:rPr>
                <w:sz w:val="16"/>
              </w:rPr>
            </w:pPr>
            <w:r w:rsidRPr="00E85698">
              <w:rPr>
                <w:sz w:val="16"/>
              </w:rPr>
              <w:t>Имя</w:t>
            </w:r>
            <w:r w:rsidRPr="00E85698">
              <w:rPr>
                <w:spacing w:val="-4"/>
                <w:sz w:val="16"/>
              </w:rPr>
              <w:t xml:space="preserve"> </w:t>
            </w:r>
            <w:r w:rsidRPr="00E85698">
              <w:rPr>
                <w:sz w:val="16"/>
              </w:rPr>
              <w:t>существительное</w:t>
            </w:r>
          </w:p>
        </w:tc>
        <w:tc>
          <w:tcPr>
            <w:tcW w:w="528" w:type="dxa"/>
          </w:tcPr>
          <w:p w:rsidR="003147F9" w:rsidRPr="00E85698" w:rsidRDefault="003147F9" w:rsidP="00A047B0">
            <w:pPr>
              <w:pStyle w:val="TableParagraph"/>
              <w:spacing w:before="30"/>
              <w:ind w:left="57"/>
              <w:rPr>
                <w:sz w:val="16"/>
              </w:rPr>
            </w:pPr>
            <w:r w:rsidRPr="00E85698">
              <w:rPr>
                <w:sz w:val="16"/>
              </w:rPr>
              <w:t>24</w:t>
            </w:r>
          </w:p>
        </w:tc>
        <w:tc>
          <w:tcPr>
            <w:tcW w:w="1107" w:type="dxa"/>
          </w:tcPr>
          <w:p w:rsidR="003147F9" w:rsidRPr="00E85698" w:rsidRDefault="003147F9" w:rsidP="00A047B0">
            <w:pPr>
              <w:pStyle w:val="TableParagraph"/>
              <w:spacing w:before="30"/>
              <w:ind w:left="57"/>
              <w:rPr>
                <w:sz w:val="16"/>
              </w:rPr>
            </w:pPr>
            <w:r w:rsidRPr="00E85698">
              <w:rPr>
                <w:sz w:val="16"/>
              </w:rPr>
              <w:t>1</w:t>
            </w:r>
          </w:p>
        </w:tc>
        <w:tc>
          <w:tcPr>
            <w:tcW w:w="1140" w:type="dxa"/>
          </w:tcPr>
          <w:p w:rsidR="003147F9" w:rsidRPr="00E85698" w:rsidRDefault="003147F9" w:rsidP="00A047B0">
            <w:pPr>
              <w:pStyle w:val="TableParagraph"/>
              <w:spacing w:before="30"/>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2.12-13.12</w:t>
            </w:r>
          </w:p>
        </w:tc>
        <w:tc>
          <w:tcPr>
            <w:tcW w:w="3761" w:type="dxa"/>
          </w:tcPr>
          <w:p w:rsidR="003147F9" w:rsidRPr="00E85698" w:rsidRDefault="003147F9" w:rsidP="00A047B0">
            <w:pPr>
              <w:pStyle w:val="TableParagraph"/>
              <w:spacing w:before="11"/>
              <w:rPr>
                <w:b/>
                <w:sz w:val="19"/>
              </w:rPr>
            </w:pPr>
          </w:p>
          <w:p w:rsidR="003147F9" w:rsidRPr="00E85698" w:rsidRDefault="003147F9" w:rsidP="00A047B0">
            <w:pPr>
              <w:pStyle w:val="TableParagraph"/>
              <w:spacing w:line="252" w:lineRule="auto"/>
              <w:ind w:left="59" w:right="-13"/>
              <w:rPr>
                <w:sz w:val="16"/>
              </w:rPr>
            </w:pPr>
            <w:r w:rsidRPr="00E85698">
              <w:rPr>
                <w:sz w:val="16"/>
              </w:rPr>
              <w:t>Определять и характеризовать общее грамматическое</w:t>
            </w:r>
            <w:r w:rsidRPr="00E85698">
              <w:rPr>
                <w:spacing w:val="-38"/>
                <w:sz w:val="16"/>
              </w:rPr>
              <w:t xml:space="preserve"> </w:t>
            </w:r>
            <w:r w:rsidRPr="00E85698">
              <w:rPr>
                <w:sz w:val="16"/>
              </w:rPr>
              <w:t>значение, морфологические признаки и</w:t>
            </w:r>
            <w:r w:rsidRPr="00E85698">
              <w:rPr>
                <w:spacing w:val="1"/>
                <w:sz w:val="16"/>
              </w:rPr>
              <w:t xml:space="preserve"> </w:t>
            </w:r>
            <w:r w:rsidRPr="00E85698">
              <w:rPr>
                <w:sz w:val="16"/>
              </w:rPr>
              <w:t>синтаксические функции имени существительного;</w:t>
            </w:r>
            <w:r w:rsidRPr="00E85698">
              <w:rPr>
                <w:spacing w:val="1"/>
                <w:sz w:val="16"/>
              </w:rPr>
              <w:t xml:space="preserve"> </w:t>
            </w:r>
            <w:r w:rsidRPr="00E85698">
              <w:rPr>
                <w:sz w:val="16"/>
              </w:rPr>
              <w:t>Объяснять роль имени существительного в речи;</w:t>
            </w:r>
            <w:r w:rsidRPr="00E85698">
              <w:rPr>
                <w:spacing w:val="1"/>
                <w:sz w:val="16"/>
              </w:rPr>
              <w:t xml:space="preserve"> </w:t>
            </w:r>
            <w:r w:rsidRPr="00E85698">
              <w:rPr>
                <w:sz w:val="16"/>
              </w:rPr>
              <w:t>Определять и</w:t>
            </w:r>
            <w:r w:rsidRPr="00E85698">
              <w:rPr>
                <w:spacing w:val="-1"/>
                <w:sz w:val="16"/>
              </w:rPr>
              <w:t xml:space="preserve"> </w:t>
            </w:r>
            <w:r w:rsidRPr="00E85698">
              <w:rPr>
                <w:sz w:val="16"/>
              </w:rPr>
              <w:t>характеризовать</w:t>
            </w:r>
            <w:r w:rsidRPr="00E85698">
              <w:rPr>
                <w:spacing w:val="1"/>
                <w:sz w:val="16"/>
              </w:rPr>
              <w:t xml:space="preserve"> </w:t>
            </w:r>
            <w:r w:rsidRPr="00E85698">
              <w:rPr>
                <w:sz w:val="16"/>
              </w:rPr>
              <w:t>лексико-</w:t>
            </w:r>
            <w:r w:rsidRPr="00E85698">
              <w:rPr>
                <w:spacing w:val="1"/>
                <w:sz w:val="16"/>
              </w:rPr>
              <w:t xml:space="preserve"> </w:t>
            </w:r>
            <w:r w:rsidRPr="00E85698">
              <w:rPr>
                <w:sz w:val="16"/>
              </w:rPr>
              <w:t>грамматические разряды имён существительных по</w:t>
            </w:r>
            <w:r w:rsidRPr="00E85698">
              <w:rPr>
                <w:spacing w:val="1"/>
                <w:sz w:val="16"/>
              </w:rPr>
              <w:t xml:space="preserve"> </w:t>
            </w:r>
            <w:r w:rsidRPr="00E85698">
              <w:rPr>
                <w:sz w:val="16"/>
              </w:rPr>
              <w:t>значению, имена существительные собственные и</w:t>
            </w:r>
            <w:r w:rsidRPr="00E85698">
              <w:rPr>
                <w:spacing w:val="1"/>
                <w:sz w:val="16"/>
              </w:rPr>
              <w:t xml:space="preserve"> </w:t>
            </w:r>
            <w:r w:rsidRPr="00E85698">
              <w:rPr>
                <w:sz w:val="16"/>
              </w:rPr>
              <w:t>нарицательные; имена существительные</w:t>
            </w:r>
            <w:r w:rsidRPr="00E85698">
              <w:rPr>
                <w:spacing w:val="1"/>
                <w:sz w:val="16"/>
              </w:rPr>
              <w:t xml:space="preserve"> </w:t>
            </w:r>
            <w:r w:rsidRPr="00E85698">
              <w:rPr>
                <w:sz w:val="16"/>
              </w:rPr>
              <w:t>одушевлённые</w:t>
            </w:r>
            <w:r w:rsidRPr="00E85698">
              <w:rPr>
                <w:spacing w:val="-3"/>
                <w:sz w:val="16"/>
              </w:rPr>
              <w:t xml:space="preserve"> </w:t>
            </w:r>
            <w:r w:rsidRPr="00E85698">
              <w:rPr>
                <w:sz w:val="16"/>
              </w:rPr>
              <w:t>и неодушевлённые;</w:t>
            </w:r>
          </w:p>
          <w:p w:rsidR="003147F9" w:rsidRPr="00E85698" w:rsidRDefault="003147F9" w:rsidP="00A047B0">
            <w:pPr>
              <w:pStyle w:val="TableParagraph"/>
              <w:spacing w:line="244" w:lineRule="auto"/>
              <w:ind w:left="59" w:right="188"/>
              <w:jc w:val="both"/>
              <w:rPr>
                <w:sz w:val="16"/>
              </w:rPr>
            </w:pPr>
            <w:r w:rsidRPr="00E85698">
              <w:rPr>
                <w:sz w:val="16"/>
              </w:rPr>
              <w:t>Различать типы склонения имён существительных;</w:t>
            </w:r>
            <w:r w:rsidRPr="00E85698">
              <w:rPr>
                <w:spacing w:val="-37"/>
                <w:sz w:val="16"/>
              </w:rPr>
              <w:t xml:space="preserve"> </w:t>
            </w:r>
            <w:r w:rsidRPr="00E85698">
              <w:rPr>
                <w:sz w:val="16"/>
              </w:rPr>
              <w:t>Выявлять разносклоняемые и несклоняемые имена</w:t>
            </w:r>
            <w:r w:rsidRPr="00E85698">
              <w:rPr>
                <w:spacing w:val="-37"/>
                <w:sz w:val="16"/>
              </w:rPr>
              <w:t xml:space="preserve"> </w:t>
            </w:r>
            <w:r w:rsidRPr="00E85698">
              <w:rPr>
                <w:sz w:val="16"/>
              </w:rPr>
              <w:t>существительные;</w:t>
            </w:r>
          </w:p>
          <w:p w:rsidR="003147F9" w:rsidRPr="00E85698" w:rsidRDefault="003147F9" w:rsidP="00A047B0">
            <w:pPr>
              <w:pStyle w:val="TableParagraph"/>
              <w:spacing w:line="235" w:lineRule="auto"/>
              <w:ind w:left="59" w:right="182"/>
              <w:jc w:val="both"/>
              <w:rPr>
                <w:sz w:val="16"/>
              </w:rPr>
            </w:pPr>
            <w:r w:rsidRPr="00E85698">
              <w:rPr>
                <w:sz w:val="16"/>
              </w:rPr>
              <w:t>Определять род, число, падеж, тип склонения имён</w:t>
            </w:r>
            <w:r w:rsidRPr="00E85698">
              <w:rPr>
                <w:spacing w:val="-38"/>
                <w:sz w:val="16"/>
              </w:rPr>
              <w:t xml:space="preserve"> </w:t>
            </w:r>
            <w:r w:rsidRPr="00E85698">
              <w:rPr>
                <w:sz w:val="16"/>
              </w:rPr>
              <w:t>существительных;</w:t>
            </w:r>
          </w:p>
          <w:p w:rsidR="003147F9" w:rsidRPr="00E85698" w:rsidRDefault="003147F9" w:rsidP="00A047B0">
            <w:pPr>
              <w:pStyle w:val="TableParagraph"/>
              <w:ind w:left="59" w:right="122"/>
              <w:jc w:val="both"/>
              <w:rPr>
                <w:sz w:val="16"/>
              </w:rPr>
            </w:pPr>
            <w:r w:rsidRPr="00E85698">
              <w:rPr>
                <w:sz w:val="16"/>
              </w:rPr>
              <w:t>Группировать имена существительные по заданным</w:t>
            </w:r>
            <w:r w:rsidRPr="00E85698">
              <w:rPr>
                <w:spacing w:val="-37"/>
                <w:sz w:val="16"/>
              </w:rPr>
              <w:t xml:space="preserve"> </w:t>
            </w:r>
            <w:r w:rsidRPr="00E85698">
              <w:rPr>
                <w:sz w:val="16"/>
              </w:rPr>
              <w:t>морфологическим</w:t>
            </w:r>
            <w:r w:rsidRPr="00E85698">
              <w:rPr>
                <w:spacing w:val="-1"/>
                <w:sz w:val="16"/>
              </w:rPr>
              <w:t xml:space="preserve"> </w:t>
            </w:r>
            <w:r w:rsidRPr="00E85698">
              <w:rPr>
                <w:sz w:val="16"/>
              </w:rPr>
              <w:t>признакам;</w:t>
            </w:r>
          </w:p>
          <w:p w:rsidR="003147F9" w:rsidRPr="00E85698" w:rsidRDefault="003147F9" w:rsidP="00A047B0">
            <w:pPr>
              <w:pStyle w:val="TableParagraph"/>
              <w:spacing w:line="247" w:lineRule="auto"/>
              <w:ind w:left="59" w:right="806"/>
              <w:rPr>
                <w:sz w:val="16"/>
              </w:rPr>
            </w:pPr>
            <w:r w:rsidRPr="00E85698">
              <w:rPr>
                <w:sz w:val="16"/>
              </w:rPr>
              <w:t>Проводить</w:t>
            </w:r>
            <w:r w:rsidRPr="00E85698">
              <w:rPr>
                <w:spacing w:val="-6"/>
                <w:sz w:val="16"/>
              </w:rPr>
              <w:t xml:space="preserve"> </w:t>
            </w:r>
            <w:r w:rsidRPr="00E85698">
              <w:rPr>
                <w:sz w:val="16"/>
              </w:rPr>
              <w:t>морфологический</w:t>
            </w:r>
            <w:r w:rsidRPr="00E85698">
              <w:rPr>
                <w:spacing w:val="-6"/>
                <w:sz w:val="16"/>
              </w:rPr>
              <w:t xml:space="preserve"> </w:t>
            </w:r>
            <w:r w:rsidRPr="00E85698">
              <w:rPr>
                <w:sz w:val="16"/>
              </w:rPr>
              <w:t>анализ</w:t>
            </w:r>
            <w:r w:rsidRPr="00E85698">
              <w:rPr>
                <w:spacing w:val="-6"/>
                <w:sz w:val="16"/>
              </w:rPr>
              <w:t xml:space="preserve"> </w:t>
            </w:r>
            <w:r w:rsidRPr="00E85698">
              <w:rPr>
                <w:sz w:val="16"/>
              </w:rPr>
              <w:t>имён</w:t>
            </w:r>
            <w:r w:rsidRPr="00E85698">
              <w:rPr>
                <w:spacing w:val="-37"/>
                <w:sz w:val="16"/>
              </w:rPr>
              <w:t xml:space="preserve"> </w:t>
            </w:r>
            <w:r w:rsidRPr="00E85698">
              <w:rPr>
                <w:sz w:val="16"/>
              </w:rPr>
              <w:t>существительных;</w:t>
            </w:r>
          </w:p>
          <w:p w:rsidR="003147F9" w:rsidRPr="00E85698" w:rsidRDefault="003147F9" w:rsidP="00A047B0">
            <w:pPr>
              <w:pStyle w:val="TableParagraph"/>
              <w:spacing w:line="249" w:lineRule="auto"/>
              <w:ind w:left="59" w:right="38"/>
              <w:rPr>
                <w:sz w:val="16"/>
              </w:rPr>
            </w:pPr>
            <w:r w:rsidRPr="00E85698">
              <w:rPr>
                <w:sz w:val="16"/>
              </w:rPr>
              <w:t>Употреблять имена существительные в соответствии</w:t>
            </w:r>
            <w:r w:rsidRPr="00E85698">
              <w:rPr>
                <w:spacing w:val="-37"/>
                <w:sz w:val="16"/>
              </w:rPr>
              <w:t xml:space="preserve"> </w:t>
            </w:r>
            <w:r w:rsidRPr="00E85698">
              <w:rPr>
                <w:sz w:val="16"/>
              </w:rPr>
              <w:t>с нормами словоизменения, произношения,</w:t>
            </w:r>
            <w:r w:rsidRPr="00E85698">
              <w:rPr>
                <w:spacing w:val="1"/>
                <w:sz w:val="16"/>
              </w:rPr>
              <w:t xml:space="preserve"> </w:t>
            </w:r>
            <w:r w:rsidRPr="00E85698">
              <w:rPr>
                <w:sz w:val="16"/>
              </w:rPr>
              <w:t>постановки в них ударения (в рамках изученного),</w:t>
            </w:r>
            <w:r w:rsidRPr="00E85698">
              <w:rPr>
                <w:spacing w:val="1"/>
                <w:sz w:val="16"/>
              </w:rPr>
              <w:t xml:space="preserve"> </w:t>
            </w:r>
            <w:r w:rsidRPr="00E85698">
              <w:rPr>
                <w:sz w:val="16"/>
              </w:rPr>
              <w:t>употребления</w:t>
            </w:r>
            <w:r w:rsidRPr="00E85698">
              <w:rPr>
                <w:spacing w:val="-6"/>
                <w:sz w:val="16"/>
              </w:rPr>
              <w:t xml:space="preserve"> </w:t>
            </w:r>
            <w:r w:rsidRPr="00E85698">
              <w:rPr>
                <w:sz w:val="16"/>
              </w:rPr>
              <w:t>несклоняемых</w:t>
            </w:r>
            <w:r w:rsidRPr="00E85698">
              <w:rPr>
                <w:spacing w:val="-7"/>
                <w:sz w:val="16"/>
              </w:rPr>
              <w:t xml:space="preserve"> </w:t>
            </w:r>
            <w:r w:rsidRPr="00E85698">
              <w:rPr>
                <w:sz w:val="16"/>
              </w:rPr>
              <w:t>имён</w:t>
            </w:r>
            <w:r w:rsidRPr="00E85698">
              <w:rPr>
                <w:spacing w:val="-9"/>
                <w:sz w:val="16"/>
              </w:rPr>
              <w:t xml:space="preserve"> </w:t>
            </w:r>
            <w:r w:rsidRPr="00E85698">
              <w:rPr>
                <w:sz w:val="16"/>
              </w:rPr>
              <w:t>существительных,</w:t>
            </w:r>
            <w:r w:rsidRPr="00E85698">
              <w:rPr>
                <w:spacing w:val="-37"/>
                <w:sz w:val="16"/>
              </w:rPr>
              <w:t xml:space="preserve"> </w:t>
            </w:r>
            <w:r w:rsidRPr="00E85698">
              <w:rPr>
                <w:sz w:val="16"/>
              </w:rPr>
              <w:t>согласования прилагательного с существительным</w:t>
            </w:r>
            <w:r w:rsidRPr="00E85698">
              <w:rPr>
                <w:spacing w:val="1"/>
                <w:sz w:val="16"/>
              </w:rPr>
              <w:t xml:space="preserve"> </w:t>
            </w:r>
            <w:r w:rsidRPr="00E85698">
              <w:rPr>
                <w:sz w:val="16"/>
              </w:rPr>
              <w:t>общего</w:t>
            </w:r>
            <w:r w:rsidRPr="00E85698">
              <w:rPr>
                <w:spacing w:val="-2"/>
                <w:sz w:val="16"/>
              </w:rPr>
              <w:t xml:space="preserve"> </w:t>
            </w:r>
            <w:r w:rsidRPr="00E85698">
              <w:rPr>
                <w:sz w:val="16"/>
              </w:rPr>
              <w:t>рода;</w:t>
            </w:r>
          </w:p>
          <w:p w:rsidR="003147F9" w:rsidRPr="00E85698" w:rsidRDefault="003147F9" w:rsidP="00A047B0">
            <w:pPr>
              <w:pStyle w:val="TableParagraph"/>
              <w:ind w:left="59"/>
              <w:rPr>
                <w:sz w:val="16"/>
              </w:rPr>
            </w:pPr>
            <w:r w:rsidRPr="00E85698">
              <w:rPr>
                <w:sz w:val="16"/>
              </w:rPr>
              <w:t>Применять</w:t>
            </w:r>
            <w:r w:rsidRPr="00E85698">
              <w:rPr>
                <w:spacing w:val="-4"/>
                <w:sz w:val="16"/>
              </w:rPr>
              <w:t xml:space="preserve"> </w:t>
            </w:r>
            <w:r w:rsidRPr="00E85698">
              <w:rPr>
                <w:sz w:val="16"/>
              </w:rPr>
              <w:t>нормы</w:t>
            </w:r>
            <w:r w:rsidRPr="00E85698">
              <w:rPr>
                <w:spacing w:val="-5"/>
                <w:sz w:val="16"/>
              </w:rPr>
              <w:t xml:space="preserve"> </w:t>
            </w:r>
            <w:r w:rsidRPr="00E85698">
              <w:rPr>
                <w:sz w:val="16"/>
              </w:rPr>
              <w:t>правописания</w:t>
            </w:r>
            <w:r w:rsidRPr="00E85698">
              <w:rPr>
                <w:spacing w:val="-5"/>
                <w:sz w:val="16"/>
              </w:rPr>
              <w:t xml:space="preserve"> </w:t>
            </w:r>
            <w:r w:rsidRPr="00E85698">
              <w:rPr>
                <w:sz w:val="16"/>
              </w:rPr>
              <w:t>имён</w:t>
            </w:r>
          </w:p>
          <w:p w:rsidR="003147F9" w:rsidRPr="00E85698" w:rsidRDefault="003147F9" w:rsidP="00A047B0">
            <w:pPr>
              <w:pStyle w:val="TableParagraph"/>
              <w:spacing w:before="14" w:line="180" w:lineRule="exact"/>
              <w:ind w:left="59"/>
              <w:rPr>
                <w:sz w:val="16"/>
              </w:rPr>
            </w:pPr>
            <w:r w:rsidRPr="00E85698">
              <w:rPr>
                <w:sz w:val="16"/>
              </w:rPr>
              <w:t>существительных</w:t>
            </w:r>
            <w:r w:rsidRPr="00E85698">
              <w:rPr>
                <w:spacing w:val="-7"/>
                <w:sz w:val="16"/>
              </w:rPr>
              <w:t xml:space="preserve"> </w:t>
            </w:r>
            <w:r w:rsidRPr="00E85698">
              <w:rPr>
                <w:sz w:val="16"/>
              </w:rPr>
              <w:t>с</w:t>
            </w:r>
            <w:r w:rsidRPr="00E85698">
              <w:rPr>
                <w:spacing w:val="-4"/>
                <w:sz w:val="16"/>
              </w:rPr>
              <w:t xml:space="preserve"> </w:t>
            </w:r>
            <w:r w:rsidRPr="00E85698">
              <w:rPr>
                <w:sz w:val="16"/>
              </w:rPr>
              <w:t>изученными</w:t>
            </w:r>
            <w:r w:rsidRPr="00E85698">
              <w:rPr>
                <w:spacing w:val="-5"/>
                <w:sz w:val="16"/>
              </w:rPr>
              <w:t xml:space="preserve"> </w:t>
            </w:r>
            <w:r w:rsidRPr="00E85698">
              <w:rPr>
                <w:sz w:val="16"/>
              </w:rPr>
              <w:t>орфограммами;</w:t>
            </w:r>
          </w:p>
        </w:tc>
        <w:tc>
          <w:tcPr>
            <w:tcW w:w="1116" w:type="dxa"/>
          </w:tcPr>
          <w:p w:rsidR="003147F9" w:rsidRPr="00E85698" w:rsidRDefault="003147F9" w:rsidP="00A047B0">
            <w:pPr>
              <w:pStyle w:val="TableParagraph"/>
              <w:spacing w:before="30" w:line="283" w:lineRule="auto"/>
              <w:ind w:left="57" w:right="152"/>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Устный</w:t>
            </w:r>
          </w:p>
          <w:p w:rsidR="003147F9" w:rsidRPr="00E85698" w:rsidRDefault="003147F9" w:rsidP="00A047B0">
            <w:pPr>
              <w:pStyle w:val="TableParagraph"/>
              <w:spacing w:line="167" w:lineRule="exact"/>
              <w:ind w:left="57"/>
              <w:rPr>
                <w:sz w:val="16"/>
              </w:rPr>
            </w:pPr>
            <w:r w:rsidRPr="00E85698">
              <w:rPr>
                <w:sz w:val="16"/>
              </w:rPr>
              <w:t>опрос;</w:t>
            </w:r>
          </w:p>
          <w:p w:rsidR="003147F9" w:rsidRPr="00E85698" w:rsidRDefault="003147F9" w:rsidP="00A047B0">
            <w:pPr>
              <w:pStyle w:val="TableParagraph"/>
              <w:spacing w:before="13"/>
              <w:ind w:left="57"/>
              <w:rPr>
                <w:sz w:val="16"/>
              </w:rPr>
            </w:pPr>
            <w:r w:rsidRPr="00E85698">
              <w:rPr>
                <w:sz w:val="16"/>
              </w:rPr>
              <w:t>Диктант;</w:t>
            </w:r>
          </w:p>
        </w:tc>
        <w:tc>
          <w:tcPr>
            <w:tcW w:w="3701" w:type="dxa"/>
          </w:tcPr>
          <w:p w:rsidR="003147F9" w:rsidRPr="00E85698" w:rsidRDefault="003147F9" w:rsidP="00A047B0">
            <w:pPr>
              <w:pStyle w:val="TableParagraph"/>
              <w:spacing w:before="30" w:line="259" w:lineRule="auto"/>
              <w:ind w:left="55"/>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https://resh.edu.ru/subject/lesson/7629/conspect/311747/</w:t>
            </w:r>
          </w:p>
        </w:tc>
      </w:tr>
      <w:tr w:rsidR="003147F9" w:rsidRPr="00942243" w:rsidTr="00A047B0">
        <w:trPr>
          <w:trHeight w:val="4978"/>
        </w:trPr>
        <w:tc>
          <w:tcPr>
            <w:tcW w:w="468" w:type="dxa"/>
          </w:tcPr>
          <w:p w:rsidR="003147F9" w:rsidRPr="00E85698" w:rsidRDefault="003147F9" w:rsidP="00A047B0">
            <w:pPr>
              <w:pStyle w:val="TableParagraph"/>
              <w:spacing w:before="33"/>
              <w:ind w:right="106"/>
              <w:jc w:val="right"/>
              <w:rPr>
                <w:sz w:val="16"/>
              </w:rPr>
            </w:pPr>
            <w:r w:rsidRPr="00E85698">
              <w:rPr>
                <w:sz w:val="16"/>
              </w:rPr>
              <w:t>7.3.</w:t>
            </w:r>
          </w:p>
        </w:tc>
        <w:tc>
          <w:tcPr>
            <w:tcW w:w="2883" w:type="dxa"/>
          </w:tcPr>
          <w:p w:rsidR="003147F9" w:rsidRPr="00E85698" w:rsidRDefault="003147F9" w:rsidP="00A047B0">
            <w:pPr>
              <w:pStyle w:val="TableParagraph"/>
              <w:spacing w:before="33"/>
              <w:ind w:left="57"/>
              <w:rPr>
                <w:sz w:val="16"/>
              </w:rPr>
            </w:pPr>
            <w:r w:rsidRPr="00E85698">
              <w:rPr>
                <w:sz w:val="16"/>
              </w:rPr>
              <w:t>Имя</w:t>
            </w:r>
            <w:r w:rsidRPr="00E85698">
              <w:rPr>
                <w:spacing w:val="-3"/>
                <w:sz w:val="16"/>
              </w:rPr>
              <w:t xml:space="preserve"> </w:t>
            </w:r>
            <w:r w:rsidRPr="00E85698">
              <w:rPr>
                <w:sz w:val="16"/>
              </w:rPr>
              <w:t>прилагательное</w:t>
            </w:r>
          </w:p>
        </w:tc>
        <w:tc>
          <w:tcPr>
            <w:tcW w:w="528" w:type="dxa"/>
          </w:tcPr>
          <w:p w:rsidR="003147F9" w:rsidRPr="00E85698" w:rsidRDefault="003147F9" w:rsidP="00A047B0">
            <w:pPr>
              <w:pStyle w:val="TableParagraph"/>
              <w:spacing w:before="33"/>
              <w:ind w:left="57"/>
              <w:rPr>
                <w:sz w:val="16"/>
              </w:rPr>
            </w:pPr>
            <w:r w:rsidRPr="00E85698">
              <w:rPr>
                <w:sz w:val="16"/>
              </w:rPr>
              <w:t>15</w:t>
            </w:r>
          </w:p>
        </w:tc>
        <w:tc>
          <w:tcPr>
            <w:tcW w:w="1107" w:type="dxa"/>
          </w:tcPr>
          <w:p w:rsidR="003147F9" w:rsidRPr="00E85698" w:rsidRDefault="003147F9" w:rsidP="00A047B0">
            <w:pPr>
              <w:pStyle w:val="TableParagraph"/>
              <w:spacing w:before="33"/>
              <w:ind w:left="57"/>
              <w:rPr>
                <w:sz w:val="16"/>
              </w:rPr>
            </w:pPr>
            <w:r w:rsidRPr="00E85698">
              <w:rPr>
                <w:sz w:val="16"/>
              </w:rPr>
              <w:t>1</w:t>
            </w:r>
          </w:p>
        </w:tc>
        <w:tc>
          <w:tcPr>
            <w:tcW w:w="1140" w:type="dxa"/>
          </w:tcPr>
          <w:p w:rsidR="003147F9" w:rsidRPr="00E85698" w:rsidRDefault="003147F9" w:rsidP="00A047B0">
            <w:pPr>
              <w:pStyle w:val="TableParagraph"/>
              <w:spacing w:before="33"/>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16.12-3.02</w:t>
            </w:r>
          </w:p>
        </w:tc>
        <w:tc>
          <w:tcPr>
            <w:tcW w:w="3761" w:type="dxa"/>
          </w:tcPr>
          <w:p w:rsidR="003147F9" w:rsidRPr="00E85698" w:rsidRDefault="003147F9" w:rsidP="00A047B0">
            <w:pPr>
              <w:pStyle w:val="TableParagraph"/>
              <w:spacing w:before="3"/>
              <w:rPr>
                <w:b/>
                <w:sz w:val="17"/>
              </w:rPr>
            </w:pPr>
          </w:p>
          <w:p w:rsidR="003147F9" w:rsidRPr="00E85698" w:rsidRDefault="003147F9" w:rsidP="00A047B0">
            <w:pPr>
              <w:pStyle w:val="TableParagraph"/>
              <w:ind w:left="59" w:right="-13"/>
              <w:rPr>
                <w:sz w:val="16"/>
              </w:rPr>
            </w:pPr>
            <w:r w:rsidRPr="00E85698">
              <w:rPr>
                <w:sz w:val="16"/>
              </w:rPr>
              <w:t>Определять и характеризовать общее грамматическое</w:t>
            </w:r>
            <w:r w:rsidRPr="00E85698">
              <w:rPr>
                <w:spacing w:val="-37"/>
                <w:sz w:val="16"/>
              </w:rPr>
              <w:t xml:space="preserve"> </w:t>
            </w:r>
            <w:r w:rsidRPr="00E85698">
              <w:rPr>
                <w:sz w:val="16"/>
              </w:rPr>
              <w:t>значение, морфологические признаки и</w:t>
            </w:r>
            <w:r w:rsidRPr="00E85698">
              <w:rPr>
                <w:spacing w:val="1"/>
                <w:sz w:val="16"/>
              </w:rPr>
              <w:t xml:space="preserve"> </w:t>
            </w:r>
            <w:r w:rsidRPr="00E85698">
              <w:rPr>
                <w:sz w:val="16"/>
              </w:rPr>
              <w:t>синтаксические</w:t>
            </w:r>
            <w:r w:rsidRPr="00E85698">
              <w:rPr>
                <w:spacing w:val="-4"/>
                <w:sz w:val="16"/>
              </w:rPr>
              <w:t xml:space="preserve"> </w:t>
            </w:r>
            <w:r w:rsidRPr="00E85698">
              <w:rPr>
                <w:sz w:val="16"/>
              </w:rPr>
              <w:t>функции</w:t>
            </w:r>
            <w:r w:rsidRPr="00E85698">
              <w:rPr>
                <w:spacing w:val="-4"/>
                <w:sz w:val="16"/>
              </w:rPr>
              <w:t xml:space="preserve"> </w:t>
            </w:r>
            <w:r w:rsidRPr="00E85698">
              <w:rPr>
                <w:sz w:val="16"/>
              </w:rPr>
              <w:t>имени</w:t>
            </w:r>
            <w:r w:rsidRPr="00E85698">
              <w:rPr>
                <w:spacing w:val="-1"/>
                <w:sz w:val="16"/>
              </w:rPr>
              <w:t xml:space="preserve"> </w:t>
            </w:r>
            <w:r w:rsidRPr="00E85698">
              <w:rPr>
                <w:sz w:val="16"/>
              </w:rPr>
              <w:t>прилагательного;</w:t>
            </w:r>
          </w:p>
          <w:p w:rsidR="003147F9" w:rsidRPr="00E85698" w:rsidRDefault="003147F9" w:rsidP="00A047B0">
            <w:pPr>
              <w:pStyle w:val="TableParagraph"/>
              <w:spacing w:before="55"/>
              <w:ind w:left="59"/>
              <w:rPr>
                <w:sz w:val="16"/>
              </w:rPr>
            </w:pPr>
            <w:r w:rsidRPr="00E85698">
              <w:rPr>
                <w:sz w:val="16"/>
              </w:rPr>
              <w:t>Характеризовать</w:t>
            </w:r>
            <w:r w:rsidRPr="00E85698">
              <w:rPr>
                <w:spacing w:val="-3"/>
                <w:sz w:val="16"/>
              </w:rPr>
              <w:t xml:space="preserve"> </w:t>
            </w:r>
            <w:r w:rsidRPr="00E85698">
              <w:rPr>
                <w:sz w:val="16"/>
              </w:rPr>
              <w:t>его</w:t>
            </w:r>
            <w:r w:rsidRPr="00E85698">
              <w:rPr>
                <w:spacing w:val="-4"/>
                <w:sz w:val="16"/>
              </w:rPr>
              <w:t xml:space="preserve"> </w:t>
            </w:r>
            <w:r w:rsidRPr="00E85698">
              <w:rPr>
                <w:sz w:val="16"/>
              </w:rPr>
              <w:t>роль</w:t>
            </w:r>
            <w:r w:rsidRPr="00E85698">
              <w:rPr>
                <w:spacing w:val="-5"/>
                <w:sz w:val="16"/>
              </w:rPr>
              <w:t xml:space="preserve"> </w:t>
            </w:r>
            <w:r w:rsidRPr="00E85698">
              <w:rPr>
                <w:sz w:val="16"/>
              </w:rPr>
              <w:t>в</w:t>
            </w:r>
            <w:r w:rsidRPr="00E85698">
              <w:rPr>
                <w:spacing w:val="-4"/>
                <w:sz w:val="16"/>
              </w:rPr>
              <w:t xml:space="preserve"> </w:t>
            </w:r>
            <w:r w:rsidRPr="00E85698">
              <w:rPr>
                <w:sz w:val="16"/>
              </w:rPr>
              <w:t>речи;</w:t>
            </w:r>
          </w:p>
          <w:p w:rsidR="003147F9" w:rsidRPr="00E85698" w:rsidRDefault="003147F9" w:rsidP="00A047B0">
            <w:pPr>
              <w:pStyle w:val="TableParagraph"/>
              <w:spacing w:before="16" w:line="249" w:lineRule="auto"/>
              <w:ind w:left="59" w:right="458"/>
              <w:jc w:val="both"/>
              <w:rPr>
                <w:sz w:val="16"/>
              </w:rPr>
            </w:pPr>
            <w:r w:rsidRPr="00E85698">
              <w:rPr>
                <w:sz w:val="16"/>
              </w:rPr>
              <w:t>Правильно</w:t>
            </w:r>
            <w:r w:rsidRPr="00E85698">
              <w:rPr>
                <w:spacing w:val="1"/>
                <w:sz w:val="16"/>
              </w:rPr>
              <w:t xml:space="preserve"> </w:t>
            </w:r>
            <w:r w:rsidRPr="00E85698">
              <w:rPr>
                <w:sz w:val="16"/>
              </w:rPr>
              <w:t>склонять</w:t>
            </w:r>
            <w:r w:rsidRPr="00E85698">
              <w:rPr>
                <w:spacing w:val="1"/>
                <w:sz w:val="16"/>
              </w:rPr>
              <w:t xml:space="preserve"> </w:t>
            </w:r>
            <w:r w:rsidRPr="00E85698">
              <w:rPr>
                <w:sz w:val="16"/>
              </w:rPr>
              <w:t>имена</w:t>
            </w:r>
            <w:r w:rsidRPr="00E85698">
              <w:rPr>
                <w:spacing w:val="1"/>
                <w:sz w:val="16"/>
              </w:rPr>
              <w:t xml:space="preserve"> </w:t>
            </w:r>
            <w:r w:rsidRPr="00E85698">
              <w:rPr>
                <w:sz w:val="16"/>
              </w:rPr>
              <w:t>прилагательные;</w:t>
            </w:r>
            <w:r w:rsidRPr="00E85698">
              <w:rPr>
                <w:spacing w:val="1"/>
                <w:sz w:val="16"/>
              </w:rPr>
              <w:t xml:space="preserve"> </w:t>
            </w:r>
            <w:r w:rsidRPr="00E85698">
              <w:rPr>
                <w:sz w:val="16"/>
              </w:rPr>
              <w:t>Применять правила правописания безударных</w:t>
            </w:r>
            <w:r w:rsidRPr="00E85698">
              <w:rPr>
                <w:spacing w:val="1"/>
                <w:sz w:val="16"/>
              </w:rPr>
              <w:t xml:space="preserve"> </w:t>
            </w:r>
            <w:r w:rsidRPr="00E85698">
              <w:rPr>
                <w:sz w:val="16"/>
              </w:rPr>
              <w:t>окончаний</w:t>
            </w:r>
            <w:r w:rsidRPr="00E85698">
              <w:rPr>
                <w:spacing w:val="-2"/>
                <w:sz w:val="16"/>
              </w:rPr>
              <w:t xml:space="preserve"> </w:t>
            </w:r>
            <w:r w:rsidRPr="00E85698">
              <w:rPr>
                <w:sz w:val="16"/>
              </w:rPr>
              <w:t>имён</w:t>
            </w:r>
            <w:r w:rsidRPr="00E85698">
              <w:rPr>
                <w:spacing w:val="-1"/>
                <w:sz w:val="16"/>
              </w:rPr>
              <w:t xml:space="preserve"> </w:t>
            </w:r>
            <w:r w:rsidRPr="00E85698">
              <w:rPr>
                <w:sz w:val="16"/>
              </w:rPr>
              <w:t>прилагательных;</w:t>
            </w:r>
          </w:p>
          <w:p w:rsidR="003147F9" w:rsidRPr="00E85698" w:rsidRDefault="003147F9" w:rsidP="00A047B0">
            <w:pPr>
              <w:pStyle w:val="TableParagraph"/>
              <w:spacing w:line="249" w:lineRule="auto"/>
              <w:ind w:left="59" w:right="785"/>
              <w:rPr>
                <w:sz w:val="16"/>
              </w:rPr>
            </w:pPr>
            <w:r w:rsidRPr="00E85698">
              <w:rPr>
                <w:sz w:val="16"/>
              </w:rPr>
              <w:t>Различать полную и краткую формы имён</w:t>
            </w:r>
            <w:r w:rsidRPr="00E85698">
              <w:rPr>
                <w:spacing w:val="-38"/>
                <w:sz w:val="16"/>
              </w:rPr>
              <w:t xml:space="preserve"> </w:t>
            </w:r>
            <w:r w:rsidRPr="00E85698">
              <w:rPr>
                <w:sz w:val="16"/>
              </w:rPr>
              <w:t>прилагательных;</w:t>
            </w:r>
          </w:p>
          <w:p w:rsidR="003147F9" w:rsidRPr="00E85698" w:rsidRDefault="003147F9" w:rsidP="00A047B0">
            <w:pPr>
              <w:pStyle w:val="TableParagraph"/>
              <w:spacing w:line="242" w:lineRule="auto"/>
              <w:ind w:left="59" w:right="324"/>
              <w:rPr>
                <w:sz w:val="16"/>
              </w:rPr>
            </w:pPr>
            <w:r w:rsidRPr="00E85698">
              <w:rPr>
                <w:sz w:val="16"/>
              </w:rPr>
              <w:t>Применять правила правописания кратких форм</w:t>
            </w:r>
            <w:r w:rsidRPr="00E85698">
              <w:rPr>
                <w:spacing w:val="1"/>
                <w:sz w:val="16"/>
              </w:rPr>
              <w:t xml:space="preserve"> </w:t>
            </w:r>
            <w:r w:rsidRPr="00E85698">
              <w:rPr>
                <w:sz w:val="16"/>
              </w:rPr>
              <w:t>имён прилагательных с основой на шипящий;</w:t>
            </w:r>
            <w:r w:rsidRPr="00E85698">
              <w:rPr>
                <w:spacing w:val="1"/>
                <w:sz w:val="16"/>
              </w:rPr>
              <w:t xml:space="preserve"> </w:t>
            </w:r>
            <w:r w:rsidRPr="00E85698">
              <w:rPr>
                <w:sz w:val="16"/>
              </w:rPr>
              <w:t>Анализировать особенности использования имён</w:t>
            </w:r>
            <w:r w:rsidRPr="00E85698">
              <w:rPr>
                <w:spacing w:val="-38"/>
                <w:sz w:val="16"/>
              </w:rPr>
              <w:t xml:space="preserve"> </w:t>
            </w:r>
            <w:r w:rsidRPr="00E85698">
              <w:rPr>
                <w:sz w:val="16"/>
              </w:rPr>
              <w:t>прилагательных</w:t>
            </w:r>
            <w:r w:rsidRPr="00E85698">
              <w:rPr>
                <w:spacing w:val="11"/>
                <w:sz w:val="16"/>
              </w:rPr>
              <w:t xml:space="preserve"> </w:t>
            </w:r>
            <w:r w:rsidRPr="00E85698">
              <w:rPr>
                <w:sz w:val="16"/>
              </w:rPr>
              <w:t>в</w:t>
            </w:r>
            <w:r w:rsidRPr="00E85698">
              <w:rPr>
                <w:spacing w:val="12"/>
                <w:sz w:val="16"/>
              </w:rPr>
              <w:t xml:space="preserve"> </w:t>
            </w:r>
            <w:r w:rsidRPr="00E85698">
              <w:rPr>
                <w:sz w:val="16"/>
              </w:rPr>
              <w:t>изучаемых</w:t>
            </w:r>
            <w:r w:rsidRPr="00E85698">
              <w:rPr>
                <w:spacing w:val="12"/>
                <w:sz w:val="16"/>
              </w:rPr>
              <w:t xml:space="preserve"> </w:t>
            </w:r>
            <w:r w:rsidRPr="00E85698">
              <w:rPr>
                <w:sz w:val="16"/>
              </w:rPr>
              <w:t>текстах;</w:t>
            </w:r>
            <w:r w:rsidRPr="00E85698">
              <w:rPr>
                <w:spacing w:val="1"/>
                <w:sz w:val="16"/>
              </w:rPr>
              <w:t xml:space="preserve"> </w:t>
            </w:r>
            <w:r w:rsidRPr="00E85698">
              <w:rPr>
                <w:sz w:val="16"/>
              </w:rPr>
              <w:t>Проводить частичный морфологический анализ</w:t>
            </w:r>
            <w:r w:rsidRPr="00E85698">
              <w:rPr>
                <w:spacing w:val="1"/>
                <w:sz w:val="16"/>
              </w:rPr>
              <w:t xml:space="preserve"> </w:t>
            </w:r>
            <w:r w:rsidRPr="00E85698">
              <w:rPr>
                <w:sz w:val="16"/>
              </w:rPr>
              <w:t>имён прилагательных (в рамках изученного);</w:t>
            </w:r>
            <w:r w:rsidRPr="00E85698">
              <w:rPr>
                <w:spacing w:val="1"/>
                <w:sz w:val="16"/>
              </w:rPr>
              <w:t xml:space="preserve"> </w:t>
            </w:r>
            <w:r w:rsidRPr="00E85698">
              <w:rPr>
                <w:sz w:val="16"/>
              </w:rPr>
              <w:t>Применять нормы словоизменения имён</w:t>
            </w:r>
            <w:r w:rsidRPr="00E85698">
              <w:rPr>
                <w:spacing w:val="1"/>
                <w:sz w:val="16"/>
              </w:rPr>
              <w:t xml:space="preserve"> </w:t>
            </w:r>
            <w:r w:rsidRPr="00E85698">
              <w:rPr>
                <w:sz w:val="16"/>
              </w:rPr>
              <w:t>прилагательных,</w:t>
            </w:r>
            <w:r w:rsidRPr="00E85698">
              <w:rPr>
                <w:spacing w:val="-1"/>
                <w:sz w:val="16"/>
              </w:rPr>
              <w:t xml:space="preserve"> </w:t>
            </w:r>
            <w:r w:rsidRPr="00E85698">
              <w:rPr>
                <w:sz w:val="16"/>
              </w:rPr>
              <w:t>нормы</w:t>
            </w:r>
            <w:r w:rsidRPr="00E85698">
              <w:rPr>
                <w:spacing w:val="-2"/>
                <w:sz w:val="16"/>
              </w:rPr>
              <w:t xml:space="preserve"> </w:t>
            </w:r>
            <w:r w:rsidRPr="00E85698">
              <w:rPr>
                <w:sz w:val="16"/>
              </w:rPr>
              <w:t>согласования имён</w:t>
            </w:r>
          </w:p>
          <w:p w:rsidR="003147F9" w:rsidRPr="00E85698" w:rsidRDefault="003147F9" w:rsidP="00A047B0">
            <w:pPr>
              <w:pStyle w:val="TableParagraph"/>
              <w:spacing w:line="247" w:lineRule="auto"/>
              <w:ind w:left="59" w:right="165"/>
              <w:rPr>
                <w:sz w:val="16"/>
              </w:rPr>
            </w:pPr>
            <w:r w:rsidRPr="00E85698">
              <w:rPr>
                <w:sz w:val="16"/>
              </w:rPr>
              <w:t>прилагательных с существительными общего рода,</w:t>
            </w:r>
            <w:r w:rsidRPr="00E85698">
              <w:rPr>
                <w:spacing w:val="-38"/>
                <w:sz w:val="16"/>
              </w:rPr>
              <w:t xml:space="preserve"> </w:t>
            </w:r>
            <w:r w:rsidRPr="00E85698">
              <w:rPr>
                <w:sz w:val="16"/>
              </w:rPr>
              <w:t>неизменяемыми именами существительными;</w:t>
            </w:r>
            <w:r w:rsidRPr="00E85698">
              <w:rPr>
                <w:spacing w:val="1"/>
                <w:sz w:val="16"/>
              </w:rPr>
              <w:t xml:space="preserve"> </w:t>
            </w:r>
            <w:r w:rsidRPr="00E85698">
              <w:rPr>
                <w:sz w:val="16"/>
              </w:rPr>
              <w:t>нормы произношения, постановки ударения (в</w:t>
            </w:r>
            <w:r w:rsidRPr="00E85698">
              <w:rPr>
                <w:spacing w:val="1"/>
                <w:sz w:val="16"/>
              </w:rPr>
              <w:t xml:space="preserve"> </w:t>
            </w:r>
            <w:r w:rsidRPr="00E85698">
              <w:rPr>
                <w:sz w:val="16"/>
              </w:rPr>
              <w:t>рамках</w:t>
            </w:r>
            <w:r w:rsidRPr="00E85698">
              <w:rPr>
                <w:spacing w:val="8"/>
                <w:sz w:val="16"/>
              </w:rPr>
              <w:t xml:space="preserve"> </w:t>
            </w:r>
            <w:r w:rsidRPr="00E85698">
              <w:rPr>
                <w:sz w:val="16"/>
              </w:rPr>
              <w:t>изученного);</w:t>
            </w:r>
          </w:p>
          <w:p w:rsidR="003147F9" w:rsidRPr="00E85698" w:rsidRDefault="003147F9" w:rsidP="00A047B0">
            <w:pPr>
              <w:pStyle w:val="TableParagraph"/>
              <w:spacing w:before="3" w:line="259" w:lineRule="auto"/>
              <w:ind w:left="59" w:right="520"/>
              <w:rPr>
                <w:sz w:val="16"/>
              </w:rPr>
            </w:pPr>
            <w:r w:rsidRPr="00E85698">
              <w:rPr>
                <w:sz w:val="16"/>
              </w:rPr>
              <w:t>Применять нормы правописания о — е после</w:t>
            </w:r>
            <w:r w:rsidRPr="00E85698">
              <w:rPr>
                <w:spacing w:val="1"/>
                <w:sz w:val="16"/>
              </w:rPr>
              <w:t xml:space="preserve"> </w:t>
            </w:r>
            <w:r w:rsidRPr="00E85698">
              <w:rPr>
                <w:sz w:val="16"/>
              </w:rPr>
              <w:t>шипящих и ц в суффиксах и окончаниях имён</w:t>
            </w:r>
            <w:r w:rsidRPr="00E85698">
              <w:rPr>
                <w:spacing w:val="-37"/>
                <w:sz w:val="16"/>
              </w:rPr>
              <w:t xml:space="preserve"> </w:t>
            </w:r>
            <w:r w:rsidRPr="00E85698">
              <w:rPr>
                <w:sz w:val="16"/>
              </w:rPr>
              <w:t>прилагательных;</w:t>
            </w:r>
            <w:r w:rsidRPr="00E85698">
              <w:rPr>
                <w:spacing w:val="-3"/>
                <w:sz w:val="16"/>
              </w:rPr>
              <w:t xml:space="preserve"> </w:t>
            </w:r>
            <w:r w:rsidRPr="00E85698">
              <w:rPr>
                <w:sz w:val="16"/>
              </w:rPr>
              <w:t>правописания</w:t>
            </w:r>
            <w:r w:rsidRPr="00E85698">
              <w:rPr>
                <w:spacing w:val="-4"/>
                <w:sz w:val="16"/>
              </w:rPr>
              <w:t xml:space="preserve"> </w:t>
            </w:r>
            <w:r w:rsidRPr="00E85698">
              <w:rPr>
                <w:sz w:val="16"/>
              </w:rPr>
              <w:t>не</w:t>
            </w:r>
            <w:r w:rsidRPr="00E85698">
              <w:rPr>
                <w:spacing w:val="-4"/>
                <w:sz w:val="16"/>
              </w:rPr>
              <w:t xml:space="preserve"> </w:t>
            </w:r>
            <w:r w:rsidRPr="00E85698">
              <w:rPr>
                <w:sz w:val="16"/>
              </w:rPr>
              <w:t>с</w:t>
            </w:r>
            <w:r w:rsidRPr="00E85698">
              <w:rPr>
                <w:spacing w:val="-5"/>
                <w:sz w:val="16"/>
              </w:rPr>
              <w:t xml:space="preserve"> </w:t>
            </w:r>
            <w:r w:rsidRPr="00E85698">
              <w:rPr>
                <w:sz w:val="16"/>
              </w:rPr>
              <w:t>именами</w:t>
            </w:r>
          </w:p>
        </w:tc>
        <w:tc>
          <w:tcPr>
            <w:tcW w:w="1116" w:type="dxa"/>
          </w:tcPr>
          <w:p w:rsidR="003147F9" w:rsidRPr="00E85698" w:rsidRDefault="003147F9" w:rsidP="00A047B0">
            <w:pPr>
              <w:pStyle w:val="TableParagraph"/>
              <w:spacing w:before="33" w:line="283" w:lineRule="auto"/>
              <w:ind w:left="57" w:right="152"/>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Устный</w:t>
            </w:r>
          </w:p>
          <w:p w:rsidR="003147F9" w:rsidRPr="00E85698" w:rsidRDefault="003147F9" w:rsidP="00A047B0">
            <w:pPr>
              <w:pStyle w:val="TableParagraph"/>
              <w:spacing w:line="164" w:lineRule="exact"/>
              <w:ind w:left="57"/>
              <w:rPr>
                <w:sz w:val="16"/>
              </w:rPr>
            </w:pPr>
            <w:r w:rsidRPr="00E85698">
              <w:rPr>
                <w:sz w:val="16"/>
              </w:rPr>
              <w:t>опрос;</w:t>
            </w:r>
          </w:p>
          <w:p w:rsidR="003147F9" w:rsidRPr="00E85698" w:rsidRDefault="003147F9" w:rsidP="00A047B0">
            <w:pPr>
              <w:pStyle w:val="TableParagraph"/>
              <w:spacing w:before="15"/>
              <w:ind w:left="57"/>
              <w:rPr>
                <w:sz w:val="16"/>
              </w:rPr>
            </w:pPr>
            <w:r w:rsidRPr="00E85698">
              <w:rPr>
                <w:sz w:val="16"/>
              </w:rPr>
              <w:t>Диктант;</w:t>
            </w:r>
          </w:p>
        </w:tc>
        <w:tc>
          <w:tcPr>
            <w:tcW w:w="3701" w:type="dxa"/>
          </w:tcPr>
          <w:p w:rsidR="003147F9" w:rsidRPr="00E85698" w:rsidRDefault="003147F9" w:rsidP="00A047B0">
            <w:pPr>
              <w:pStyle w:val="TableParagraph"/>
              <w:spacing w:before="33" w:line="256" w:lineRule="auto"/>
              <w:ind w:left="55"/>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https://resh.edu.ru/subject/lesson/7693/conspect/306927/</w:t>
            </w:r>
          </w:p>
        </w:tc>
      </w:tr>
    </w:tbl>
    <w:p w:rsidR="003147F9" w:rsidRPr="00E85698" w:rsidRDefault="003147F9" w:rsidP="003147F9">
      <w:pPr>
        <w:spacing w:before="1"/>
        <w:ind w:left="4446" w:right="4817"/>
        <w:jc w:val="center"/>
        <w:rPr>
          <w:sz w:val="16"/>
        </w:rPr>
      </w:pPr>
      <w:r w:rsidRPr="00E85698">
        <w:rPr>
          <w:sz w:val="16"/>
        </w:rPr>
        <w:t>прилагательными;</w:t>
      </w:r>
    </w:p>
    <w:p w:rsidR="003147F9" w:rsidRPr="00E85698" w:rsidRDefault="003147F9" w:rsidP="003147F9">
      <w:pPr>
        <w:jc w:val="center"/>
        <w:rPr>
          <w:sz w:val="16"/>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3147F9" w:rsidRPr="00942243" w:rsidTr="00A047B0">
        <w:trPr>
          <w:trHeight w:val="6500"/>
        </w:trPr>
        <w:tc>
          <w:tcPr>
            <w:tcW w:w="468" w:type="dxa"/>
          </w:tcPr>
          <w:p w:rsidR="003147F9" w:rsidRPr="00E85698" w:rsidRDefault="003147F9" w:rsidP="00A047B0">
            <w:pPr>
              <w:pStyle w:val="TableParagraph"/>
              <w:spacing w:line="183" w:lineRule="exact"/>
              <w:ind w:right="92"/>
              <w:jc w:val="right"/>
              <w:rPr>
                <w:sz w:val="16"/>
              </w:rPr>
            </w:pPr>
            <w:r w:rsidRPr="00E85698">
              <w:rPr>
                <w:sz w:val="16"/>
              </w:rPr>
              <w:lastRenderedPageBreak/>
              <w:t>7.4.</w:t>
            </w:r>
          </w:p>
        </w:tc>
        <w:tc>
          <w:tcPr>
            <w:tcW w:w="2883" w:type="dxa"/>
          </w:tcPr>
          <w:p w:rsidR="003147F9" w:rsidRPr="00E85698" w:rsidRDefault="003147F9" w:rsidP="00A047B0">
            <w:pPr>
              <w:pStyle w:val="TableParagraph"/>
              <w:spacing w:line="183" w:lineRule="exact"/>
              <w:ind w:left="57"/>
              <w:rPr>
                <w:sz w:val="16"/>
              </w:rPr>
            </w:pPr>
            <w:r w:rsidRPr="00E85698">
              <w:rPr>
                <w:sz w:val="16"/>
              </w:rPr>
              <w:t>Глагол</w:t>
            </w:r>
          </w:p>
        </w:tc>
        <w:tc>
          <w:tcPr>
            <w:tcW w:w="528" w:type="dxa"/>
          </w:tcPr>
          <w:p w:rsidR="003147F9" w:rsidRPr="00E85698" w:rsidRDefault="003147F9" w:rsidP="00A047B0">
            <w:pPr>
              <w:pStyle w:val="TableParagraph"/>
              <w:spacing w:line="183" w:lineRule="exact"/>
              <w:ind w:left="57"/>
              <w:rPr>
                <w:sz w:val="16"/>
              </w:rPr>
            </w:pPr>
            <w:r w:rsidRPr="00E85698">
              <w:rPr>
                <w:sz w:val="16"/>
              </w:rPr>
              <w:t>30</w:t>
            </w:r>
          </w:p>
        </w:tc>
        <w:tc>
          <w:tcPr>
            <w:tcW w:w="1107" w:type="dxa"/>
          </w:tcPr>
          <w:p w:rsidR="003147F9" w:rsidRPr="00E85698" w:rsidRDefault="003147F9" w:rsidP="00A047B0">
            <w:pPr>
              <w:pStyle w:val="TableParagraph"/>
              <w:spacing w:line="183" w:lineRule="exact"/>
              <w:ind w:left="57"/>
              <w:rPr>
                <w:sz w:val="16"/>
              </w:rPr>
            </w:pPr>
            <w:r w:rsidRPr="00E85698">
              <w:rPr>
                <w:sz w:val="16"/>
              </w:rPr>
              <w:t>1</w:t>
            </w:r>
          </w:p>
        </w:tc>
        <w:tc>
          <w:tcPr>
            <w:tcW w:w="1140" w:type="dxa"/>
          </w:tcPr>
          <w:p w:rsidR="003147F9" w:rsidRPr="00E85698" w:rsidRDefault="003147F9" w:rsidP="00A047B0">
            <w:pPr>
              <w:pStyle w:val="TableParagraph"/>
              <w:spacing w:line="183" w:lineRule="exact"/>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6.02-22.03</w:t>
            </w:r>
          </w:p>
        </w:tc>
        <w:tc>
          <w:tcPr>
            <w:tcW w:w="3761" w:type="dxa"/>
          </w:tcPr>
          <w:p w:rsidR="003147F9" w:rsidRPr="00E85698" w:rsidRDefault="003147F9" w:rsidP="00A047B0">
            <w:pPr>
              <w:pStyle w:val="TableParagraph"/>
              <w:spacing w:before="71" w:line="242" w:lineRule="auto"/>
              <w:ind w:left="59" w:right="-13"/>
              <w:rPr>
                <w:sz w:val="16"/>
              </w:rPr>
            </w:pPr>
            <w:r w:rsidRPr="00E85698">
              <w:rPr>
                <w:sz w:val="16"/>
              </w:rPr>
              <w:t>Определять и характеризовать общее грамматическое</w:t>
            </w:r>
            <w:r w:rsidRPr="00E85698">
              <w:rPr>
                <w:spacing w:val="-38"/>
                <w:sz w:val="16"/>
              </w:rPr>
              <w:t xml:space="preserve"> </w:t>
            </w:r>
            <w:r w:rsidRPr="00E85698">
              <w:rPr>
                <w:sz w:val="16"/>
              </w:rPr>
              <w:t>значение, морфологические признаки и</w:t>
            </w:r>
            <w:r w:rsidRPr="00E85698">
              <w:rPr>
                <w:spacing w:val="1"/>
                <w:sz w:val="16"/>
              </w:rPr>
              <w:t xml:space="preserve"> </w:t>
            </w:r>
            <w:r w:rsidRPr="00E85698">
              <w:rPr>
                <w:sz w:val="16"/>
              </w:rPr>
              <w:t>синтаксические</w:t>
            </w:r>
            <w:r w:rsidRPr="00E85698">
              <w:rPr>
                <w:spacing w:val="-2"/>
                <w:sz w:val="16"/>
              </w:rPr>
              <w:t xml:space="preserve"> </w:t>
            </w:r>
            <w:r w:rsidRPr="00E85698">
              <w:rPr>
                <w:sz w:val="16"/>
              </w:rPr>
              <w:t>функции глагола;</w:t>
            </w:r>
          </w:p>
          <w:p w:rsidR="003147F9" w:rsidRPr="00E85698" w:rsidRDefault="003147F9" w:rsidP="00A047B0">
            <w:pPr>
              <w:pStyle w:val="TableParagraph"/>
              <w:spacing w:line="235" w:lineRule="auto"/>
              <w:ind w:left="59" w:right="973"/>
              <w:rPr>
                <w:sz w:val="16"/>
              </w:rPr>
            </w:pPr>
            <w:r w:rsidRPr="00E85698">
              <w:rPr>
                <w:sz w:val="16"/>
              </w:rPr>
              <w:t>Объяснять его роль в словосочетании и</w:t>
            </w:r>
            <w:r w:rsidRPr="00E85698">
              <w:rPr>
                <w:spacing w:val="-37"/>
                <w:sz w:val="16"/>
              </w:rPr>
              <w:t xml:space="preserve"> </w:t>
            </w:r>
            <w:r w:rsidRPr="00E85698">
              <w:rPr>
                <w:sz w:val="16"/>
              </w:rPr>
              <w:t>предложении, а</w:t>
            </w:r>
            <w:r w:rsidRPr="00E85698">
              <w:rPr>
                <w:spacing w:val="-2"/>
                <w:sz w:val="16"/>
              </w:rPr>
              <w:t xml:space="preserve"> </w:t>
            </w:r>
            <w:r w:rsidRPr="00E85698">
              <w:rPr>
                <w:sz w:val="16"/>
              </w:rPr>
              <w:t>также</w:t>
            </w:r>
            <w:r w:rsidRPr="00E85698">
              <w:rPr>
                <w:spacing w:val="-4"/>
                <w:sz w:val="16"/>
              </w:rPr>
              <w:t xml:space="preserve"> </w:t>
            </w:r>
            <w:r w:rsidRPr="00E85698">
              <w:rPr>
                <w:sz w:val="16"/>
              </w:rPr>
              <w:t>в</w:t>
            </w:r>
            <w:r w:rsidRPr="00E85698">
              <w:rPr>
                <w:spacing w:val="-2"/>
                <w:sz w:val="16"/>
              </w:rPr>
              <w:t xml:space="preserve"> </w:t>
            </w:r>
            <w:r w:rsidRPr="00E85698">
              <w:rPr>
                <w:sz w:val="16"/>
              </w:rPr>
              <w:t>речи;</w:t>
            </w:r>
          </w:p>
          <w:p w:rsidR="003147F9" w:rsidRPr="00E85698" w:rsidRDefault="003147F9" w:rsidP="00A047B0">
            <w:pPr>
              <w:pStyle w:val="TableParagraph"/>
              <w:spacing w:before="2" w:line="235" w:lineRule="auto"/>
              <w:ind w:left="59" w:right="48"/>
              <w:rPr>
                <w:sz w:val="16"/>
              </w:rPr>
            </w:pPr>
            <w:r w:rsidRPr="00E85698">
              <w:rPr>
                <w:sz w:val="16"/>
              </w:rPr>
              <w:t>Различать</w:t>
            </w:r>
            <w:r w:rsidRPr="00E85698">
              <w:rPr>
                <w:spacing w:val="1"/>
                <w:sz w:val="16"/>
              </w:rPr>
              <w:t xml:space="preserve"> </w:t>
            </w:r>
            <w:r w:rsidRPr="00E85698">
              <w:rPr>
                <w:sz w:val="16"/>
              </w:rPr>
              <w:t>глаголы</w:t>
            </w:r>
            <w:r w:rsidRPr="00E85698">
              <w:rPr>
                <w:spacing w:val="1"/>
                <w:sz w:val="16"/>
              </w:rPr>
              <w:t xml:space="preserve"> </w:t>
            </w:r>
            <w:r w:rsidRPr="00E85698">
              <w:rPr>
                <w:sz w:val="16"/>
              </w:rPr>
              <w:t>совершенного и</w:t>
            </w:r>
            <w:r w:rsidRPr="00E85698">
              <w:rPr>
                <w:spacing w:val="1"/>
                <w:sz w:val="16"/>
              </w:rPr>
              <w:t xml:space="preserve"> </w:t>
            </w:r>
            <w:r w:rsidRPr="00E85698">
              <w:rPr>
                <w:sz w:val="16"/>
              </w:rPr>
              <w:t>несовершенного</w:t>
            </w:r>
            <w:r w:rsidRPr="00E85698">
              <w:rPr>
                <w:spacing w:val="-37"/>
                <w:sz w:val="16"/>
              </w:rPr>
              <w:t xml:space="preserve"> </w:t>
            </w:r>
            <w:r w:rsidRPr="00E85698">
              <w:rPr>
                <w:sz w:val="16"/>
              </w:rPr>
              <w:t>вида,</w:t>
            </w:r>
            <w:r w:rsidRPr="00E85698">
              <w:rPr>
                <w:spacing w:val="-3"/>
                <w:sz w:val="16"/>
              </w:rPr>
              <w:t xml:space="preserve"> </w:t>
            </w:r>
            <w:r w:rsidRPr="00E85698">
              <w:rPr>
                <w:sz w:val="16"/>
              </w:rPr>
              <w:t>возвратные</w:t>
            </w:r>
            <w:r w:rsidRPr="00E85698">
              <w:rPr>
                <w:spacing w:val="-1"/>
                <w:sz w:val="16"/>
              </w:rPr>
              <w:t xml:space="preserve"> </w:t>
            </w:r>
            <w:r w:rsidRPr="00E85698">
              <w:rPr>
                <w:sz w:val="16"/>
              </w:rPr>
              <w:t>и</w:t>
            </w:r>
            <w:r w:rsidRPr="00E85698">
              <w:rPr>
                <w:spacing w:val="-3"/>
                <w:sz w:val="16"/>
              </w:rPr>
              <w:t xml:space="preserve"> </w:t>
            </w:r>
            <w:r w:rsidRPr="00E85698">
              <w:rPr>
                <w:sz w:val="16"/>
              </w:rPr>
              <w:t>невозвратные;</w:t>
            </w:r>
          </w:p>
          <w:p w:rsidR="003147F9" w:rsidRPr="00E85698" w:rsidRDefault="003147F9" w:rsidP="00A047B0">
            <w:pPr>
              <w:pStyle w:val="TableParagraph"/>
              <w:spacing w:before="11" w:line="304" w:lineRule="auto"/>
              <w:ind w:left="59" w:right="84"/>
              <w:rPr>
                <w:sz w:val="16"/>
              </w:rPr>
            </w:pPr>
            <w:r w:rsidRPr="00E85698">
              <w:rPr>
                <w:sz w:val="16"/>
              </w:rPr>
              <w:t>Применять правила правописания -</w:t>
            </w:r>
            <w:proofErr w:type="spellStart"/>
            <w:r w:rsidRPr="00E85698">
              <w:rPr>
                <w:sz w:val="16"/>
              </w:rPr>
              <w:t>тся</w:t>
            </w:r>
            <w:proofErr w:type="spellEnd"/>
            <w:r w:rsidRPr="00E85698">
              <w:rPr>
                <w:sz w:val="16"/>
              </w:rPr>
              <w:t xml:space="preserve"> и -</w:t>
            </w:r>
            <w:proofErr w:type="spellStart"/>
            <w:r w:rsidRPr="00E85698">
              <w:rPr>
                <w:sz w:val="16"/>
              </w:rPr>
              <w:t>ться</w:t>
            </w:r>
            <w:proofErr w:type="spellEnd"/>
            <w:r w:rsidRPr="00E85698">
              <w:rPr>
                <w:sz w:val="16"/>
              </w:rPr>
              <w:t xml:space="preserve"> в</w:t>
            </w:r>
            <w:r w:rsidRPr="00E85698">
              <w:rPr>
                <w:spacing w:val="1"/>
                <w:sz w:val="16"/>
              </w:rPr>
              <w:t xml:space="preserve"> </w:t>
            </w:r>
            <w:r w:rsidRPr="00E85698">
              <w:rPr>
                <w:sz w:val="16"/>
              </w:rPr>
              <w:t>глаголах;</w:t>
            </w:r>
            <w:r w:rsidRPr="00E85698">
              <w:rPr>
                <w:spacing w:val="-1"/>
                <w:sz w:val="16"/>
              </w:rPr>
              <w:t xml:space="preserve"> </w:t>
            </w:r>
            <w:r w:rsidRPr="00E85698">
              <w:rPr>
                <w:sz w:val="16"/>
              </w:rPr>
              <w:t>суффиксов -</w:t>
            </w:r>
            <w:proofErr w:type="spellStart"/>
            <w:r w:rsidRPr="00E85698">
              <w:rPr>
                <w:sz w:val="16"/>
              </w:rPr>
              <w:t>ова</w:t>
            </w:r>
            <w:proofErr w:type="spellEnd"/>
            <w:r w:rsidRPr="00E85698">
              <w:rPr>
                <w:sz w:val="16"/>
              </w:rPr>
              <w:t>-</w:t>
            </w:r>
            <w:r w:rsidRPr="00E85698">
              <w:rPr>
                <w:spacing w:val="-2"/>
                <w:sz w:val="16"/>
              </w:rPr>
              <w:t xml:space="preserve"> </w:t>
            </w:r>
            <w:r w:rsidRPr="00E85698">
              <w:rPr>
                <w:sz w:val="16"/>
              </w:rPr>
              <w:t>—</w:t>
            </w:r>
            <w:r w:rsidRPr="00E85698">
              <w:rPr>
                <w:spacing w:val="-2"/>
                <w:sz w:val="16"/>
              </w:rPr>
              <w:t xml:space="preserve"> </w:t>
            </w:r>
            <w:r w:rsidRPr="00E85698">
              <w:rPr>
                <w:sz w:val="16"/>
              </w:rPr>
              <w:t>-</w:t>
            </w:r>
            <w:proofErr w:type="spellStart"/>
            <w:r w:rsidRPr="00E85698">
              <w:rPr>
                <w:sz w:val="16"/>
              </w:rPr>
              <w:t>ева</w:t>
            </w:r>
            <w:proofErr w:type="spellEnd"/>
            <w:r w:rsidRPr="00E85698">
              <w:rPr>
                <w:sz w:val="16"/>
              </w:rPr>
              <w:t>-,</w:t>
            </w:r>
            <w:r w:rsidRPr="00E85698">
              <w:rPr>
                <w:spacing w:val="-3"/>
                <w:sz w:val="16"/>
              </w:rPr>
              <w:t xml:space="preserve"> </w:t>
            </w:r>
            <w:r w:rsidRPr="00E85698">
              <w:rPr>
                <w:sz w:val="16"/>
              </w:rPr>
              <w:t>-</w:t>
            </w:r>
            <w:proofErr w:type="spellStart"/>
            <w:r w:rsidRPr="00E85698">
              <w:rPr>
                <w:sz w:val="16"/>
              </w:rPr>
              <w:t>ыва</w:t>
            </w:r>
            <w:proofErr w:type="spellEnd"/>
            <w:r w:rsidRPr="00E85698">
              <w:rPr>
                <w:sz w:val="16"/>
              </w:rPr>
              <w:t>-</w:t>
            </w:r>
            <w:r w:rsidRPr="00E85698">
              <w:rPr>
                <w:spacing w:val="-2"/>
                <w:sz w:val="16"/>
              </w:rPr>
              <w:t xml:space="preserve"> </w:t>
            </w:r>
            <w:r w:rsidRPr="00E85698">
              <w:rPr>
                <w:sz w:val="16"/>
              </w:rPr>
              <w:t>—</w:t>
            </w:r>
            <w:r w:rsidRPr="00E85698">
              <w:rPr>
                <w:spacing w:val="-4"/>
                <w:sz w:val="16"/>
              </w:rPr>
              <w:t xml:space="preserve"> </w:t>
            </w:r>
            <w:r w:rsidRPr="00E85698">
              <w:rPr>
                <w:sz w:val="16"/>
              </w:rPr>
              <w:t>-ива-;</w:t>
            </w:r>
          </w:p>
          <w:p w:rsidR="003147F9" w:rsidRPr="00E85698" w:rsidRDefault="003147F9" w:rsidP="00A047B0">
            <w:pPr>
              <w:pStyle w:val="TableParagraph"/>
              <w:ind w:left="59" w:right="84"/>
              <w:rPr>
                <w:sz w:val="16"/>
              </w:rPr>
            </w:pPr>
            <w:r w:rsidRPr="00E85698">
              <w:rPr>
                <w:sz w:val="16"/>
              </w:rPr>
              <w:t>Распознавать</w:t>
            </w:r>
            <w:r w:rsidRPr="00E85698">
              <w:rPr>
                <w:spacing w:val="-5"/>
                <w:sz w:val="16"/>
              </w:rPr>
              <w:t xml:space="preserve"> </w:t>
            </w:r>
            <w:r w:rsidRPr="00E85698">
              <w:rPr>
                <w:sz w:val="16"/>
              </w:rPr>
              <w:t>инфинитив</w:t>
            </w:r>
            <w:r w:rsidRPr="00E85698">
              <w:rPr>
                <w:spacing w:val="-5"/>
                <w:sz w:val="16"/>
              </w:rPr>
              <w:t xml:space="preserve"> </w:t>
            </w:r>
            <w:r w:rsidRPr="00E85698">
              <w:rPr>
                <w:sz w:val="16"/>
              </w:rPr>
              <w:t>и</w:t>
            </w:r>
            <w:r w:rsidRPr="00E85698">
              <w:rPr>
                <w:spacing w:val="-4"/>
                <w:sz w:val="16"/>
              </w:rPr>
              <w:t xml:space="preserve"> </w:t>
            </w:r>
            <w:r w:rsidRPr="00E85698">
              <w:rPr>
                <w:sz w:val="16"/>
              </w:rPr>
              <w:t>личные</w:t>
            </w:r>
            <w:r w:rsidRPr="00E85698">
              <w:rPr>
                <w:spacing w:val="-7"/>
                <w:sz w:val="16"/>
              </w:rPr>
              <w:t xml:space="preserve"> </w:t>
            </w:r>
            <w:r w:rsidRPr="00E85698">
              <w:rPr>
                <w:sz w:val="16"/>
              </w:rPr>
              <w:t>формы</w:t>
            </w:r>
            <w:r w:rsidRPr="00E85698">
              <w:rPr>
                <w:spacing w:val="-4"/>
                <w:sz w:val="16"/>
              </w:rPr>
              <w:t xml:space="preserve"> </w:t>
            </w:r>
            <w:r w:rsidRPr="00E85698">
              <w:rPr>
                <w:sz w:val="16"/>
              </w:rPr>
              <w:t>глагола,</w:t>
            </w:r>
            <w:r w:rsidRPr="00E85698">
              <w:rPr>
                <w:spacing w:val="-37"/>
                <w:sz w:val="16"/>
              </w:rPr>
              <w:t xml:space="preserve"> </w:t>
            </w:r>
            <w:r w:rsidRPr="00E85698">
              <w:rPr>
                <w:sz w:val="16"/>
              </w:rPr>
              <w:t>приводить</w:t>
            </w:r>
            <w:r w:rsidRPr="00E85698">
              <w:rPr>
                <w:spacing w:val="-2"/>
                <w:sz w:val="16"/>
              </w:rPr>
              <w:t xml:space="preserve"> </w:t>
            </w:r>
            <w:r w:rsidRPr="00E85698">
              <w:rPr>
                <w:sz w:val="16"/>
              </w:rPr>
              <w:t>соответствующие</w:t>
            </w:r>
            <w:r w:rsidRPr="00E85698">
              <w:rPr>
                <w:spacing w:val="-1"/>
                <w:sz w:val="16"/>
              </w:rPr>
              <w:t xml:space="preserve"> </w:t>
            </w:r>
            <w:r w:rsidRPr="00E85698">
              <w:rPr>
                <w:sz w:val="16"/>
              </w:rPr>
              <w:t>примеры;</w:t>
            </w:r>
          </w:p>
          <w:p w:rsidR="003147F9" w:rsidRPr="00E85698" w:rsidRDefault="003147F9" w:rsidP="00A047B0">
            <w:pPr>
              <w:pStyle w:val="TableParagraph"/>
              <w:spacing w:before="2" w:line="259" w:lineRule="auto"/>
              <w:ind w:left="59" w:right="374"/>
              <w:rPr>
                <w:sz w:val="16"/>
              </w:rPr>
            </w:pPr>
            <w:r w:rsidRPr="00E85698">
              <w:rPr>
                <w:sz w:val="16"/>
              </w:rPr>
              <w:t>Называть грамматические свойства инфинитива</w:t>
            </w:r>
            <w:r w:rsidRPr="00E85698">
              <w:rPr>
                <w:spacing w:val="-37"/>
                <w:sz w:val="16"/>
              </w:rPr>
              <w:t xml:space="preserve"> </w:t>
            </w:r>
            <w:r w:rsidRPr="00E85698">
              <w:rPr>
                <w:sz w:val="16"/>
              </w:rPr>
              <w:t>(неопределённой</w:t>
            </w:r>
            <w:r w:rsidRPr="00E85698">
              <w:rPr>
                <w:spacing w:val="-1"/>
                <w:sz w:val="16"/>
              </w:rPr>
              <w:t xml:space="preserve"> </w:t>
            </w:r>
            <w:r w:rsidRPr="00E85698">
              <w:rPr>
                <w:sz w:val="16"/>
              </w:rPr>
              <w:t>формы)</w:t>
            </w:r>
            <w:r w:rsidRPr="00E85698">
              <w:rPr>
                <w:spacing w:val="-2"/>
                <w:sz w:val="16"/>
              </w:rPr>
              <w:t xml:space="preserve"> </w:t>
            </w:r>
            <w:r w:rsidRPr="00E85698">
              <w:rPr>
                <w:sz w:val="16"/>
              </w:rPr>
              <w:t>глагола;</w:t>
            </w:r>
          </w:p>
          <w:p w:rsidR="003147F9" w:rsidRPr="00E85698" w:rsidRDefault="003147F9" w:rsidP="00A047B0">
            <w:pPr>
              <w:pStyle w:val="TableParagraph"/>
              <w:spacing w:line="235" w:lineRule="auto"/>
              <w:ind w:left="59" w:right="84"/>
              <w:rPr>
                <w:sz w:val="16"/>
              </w:rPr>
            </w:pPr>
            <w:r w:rsidRPr="00E85698">
              <w:rPr>
                <w:sz w:val="16"/>
              </w:rPr>
              <w:t>Применять</w:t>
            </w:r>
            <w:r w:rsidRPr="00E85698">
              <w:rPr>
                <w:spacing w:val="-5"/>
                <w:sz w:val="16"/>
              </w:rPr>
              <w:t xml:space="preserve"> </w:t>
            </w:r>
            <w:r w:rsidRPr="00E85698">
              <w:rPr>
                <w:sz w:val="16"/>
              </w:rPr>
              <w:t>правила</w:t>
            </w:r>
            <w:r w:rsidRPr="00E85698">
              <w:rPr>
                <w:spacing w:val="-5"/>
                <w:sz w:val="16"/>
              </w:rPr>
              <w:t xml:space="preserve"> </w:t>
            </w:r>
            <w:r w:rsidRPr="00E85698">
              <w:rPr>
                <w:sz w:val="16"/>
              </w:rPr>
              <w:t>использования</w:t>
            </w:r>
            <w:r w:rsidRPr="00E85698">
              <w:rPr>
                <w:spacing w:val="-7"/>
                <w:sz w:val="16"/>
              </w:rPr>
              <w:t xml:space="preserve"> </w:t>
            </w:r>
            <w:r w:rsidRPr="00E85698">
              <w:rPr>
                <w:sz w:val="16"/>
              </w:rPr>
              <w:t>ь</w:t>
            </w:r>
            <w:r w:rsidRPr="00E85698">
              <w:rPr>
                <w:spacing w:val="-4"/>
                <w:sz w:val="16"/>
              </w:rPr>
              <w:t xml:space="preserve"> </w:t>
            </w:r>
            <w:r w:rsidRPr="00E85698">
              <w:rPr>
                <w:sz w:val="16"/>
              </w:rPr>
              <w:t>как</w:t>
            </w:r>
            <w:r w:rsidRPr="00E85698">
              <w:rPr>
                <w:spacing w:val="-2"/>
                <w:sz w:val="16"/>
              </w:rPr>
              <w:t xml:space="preserve"> </w:t>
            </w:r>
            <w:r w:rsidRPr="00E85698">
              <w:rPr>
                <w:sz w:val="16"/>
              </w:rPr>
              <w:t>показателя</w:t>
            </w:r>
            <w:r w:rsidRPr="00E85698">
              <w:rPr>
                <w:spacing w:val="-37"/>
                <w:sz w:val="16"/>
              </w:rPr>
              <w:t xml:space="preserve"> </w:t>
            </w:r>
            <w:r w:rsidRPr="00E85698">
              <w:rPr>
                <w:sz w:val="16"/>
              </w:rPr>
              <w:t>грамматической</w:t>
            </w:r>
            <w:r w:rsidRPr="00E85698">
              <w:rPr>
                <w:spacing w:val="-1"/>
                <w:sz w:val="16"/>
              </w:rPr>
              <w:t xml:space="preserve"> </w:t>
            </w:r>
            <w:r w:rsidRPr="00E85698">
              <w:rPr>
                <w:sz w:val="16"/>
              </w:rPr>
              <w:t>формы</w:t>
            </w:r>
            <w:r w:rsidRPr="00E85698">
              <w:rPr>
                <w:spacing w:val="-3"/>
                <w:sz w:val="16"/>
              </w:rPr>
              <w:t xml:space="preserve"> </w:t>
            </w:r>
            <w:r w:rsidRPr="00E85698">
              <w:rPr>
                <w:sz w:val="16"/>
              </w:rPr>
              <w:t>инфинитива;</w:t>
            </w:r>
          </w:p>
          <w:p w:rsidR="003147F9" w:rsidRPr="00E85698" w:rsidRDefault="003147F9" w:rsidP="00A047B0">
            <w:pPr>
              <w:pStyle w:val="TableParagraph"/>
              <w:spacing w:before="13"/>
              <w:ind w:left="59"/>
              <w:rPr>
                <w:sz w:val="16"/>
              </w:rPr>
            </w:pPr>
            <w:r w:rsidRPr="00E85698">
              <w:rPr>
                <w:sz w:val="16"/>
              </w:rPr>
              <w:t>Определять</w:t>
            </w:r>
            <w:r w:rsidRPr="00E85698">
              <w:rPr>
                <w:spacing w:val="-3"/>
                <w:sz w:val="16"/>
              </w:rPr>
              <w:t xml:space="preserve"> </w:t>
            </w:r>
            <w:r w:rsidRPr="00E85698">
              <w:rPr>
                <w:sz w:val="16"/>
              </w:rPr>
              <w:t>основу</w:t>
            </w:r>
            <w:r w:rsidRPr="00E85698">
              <w:rPr>
                <w:spacing w:val="-6"/>
                <w:sz w:val="16"/>
              </w:rPr>
              <w:t xml:space="preserve"> </w:t>
            </w:r>
            <w:r w:rsidRPr="00E85698">
              <w:rPr>
                <w:sz w:val="16"/>
              </w:rPr>
              <w:t>инфинитива;</w:t>
            </w:r>
          </w:p>
          <w:p w:rsidR="003147F9" w:rsidRPr="00E85698" w:rsidRDefault="003147F9" w:rsidP="00A047B0">
            <w:pPr>
              <w:pStyle w:val="TableParagraph"/>
              <w:spacing w:before="15" w:line="232" w:lineRule="auto"/>
              <w:ind w:left="59" w:right="84"/>
              <w:rPr>
                <w:sz w:val="16"/>
              </w:rPr>
            </w:pPr>
            <w:r w:rsidRPr="00E85698">
              <w:rPr>
                <w:sz w:val="16"/>
              </w:rPr>
              <w:t>Выделять</w:t>
            </w:r>
            <w:r w:rsidRPr="00E85698">
              <w:rPr>
                <w:spacing w:val="-4"/>
                <w:sz w:val="16"/>
              </w:rPr>
              <w:t xml:space="preserve"> </w:t>
            </w:r>
            <w:r w:rsidRPr="00E85698">
              <w:rPr>
                <w:sz w:val="16"/>
              </w:rPr>
              <w:t>основу</w:t>
            </w:r>
            <w:r w:rsidRPr="00E85698">
              <w:rPr>
                <w:spacing w:val="-7"/>
                <w:sz w:val="16"/>
              </w:rPr>
              <w:t xml:space="preserve"> </w:t>
            </w:r>
            <w:r w:rsidRPr="00E85698">
              <w:rPr>
                <w:sz w:val="16"/>
              </w:rPr>
              <w:t>настоящего</w:t>
            </w:r>
            <w:r w:rsidRPr="00E85698">
              <w:rPr>
                <w:spacing w:val="-6"/>
                <w:sz w:val="16"/>
              </w:rPr>
              <w:t xml:space="preserve"> </w:t>
            </w:r>
            <w:r w:rsidRPr="00E85698">
              <w:rPr>
                <w:sz w:val="16"/>
              </w:rPr>
              <w:t>(будущего</w:t>
            </w:r>
            <w:r w:rsidRPr="00E85698">
              <w:rPr>
                <w:spacing w:val="-5"/>
                <w:sz w:val="16"/>
              </w:rPr>
              <w:t xml:space="preserve"> </w:t>
            </w:r>
            <w:r w:rsidRPr="00E85698">
              <w:rPr>
                <w:sz w:val="16"/>
              </w:rPr>
              <w:t>простого)</w:t>
            </w:r>
            <w:r w:rsidRPr="00E85698">
              <w:rPr>
                <w:spacing w:val="-37"/>
                <w:sz w:val="16"/>
              </w:rPr>
              <w:t xml:space="preserve"> </w:t>
            </w:r>
            <w:r w:rsidRPr="00E85698">
              <w:rPr>
                <w:sz w:val="16"/>
              </w:rPr>
              <w:t>времени глагола;</w:t>
            </w:r>
          </w:p>
          <w:p w:rsidR="003147F9" w:rsidRPr="00E85698" w:rsidRDefault="003147F9" w:rsidP="00A047B0">
            <w:pPr>
              <w:pStyle w:val="TableParagraph"/>
              <w:spacing w:before="11"/>
              <w:ind w:left="59" w:right="444"/>
              <w:rPr>
                <w:sz w:val="16"/>
              </w:rPr>
            </w:pPr>
            <w:r w:rsidRPr="00E85698">
              <w:rPr>
                <w:sz w:val="16"/>
              </w:rPr>
              <w:t>Определять спряжение глагола, уметь спрягать</w:t>
            </w:r>
            <w:r w:rsidRPr="00E85698">
              <w:rPr>
                <w:spacing w:val="-37"/>
                <w:sz w:val="16"/>
              </w:rPr>
              <w:t xml:space="preserve"> </w:t>
            </w:r>
            <w:r w:rsidRPr="00E85698">
              <w:rPr>
                <w:sz w:val="16"/>
              </w:rPr>
              <w:t>глаголы;</w:t>
            </w:r>
          </w:p>
          <w:p w:rsidR="003147F9" w:rsidRPr="00E85698" w:rsidRDefault="003147F9" w:rsidP="00A047B0">
            <w:pPr>
              <w:pStyle w:val="TableParagraph"/>
              <w:spacing w:before="13"/>
              <w:ind w:left="59" w:right="11"/>
              <w:rPr>
                <w:sz w:val="16"/>
              </w:rPr>
            </w:pPr>
            <w:r w:rsidRPr="00E85698">
              <w:rPr>
                <w:sz w:val="16"/>
              </w:rPr>
              <w:t>Группировать глаголы по типу спряжения;</w:t>
            </w:r>
            <w:r w:rsidRPr="00E85698">
              <w:rPr>
                <w:spacing w:val="1"/>
                <w:sz w:val="16"/>
              </w:rPr>
              <w:t xml:space="preserve"> </w:t>
            </w:r>
            <w:r w:rsidRPr="00E85698">
              <w:rPr>
                <w:sz w:val="16"/>
              </w:rPr>
              <w:t>Применять правила правописания личных окончаний</w:t>
            </w:r>
            <w:r w:rsidRPr="00E85698">
              <w:rPr>
                <w:spacing w:val="-37"/>
                <w:sz w:val="16"/>
              </w:rPr>
              <w:t xml:space="preserve"> </w:t>
            </w:r>
            <w:r w:rsidRPr="00E85698">
              <w:rPr>
                <w:sz w:val="16"/>
              </w:rPr>
              <w:t>глагола;</w:t>
            </w:r>
          </w:p>
          <w:p w:rsidR="003147F9" w:rsidRPr="00E85698" w:rsidRDefault="003147F9" w:rsidP="00A047B0">
            <w:pPr>
              <w:pStyle w:val="TableParagraph"/>
              <w:spacing w:before="3" w:line="264" w:lineRule="auto"/>
              <w:ind w:left="59" w:right="61"/>
              <w:rPr>
                <w:sz w:val="16"/>
              </w:rPr>
            </w:pPr>
            <w:r w:rsidRPr="00E85698">
              <w:rPr>
                <w:sz w:val="16"/>
              </w:rPr>
              <w:t>Применять правила использования ь после шипящих</w:t>
            </w:r>
            <w:r w:rsidRPr="00E85698">
              <w:rPr>
                <w:spacing w:val="-37"/>
                <w:sz w:val="16"/>
              </w:rPr>
              <w:t xml:space="preserve"> </w:t>
            </w:r>
            <w:r w:rsidRPr="00E85698">
              <w:rPr>
                <w:sz w:val="16"/>
              </w:rPr>
              <w:t>как показателя грамматической формы глагола 2-го</w:t>
            </w:r>
            <w:r w:rsidRPr="00E85698">
              <w:rPr>
                <w:spacing w:val="1"/>
                <w:sz w:val="16"/>
              </w:rPr>
              <w:t xml:space="preserve"> </w:t>
            </w:r>
            <w:r w:rsidRPr="00E85698">
              <w:rPr>
                <w:sz w:val="16"/>
              </w:rPr>
              <w:t>лица единственного числа; гласной перед</w:t>
            </w:r>
            <w:r w:rsidRPr="00E85698">
              <w:rPr>
                <w:spacing w:val="1"/>
                <w:sz w:val="16"/>
              </w:rPr>
              <w:t xml:space="preserve"> </w:t>
            </w:r>
            <w:proofErr w:type="spellStart"/>
            <w:r w:rsidRPr="00E85698">
              <w:rPr>
                <w:sz w:val="16"/>
              </w:rPr>
              <w:t>суффиксомл</w:t>
            </w:r>
            <w:proofErr w:type="spellEnd"/>
            <w:r w:rsidRPr="00E85698">
              <w:rPr>
                <w:sz w:val="16"/>
              </w:rPr>
              <w:t>- в формах прошедшего времени;</w:t>
            </w:r>
            <w:r w:rsidRPr="00E85698">
              <w:rPr>
                <w:spacing w:val="1"/>
                <w:sz w:val="16"/>
              </w:rPr>
              <w:t xml:space="preserve"> </w:t>
            </w:r>
            <w:r w:rsidRPr="00E85698">
              <w:rPr>
                <w:sz w:val="16"/>
              </w:rPr>
              <w:t>слитного и</w:t>
            </w:r>
            <w:r w:rsidRPr="00E85698">
              <w:rPr>
                <w:spacing w:val="1"/>
                <w:sz w:val="16"/>
              </w:rPr>
              <w:t xml:space="preserve"> </w:t>
            </w:r>
            <w:r w:rsidRPr="00E85698">
              <w:rPr>
                <w:sz w:val="16"/>
              </w:rPr>
              <w:t>раздельного написания не с глаголами;</w:t>
            </w:r>
            <w:r w:rsidRPr="00E85698">
              <w:rPr>
                <w:spacing w:val="1"/>
                <w:sz w:val="16"/>
              </w:rPr>
              <w:t xml:space="preserve"> </w:t>
            </w:r>
            <w:r w:rsidRPr="00E85698">
              <w:rPr>
                <w:sz w:val="16"/>
              </w:rPr>
              <w:t>Проводить частичный морфологический анализ</w:t>
            </w:r>
            <w:r w:rsidRPr="00E85698">
              <w:rPr>
                <w:spacing w:val="1"/>
                <w:sz w:val="16"/>
              </w:rPr>
              <w:t xml:space="preserve"> </w:t>
            </w:r>
            <w:r w:rsidRPr="00E85698">
              <w:rPr>
                <w:sz w:val="16"/>
              </w:rPr>
              <w:t>глаголов (в рамках</w:t>
            </w:r>
            <w:r w:rsidRPr="00E85698">
              <w:rPr>
                <w:spacing w:val="-1"/>
                <w:sz w:val="16"/>
              </w:rPr>
              <w:t xml:space="preserve"> </w:t>
            </w:r>
            <w:r w:rsidRPr="00E85698">
              <w:rPr>
                <w:sz w:val="16"/>
              </w:rPr>
              <w:t>изученного);</w:t>
            </w:r>
          </w:p>
          <w:p w:rsidR="003147F9" w:rsidRPr="00E85698" w:rsidRDefault="003147F9" w:rsidP="00A047B0">
            <w:pPr>
              <w:pStyle w:val="TableParagraph"/>
              <w:spacing w:line="271" w:lineRule="auto"/>
              <w:ind w:left="59" w:right="48"/>
              <w:rPr>
                <w:sz w:val="16"/>
              </w:rPr>
            </w:pPr>
            <w:r w:rsidRPr="00E85698">
              <w:rPr>
                <w:sz w:val="16"/>
              </w:rPr>
              <w:t>Соблюдать нормы словоизменения глаголов,</w:t>
            </w:r>
            <w:r w:rsidRPr="00E85698">
              <w:rPr>
                <w:spacing w:val="1"/>
                <w:sz w:val="16"/>
              </w:rPr>
              <w:t xml:space="preserve"> </w:t>
            </w:r>
            <w:r w:rsidRPr="00E85698">
              <w:rPr>
                <w:sz w:val="16"/>
              </w:rPr>
              <w:t>постановки</w:t>
            </w:r>
            <w:r w:rsidRPr="00E85698">
              <w:rPr>
                <w:spacing w:val="-3"/>
                <w:sz w:val="16"/>
              </w:rPr>
              <w:t xml:space="preserve"> </w:t>
            </w:r>
            <w:r w:rsidRPr="00E85698">
              <w:rPr>
                <w:sz w:val="16"/>
              </w:rPr>
              <w:t>ударения</w:t>
            </w:r>
            <w:r w:rsidRPr="00E85698">
              <w:rPr>
                <w:spacing w:val="-1"/>
                <w:sz w:val="16"/>
              </w:rPr>
              <w:t xml:space="preserve"> </w:t>
            </w:r>
            <w:r w:rsidRPr="00E85698">
              <w:rPr>
                <w:sz w:val="16"/>
              </w:rPr>
              <w:t>в</w:t>
            </w:r>
            <w:r w:rsidRPr="00E85698">
              <w:rPr>
                <w:spacing w:val="-3"/>
                <w:sz w:val="16"/>
              </w:rPr>
              <w:t xml:space="preserve"> </w:t>
            </w:r>
            <w:r w:rsidRPr="00E85698">
              <w:rPr>
                <w:sz w:val="16"/>
              </w:rPr>
              <w:t>глагольных</w:t>
            </w:r>
            <w:r w:rsidRPr="00E85698">
              <w:rPr>
                <w:spacing w:val="-6"/>
                <w:sz w:val="16"/>
              </w:rPr>
              <w:t xml:space="preserve"> </w:t>
            </w:r>
            <w:r w:rsidRPr="00E85698">
              <w:rPr>
                <w:sz w:val="16"/>
              </w:rPr>
              <w:t>формах</w:t>
            </w:r>
            <w:r w:rsidRPr="00E85698">
              <w:rPr>
                <w:spacing w:val="-3"/>
                <w:sz w:val="16"/>
              </w:rPr>
              <w:t xml:space="preserve"> </w:t>
            </w:r>
            <w:r w:rsidRPr="00E85698">
              <w:rPr>
                <w:sz w:val="16"/>
              </w:rPr>
              <w:t>(в</w:t>
            </w:r>
            <w:r w:rsidRPr="00E85698">
              <w:rPr>
                <w:spacing w:val="-3"/>
                <w:sz w:val="16"/>
              </w:rPr>
              <w:t xml:space="preserve"> </w:t>
            </w:r>
            <w:r w:rsidRPr="00E85698">
              <w:rPr>
                <w:sz w:val="16"/>
              </w:rPr>
              <w:t>рамках</w:t>
            </w:r>
          </w:p>
          <w:p w:rsidR="003147F9" w:rsidRPr="00E85698" w:rsidRDefault="003147F9" w:rsidP="00A047B0">
            <w:pPr>
              <w:pStyle w:val="TableParagraph"/>
              <w:spacing w:line="182" w:lineRule="exact"/>
              <w:ind w:left="681"/>
              <w:rPr>
                <w:sz w:val="16"/>
              </w:rPr>
            </w:pPr>
            <w:r w:rsidRPr="00E85698">
              <w:rPr>
                <w:sz w:val="16"/>
              </w:rPr>
              <w:t>;</w:t>
            </w:r>
          </w:p>
        </w:tc>
        <w:tc>
          <w:tcPr>
            <w:tcW w:w="1116" w:type="dxa"/>
          </w:tcPr>
          <w:p w:rsidR="003147F9" w:rsidRPr="00E85698" w:rsidRDefault="003147F9" w:rsidP="00A047B0">
            <w:pPr>
              <w:pStyle w:val="TableParagraph"/>
              <w:spacing w:line="242" w:lineRule="auto"/>
              <w:ind w:left="57" w:right="61"/>
              <w:rPr>
                <w:sz w:val="16"/>
              </w:rPr>
            </w:pPr>
            <w:r w:rsidRPr="00E85698">
              <w:rPr>
                <w:sz w:val="16"/>
              </w:rPr>
              <w:t>Письменный</w:t>
            </w:r>
            <w:r w:rsidRPr="00E85698">
              <w:rPr>
                <w:spacing w:val="1"/>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Тестирование;</w:t>
            </w:r>
          </w:p>
          <w:p w:rsidR="003147F9" w:rsidRPr="00E85698" w:rsidRDefault="003147F9" w:rsidP="00A047B0">
            <w:pPr>
              <w:pStyle w:val="TableParagraph"/>
              <w:spacing w:before="47"/>
              <w:ind w:left="57"/>
              <w:rPr>
                <w:sz w:val="16"/>
              </w:rPr>
            </w:pPr>
            <w:r w:rsidRPr="00E85698">
              <w:rPr>
                <w:sz w:val="16"/>
              </w:rPr>
              <w:t>Диктант;</w:t>
            </w:r>
          </w:p>
        </w:tc>
        <w:tc>
          <w:tcPr>
            <w:tcW w:w="3701" w:type="dxa"/>
          </w:tcPr>
          <w:p w:rsidR="003147F9" w:rsidRPr="00E85698" w:rsidRDefault="003147F9" w:rsidP="00A047B0">
            <w:pPr>
              <w:pStyle w:val="TableParagraph"/>
              <w:spacing w:line="259" w:lineRule="auto"/>
              <w:ind w:left="55" w:right="997"/>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https://resh.edu.ru/subject/13/5/</w:t>
            </w:r>
          </w:p>
        </w:tc>
      </w:tr>
      <w:tr w:rsidR="003147F9" w:rsidRPr="00E85698" w:rsidTr="00A047B0">
        <w:trPr>
          <w:trHeight w:val="719"/>
        </w:trPr>
        <w:tc>
          <w:tcPr>
            <w:tcW w:w="3351" w:type="dxa"/>
            <w:gridSpan w:val="2"/>
          </w:tcPr>
          <w:p w:rsidR="003147F9" w:rsidRPr="00E85698" w:rsidRDefault="003147F9" w:rsidP="00A047B0">
            <w:pPr>
              <w:pStyle w:val="TableParagraph"/>
              <w:rPr>
                <w:sz w:val="18"/>
                <w:lang w:val="en-US"/>
              </w:rPr>
            </w:pPr>
          </w:p>
          <w:p w:rsidR="003147F9" w:rsidRPr="00E85698" w:rsidRDefault="003147F9" w:rsidP="00A047B0">
            <w:pPr>
              <w:pStyle w:val="TableParagraph"/>
              <w:spacing w:before="5"/>
              <w:rPr>
                <w:sz w:val="18"/>
                <w:lang w:val="en-US"/>
              </w:rPr>
            </w:pPr>
          </w:p>
          <w:p w:rsidR="003147F9" w:rsidRPr="00E85698" w:rsidRDefault="003147F9" w:rsidP="00A047B0">
            <w:pPr>
              <w:pStyle w:val="TableParagraph"/>
              <w:ind w:left="59"/>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rPr>
                <w:sz w:val="18"/>
              </w:rPr>
            </w:pPr>
          </w:p>
          <w:p w:rsidR="003147F9" w:rsidRPr="00E85698" w:rsidRDefault="003147F9" w:rsidP="00A047B0">
            <w:pPr>
              <w:pStyle w:val="TableParagraph"/>
              <w:spacing w:before="5"/>
              <w:rPr>
                <w:sz w:val="18"/>
              </w:rPr>
            </w:pPr>
          </w:p>
          <w:p w:rsidR="003147F9" w:rsidRPr="00E85698" w:rsidRDefault="003147F9" w:rsidP="00A047B0">
            <w:pPr>
              <w:pStyle w:val="TableParagraph"/>
              <w:ind w:left="57"/>
              <w:rPr>
                <w:sz w:val="16"/>
              </w:rPr>
            </w:pPr>
            <w:r w:rsidRPr="00E85698">
              <w:rPr>
                <w:sz w:val="16"/>
              </w:rPr>
              <w:t>70</w:t>
            </w:r>
          </w:p>
        </w:tc>
        <w:tc>
          <w:tcPr>
            <w:tcW w:w="11629" w:type="dxa"/>
            <w:gridSpan w:val="6"/>
          </w:tcPr>
          <w:p w:rsidR="003147F9" w:rsidRPr="00E85698" w:rsidRDefault="003147F9" w:rsidP="00A047B0">
            <w:pPr>
              <w:pStyle w:val="TableParagraph"/>
              <w:spacing w:line="181" w:lineRule="exact"/>
              <w:ind w:left="2407"/>
              <w:rPr>
                <w:sz w:val="16"/>
              </w:rPr>
            </w:pPr>
            <w:r w:rsidRPr="00E85698">
              <w:rPr>
                <w:sz w:val="16"/>
              </w:rPr>
              <w:t>изученного)</w:t>
            </w:r>
          </w:p>
        </w:tc>
      </w:tr>
      <w:tr w:rsidR="003147F9" w:rsidRPr="00E85698" w:rsidTr="00A047B0">
        <w:trPr>
          <w:trHeight w:val="350"/>
        </w:trPr>
        <w:tc>
          <w:tcPr>
            <w:tcW w:w="15508" w:type="dxa"/>
            <w:gridSpan w:val="9"/>
          </w:tcPr>
          <w:p w:rsidR="003147F9" w:rsidRPr="00E85698" w:rsidRDefault="003147F9" w:rsidP="00A047B0">
            <w:pPr>
              <w:pStyle w:val="TableParagraph"/>
              <w:spacing w:before="1"/>
              <w:ind w:left="59"/>
              <w:rPr>
                <w:b/>
                <w:sz w:val="16"/>
              </w:rPr>
            </w:pPr>
            <w:r w:rsidRPr="00E85698">
              <w:rPr>
                <w:b/>
                <w:sz w:val="16"/>
              </w:rPr>
              <w:t>Раздел</w:t>
            </w:r>
            <w:r w:rsidRPr="00E85698">
              <w:rPr>
                <w:b/>
                <w:spacing w:val="-3"/>
                <w:sz w:val="16"/>
              </w:rPr>
              <w:t xml:space="preserve"> </w:t>
            </w:r>
            <w:r w:rsidRPr="00E85698">
              <w:rPr>
                <w:b/>
                <w:sz w:val="16"/>
              </w:rPr>
              <w:t>8. СИНТАКСИС.</w:t>
            </w:r>
            <w:r w:rsidRPr="00E85698">
              <w:rPr>
                <w:b/>
                <w:spacing w:val="-3"/>
                <w:sz w:val="16"/>
              </w:rPr>
              <w:t xml:space="preserve"> </w:t>
            </w:r>
            <w:r w:rsidRPr="00E85698">
              <w:rPr>
                <w:b/>
                <w:sz w:val="16"/>
              </w:rPr>
              <w:t>КУЛЬТУРА</w:t>
            </w:r>
            <w:r w:rsidRPr="00E85698">
              <w:rPr>
                <w:b/>
                <w:spacing w:val="-2"/>
                <w:sz w:val="16"/>
              </w:rPr>
              <w:t xml:space="preserve"> </w:t>
            </w:r>
            <w:r w:rsidRPr="00E85698">
              <w:rPr>
                <w:b/>
                <w:sz w:val="16"/>
              </w:rPr>
              <w:t>РЕЧИ.</w:t>
            </w:r>
            <w:r w:rsidRPr="00E85698">
              <w:rPr>
                <w:b/>
                <w:spacing w:val="-1"/>
                <w:sz w:val="16"/>
              </w:rPr>
              <w:t xml:space="preserve"> </w:t>
            </w:r>
            <w:r w:rsidRPr="00E85698">
              <w:rPr>
                <w:b/>
                <w:sz w:val="16"/>
              </w:rPr>
              <w:t>ПУНКТУАЦИЯ</w:t>
            </w:r>
          </w:p>
        </w:tc>
      </w:tr>
      <w:tr w:rsidR="003147F9" w:rsidRPr="00942243" w:rsidTr="00A047B0">
        <w:trPr>
          <w:trHeight w:val="2448"/>
        </w:trPr>
        <w:tc>
          <w:tcPr>
            <w:tcW w:w="468" w:type="dxa"/>
          </w:tcPr>
          <w:p w:rsidR="003147F9" w:rsidRPr="00E85698" w:rsidRDefault="003147F9" w:rsidP="00A047B0">
            <w:pPr>
              <w:pStyle w:val="TableParagraph"/>
              <w:spacing w:line="183" w:lineRule="exact"/>
              <w:ind w:right="92"/>
              <w:jc w:val="right"/>
              <w:rPr>
                <w:sz w:val="16"/>
              </w:rPr>
            </w:pPr>
            <w:r w:rsidRPr="00E85698">
              <w:rPr>
                <w:sz w:val="16"/>
              </w:rPr>
              <w:t>8.1.</w:t>
            </w:r>
          </w:p>
        </w:tc>
        <w:tc>
          <w:tcPr>
            <w:tcW w:w="2883" w:type="dxa"/>
          </w:tcPr>
          <w:p w:rsidR="003147F9" w:rsidRPr="00E85698" w:rsidRDefault="003147F9" w:rsidP="00A047B0">
            <w:pPr>
              <w:pStyle w:val="TableParagraph"/>
              <w:ind w:left="57"/>
              <w:rPr>
                <w:sz w:val="16"/>
              </w:rPr>
            </w:pPr>
            <w:r w:rsidRPr="00E85698">
              <w:rPr>
                <w:sz w:val="16"/>
              </w:rPr>
              <w:t>Синтаксис</w:t>
            </w:r>
            <w:r w:rsidRPr="00E85698">
              <w:rPr>
                <w:spacing w:val="1"/>
                <w:sz w:val="16"/>
              </w:rPr>
              <w:t xml:space="preserve"> </w:t>
            </w:r>
            <w:r w:rsidRPr="00E85698">
              <w:rPr>
                <w:sz w:val="16"/>
              </w:rPr>
              <w:t>и пунктуация как разделы</w:t>
            </w:r>
            <w:r w:rsidRPr="00E85698">
              <w:rPr>
                <w:spacing w:val="-37"/>
                <w:sz w:val="16"/>
              </w:rPr>
              <w:t xml:space="preserve"> </w:t>
            </w:r>
            <w:r w:rsidRPr="00E85698">
              <w:rPr>
                <w:sz w:val="16"/>
              </w:rPr>
              <w:t>лингвистики.</w:t>
            </w:r>
          </w:p>
          <w:p w:rsidR="003147F9" w:rsidRPr="00E85698" w:rsidRDefault="003147F9" w:rsidP="00A047B0">
            <w:pPr>
              <w:pStyle w:val="TableParagraph"/>
              <w:spacing w:before="8"/>
              <w:ind w:left="57"/>
              <w:rPr>
                <w:sz w:val="16"/>
              </w:rPr>
            </w:pPr>
            <w:r w:rsidRPr="00E85698">
              <w:rPr>
                <w:sz w:val="16"/>
              </w:rPr>
              <w:t>Словосочетание</w:t>
            </w:r>
          </w:p>
        </w:tc>
        <w:tc>
          <w:tcPr>
            <w:tcW w:w="528" w:type="dxa"/>
          </w:tcPr>
          <w:p w:rsidR="003147F9" w:rsidRPr="00E85698" w:rsidRDefault="003147F9" w:rsidP="00A047B0">
            <w:pPr>
              <w:pStyle w:val="TableParagraph"/>
              <w:spacing w:line="183" w:lineRule="exact"/>
              <w:ind w:left="57"/>
              <w:rPr>
                <w:sz w:val="16"/>
              </w:rPr>
            </w:pPr>
            <w:r w:rsidRPr="00E85698">
              <w:rPr>
                <w:sz w:val="16"/>
              </w:rPr>
              <w:t>2</w:t>
            </w:r>
          </w:p>
        </w:tc>
        <w:tc>
          <w:tcPr>
            <w:tcW w:w="1107" w:type="dxa"/>
          </w:tcPr>
          <w:p w:rsidR="003147F9" w:rsidRPr="00E85698" w:rsidRDefault="003147F9" w:rsidP="00A047B0">
            <w:pPr>
              <w:pStyle w:val="TableParagraph"/>
              <w:spacing w:line="183" w:lineRule="exact"/>
              <w:ind w:left="57"/>
              <w:rPr>
                <w:sz w:val="16"/>
              </w:rPr>
            </w:pPr>
            <w:r w:rsidRPr="00E85698">
              <w:rPr>
                <w:sz w:val="16"/>
              </w:rPr>
              <w:t>0</w:t>
            </w:r>
          </w:p>
        </w:tc>
        <w:tc>
          <w:tcPr>
            <w:tcW w:w="1140" w:type="dxa"/>
          </w:tcPr>
          <w:p w:rsidR="003147F9" w:rsidRPr="00E85698" w:rsidRDefault="003147F9" w:rsidP="00A047B0">
            <w:pPr>
              <w:pStyle w:val="TableParagraph"/>
              <w:spacing w:line="183" w:lineRule="exact"/>
              <w:ind w:left="54"/>
              <w:rPr>
                <w:sz w:val="16"/>
              </w:rPr>
            </w:pPr>
            <w:r w:rsidRPr="00E85698">
              <w:rPr>
                <w:sz w:val="16"/>
              </w:rPr>
              <w:t>0</w:t>
            </w:r>
          </w:p>
        </w:tc>
        <w:tc>
          <w:tcPr>
            <w:tcW w:w="804" w:type="dxa"/>
          </w:tcPr>
          <w:p w:rsidR="003147F9" w:rsidRPr="00E85698" w:rsidRDefault="006C1B1D" w:rsidP="00A047B0">
            <w:pPr>
              <w:pStyle w:val="TableParagraph"/>
              <w:rPr>
                <w:sz w:val="16"/>
              </w:rPr>
            </w:pPr>
            <w:r>
              <w:rPr>
                <w:sz w:val="16"/>
              </w:rPr>
              <w:t>23.03-24.03</w:t>
            </w:r>
          </w:p>
        </w:tc>
        <w:tc>
          <w:tcPr>
            <w:tcW w:w="3761" w:type="dxa"/>
          </w:tcPr>
          <w:p w:rsidR="003147F9" w:rsidRPr="00E85698" w:rsidRDefault="003147F9" w:rsidP="00A047B0">
            <w:pPr>
              <w:pStyle w:val="TableParagraph"/>
              <w:spacing w:line="235" w:lineRule="auto"/>
              <w:ind w:left="59" w:right="38"/>
              <w:rPr>
                <w:sz w:val="16"/>
              </w:rPr>
            </w:pPr>
            <w:r w:rsidRPr="00E85698">
              <w:rPr>
                <w:sz w:val="16"/>
              </w:rPr>
              <w:t>Распознавать единицы синтаксиса (словосочетание и</w:t>
            </w:r>
            <w:r w:rsidRPr="00E85698">
              <w:rPr>
                <w:spacing w:val="-37"/>
                <w:sz w:val="16"/>
              </w:rPr>
              <w:t xml:space="preserve"> </w:t>
            </w:r>
            <w:r w:rsidRPr="00E85698">
              <w:rPr>
                <w:sz w:val="16"/>
              </w:rPr>
              <w:t>предложение);</w:t>
            </w:r>
          </w:p>
          <w:p w:rsidR="003147F9" w:rsidRPr="00E85698" w:rsidRDefault="003147F9" w:rsidP="00A047B0">
            <w:pPr>
              <w:pStyle w:val="TableParagraph"/>
              <w:spacing w:before="6" w:line="249" w:lineRule="auto"/>
              <w:ind w:left="59" w:right="192"/>
              <w:rPr>
                <w:sz w:val="16"/>
              </w:rPr>
            </w:pPr>
            <w:r w:rsidRPr="00E85698">
              <w:rPr>
                <w:sz w:val="16"/>
              </w:rPr>
              <w:t>Определять</w:t>
            </w:r>
            <w:r w:rsidRPr="00E85698">
              <w:rPr>
                <w:spacing w:val="4"/>
                <w:sz w:val="16"/>
              </w:rPr>
              <w:t xml:space="preserve"> </w:t>
            </w:r>
            <w:r w:rsidRPr="00E85698">
              <w:rPr>
                <w:sz w:val="16"/>
              </w:rPr>
              <w:t>функции</w:t>
            </w:r>
            <w:r w:rsidRPr="00E85698">
              <w:rPr>
                <w:spacing w:val="3"/>
                <w:sz w:val="16"/>
              </w:rPr>
              <w:t xml:space="preserve"> </w:t>
            </w:r>
            <w:r w:rsidRPr="00E85698">
              <w:rPr>
                <w:sz w:val="16"/>
              </w:rPr>
              <w:t>знаков</w:t>
            </w:r>
            <w:r w:rsidRPr="00E85698">
              <w:rPr>
                <w:spacing w:val="3"/>
                <w:sz w:val="16"/>
              </w:rPr>
              <w:t xml:space="preserve"> </w:t>
            </w:r>
            <w:r w:rsidRPr="00E85698">
              <w:rPr>
                <w:sz w:val="16"/>
              </w:rPr>
              <w:t>препинания;</w:t>
            </w:r>
            <w:r w:rsidRPr="00E85698">
              <w:rPr>
                <w:spacing w:val="1"/>
                <w:sz w:val="16"/>
              </w:rPr>
              <w:t xml:space="preserve"> </w:t>
            </w:r>
            <w:r w:rsidRPr="00E85698">
              <w:rPr>
                <w:sz w:val="16"/>
              </w:rPr>
              <w:t>Выделять словосочетания из предложения,</w:t>
            </w:r>
            <w:r w:rsidRPr="00E85698">
              <w:rPr>
                <w:spacing w:val="1"/>
                <w:sz w:val="16"/>
              </w:rPr>
              <w:t xml:space="preserve"> </w:t>
            </w:r>
            <w:r w:rsidRPr="00E85698">
              <w:rPr>
                <w:sz w:val="16"/>
              </w:rPr>
              <w:t>распознавать словосочетания по морфологическим</w:t>
            </w:r>
            <w:r w:rsidRPr="00E85698">
              <w:rPr>
                <w:spacing w:val="-37"/>
                <w:sz w:val="16"/>
              </w:rPr>
              <w:t xml:space="preserve"> </w:t>
            </w:r>
            <w:r w:rsidRPr="00E85698">
              <w:rPr>
                <w:sz w:val="16"/>
              </w:rPr>
              <w:t>свойствам главного слова (именные, глагольные,</w:t>
            </w:r>
            <w:r w:rsidRPr="00E85698">
              <w:rPr>
                <w:spacing w:val="1"/>
                <w:sz w:val="16"/>
              </w:rPr>
              <w:t xml:space="preserve"> </w:t>
            </w:r>
            <w:r w:rsidRPr="00E85698">
              <w:rPr>
                <w:sz w:val="16"/>
              </w:rPr>
              <w:t>наречные);</w:t>
            </w:r>
          </w:p>
          <w:p w:rsidR="003147F9" w:rsidRPr="00E85698" w:rsidRDefault="003147F9" w:rsidP="00A047B0">
            <w:pPr>
              <w:pStyle w:val="TableParagraph"/>
              <w:spacing w:before="1"/>
              <w:ind w:left="59" w:right="203"/>
              <w:rPr>
                <w:sz w:val="16"/>
              </w:rPr>
            </w:pPr>
            <w:r w:rsidRPr="00E85698">
              <w:rPr>
                <w:sz w:val="16"/>
              </w:rPr>
              <w:t>Определять средства связи слов в словосочетании;</w:t>
            </w:r>
            <w:r w:rsidRPr="00E85698">
              <w:rPr>
                <w:spacing w:val="-37"/>
                <w:sz w:val="16"/>
              </w:rPr>
              <w:t xml:space="preserve"> </w:t>
            </w:r>
            <w:r w:rsidRPr="00E85698">
              <w:rPr>
                <w:sz w:val="16"/>
              </w:rPr>
              <w:t>Определять нарушения норм сочетания слов в</w:t>
            </w:r>
            <w:r w:rsidRPr="00E85698">
              <w:rPr>
                <w:spacing w:val="1"/>
                <w:sz w:val="16"/>
              </w:rPr>
              <w:t xml:space="preserve"> </w:t>
            </w:r>
            <w:r w:rsidRPr="00E85698">
              <w:rPr>
                <w:sz w:val="16"/>
              </w:rPr>
              <w:t>составе</w:t>
            </w:r>
            <w:r w:rsidRPr="00E85698">
              <w:rPr>
                <w:spacing w:val="-3"/>
                <w:sz w:val="16"/>
              </w:rPr>
              <w:t xml:space="preserve"> </w:t>
            </w:r>
            <w:r w:rsidRPr="00E85698">
              <w:rPr>
                <w:sz w:val="16"/>
              </w:rPr>
              <w:t>словосочетания;</w:t>
            </w:r>
          </w:p>
          <w:p w:rsidR="003147F9" w:rsidRPr="00E85698" w:rsidRDefault="003147F9" w:rsidP="00A047B0">
            <w:pPr>
              <w:pStyle w:val="TableParagraph"/>
              <w:spacing w:before="2" w:line="256" w:lineRule="auto"/>
              <w:ind w:left="59" w:right="-15"/>
              <w:rPr>
                <w:sz w:val="16"/>
              </w:rPr>
            </w:pPr>
            <w:r w:rsidRPr="00E85698">
              <w:rPr>
                <w:sz w:val="16"/>
              </w:rPr>
              <w:t>Проводить</w:t>
            </w:r>
            <w:r w:rsidRPr="00E85698">
              <w:rPr>
                <w:spacing w:val="3"/>
                <w:sz w:val="16"/>
              </w:rPr>
              <w:t xml:space="preserve"> </w:t>
            </w:r>
            <w:r w:rsidRPr="00E85698">
              <w:rPr>
                <w:sz w:val="16"/>
              </w:rPr>
              <w:t>синтаксический</w:t>
            </w:r>
            <w:r w:rsidRPr="00E85698">
              <w:rPr>
                <w:spacing w:val="4"/>
                <w:sz w:val="16"/>
              </w:rPr>
              <w:t xml:space="preserve"> </w:t>
            </w:r>
            <w:r w:rsidRPr="00E85698">
              <w:rPr>
                <w:sz w:val="16"/>
              </w:rPr>
              <w:t>анализ</w:t>
            </w:r>
            <w:r w:rsidRPr="00E85698">
              <w:rPr>
                <w:spacing w:val="3"/>
                <w:sz w:val="16"/>
              </w:rPr>
              <w:t xml:space="preserve"> </w:t>
            </w:r>
            <w:r w:rsidRPr="00E85698">
              <w:rPr>
                <w:sz w:val="16"/>
              </w:rPr>
              <w:t>словосочетаний</w:t>
            </w:r>
            <w:r w:rsidRPr="00E85698">
              <w:rPr>
                <w:spacing w:val="4"/>
                <w:sz w:val="16"/>
              </w:rPr>
              <w:t xml:space="preserve"> </w:t>
            </w:r>
            <w:r w:rsidRPr="00E85698">
              <w:rPr>
                <w:sz w:val="16"/>
              </w:rPr>
              <w:t>(в</w:t>
            </w:r>
            <w:r w:rsidRPr="00E85698">
              <w:rPr>
                <w:spacing w:val="-37"/>
                <w:sz w:val="16"/>
              </w:rPr>
              <w:t xml:space="preserve"> </w:t>
            </w:r>
            <w:r w:rsidRPr="00E85698">
              <w:rPr>
                <w:sz w:val="16"/>
              </w:rPr>
              <w:t>рамках</w:t>
            </w:r>
            <w:r w:rsidRPr="00E85698">
              <w:rPr>
                <w:spacing w:val="-2"/>
                <w:sz w:val="16"/>
              </w:rPr>
              <w:t xml:space="preserve"> </w:t>
            </w:r>
            <w:r w:rsidRPr="00E85698">
              <w:rPr>
                <w:sz w:val="16"/>
              </w:rPr>
              <w:t>изученного);</w:t>
            </w:r>
          </w:p>
        </w:tc>
        <w:tc>
          <w:tcPr>
            <w:tcW w:w="1116" w:type="dxa"/>
          </w:tcPr>
          <w:p w:rsidR="003147F9" w:rsidRPr="00E85698" w:rsidRDefault="003147F9" w:rsidP="00A047B0">
            <w:pPr>
              <w:pStyle w:val="TableParagraph"/>
              <w:spacing w:line="283" w:lineRule="auto"/>
              <w:ind w:left="57" w:right="152"/>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Устный</w:t>
            </w:r>
          </w:p>
          <w:p w:rsidR="003147F9" w:rsidRPr="00E85698" w:rsidRDefault="003147F9" w:rsidP="00A047B0">
            <w:pPr>
              <w:pStyle w:val="TableParagraph"/>
              <w:spacing w:line="164" w:lineRule="exact"/>
              <w:ind w:left="57"/>
              <w:rPr>
                <w:sz w:val="16"/>
              </w:rPr>
            </w:pPr>
            <w:r w:rsidRPr="00E85698">
              <w:rPr>
                <w:sz w:val="16"/>
              </w:rPr>
              <w:t>опрос;</w:t>
            </w:r>
          </w:p>
        </w:tc>
        <w:tc>
          <w:tcPr>
            <w:tcW w:w="3701" w:type="dxa"/>
          </w:tcPr>
          <w:p w:rsidR="003147F9" w:rsidRPr="00E85698" w:rsidRDefault="003147F9" w:rsidP="00A047B0">
            <w:pPr>
              <w:pStyle w:val="TableParagraph"/>
              <w:spacing w:line="256" w:lineRule="auto"/>
              <w:ind w:left="55"/>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https://resh.edu.ru/subject/lesson/7638/conspect/311778/</w:t>
            </w:r>
          </w:p>
        </w:tc>
      </w:tr>
    </w:tbl>
    <w:p w:rsidR="003147F9" w:rsidRPr="00E85698" w:rsidRDefault="003147F9" w:rsidP="003147F9">
      <w:pPr>
        <w:spacing w:line="256" w:lineRule="auto"/>
        <w:rPr>
          <w:sz w:val="16"/>
          <w:lang w:val="en-US"/>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3147F9" w:rsidRPr="00E85698" w:rsidTr="00A047B0">
        <w:trPr>
          <w:trHeight w:val="6867"/>
        </w:trPr>
        <w:tc>
          <w:tcPr>
            <w:tcW w:w="468" w:type="dxa"/>
          </w:tcPr>
          <w:p w:rsidR="003147F9" w:rsidRPr="00E85698" w:rsidRDefault="003147F9" w:rsidP="00A047B0">
            <w:pPr>
              <w:pStyle w:val="TableParagraph"/>
              <w:spacing w:line="183" w:lineRule="exact"/>
              <w:ind w:left="112"/>
              <w:rPr>
                <w:sz w:val="16"/>
              </w:rPr>
            </w:pPr>
            <w:r w:rsidRPr="00E85698">
              <w:rPr>
                <w:sz w:val="16"/>
              </w:rPr>
              <w:lastRenderedPageBreak/>
              <w:t>8.2.</w:t>
            </w:r>
          </w:p>
        </w:tc>
        <w:tc>
          <w:tcPr>
            <w:tcW w:w="2883" w:type="dxa"/>
          </w:tcPr>
          <w:p w:rsidR="003147F9" w:rsidRPr="00E85698" w:rsidRDefault="003147F9" w:rsidP="00A047B0">
            <w:pPr>
              <w:pStyle w:val="TableParagraph"/>
              <w:spacing w:line="183" w:lineRule="exact"/>
              <w:ind w:left="62"/>
              <w:rPr>
                <w:sz w:val="16"/>
              </w:rPr>
            </w:pPr>
            <w:r w:rsidRPr="00E85698">
              <w:rPr>
                <w:sz w:val="16"/>
              </w:rPr>
              <w:t>Простое</w:t>
            </w:r>
            <w:r w:rsidRPr="00E85698">
              <w:rPr>
                <w:spacing w:val="-6"/>
                <w:sz w:val="16"/>
              </w:rPr>
              <w:t xml:space="preserve"> </w:t>
            </w:r>
            <w:r w:rsidRPr="00E85698">
              <w:rPr>
                <w:sz w:val="16"/>
              </w:rPr>
              <w:t>двусоставное</w:t>
            </w:r>
            <w:r w:rsidRPr="00E85698">
              <w:rPr>
                <w:spacing w:val="-6"/>
                <w:sz w:val="16"/>
              </w:rPr>
              <w:t xml:space="preserve"> </w:t>
            </w:r>
            <w:r w:rsidRPr="00E85698">
              <w:rPr>
                <w:sz w:val="16"/>
              </w:rPr>
              <w:t>предложение</w:t>
            </w:r>
          </w:p>
        </w:tc>
        <w:tc>
          <w:tcPr>
            <w:tcW w:w="528" w:type="dxa"/>
          </w:tcPr>
          <w:p w:rsidR="003147F9" w:rsidRPr="00E85698" w:rsidRDefault="003147F9" w:rsidP="00A047B0">
            <w:pPr>
              <w:pStyle w:val="TableParagraph"/>
              <w:spacing w:line="183" w:lineRule="exact"/>
              <w:ind w:left="62"/>
              <w:rPr>
                <w:sz w:val="16"/>
              </w:rPr>
            </w:pPr>
            <w:r w:rsidRPr="00E85698">
              <w:rPr>
                <w:sz w:val="16"/>
              </w:rPr>
              <w:t>5</w:t>
            </w:r>
          </w:p>
        </w:tc>
        <w:tc>
          <w:tcPr>
            <w:tcW w:w="1107" w:type="dxa"/>
          </w:tcPr>
          <w:p w:rsidR="003147F9" w:rsidRPr="00E85698" w:rsidRDefault="003147F9" w:rsidP="00A047B0">
            <w:pPr>
              <w:pStyle w:val="TableParagraph"/>
              <w:spacing w:line="183" w:lineRule="exact"/>
              <w:ind w:left="62"/>
              <w:rPr>
                <w:sz w:val="16"/>
              </w:rPr>
            </w:pPr>
            <w:r w:rsidRPr="00E85698">
              <w:rPr>
                <w:sz w:val="16"/>
              </w:rPr>
              <w:t>0</w:t>
            </w:r>
          </w:p>
        </w:tc>
        <w:tc>
          <w:tcPr>
            <w:tcW w:w="1140" w:type="dxa"/>
          </w:tcPr>
          <w:p w:rsidR="003147F9" w:rsidRPr="00E85698" w:rsidRDefault="003147F9" w:rsidP="00A047B0">
            <w:pPr>
              <w:pStyle w:val="TableParagraph"/>
              <w:spacing w:line="183" w:lineRule="exact"/>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4\04-10.04</w:t>
            </w:r>
          </w:p>
        </w:tc>
        <w:tc>
          <w:tcPr>
            <w:tcW w:w="3761" w:type="dxa"/>
          </w:tcPr>
          <w:p w:rsidR="003147F9" w:rsidRPr="00E85698" w:rsidRDefault="003147F9" w:rsidP="00A047B0">
            <w:pPr>
              <w:pStyle w:val="TableParagraph"/>
              <w:spacing w:line="181" w:lineRule="exact"/>
              <w:ind w:left="64"/>
              <w:rPr>
                <w:sz w:val="16"/>
              </w:rPr>
            </w:pPr>
            <w:r w:rsidRPr="00E85698">
              <w:rPr>
                <w:sz w:val="16"/>
              </w:rPr>
              <w:t>Распознавать</w:t>
            </w:r>
            <w:r w:rsidRPr="00E85698">
              <w:rPr>
                <w:spacing w:val="-5"/>
                <w:sz w:val="16"/>
              </w:rPr>
              <w:t xml:space="preserve"> </w:t>
            </w:r>
            <w:r w:rsidRPr="00E85698">
              <w:rPr>
                <w:sz w:val="16"/>
              </w:rPr>
              <w:t>предложения</w:t>
            </w:r>
            <w:r w:rsidRPr="00E85698">
              <w:rPr>
                <w:spacing w:val="-3"/>
                <w:sz w:val="16"/>
              </w:rPr>
              <w:t xml:space="preserve"> </w:t>
            </w:r>
            <w:r w:rsidRPr="00E85698">
              <w:rPr>
                <w:sz w:val="16"/>
              </w:rPr>
              <w:t>по</w:t>
            </w:r>
            <w:r w:rsidRPr="00E85698">
              <w:rPr>
                <w:spacing w:val="-5"/>
                <w:sz w:val="16"/>
              </w:rPr>
              <w:t xml:space="preserve"> </w:t>
            </w:r>
            <w:r w:rsidRPr="00E85698">
              <w:rPr>
                <w:sz w:val="16"/>
              </w:rPr>
              <w:t>цели</w:t>
            </w:r>
            <w:r w:rsidRPr="00E85698">
              <w:rPr>
                <w:spacing w:val="-3"/>
                <w:sz w:val="16"/>
              </w:rPr>
              <w:t xml:space="preserve"> </w:t>
            </w:r>
            <w:r w:rsidRPr="00E85698">
              <w:rPr>
                <w:sz w:val="16"/>
              </w:rPr>
              <w:t>высказывания</w:t>
            </w:r>
          </w:p>
          <w:p w:rsidR="003147F9" w:rsidRPr="00E85698" w:rsidRDefault="003147F9" w:rsidP="00A047B0">
            <w:pPr>
              <w:pStyle w:val="TableParagraph"/>
              <w:spacing w:before="58" w:line="249" w:lineRule="auto"/>
              <w:ind w:left="64" w:right="23"/>
              <w:rPr>
                <w:sz w:val="16"/>
              </w:rPr>
            </w:pPr>
            <w:r w:rsidRPr="00E85698">
              <w:rPr>
                <w:sz w:val="16"/>
              </w:rPr>
              <w:t>(повествовательные, побудительные,</w:t>
            </w:r>
            <w:r w:rsidRPr="00E85698">
              <w:rPr>
                <w:spacing w:val="1"/>
                <w:sz w:val="16"/>
              </w:rPr>
              <w:t xml:space="preserve"> </w:t>
            </w:r>
            <w:r w:rsidRPr="00E85698">
              <w:rPr>
                <w:sz w:val="16"/>
              </w:rPr>
              <w:t>вопросительные), эмоциональной окраске</w:t>
            </w:r>
            <w:r w:rsidRPr="00E85698">
              <w:rPr>
                <w:spacing w:val="1"/>
                <w:sz w:val="16"/>
              </w:rPr>
              <w:t xml:space="preserve"> </w:t>
            </w:r>
            <w:r w:rsidRPr="00E85698">
              <w:rPr>
                <w:sz w:val="16"/>
              </w:rPr>
              <w:t>(восклицательные и невосклицательные), количеству</w:t>
            </w:r>
            <w:r w:rsidRPr="00E85698">
              <w:rPr>
                <w:spacing w:val="-37"/>
                <w:sz w:val="16"/>
              </w:rPr>
              <w:t xml:space="preserve"> </w:t>
            </w:r>
            <w:r w:rsidRPr="00E85698">
              <w:rPr>
                <w:sz w:val="16"/>
              </w:rPr>
              <w:t>грамматических основ (простые и сложные),</w:t>
            </w:r>
            <w:r w:rsidRPr="00E85698">
              <w:rPr>
                <w:spacing w:val="1"/>
                <w:sz w:val="16"/>
              </w:rPr>
              <w:t xml:space="preserve"> </w:t>
            </w:r>
            <w:r w:rsidRPr="00E85698">
              <w:rPr>
                <w:sz w:val="16"/>
              </w:rPr>
              <w:t>наличию второстепенных членов (распространённые</w:t>
            </w:r>
            <w:r w:rsidRPr="00E85698">
              <w:rPr>
                <w:spacing w:val="-37"/>
                <w:sz w:val="16"/>
              </w:rPr>
              <w:t xml:space="preserve"> </w:t>
            </w:r>
            <w:r w:rsidRPr="00E85698">
              <w:rPr>
                <w:sz w:val="16"/>
              </w:rPr>
              <w:t>и нераспространённые) и характеризовать их;</w:t>
            </w:r>
            <w:r w:rsidRPr="00E85698">
              <w:rPr>
                <w:spacing w:val="1"/>
                <w:sz w:val="16"/>
              </w:rPr>
              <w:t xml:space="preserve"> </w:t>
            </w:r>
            <w:r w:rsidRPr="00E85698">
              <w:rPr>
                <w:sz w:val="16"/>
              </w:rPr>
              <w:t>Употреблять повествовательные, побудительные,</w:t>
            </w:r>
            <w:r w:rsidRPr="00E85698">
              <w:rPr>
                <w:spacing w:val="1"/>
                <w:sz w:val="16"/>
              </w:rPr>
              <w:t xml:space="preserve"> </w:t>
            </w:r>
            <w:r w:rsidRPr="00E85698">
              <w:rPr>
                <w:sz w:val="16"/>
              </w:rPr>
              <w:t>вопросительные, восклицательные предложения в</w:t>
            </w:r>
            <w:r w:rsidRPr="00E85698">
              <w:rPr>
                <w:spacing w:val="1"/>
                <w:sz w:val="16"/>
              </w:rPr>
              <w:t xml:space="preserve"> </w:t>
            </w:r>
            <w:r w:rsidRPr="00E85698">
              <w:rPr>
                <w:sz w:val="16"/>
              </w:rPr>
              <w:t>речевой практике, корректируя интонацию в</w:t>
            </w:r>
            <w:r w:rsidRPr="00E85698">
              <w:rPr>
                <w:spacing w:val="1"/>
                <w:sz w:val="16"/>
              </w:rPr>
              <w:t xml:space="preserve"> </w:t>
            </w:r>
            <w:r w:rsidRPr="00E85698">
              <w:rPr>
                <w:sz w:val="16"/>
              </w:rPr>
              <w:t>соответствии с коммуникативной целью</w:t>
            </w:r>
            <w:r w:rsidRPr="00E85698">
              <w:rPr>
                <w:spacing w:val="1"/>
                <w:sz w:val="16"/>
              </w:rPr>
              <w:t xml:space="preserve"> </w:t>
            </w:r>
            <w:r w:rsidRPr="00E85698">
              <w:rPr>
                <w:sz w:val="16"/>
              </w:rPr>
              <w:t>высказывания;</w:t>
            </w:r>
          </w:p>
          <w:p w:rsidR="003147F9" w:rsidRPr="00E85698" w:rsidRDefault="003147F9" w:rsidP="00A047B0">
            <w:pPr>
              <w:pStyle w:val="TableParagraph"/>
              <w:spacing w:line="244" w:lineRule="auto"/>
              <w:ind w:left="64" w:right="334"/>
              <w:rPr>
                <w:sz w:val="16"/>
              </w:rPr>
            </w:pPr>
            <w:r w:rsidRPr="00E85698">
              <w:rPr>
                <w:sz w:val="16"/>
              </w:rPr>
              <w:t>Определять главные (грамматическую основу) и</w:t>
            </w:r>
            <w:r w:rsidRPr="00E85698">
              <w:rPr>
                <w:spacing w:val="-37"/>
                <w:sz w:val="16"/>
              </w:rPr>
              <w:t xml:space="preserve"> </w:t>
            </w:r>
            <w:r w:rsidRPr="00E85698">
              <w:rPr>
                <w:sz w:val="16"/>
              </w:rPr>
              <w:t>второстепенные члены предложения;</w:t>
            </w:r>
            <w:r w:rsidRPr="00E85698">
              <w:rPr>
                <w:spacing w:val="1"/>
                <w:sz w:val="16"/>
              </w:rPr>
              <w:t xml:space="preserve"> </w:t>
            </w:r>
            <w:r w:rsidRPr="00E85698">
              <w:rPr>
                <w:sz w:val="16"/>
              </w:rPr>
              <w:t>Определять и характеризовать морфологические</w:t>
            </w:r>
            <w:r w:rsidRPr="00E85698">
              <w:rPr>
                <w:spacing w:val="-38"/>
                <w:sz w:val="16"/>
              </w:rPr>
              <w:t xml:space="preserve"> </w:t>
            </w:r>
            <w:r w:rsidRPr="00E85698">
              <w:rPr>
                <w:sz w:val="16"/>
              </w:rPr>
              <w:t xml:space="preserve">средства </w:t>
            </w:r>
            <w:proofErr w:type="gramStart"/>
            <w:r w:rsidRPr="00E85698">
              <w:rPr>
                <w:sz w:val="16"/>
              </w:rPr>
              <w:t>выражения</w:t>
            </w:r>
            <w:proofErr w:type="gramEnd"/>
            <w:r w:rsidRPr="00E85698">
              <w:rPr>
                <w:sz w:val="16"/>
              </w:rPr>
              <w:t xml:space="preserve"> подлежащего (именем</w:t>
            </w:r>
            <w:r w:rsidRPr="00E85698">
              <w:rPr>
                <w:spacing w:val="1"/>
                <w:sz w:val="16"/>
              </w:rPr>
              <w:t xml:space="preserve"> </w:t>
            </w:r>
            <w:r w:rsidRPr="00E85698">
              <w:rPr>
                <w:sz w:val="16"/>
              </w:rPr>
              <w:t>существительным или местоимением в</w:t>
            </w:r>
            <w:r w:rsidRPr="00E85698">
              <w:rPr>
                <w:spacing w:val="1"/>
                <w:sz w:val="16"/>
              </w:rPr>
              <w:t xml:space="preserve"> </w:t>
            </w:r>
            <w:r w:rsidRPr="00E85698">
              <w:rPr>
                <w:sz w:val="16"/>
              </w:rPr>
              <w:t>именительном</w:t>
            </w:r>
            <w:r w:rsidRPr="00E85698">
              <w:rPr>
                <w:spacing w:val="-3"/>
                <w:sz w:val="16"/>
              </w:rPr>
              <w:t xml:space="preserve"> </w:t>
            </w:r>
            <w:r w:rsidRPr="00E85698">
              <w:rPr>
                <w:sz w:val="16"/>
              </w:rPr>
              <w:t>падеже, сочетанием</w:t>
            </w:r>
            <w:r w:rsidRPr="00E85698">
              <w:rPr>
                <w:spacing w:val="-4"/>
                <w:sz w:val="16"/>
              </w:rPr>
              <w:t xml:space="preserve"> </w:t>
            </w:r>
            <w:r w:rsidRPr="00E85698">
              <w:rPr>
                <w:sz w:val="16"/>
              </w:rPr>
              <w:t>имени</w:t>
            </w:r>
          </w:p>
          <w:p w:rsidR="003147F9" w:rsidRPr="00E85698" w:rsidRDefault="003147F9" w:rsidP="00A047B0">
            <w:pPr>
              <w:pStyle w:val="TableParagraph"/>
              <w:spacing w:before="6" w:line="252" w:lineRule="auto"/>
              <w:ind w:left="64" w:right="-1"/>
              <w:rPr>
                <w:sz w:val="16"/>
              </w:rPr>
            </w:pPr>
            <w:r w:rsidRPr="00E85698">
              <w:rPr>
                <w:sz w:val="16"/>
              </w:rPr>
              <w:t>существительного в форме именительного падежа с</w:t>
            </w:r>
            <w:r w:rsidRPr="00E85698">
              <w:rPr>
                <w:spacing w:val="1"/>
                <w:sz w:val="16"/>
              </w:rPr>
              <w:t xml:space="preserve"> </w:t>
            </w:r>
            <w:r w:rsidRPr="00E85698">
              <w:rPr>
                <w:sz w:val="16"/>
              </w:rPr>
              <w:t>существительным или местоимением в форме</w:t>
            </w:r>
            <w:r w:rsidRPr="00E85698">
              <w:rPr>
                <w:spacing w:val="1"/>
                <w:sz w:val="16"/>
              </w:rPr>
              <w:t xml:space="preserve"> </w:t>
            </w:r>
            <w:r w:rsidRPr="00E85698">
              <w:rPr>
                <w:sz w:val="16"/>
              </w:rPr>
              <w:t>творительного падежа с предлогом; сочетанием</w:t>
            </w:r>
            <w:r w:rsidRPr="00E85698">
              <w:rPr>
                <w:spacing w:val="1"/>
                <w:sz w:val="16"/>
              </w:rPr>
              <w:t xml:space="preserve"> </w:t>
            </w:r>
            <w:r w:rsidRPr="00E85698">
              <w:rPr>
                <w:sz w:val="16"/>
              </w:rPr>
              <w:t>имени числительного в форме именительного падежа</w:t>
            </w:r>
            <w:r w:rsidRPr="00E85698">
              <w:rPr>
                <w:spacing w:val="-38"/>
                <w:sz w:val="16"/>
              </w:rPr>
              <w:t xml:space="preserve"> </w:t>
            </w:r>
            <w:r w:rsidRPr="00E85698">
              <w:rPr>
                <w:sz w:val="16"/>
              </w:rPr>
              <w:t>с существительным в форме родительного падежа) и</w:t>
            </w:r>
            <w:r w:rsidRPr="00E85698">
              <w:rPr>
                <w:spacing w:val="1"/>
                <w:sz w:val="16"/>
              </w:rPr>
              <w:t xml:space="preserve"> </w:t>
            </w:r>
            <w:r w:rsidRPr="00E85698">
              <w:rPr>
                <w:sz w:val="16"/>
              </w:rPr>
              <w:t>сказуемого (глаголом, именем существительным,</w:t>
            </w:r>
            <w:r w:rsidRPr="00E85698">
              <w:rPr>
                <w:spacing w:val="1"/>
                <w:sz w:val="16"/>
              </w:rPr>
              <w:t xml:space="preserve"> </w:t>
            </w:r>
            <w:r w:rsidRPr="00E85698">
              <w:rPr>
                <w:sz w:val="16"/>
              </w:rPr>
              <w:t>именем</w:t>
            </w:r>
            <w:r w:rsidRPr="00E85698">
              <w:rPr>
                <w:spacing w:val="-2"/>
                <w:sz w:val="16"/>
              </w:rPr>
              <w:t xml:space="preserve"> </w:t>
            </w:r>
            <w:r w:rsidRPr="00E85698">
              <w:rPr>
                <w:sz w:val="16"/>
              </w:rPr>
              <w:t>прилагательным);</w:t>
            </w:r>
          </w:p>
          <w:p w:rsidR="003147F9" w:rsidRPr="00E85698" w:rsidRDefault="003147F9" w:rsidP="00A047B0">
            <w:pPr>
              <w:pStyle w:val="TableParagraph"/>
              <w:spacing w:line="249" w:lineRule="auto"/>
              <w:ind w:left="64" w:right="674"/>
              <w:rPr>
                <w:sz w:val="16"/>
              </w:rPr>
            </w:pPr>
            <w:r w:rsidRPr="00E85698">
              <w:rPr>
                <w:sz w:val="16"/>
              </w:rPr>
              <w:t>Применять правила постановки тире между</w:t>
            </w:r>
            <w:r w:rsidRPr="00E85698">
              <w:rPr>
                <w:spacing w:val="-38"/>
                <w:sz w:val="16"/>
              </w:rPr>
              <w:t xml:space="preserve"> </w:t>
            </w:r>
            <w:r w:rsidRPr="00E85698">
              <w:rPr>
                <w:sz w:val="16"/>
              </w:rPr>
              <w:t>подлежащим</w:t>
            </w:r>
            <w:r w:rsidRPr="00E85698">
              <w:rPr>
                <w:spacing w:val="-1"/>
                <w:sz w:val="16"/>
              </w:rPr>
              <w:t xml:space="preserve"> </w:t>
            </w:r>
            <w:r w:rsidRPr="00E85698">
              <w:rPr>
                <w:sz w:val="16"/>
              </w:rPr>
              <w:t>и</w:t>
            </w:r>
            <w:r w:rsidRPr="00E85698">
              <w:rPr>
                <w:spacing w:val="-2"/>
                <w:sz w:val="16"/>
              </w:rPr>
              <w:t xml:space="preserve"> </w:t>
            </w:r>
            <w:r w:rsidRPr="00E85698">
              <w:rPr>
                <w:sz w:val="16"/>
              </w:rPr>
              <w:t>сказуемым;</w:t>
            </w:r>
          </w:p>
          <w:p w:rsidR="003147F9" w:rsidRPr="00E85698" w:rsidRDefault="003147F9" w:rsidP="00A047B0">
            <w:pPr>
              <w:pStyle w:val="TableParagraph"/>
              <w:spacing w:line="244" w:lineRule="auto"/>
              <w:ind w:left="64" w:right="94"/>
              <w:rPr>
                <w:sz w:val="16"/>
              </w:rPr>
            </w:pPr>
            <w:r w:rsidRPr="00E85698">
              <w:rPr>
                <w:sz w:val="16"/>
              </w:rPr>
              <w:t>Различать распространённые и нераспространённые</w:t>
            </w:r>
            <w:r w:rsidRPr="00E85698">
              <w:rPr>
                <w:spacing w:val="-37"/>
                <w:sz w:val="16"/>
              </w:rPr>
              <w:t xml:space="preserve"> </w:t>
            </w:r>
            <w:r w:rsidRPr="00E85698">
              <w:rPr>
                <w:sz w:val="16"/>
              </w:rPr>
              <w:t>предложения, находить основания для сравнения и</w:t>
            </w:r>
            <w:r w:rsidRPr="00E85698">
              <w:rPr>
                <w:spacing w:val="1"/>
                <w:sz w:val="16"/>
              </w:rPr>
              <w:t xml:space="preserve"> </w:t>
            </w:r>
            <w:r w:rsidRPr="00E85698">
              <w:rPr>
                <w:sz w:val="16"/>
              </w:rPr>
              <w:t>сравнивать</w:t>
            </w:r>
            <w:r w:rsidRPr="00E85698">
              <w:rPr>
                <w:spacing w:val="-2"/>
                <w:sz w:val="16"/>
              </w:rPr>
              <w:t xml:space="preserve"> </w:t>
            </w:r>
            <w:r w:rsidRPr="00E85698">
              <w:rPr>
                <w:sz w:val="16"/>
              </w:rPr>
              <w:t>их;</w:t>
            </w:r>
          </w:p>
          <w:p w:rsidR="003147F9" w:rsidRPr="00E85698" w:rsidRDefault="003147F9" w:rsidP="00A047B0">
            <w:pPr>
              <w:pStyle w:val="TableParagraph"/>
              <w:spacing w:line="249" w:lineRule="auto"/>
              <w:ind w:left="64" w:right="567"/>
              <w:rPr>
                <w:sz w:val="16"/>
              </w:rPr>
            </w:pPr>
            <w:r w:rsidRPr="00E85698">
              <w:rPr>
                <w:sz w:val="16"/>
              </w:rPr>
              <w:t>Определять виды второстепенных членов</w:t>
            </w:r>
            <w:r w:rsidRPr="00E85698">
              <w:rPr>
                <w:spacing w:val="1"/>
                <w:sz w:val="16"/>
              </w:rPr>
              <w:t xml:space="preserve"> </w:t>
            </w:r>
            <w:r w:rsidRPr="00E85698">
              <w:rPr>
                <w:sz w:val="16"/>
              </w:rPr>
              <w:t>предложения и морфологические средства их</w:t>
            </w:r>
            <w:r w:rsidRPr="00E85698">
              <w:rPr>
                <w:spacing w:val="-37"/>
                <w:sz w:val="16"/>
              </w:rPr>
              <w:t xml:space="preserve"> </w:t>
            </w:r>
            <w:r w:rsidRPr="00E85698">
              <w:rPr>
                <w:sz w:val="16"/>
              </w:rPr>
              <w:t>выражения</w:t>
            </w:r>
            <w:r w:rsidRPr="00E85698">
              <w:rPr>
                <w:spacing w:val="7"/>
                <w:sz w:val="16"/>
              </w:rPr>
              <w:t xml:space="preserve"> </w:t>
            </w:r>
            <w:r w:rsidRPr="00E85698">
              <w:rPr>
                <w:sz w:val="16"/>
              </w:rPr>
              <w:t>(в</w:t>
            </w:r>
            <w:r w:rsidRPr="00E85698">
              <w:rPr>
                <w:spacing w:val="6"/>
                <w:sz w:val="16"/>
              </w:rPr>
              <w:t xml:space="preserve"> </w:t>
            </w:r>
            <w:r w:rsidRPr="00E85698">
              <w:rPr>
                <w:sz w:val="16"/>
              </w:rPr>
              <w:t>рамках</w:t>
            </w:r>
            <w:r w:rsidRPr="00E85698">
              <w:rPr>
                <w:spacing w:val="5"/>
                <w:sz w:val="16"/>
              </w:rPr>
              <w:t xml:space="preserve"> </w:t>
            </w:r>
            <w:r w:rsidRPr="00E85698">
              <w:rPr>
                <w:sz w:val="16"/>
              </w:rPr>
              <w:t>изученного);</w:t>
            </w:r>
            <w:r w:rsidRPr="00E85698">
              <w:rPr>
                <w:spacing w:val="1"/>
                <w:sz w:val="16"/>
              </w:rPr>
              <w:t xml:space="preserve"> </w:t>
            </w:r>
            <w:r w:rsidRPr="00E85698">
              <w:rPr>
                <w:sz w:val="16"/>
              </w:rPr>
              <w:t>Проводить</w:t>
            </w:r>
            <w:r w:rsidRPr="00E85698">
              <w:rPr>
                <w:spacing w:val="-3"/>
                <w:sz w:val="16"/>
              </w:rPr>
              <w:t xml:space="preserve"> </w:t>
            </w:r>
            <w:r w:rsidRPr="00E85698">
              <w:rPr>
                <w:sz w:val="16"/>
              </w:rPr>
              <w:t>синтаксический</w:t>
            </w:r>
            <w:r w:rsidRPr="00E85698">
              <w:rPr>
                <w:spacing w:val="-2"/>
                <w:sz w:val="16"/>
              </w:rPr>
              <w:t xml:space="preserve"> </w:t>
            </w:r>
            <w:r w:rsidRPr="00E85698">
              <w:rPr>
                <w:sz w:val="16"/>
              </w:rPr>
              <w:t>анализ</w:t>
            </w:r>
            <w:r w:rsidRPr="00E85698">
              <w:rPr>
                <w:spacing w:val="-5"/>
                <w:sz w:val="16"/>
              </w:rPr>
              <w:t xml:space="preserve"> </w:t>
            </w:r>
            <w:r w:rsidRPr="00E85698">
              <w:rPr>
                <w:sz w:val="16"/>
              </w:rPr>
              <w:t>простых</w:t>
            </w:r>
          </w:p>
        </w:tc>
        <w:tc>
          <w:tcPr>
            <w:tcW w:w="1116" w:type="dxa"/>
          </w:tcPr>
          <w:p w:rsidR="003147F9" w:rsidRPr="00E85698" w:rsidRDefault="003147F9" w:rsidP="00A047B0">
            <w:pPr>
              <w:pStyle w:val="TableParagraph"/>
              <w:spacing w:line="183" w:lineRule="exact"/>
              <w:ind w:left="62"/>
              <w:rPr>
                <w:sz w:val="16"/>
              </w:rPr>
            </w:pPr>
            <w:r w:rsidRPr="00E85698">
              <w:rPr>
                <w:sz w:val="16"/>
              </w:rPr>
              <w:t>Письменный</w:t>
            </w:r>
          </w:p>
          <w:p w:rsidR="003147F9" w:rsidRPr="00E85698" w:rsidRDefault="003147F9" w:rsidP="00A047B0">
            <w:pPr>
              <w:pStyle w:val="TableParagraph"/>
              <w:spacing w:before="51"/>
              <w:ind w:left="62" w:right="148"/>
              <w:rPr>
                <w:sz w:val="16"/>
              </w:rPr>
            </w:pP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33"/>
                <w:sz w:val="16"/>
              </w:rPr>
              <w:t xml:space="preserve"> </w:t>
            </w:r>
          </w:p>
        </w:tc>
        <w:tc>
          <w:tcPr>
            <w:tcW w:w="3701" w:type="dxa"/>
          </w:tcPr>
          <w:p w:rsidR="003147F9" w:rsidRPr="00E85698" w:rsidRDefault="003147F9" w:rsidP="00A047B0">
            <w:pPr>
              <w:pStyle w:val="TableParagraph"/>
              <w:spacing w:line="259" w:lineRule="auto"/>
              <w:ind w:left="58"/>
              <w:rPr>
                <w:sz w:val="16"/>
              </w:rPr>
            </w:pPr>
            <w:r w:rsidRPr="00E85698">
              <w:rPr>
                <w:sz w:val="16"/>
              </w:rPr>
              <w:t>resh.edu.ru</w:t>
            </w:r>
            <w:r w:rsidRPr="00E85698">
              <w:rPr>
                <w:spacing w:val="1"/>
                <w:sz w:val="16"/>
              </w:rPr>
              <w:t xml:space="preserve"> </w:t>
            </w:r>
            <w:r w:rsidRPr="00E85698">
              <w:rPr>
                <w:spacing w:val="-1"/>
                <w:sz w:val="16"/>
              </w:rPr>
              <w:t>https://resh.edu.ru/subject/lesson/7640/conspect/306369/</w:t>
            </w:r>
            <w:r w:rsidRPr="00E85698">
              <w:rPr>
                <w:sz w:val="16"/>
              </w:rPr>
              <w:t xml:space="preserve"> rus5-vpr.sdamgia.ru</w:t>
            </w:r>
          </w:p>
        </w:tc>
      </w:tr>
    </w:tbl>
    <w:p w:rsidR="003147F9" w:rsidRPr="00E85698" w:rsidRDefault="003147F9" w:rsidP="003147F9">
      <w:pPr>
        <w:spacing w:before="1"/>
        <w:ind w:left="4760" w:right="4462"/>
        <w:jc w:val="center"/>
        <w:rPr>
          <w:sz w:val="16"/>
        </w:rPr>
      </w:pPr>
      <w:r w:rsidRPr="00E85698">
        <w:rPr>
          <w:sz w:val="16"/>
        </w:rPr>
        <w:t>двусоставных</w:t>
      </w:r>
      <w:r w:rsidRPr="00E85698">
        <w:rPr>
          <w:spacing w:val="-8"/>
          <w:sz w:val="16"/>
        </w:rPr>
        <w:t xml:space="preserve"> </w:t>
      </w:r>
      <w:r w:rsidRPr="00E85698">
        <w:rPr>
          <w:sz w:val="16"/>
        </w:rPr>
        <w:t>предложений;</w:t>
      </w:r>
    </w:p>
    <w:p w:rsidR="003147F9" w:rsidRPr="00E85698" w:rsidRDefault="003147F9" w:rsidP="003147F9">
      <w:pPr>
        <w:jc w:val="center"/>
        <w:rPr>
          <w:sz w:val="16"/>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3"/>
        <w:gridCol w:w="528"/>
        <w:gridCol w:w="1107"/>
        <w:gridCol w:w="1140"/>
        <w:gridCol w:w="804"/>
        <w:gridCol w:w="3761"/>
        <w:gridCol w:w="1116"/>
        <w:gridCol w:w="3701"/>
      </w:tblGrid>
      <w:tr w:rsidR="003147F9" w:rsidRPr="00942243" w:rsidTr="00A047B0">
        <w:trPr>
          <w:trHeight w:val="5388"/>
        </w:trPr>
        <w:tc>
          <w:tcPr>
            <w:tcW w:w="468" w:type="dxa"/>
          </w:tcPr>
          <w:p w:rsidR="003147F9" w:rsidRPr="00E85698" w:rsidRDefault="003147F9" w:rsidP="00A047B0">
            <w:pPr>
              <w:pStyle w:val="TableParagraph"/>
              <w:spacing w:before="30"/>
              <w:ind w:right="104"/>
              <w:jc w:val="right"/>
              <w:rPr>
                <w:sz w:val="16"/>
              </w:rPr>
            </w:pPr>
            <w:r w:rsidRPr="00E85698">
              <w:rPr>
                <w:sz w:val="16"/>
              </w:rPr>
              <w:lastRenderedPageBreak/>
              <w:t>8.3.</w:t>
            </w:r>
          </w:p>
        </w:tc>
        <w:tc>
          <w:tcPr>
            <w:tcW w:w="2883" w:type="dxa"/>
          </w:tcPr>
          <w:p w:rsidR="003147F9" w:rsidRPr="00E85698" w:rsidRDefault="003147F9" w:rsidP="00A047B0">
            <w:pPr>
              <w:pStyle w:val="TableParagraph"/>
              <w:spacing w:before="30"/>
              <w:ind w:left="62"/>
              <w:rPr>
                <w:sz w:val="16"/>
              </w:rPr>
            </w:pPr>
            <w:r w:rsidRPr="00E85698">
              <w:rPr>
                <w:sz w:val="16"/>
              </w:rPr>
              <w:t>Простое</w:t>
            </w:r>
            <w:r w:rsidRPr="00E85698">
              <w:rPr>
                <w:spacing w:val="-7"/>
                <w:sz w:val="16"/>
              </w:rPr>
              <w:t xml:space="preserve"> </w:t>
            </w:r>
            <w:r w:rsidRPr="00E85698">
              <w:rPr>
                <w:sz w:val="16"/>
              </w:rPr>
              <w:t>осложнённое</w:t>
            </w:r>
            <w:r w:rsidRPr="00E85698">
              <w:rPr>
                <w:spacing w:val="-6"/>
                <w:sz w:val="16"/>
              </w:rPr>
              <w:t xml:space="preserve"> </w:t>
            </w:r>
            <w:r w:rsidRPr="00E85698">
              <w:rPr>
                <w:sz w:val="16"/>
              </w:rPr>
              <w:t>предложение</w:t>
            </w:r>
          </w:p>
        </w:tc>
        <w:tc>
          <w:tcPr>
            <w:tcW w:w="528" w:type="dxa"/>
          </w:tcPr>
          <w:p w:rsidR="003147F9" w:rsidRPr="00E85698" w:rsidRDefault="003147F9" w:rsidP="00A047B0">
            <w:pPr>
              <w:pStyle w:val="TableParagraph"/>
              <w:spacing w:before="30"/>
              <w:ind w:left="62"/>
              <w:rPr>
                <w:sz w:val="16"/>
              </w:rPr>
            </w:pPr>
            <w:r w:rsidRPr="00E85698">
              <w:rPr>
                <w:sz w:val="16"/>
              </w:rPr>
              <w:t>7</w:t>
            </w:r>
          </w:p>
        </w:tc>
        <w:tc>
          <w:tcPr>
            <w:tcW w:w="1107" w:type="dxa"/>
          </w:tcPr>
          <w:p w:rsidR="003147F9" w:rsidRPr="00E85698" w:rsidRDefault="003147F9" w:rsidP="00A047B0">
            <w:pPr>
              <w:pStyle w:val="TableParagraph"/>
              <w:spacing w:before="30"/>
              <w:ind w:left="62"/>
              <w:rPr>
                <w:sz w:val="16"/>
              </w:rPr>
            </w:pPr>
            <w:r w:rsidRPr="00E85698">
              <w:rPr>
                <w:sz w:val="16"/>
              </w:rPr>
              <w:t>0</w:t>
            </w:r>
          </w:p>
        </w:tc>
        <w:tc>
          <w:tcPr>
            <w:tcW w:w="1140" w:type="dxa"/>
          </w:tcPr>
          <w:p w:rsidR="003147F9" w:rsidRPr="00E85698" w:rsidRDefault="003147F9" w:rsidP="00A047B0">
            <w:pPr>
              <w:pStyle w:val="TableParagraph"/>
              <w:spacing w:before="30"/>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11.04-19.04</w:t>
            </w:r>
          </w:p>
        </w:tc>
        <w:tc>
          <w:tcPr>
            <w:tcW w:w="3761" w:type="dxa"/>
          </w:tcPr>
          <w:p w:rsidR="003147F9" w:rsidRPr="00E85698" w:rsidRDefault="003147F9" w:rsidP="00A047B0">
            <w:pPr>
              <w:pStyle w:val="TableParagraph"/>
              <w:spacing w:before="133" w:line="249" w:lineRule="auto"/>
              <w:ind w:left="64" w:right="279"/>
              <w:rPr>
                <w:sz w:val="16"/>
              </w:rPr>
            </w:pPr>
            <w:r w:rsidRPr="00E85698">
              <w:rPr>
                <w:sz w:val="16"/>
              </w:rPr>
              <w:t>Анализировать</w:t>
            </w:r>
            <w:r w:rsidRPr="00E85698">
              <w:rPr>
                <w:spacing w:val="-8"/>
                <w:sz w:val="16"/>
              </w:rPr>
              <w:t xml:space="preserve"> </w:t>
            </w:r>
            <w:r w:rsidRPr="00E85698">
              <w:rPr>
                <w:sz w:val="16"/>
              </w:rPr>
              <w:t>и</w:t>
            </w:r>
            <w:r w:rsidRPr="00E85698">
              <w:rPr>
                <w:spacing w:val="-8"/>
                <w:sz w:val="16"/>
              </w:rPr>
              <w:t xml:space="preserve"> </w:t>
            </w:r>
            <w:r w:rsidRPr="00E85698">
              <w:rPr>
                <w:sz w:val="16"/>
              </w:rPr>
              <w:t>распознавать</w:t>
            </w:r>
            <w:r w:rsidRPr="00E85698">
              <w:rPr>
                <w:spacing w:val="-6"/>
                <w:sz w:val="16"/>
              </w:rPr>
              <w:t xml:space="preserve"> </w:t>
            </w:r>
            <w:r w:rsidRPr="00E85698">
              <w:rPr>
                <w:sz w:val="16"/>
              </w:rPr>
              <w:t>неосложнённые</w:t>
            </w:r>
            <w:r w:rsidRPr="00E85698">
              <w:rPr>
                <w:spacing w:val="-37"/>
                <w:sz w:val="16"/>
              </w:rPr>
              <w:t xml:space="preserve"> </w:t>
            </w:r>
            <w:r w:rsidRPr="00E85698">
              <w:rPr>
                <w:sz w:val="16"/>
              </w:rPr>
              <w:t>предложения и предложения, осложнённые</w:t>
            </w:r>
            <w:r w:rsidRPr="00E85698">
              <w:rPr>
                <w:spacing w:val="1"/>
                <w:sz w:val="16"/>
              </w:rPr>
              <w:t xml:space="preserve"> </w:t>
            </w:r>
            <w:r w:rsidRPr="00E85698">
              <w:rPr>
                <w:sz w:val="16"/>
              </w:rPr>
              <w:t>однородными членами или обращением;</w:t>
            </w:r>
            <w:r w:rsidRPr="00E85698">
              <w:rPr>
                <w:spacing w:val="1"/>
                <w:sz w:val="16"/>
              </w:rPr>
              <w:t xml:space="preserve"> </w:t>
            </w:r>
            <w:r w:rsidRPr="00E85698">
              <w:rPr>
                <w:sz w:val="16"/>
              </w:rPr>
              <w:t>Находить в предложении однородные члены и</w:t>
            </w:r>
            <w:r w:rsidRPr="00E85698">
              <w:rPr>
                <w:spacing w:val="-37"/>
                <w:sz w:val="16"/>
              </w:rPr>
              <w:t xml:space="preserve"> </w:t>
            </w:r>
            <w:r w:rsidRPr="00E85698">
              <w:rPr>
                <w:sz w:val="16"/>
              </w:rPr>
              <w:t>обобщающие</w:t>
            </w:r>
            <w:r w:rsidRPr="00E85698">
              <w:rPr>
                <w:spacing w:val="-2"/>
                <w:sz w:val="16"/>
              </w:rPr>
              <w:t xml:space="preserve"> </w:t>
            </w:r>
            <w:r w:rsidRPr="00E85698">
              <w:rPr>
                <w:sz w:val="16"/>
              </w:rPr>
              <w:t>слова</w:t>
            </w:r>
            <w:r w:rsidRPr="00E85698">
              <w:rPr>
                <w:spacing w:val="-2"/>
                <w:sz w:val="16"/>
              </w:rPr>
              <w:t xml:space="preserve"> </w:t>
            </w:r>
            <w:r w:rsidRPr="00E85698">
              <w:rPr>
                <w:sz w:val="16"/>
              </w:rPr>
              <w:t>при них;</w:t>
            </w:r>
          </w:p>
          <w:p w:rsidR="003147F9" w:rsidRPr="00E85698" w:rsidRDefault="003147F9" w:rsidP="00A047B0">
            <w:pPr>
              <w:pStyle w:val="TableParagraph"/>
              <w:spacing w:line="249" w:lineRule="auto"/>
              <w:ind w:left="64" w:right="690"/>
              <w:rPr>
                <w:sz w:val="16"/>
              </w:rPr>
            </w:pPr>
            <w:r w:rsidRPr="00E85698">
              <w:rPr>
                <w:sz w:val="16"/>
              </w:rPr>
              <w:t>Правильно интонировать эти предложения;</w:t>
            </w:r>
            <w:r w:rsidRPr="00E85698">
              <w:rPr>
                <w:spacing w:val="-38"/>
                <w:sz w:val="16"/>
              </w:rPr>
              <w:t xml:space="preserve"> </w:t>
            </w:r>
            <w:r w:rsidRPr="00E85698">
              <w:rPr>
                <w:sz w:val="16"/>
              </w:rPr>
              <w:t>Характеризовать роль однородных членов</w:t>
            </w:r>
            <w:r w:rsidRPr="00E85698">
              <w:rPr>
                <w:spacing w:val="1"/>
                <w:sz w:val="16"/>
              </w:rPr>
              <w:t xml:space="preserve"> </w:t>
            </w:r>
            <w:r w:rsidRPr="00E85698">
              <w:rPr>
                <w:sz w:val="16"/>
              </w:rPr>
              <w:t>предложения в</w:t>
            </w:r>
            <w:r w:rsidRPr="00E85698">
              <w:rPr>
                <w:spacing w:val="-1"/>
                <w:sz w:val="16"/>
              </w:rPr>
              <w:t xml:space="preserve"> </w:t>
            </w:r>
            <w:r w:rsidRPr="00E85698">
              <w:rPr>
                <w:sz w:val="16"/>
              </w:rPr>
              <w:t>речи;</w:t>
            </w:r>
          </w:p>
          <w:p w:rsidR="003147F9" w:rsidRPr="00E85698" w:rsidRDefault="003147F9" w:rsidP="00A047B0">
            <w:pPr>
              <w:pStyle w:val="TableParagraph"/>
              <w:spacing w:line="244" w:lineRule="auto"/>
              <w:ind w:left="64" w:right="49"/>
              <w:rPr>
                <w:sz w:val="16"/>
              </w:rPr>
            </w:pPr>
            <w:r w:rsidRPr="00E85698">
              <w:rPr>
                <w:sz w:val="16"/>
              </w:rPr>
              <w:t>Точно использовать слова, обозначающие родовые и</w:t>
            </w:r>
            <w:r w:rsidRPr="00E85698">
              <w:rPr>
                <w:spacing w:val="-37"/>
                <w:sz w:val="16"/>
              </w:rPr>
              <w:t xml:space="preserve"> </w:t>
            </w:r>
            <w:r w:rsidRPr="00E85698">
              <w:rPr>
                <w:sz w:val="16"/>
              </w:rPr>
              <w:t>видовые понятия, в конструкциях с обобщающим</w:t>
            </w:r>
            <w:r w:rsidRPr="00E85698">
              <w:rPr>
                <w:spacing w:val="1"/>
                <w:sz w:val="16"/>
              </w:rPr>
              <w:t xml:space="preserve"> </w:t>
            </w:r>
            <w:r w:rsidRPr="00E85698">
              <w:rPr>
                <w:sz w:val="16"/>
              </w:rPr>
              <w:t>словом</w:t>
            </w:r>
            <w:r w:rsidRPr="00E85698">
              <w:rPr>
                <w:spacing w:val="-2"/>
                <w:sz w:val="16"/>
              </w:rPr>
              <w:t xml:space="preserve"> </w:t>
            </w:r>
            <w:r w:rsidRPr="00E85698">
              <w:rPr>
                <w:sz w:val="16"/>
              </w:rPr>
              <w:t>при</w:t>
            </w:r>
            <w:r w:rsidRPr="00E85698">
              <w:rPr>
                <w:spacing w:val="-2"/>
                <w:sz w:val="16"/>
              </w:rPr>
              <w:t xml:space="preserve"> </w:t>
            </w:r>
            <w:r w:rsidRPr="00E85698">
              <w:rPr>
                <w:sz w:val="16"/>
              </w:rPr>
              <w:t>однородных</w:t>
            </w:r>
            <w:r w:rsidRPr="00E85698">
              <w:rPr>
                <w:spacing w:val="-3"/>
                <w:sz w:val="16"/>
              </w:rPr>
              <w:t xml:space="preserve"> </w:t>
            </w:r>
            <w:r w:rsidRPr="00E85698">
              <w:rPr>
                <w:sz w:val="16"/>
              </w:rPr>
              <w:t>членах;</w:t>
            </w:r>
          </w:p>
          <w:p w:rsidR="003147F9" w:rsidRPr="00E85698" w:rsidRDefault="003147F9" w:rsidP="00A047B0">
            <w:pPr>
              <w:pStyle w:val="TableParagraph"/>
              <w:spacing w:line="249" w:lineRule="auto"/>
              <w:ind w:left="64" w:right="-15"/>
              <w:rPr>
                <w:sz w:val="16"/>
              </w:rPr>
            </w:pPr>
            <w:r w:rsidRPr="00E85698">
              <w:rPr>
                <w:spacing w:val="-1"/>
                <w:sz w:val="16"/>
              </w:rPr>
              <w:t>Самостоятельно</w:t>
            </w:r>
            <w:r w:rsidRPr="00E85698">
              <w:rPr>
                <w:spacing w:val="59"/>
                <w:sz w:val="16"/>
              </w:rPr>
              <w:t xml:space="preserve">  </w:t>
            </w:r>
            <w:r w:rsidRPr="00E85698">
              <w:rPr>
                <w:spacing w:val="-1"/>
                <w:sz w:val="16"/>
              </w:rPr>
              <w:t>составлять</w:t>
            </w:r>
            <w:r w:rsidRPr="00E85698">
              <w:rPr>
                <w:spacing w:val="58"/>
                <w:sz w:val="16"/>
              </w:rPr>
              <w:t xml:space="preserve"> </w:t>
            </w:r>
            <w:r w:rsidRPr="00E85698">
              <w:rPr>
                <w:spacing w:val="59"/>
                <w:sz w:val="16"/>
              </w:rPr>
              <w:t xml:space="preserve"> </w:t>
            </w:r>
            <w:r w:rsidRPr="00E85698">
              <w:rPr>
                <w:spacing w:val="-1"/>
                <w:sz w:val="16"/>
              </w:rPr>
              <w:t>схемы</w:t>
            </w:r>
            <w:r w:rsidRPr="00E85698">
              <w:rPr>
                <w:spacing w:val="56"/>
                <w:sz w:val="16"/>
              </w:rPr>
              <w:t xml:space="preserve"> </w:t>
            </w:r>
            <w:r w:rsidRPr="00E85698">
              <w:rPr>
                <w:spacing w:val="57"/>
                <w:sz w:val="16"/>
              </w:rPr>
              <w:t xml:space="preserve"> </w:t>
            </w:r>
            <w:r w:rsidRPr="00E85698">
              <w:rPr>
                <w:sz w:val="16"/>
              </w:rPr>
              <w:t>однородных</w:t>
            </w:r>
            <w:r w:rsidRPr="00E85698">
              <w:rPr>
                <w:spacing w:val="-37"/>
                <w:sz w:val="16"/>
              </w:rPr>
              <w:t xml:space="preserve"> </w:t>
            </w:r>
            <w:r w:rsidRPr="00E85698">
              <w:rPr>
                <w:sz w:val="16"/>
              </w:rPr>
              <w:t>членов в</w:t>
            </w:r>
            <w:r w:rsidRPr="00E85698">
              <w:rPr>
                <w:spacing w:val="-1"/>
                <w:sz w:val="16"/>
              </w:rPr>
              <w:t xml:space="preserve"> </w:t>
            </w:r>
            <w:r w:rsidRPr="00E85698">
              <w:rPr>
                <w:sz w:val="16"/>
              </w:rPr>
              <w:t>предложениях</w:t>
            </w:r>
            <w:r w:rsidRPr="00E85698">
              <w:rPr>
                <w:spacing w:val="-2"/>
                <w:sz w:val="16"/>
              </w:rPr>
              <w:t xml:space="preserve"> </w:t>
            </w:r>
            <w:r w:rsidRPr="00E85698">
              <w:rPr>
                <w:sz w:val="16"/>
              </w:rPr>
              <w:t>(по</w:t>
            </w:r>
            <w:r w:rsidRPr="00E85698">
              <w:rPr>
                <w:spacing w:val="-1"/>
                <w:sz w:val="16"/>
              </w:rPr>
              <w:t xml:space="preserve"> </w:t>
            </w:r>
            <w:r w:rsidRPr="00E85698">
              <w:rPr>
                <w:sz w:val="16"/>
              </w:rPr>
              <w:t>образцу);</w:t>
            </w:r>
          </w:p>
          <w:p w:rsidR="003147F9" w:rsidRPr="00E85698" w:rsidRDefault="003147F9" w:rsidP="00A047B0">
            <w:pPr>
              <w:pStyle w:val="TableParagraph"/>
              <w:spacing w:line="247" w:lineRule="auto"/>
              <w:ind w:left="64" w:right="130"/>
              <w:rPr>
                <w:sz w:val="16"/>
              </w:rPr>
            </w:pPr>
            <w:r w:rsidRPr="00E85698">
              <w:rPr>
                <w:sz w:val="16"/>
              </w:rPr>
              <w:t>Применять пунктуационные нормы постановки</w:t>
            </w:r>
            <w:r w:rsidRPr="00E85698">
              <w:rPr>
                <w:spacing w:val="1"/>
                <w:sz w:val="16"/>
              </w:rPr>
              <w:t xml:space="preserve"> </w:t>
            </w:r>
            <w:r w:rsidRPr="00E85698">
              <w:rPr>
                <w:sz w:val="16"/>
              </w:rPr>
              <w:t>знаков препинания в предложениях с однородными</w:t>
            </w:r>
            <w:r w:rsidRPr="00E85698">
              <w:rPr>
                <w:spacing w:val="-37"/>
                <w:sz w:val="16"/>
              </w:rPr>
              <w:t xml:space="preserve"> </w:t>
            </w:r>
            <w:r w:rsidRPr="00E85698">
              <w:rPr>
                <w:sz w:val="16"/>
              </w:rPr>
              <w:t>членами и обобщающим словом при них (в рамках</w:t>
            </w:r>
            <w:r w:rsidRPr="00E85698">
              <w:rPr>
                <w:spacing w:val="1"/>
                <w:sz w:val="16"/>
              </w:rPr>
              <w:t xml:space="preserve"> </w:t>
            </w:r>
            <w:r w:rsidRPr="00E85698">
              <w:rPr>
                <w:sz w:val="16"/>
              </w:rPr>
              <w:t>изученного);</w:t>
            </w:r>
          </w:p>
          <w:p w:rsidR="003147F9" w:rsidRPr="00E85698" w:rsidRDefault="003147F9" w:rsidP="00A047B0">
            <w:pPr>
              <w:pStyle w:val="TableParagraph"/>
              <w:spacing w:line="252" w:lineRule="auto"/>
              <w:ind w:left="64" w:right="99"/>
              <w:rPr>
                <w:sz w:val="16"/>
              </w:rPr>
            </w:pPr>
            <w:r w:rsidRPr="00E85698">
              <w:rPr>
                <w:sz w:val="16"/>
              </w:rPr>
              <w:t>Распознавать в предложении обращение;</w:t>
            </w:r>
            <w:r w:rsidRPr="00E85698">
              <w:rPr>
                <w:spacing w:val="1"/>
                <w:sz w:val="16"/>
              </w:rPr>
              <w:t xml:space="preserve"> </w:t>
            </w:r>
            <w:r w:rsidRPr="00E85698">
              <w:rPr>
                <w:sz w:val="16"/>
              </w:rPr>
              <w:t>Устанавливать отсутствие грамматической связи</w:t>
            </w:r>
            <w:r w:rsidRPr="00E85698">
              <w:rPr>
                <w:spacing w:val="1"/>
                <w:sz w:val="16"/>
              </w:rPr>
              <w:t xml:space="preserve"> </w:t>
            </w:r>
            <w:r w:rsidRPr="00E85698">
              <w:rPr>
                <w:sz w:val="16"/>
              </w:rPr>
              <w:t>обращения с предложением (обращение не является</w:t>
            </w:r>
            <w:r w:rsidRPr="00E85698">
              <w:rPr>
                <w:spacing w:val="-37"/>
                <w:sz w:val="16"/>
              </w:rPr>
              <w:t xml:space="preserve"> </w:t>
            </w:r>
            <w:r w:rsidRPr="00E85698">
              <w:rPr>
                <w:sz w:val="16"/>
              </w:rPr>
              <w:t>членом</w:t>
            </w:r>
            <w:r w:rsidRPr="00E85698">
              <w:rPr>
                <w:spacing w:val="-2"/>
                <w:sz w:val="16"/>
              </w:rPr>
              <w:t xml:space="preserve"> </w:t>
            </w:r>
            <w:r w:rsidRPr="00E85698">
              <w:rPr>
                <w:sz w:val="16"/>
              </w:rPr>
              <w:t>предложения);</w:t>
            </w:r>
          </w:p>
          <w:p w:rsidR="003147F9" w:rsidRPr="00E85698" w:rsidRDefault="003147F9" w:rsidP="00A047B0">
            <w:pPr>
              <w:pStyle w:val="TableParagraph"/>
              <w:spacing w:line="247" w:lineRule="auto"/>
              <w:ind w:left="64" w:right="888"/>
              <w:rPr>
                <w:sz w:val="16"/>
              </w:rPr>
            </w:pPr>
            <w:r w:rsidRPr="00E85698">
              <w:rPr>
                <w:sz w:val="16"/>
              </w:rPr>
              <w:t>Правильно интонировать предложения с</w:t>
            </w:r>
            <w:r w:rsidRPr="00E85698">
              <w:rPr>
                <w:spacing w:val="-37"/>
                <w:sz w:val="16"/>
              </w:rPr>
              <w:t xml:space="preserve"> </w:t>
            </w:r>
            <w:r w:rsidRPr="00E85698">
              <w:rPr>
                <w:sz w:val="16"/>
              </w:rPr>
              <w:t>обращением;</w:t>
            </w:r>
          </w:p>
          <w:p w:rsidR="003147F9" w:rsidRPr="00E85698" w:rsidRDefault="003147F9" w:rsidP="00A047B0">
            <w:pPr>
              <w:pStyle w:val="TableParagraph"/>
              <w:spacing w:line="235" w:lineRule="auto"/>
              <w:ind w:left="64" w:right="84"/>
              <w:rPr>
                <w:sz w:val="16"/>
              </w:rPr>
            </w:pPr>
            <w:r w:rsidRPr="00E85698">
              <w:rPr>
                <w:sz w:val="16"/>
              </w:rPr>
              <w:t>Применять</w:t>
            </w:r>
            <w:r w:rsidRPr="00E85698">
              <w:rPr>
                <w:spacing w:val="-8"/>
                <w:sz w:val="16"/>
              </w:rPr>
              <w:t xml:space="preserve"> </w:t>
            </w:r>
            <w:r w:rsidRPr="00E85698">
              <w:rPr>
                <w:sz w:val="16"/>
              </w:rPr>
              <w:t>правила</w:t>
            </w:r>
            <w:r w:rsidRPr="00E85698">
              <w:rPr>
                <w:spacing w:val="-7"/>
                <w:sz w:val="16"/>
              </w:rPr>
              <w:t xml:space="preserve"> </w:t>
            </w:r>
            <w:r w:rsidRPr="00E85698">
              <w:rPr>
                <w:sz w:val="16"/>
              </w:rPr>
              <w:t>пунктуационного</w:t>
            </w:r>
            <w:r w:rsidRPr="00E85698">
              <w:rPr>
                <w:spacing w:val="-8"/>
                <w:sz w:val="16"/>
              </w:rPr>
              <w:t xml:space="preserve"> </w:t>
            </w:r>
            <w:r w:rsidRPr="00E85698">
              <w:rPr>
                <w:sz w:val="16"/>
              </w:rPr>
              <w:t>оформления</w:t>
            </w:r>
            <w:r w:rsidRPr="00E85698">
              <w:rPr>
                <w:spacing w:val="-37"/>
                <w:sz w:val="16"/>
              </w:rPr>
              <w:t xml:space="preserve"> </w:t>
            </w:r>
            <w:r w:rsidRPr="00E85698">
              <w:rPr>
                <w:sz w:val="16"/>
              </w:rPr>
              <w:t>обращения;</w:t>
            </w:r>
          </w:p>
          <w:p w:rsidR="003147F9" w:rsidRPr="00E85698" w:rsidRDefault="003147F9" w:rsidP="00A047B0">
            <w:pPr>
              <w:pStyle w:val="TableParagraph"/>
              <w:tabs>
                <w:tab w:val="left" w:pos="1084"/>
                <w:tab w:val="left" w:pos="2448"/>
                <w:tab w:val="left" w:pos="3182"/>
              </w:tabs>
              <w:spacing w:before="7" w:line="259" w:lineRule="auto"/>
              <w:ind w:left="64" w:right="-15"/>
              <w:rPr>
                <w:sz w:val="16"/>
              </w:rPr>
            </w:pPr>
            <w:r w:rsidRPr="00E85698">
              <w:rPr>
                <w:sz w:val="16"/>
              </w:rPr>
              <w:t>Проводить</w:t>
            </w:r>
            <w:r w:rsidRPr="00E85698">
              <w:rPr>
                <w:sz w:val="16"/>
              </w:rPr>
              <w:tab/>
              <w:t>синтаксический</w:t>
            </w:r>
            <w:r w:rsidRPr="00E85698">
              <w:rPr>
                <w:sz w:val="16"/>
              </w:rPr>
              <w:tab/>
              <w:t>анализ</w:t>
            </w:r>
            <w:r w:rsidRPr="00E85698">
              <w:rPr>
                <w:sz w:val="16"/>
              </w:rPr>
              <w:tab/>
              <w:t>простых</w:t>
            </w:r>
            <w:r w:rsidRPr="00E85698">
              <w:rPr>
                <w:spacing w:val="-37"/>
                <w:sz w:val="16"/>
              </w:rPr>
              <w:t xml:space="preserve"> </w:t>
            </w:r>
            <w:r w:rsidRPr="00E85698">
              <w:rPr>
                <w:sz w:val="16"/>
              </w:rPr>
              <w:t>осложнённых</w:t>
            </w:r>
            <w:r w:rsidRPr="00E85698">
              <w:rPr>
                <w:spacing w:val="-2"/>
                <w:sz w:val="16"/>
              </w:rPr>
              <w:t xml:space="preserve"> </w:t>
            </w:r>
            <w:r w:rsidRPr="00E85698">
              <w:rPr>
                <w:sz w:val="16"/>
              </w:rPr>
              <w:t>предложений;</w:t>
            </w:r>
          </w:p>
        </w:tc>
        <w:tc>
          <w:tcPr>
            <w:tcW w:w="1116" w:type="dxa"/>
          </w:tcPr>
          <w:p w:rsidR="003147F9" w:rsidRPr="00E85698" w:rsidRDefault="003147F9" w:rsidP="00A047B0">
            <w:pPr>
              <w:pStyle w:val="TableParagraph"/>
              <w:spacing w:before="28" w:line="242" w:lineRule="auto"/>
              <w:ind w:left="62" w:right="56"/>
              <w:rPr>
                <w:sz w:val="16"/>
              </w:rPr>
            </w:pPr>
            <w:r w:rsidRPr="00E85698">
              <w:rPr>
                <w:sz w:val="16"/>
              </w:rPr>
              <w:t>Письменный</w:t>
            </w:r>
            <w:r w:rsidRPr="00E85698">
              <w:rPr>
                <w:spacing w:val="1"/>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Тестирование;</w:t>
            </w:r>
          </w:p>
        </w:tc>
        <w:tc>
          <w:tcPr>
            <w:tcW w:w="3701" w:type="dxa"/>
          </w:tcPr>
          <w:p w:rsidR="003147F9" w:rsidRPr="00E85698" w:rsidRDefault="003147F9" w:rsidP="00A047B0">
            <w:pPr>
              <w:pStyle w:val="TableParagraph"/>
              <w:spacing w:before="30" w:line="259" w:lineRule="auto"/>
              <w:ind w:left="58"/>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https://resh.edu.ru/subject/lesson/7650/conspect/301714/</w:t>
            </w:r>
          </w:p>
        </w:tc>
      </w:tr>
      <w:tr w:rsidR="003147F9" w:rsidRPr="00E85698" w:rsidTr="00A047B0">
        <w:trPr>
          <w:trHeight w:val="3036"/>
        </w:trPr>
        <w:tc>
          <w:tcPr>
            <w:tcW w:w="468" w:type="dxa"/>
          </w:tcPr>
          <w:p w:rsidR="003147F9" w:rsidRPr="00E85698" w:rsidRDefault="003147F9" w:rsidP="00A047B0">
            <w:pPr>
              <w:pStyle w:val="TableParagraph"/>
              <w:spacing w:before="31"/>
              <w:ind w:right="104"/>
              <w:jc w:val="right"/>
              <w:rPr>
                <w:sz w:val="16"/>
              </w:rPr>
            </w:pPr>
            <w:r w:rsidRPr="00E85698">
              <w:rPr>
                <w:sz w:val="16"/>
              </w:rPr>
              <w:t>8.4.</w:t>
            </w:r>
          </w:p>
        </w:tc>
        <w:tc>
          <w:tcPr>
            <w:tcW w:w="2883" w:type="dxa"/>
          </w:tcPr>
          <w:p w:rsidR="003147F9" w:rsidRPr="00E85698" w:rsidRDefault="003147F9" w:rsidP="00A047B0">
            <w:pPr>
              <w:pStyle w:val="TableParagraph"/>
              <w:spacing w:before="31"/>
              <w:ind w:left="62"/>
              <w:rPr>
                <w:sz w:val="16"/>
              </w:rPr>
            </w:pPr>
            <w:r w:rsidRPr="00E85698">
              <w:rPr>
                <w:sz w:val="16"/>
              </w:rPr>
              <w:t>Сложное</w:t>
            </w:r>
            <w:r w:rsidRPr="00E85698">
              <w:rPr>
                <w:spacing w:val="-6"/>
                <w:sz w:val="16"/>
              </w:rPr>
              <w:t xml:space="preserve"> </w:t>
            </w:r>
            <w:r w:rsidRPr="00E85698">
              <w:rPr>
                <w:sz w:val="16"/>
              </w:rPr>
              <w:t>предложение</w:t>
            </w:r>
          </w:p>
        </w:tc>
        <w:tc>
          <w:tcPr>
            <w:tcW w:w="528" w:type="dxa"/>
          </w:tcPr>
          <w:p w:rsidR="003147F9" w:rsidRPr="00E85698" w:rsidRDefault="003147F9" w:rsidP="00A047B0">
            <w:pPr>
              <w:pStyle w:val="TableParagraph"/>
              <w:spacing w:before="31"/>
              <w:ind w:left="62"/>
              <w:rPr>
                <w:sz w:val="16"/>
              </w:rPr>
            </w:pPr>
            <w:r w:rsidRPr="00E85698">
              <w:rPr>
                <w:sz w:val="16"/>
              </w:rPr>
              <w:t>5</w:t>
            </w:r>
          </w:p>
        </w:tc>
        <w:tc>
          <w:tcPr>
            <w:tcW w:w="1107" w:type="dxa"/>
          </w:tcPr>
          <w:p w:rsidR="003147F9" w:rsidRPr="00E85698" w:rsidRDefault="003147F9" w:rsidP="00A047B0">
            <w:pPr>
              <w:pStyle w:val="TableParagraph"/>
              <w:spacing w:before="31"/>
              <w:ind w:left="62"/>
              <w:rPr>
                <w:sz w:val="16"/>
              </w:rPr>
            </w:pPr>
            <w:r w:rsidRPr="00E85698">
              <w:rPr>
                <w:sz w:val="16"/>
              </w:rPr>
              <w:t>0</w:t>
            </w:r>
          </w:p>
        </w:tc>
        <w:tc>
          <w:tcPr>
            <w:tcW w:w="1140" w:type="dxa"/>
          </w:tcPr>
          <w:p w:rsidR="003147F9" w:rsidRPr="00E85698" w:rsidRDefault="003147F9" w:rsidP="00A047B0">
            <w:pPr>
              <w:pStyle w:val="TableParagraph"/>
              <w:spacing w:before="31"/>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20.04-26.04</w:t>
            </w:r>
          </w:p>
        </w:tc>
        <w:tc>
          <w:tcPr>
            <w:tcW w:w="3761" w:type="dxa"/>
          </w:tcPr>
          <w:p w:rsidR="003147F9" w:rsidRPr="00E85698" w:rsidRDefault="003147F9" w:rsidP="00A047B0">
            <w:pPr>
              <w:pStyle w:val="TableParagraph"/>
              <w:spacing w:before="7"/>
              <w:rPr>
                <w:sz w:val="16"/>
              </w:rPr>
            </w:pPr>
          </w:p>
          <w:p w:rsidR="003147F9" w:rsidRPr="00E85698" w:rsidRDefault="003147F9" w:rsidP="00A047B0">
            <w:pPr>
              <w:pStyle w:val="TableParagraph"/>
              <w:spacing w:line="242" w:lineRule="auto"/>
              <w:ind w:left="64" w:right="383"/>
              <w:rPr>
                <w:sz w:val="16"/>
              </w:rPr>
            </w:pPr>
            <w:r w:rsidRPr="00E85698">
              <w:rPr>
                <w:sz w:val="16"/>
              </w:rPr>
              <w:t>Сравнивать простые и сложные предложения,</w:t>
            </w:r>
            <w:r w:rsidRPr="00E85698">
              <w:rPr>
                <w:spacing w:val="1"/>
                <w:sz w:val="16"/>
              </w:rPr>
              <w:t xml:space="preserve"> </w:t>
            </w:r>
            <w:r w:rsidRPr="00E85698">
              <w:rPr>
                <w:sz w:val="16"/>
              </w:rPr>
              <w:t>сложные предложения и простые, осложнённые</w:t>
            </w:r>
            <w:r w:rsidRPr="00E85698">
              <w:rPr>
                <w:spacing w:val="-37"/>
                <w:sz w:val="16"/>
              </w:rPr>
              <w:t xml:space="preserve"> </w:t>
            </w:r>
            <w:r w:rsidRPr="00E85698">
              <w:rPr>
                <w:sz w:val="16"/>
              </w:rPr>
              <w:t>однородными</w:t>
            </w:r>
            <w:r w:rsidRPr="00E85698">
              <w:rPr>
                <w:spacing w:val="-3"/>
                <w:sz w:val="16"/>
              </w:rPr>
              <w:t xml:space="preserve"> </w:t>
            </w:r>
            <w:r w:rsidRPr="00E85698">
              <w:rPr>
                <w:sz w:val="16"/>
              </w:rPr>
              <w:t>членами;</w:t>
            </w:r>
          </w:p>
          <w:p w:rsidR="003147F9" w:rsidRPr="00E85698" w:rsidRDefault="003147F9" w:rsidP="00A047B0">
            <w:pPr>
              <w:pStyle w:val="TableParagraph"/>
              <w:spacing w:before="5" w:line="249" w:lineRule="auto"/>
              <w:ind w:left="64" w:right="204"/>
              <w:rPr>
                <w:sz w:val="16"/>
              </w:rPr>
            </w:pPr>
            <w:r w:rsidRPr="00E85698">
              <w:rPr>
                <w:sz w:val="16"/>
              </w:rPr>
              <w:t>Определять основания для сравнения;</w:t>
            </w:r>
            <w:r w:rsidRPr="00E85698">
              <w:rPr>
                <w:spacing w:val="1"/>
                <w:sz w:val="16"/>
              </w:rPr>
              <w:t xml:space="preserve"> </w:t>
            </w:r>
            <w:r w:rsidRPr="00E85698">
              <w:rPr>
                <w:sz w:val="16"/>
              </w:rPr>
              <w:t>Самостоятельно формулировать выводы;</w:t>
            </w:r>
            <w:r w:rsidRPr="00E85698">
              <w:rPr>
                <w:spacing w:val="1"/>
                <w:sz w:val="16"/>
              </w:rPr>
              <w:t xml:space="preserve"> </w:t>
            </w:r>
            <w:r w:rsidRPr="00E85698">
              <w:rPr>
                <w:sz w:val="16"/>
              </w:rPr>
              <w:t>Анализировать простые и сложные предложения с</w:t>
            </w:r>
            <w:r w:rsidRPr="00E85698">
              <w:rPr>
                <w:spacing w:val="-37"/>
                <w:sz w:val="16"/>
              </w:rPr>
              <w:t xml:space="preserve"> </w:t>
            </w:r>
            <w:r w:rsidRPr="00E85698">
              <w:rPr>
                <w:sz w:val="16"/>
              </w:rPr>
              <w:t>точки зрения количества грамматических основ;</w:t>
            </w:r>
            <w:r w:rsidRPr="00E85698">
              <w:rPr>
                <w:spacing w:val="1"/>
                <w:sz w:val="16"/>
              </w:rPr>
              <w:t xml:space="preserve"> </w:t>
            </w:r>
            <w:r w:rsidRPr="00E85698">
              <w:rPr>
                <w:sz w:val="16"/>
              </w:rPr>
              <w:t>Сравнивать простые и сложные предложения по</w:t>
            </w:r>
            <w:r w:rsidRPr="00E85698">
              <w:rPr>
                <w:spacing w:val="1"/>
                <w:sz w:val="16"/>
              </w:rPr>
              <w:t xml:space="preserve"> </w:t>
            </w:r>
            <w:r w:rsidRPr="00E85698">
              <w:rPr>
                <w:sz w:val="16"/>
              </w:rPr>
              <w:t>самостоятельно сформулированному основанию;</w:t>
            </w:r>
            <w:r w:rsidRPr="00E85698">
              <w:rPr>
                <w:spacing w:val="1"/>
                <w:sz w:val="16"/>
              </w:rPr>
              <w:t xml:space="preserve"> </w:t>
            </w:r>
            <w:r w:rsidRPr="00E85698">
              <w:rPr>
                <w:sz w:val="16"/>
              </w:rPr>
              <w:t>Самостоятельно формулировать выводы;</w:t>
            </w:r>
            <w:r w:rsidRPr="00E85698">
              <w:rPr>
                <w:spacing w:val="1"/>
                <w:sz w:val="16"/>
              </w:rPr>
              <w:t xml:space="preserve"> </w:t>
            </w:r>
            <w:r w:rsidRPr="00E85698">
              <w:rPr>
                <w:sz w:val="16"/>
              </w:rPr>
              <w:t>Применять правила пунктуационного оформления</w:t>
            </w:r>
            <w:r w:rsidRPr="00E85698">
              <w:rPr>
                <w:spacing w:val="-37"/>
                <w:sz w:val="16"/>
              </w:rPr>
              <w:t xml:space="preserve"> </w:t>
            </w:r>
            <w:r w:rsidRPr="00E85698">
              <w:rPr>
                <w:sz w:val="16"/>
              </w:rPr>
              <w:t>сложных предложений, состоящих из частей,</w:t>
            </w:r>
            <w:r w:rsidRPr="00E85698">
              <w:rPr>
                <w:spacing w:val="1"/>
                <w:sz w:val="16"/>
              </w:rPr>
              <w:t xml:space="preserve"> </w:t>
            </w:r>
            <w:r w:rsidRPr="00E85698">
              <w:rPr>
                <w:sz w:val="16"/>
              </w:rPr>
              <w:t>связанных бессоюзной связью и союзами и, но, а,</w:t>
            </w:r>
            <w:r w:rsidRPr="00E85698">
              <w:rPr>
                <w:spacing w:val="1"/>
                <w:sz w:val="16"/>
              </w:rPr>
              <w:t xml:space="preserve"> </w:t>
            </w:r>
            <w:r w:rsidRPr="00E85698">
              <w:rPr>
                <w:sz w:val="16"/>
              </w:rPr>
              <w:t>однако, зато,</w:t>
            </w:r>
            <w:r w:rsidRPr="00E85698">
              <w:rPr>
                <w:spacing w:val="-2"/>
                <w:sz w:val="16"/>
              </w:rPr>
              <w:t xml:space="preserve"> </w:t>
            </w:r>
            <w:r w:rsidRPr="00E85698">
              <w:rPr>
                <w:sz w:val="16"/>
              </w:rPr>
              <w:t>да;</w:t>
            </w:r>
          </w:p>
        </w:tc>
        <w:tc>
          <w:tcPr>
            <w:tcW w:w="1116" w:type="dxa"/>
          </w:tcPr>
          <w:p w:rsidR="003147F9" w:rsidRPr="00E85698" w:rsidRDefault="003147F9" w:rsidP="00A047B0">
            <w:pPr>
              <w:pStyle w:val="TableParagraph"/>
              <w:spacing w:before="31" w:line="283" w:lineRule="auto"/>
              <w:ind w:left="62" w:right="147"/>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ВПР;</w:t>
            </w:r>
          </w:p>
        </w:tc>
        <w:tc>
          <w:tcPr>
            <w:tcW w:w="3701" w:type="dxa"/>
          </w:tcPr>
          <w:p w:rsidR="003147F9" w:rsidRPr="00E85698" w:rsidRDefault="003147F9" w:rsidP="00A047B0">
            <w:pPr>
              <w:pStyle w:val="TableParagraph"/>
              <w:spacing w:before="31" w:line="259" w:lineRule="auto"/>
              <w:ind w:left="58" w:right="1"/>
              <w:rPr>
                <w:sz w:val="16"/>
              </w:rPr>
            </w:pPr>
            <w:r w:rsidRPr="00E85698">
              <w:rPr>
                <w:sz w:val="16"/>
              </w:rPr>
              <w:t>resh.edu.ru</w:t>
            </w:r>
            <w:r w:rsidRPr="00E85698">
              <w:rPr>
                <w:spacing w:val="1"/>
                <w:sz w:val="16"/>
              </w:rPr>
              <w:t xml:space="preserve"> </w:t>
            </w:r>
            <w:r w:rsidRPr="00E85698">
              <w:rPr>
                <w:spacing w:val="-1"/>
                <w:sz w:val="16"/>
              </w:rPr>
              <w:t>https://resh.edu.ru/subject/lesson/7652/conspect/301745/</w:t>
            </w:r>
            <w:r w:rsidRPr="00E85698">
              <w:rPr>
                <w:sz w:val="16"/>
              </w:rPr>
              <w:t xml:space="preserve"> rus5-vpr.sdamgia.ru</w:t>
            </w:r>
          </w:p>
        </w:tc>
      </w:tr>
      <w:tr w:rsidR="003147F9" w:rsidRPr="00942243" w:rsidTr="00A047B0">
        <w:trPr>
          <w:trHeight w:val="1521"/>
        </w:trPr>
        <w:tc>
          <w:tcPr>
            <w:tcW w:w="468" w:type="dxa"/>
          </w:tcPr>
          <w:p w:rsidR="003147F9" w:rsidRPr="00E85698" w:rsidRDefault="003147F9" w:rsidP="00A047B0">
            <w:pPr>
              <w:pStyle w:val="TableParagraph"/>
              <w:spacing w:before="30"/>
              <w:ind w:right="104"/>
              <w:jc w:val="right"/>
              <w:rPr>
                <w:sz w:val="16"/>
              </w:rPr>
            </w:pPr>
            <w:r w:rsidRPr="00E85698">
              <w:rPr>
                <w:sz w:val="16"/>
              </w:rPr>
              <w:t>8.5.</w:t>
            </w:r>
          </w:p>
        </w:tc>
        <w:tc>
          <w:tcPr>
            <w:tcW w:w="2883" w:type="dxa"/>
          </w:tcPr>
          <w:p w:rsidR="003147F9" w:rsidRPr="00E85698" w:rsidRDefault="003147F9" w:rsidP="00A047B0">
            <w:pPr>
              <w:pStyle w:val="TableParagraph"/>
              <w:spacing w:before="30"/>
              <w:ind w:left="62"/>
              <w:rPr>
                <w:sz w:val="16"/>
              </w:rPr>
            </w:pPr>
            <w:r w:rsidRPr="00E85698">
              <w:rPr>
                <w:sz w:val="16"/>
              </w:rPr>
              <w:t>Предложения</w:t>
            </w:r>
            <w:r w:rsidRPr="00E85698">
              <w:rPr>
                <w:spacing w:val="-2"/>
                <w:sz w:val="16"/>
              </w:rPr>
              <w:t xml:space="preserve"> </w:t>
            </w:r>
            <w:r w:rsidRPr="00E85698">
              <w:rPr>
                <w:sz w:val="16"/>
              </w:rPr>
              <w:t>с</w:t>
            </w:r>
            <w:r w:rsidRPr="00E85698">
              <w:rPr>
                <w:spacing w:val="-2"/>
                <w:sz w:val="16"/>
              </w:rPr>
              <w:t xml:space="preserve"> </w:t>
            </w:r>
            <w:r w:rsidRPr="00E85698">
              <w:rPr>
                <w:sz w:val="16"/>
              </w:rPr>
              <w:t>прямой</w:t>
            </w:r>
            <w:r w:rsidRPr="00E85698">
              <w:rPr>
                <w:spacing w:val="-4"/>
                <w:sz w:val="16"/>
              </w:rPr>
              <w:t xml:space="preserve"> </w:t>
            </w:r>
            <w:r w:rsidRPr="00E85698">
              <w:rPr>
                <w:sz w:val="16"/>
              </w:rPr>
              <w:t>речью</w:t>
            </w:r>
          </w:p>
        </w:tc>
        <w:tc>
          <w:tcPr>
            <w:tcW w:w="528" w:type="dxa"/>
          </w:tcPr>
          <w:p w:rsidR="003147F9" w:rsidRPr="00E85698" w:rsidRDefault="003147F9" w:rsidP="00A047B0">
            <w:pPr>
              <w:pStyle w:val="TableParagraph"/>
              <w:spacing w:before="30"/>
              <w:ind w:left="62"/>
              <w:rPr>
                <w:sz w:val="16"/>
              </w:rPr>
            </w:pPr>
            <w:r w:rsidRPr="00E85698">
              <w:rPr>
                <w:sz w:val="16"/>
              </w:rPr>
              <w:t>3</w:t>
            </w:r>
          </w:p>
        </w:tc>
        <w:tc>
          <w:tcPr>
            <w:tcW w:w="1107" w:type="dxa"/>
          </w:tcPr>
          <w:p w:rsidR="003147F9" w:rsidRPr="00E85698" w:rsidRDefault="003147F9" w:rsidP="00A047B0">
            <w:pPr>
              <w:pStyle w:val="TableParagraph"/>
              <w:spacing w:before="30"/>
              <w:ind w:left="62"/>
              <w:rPr>
                <w:sz w:val="16"/>
              </w:rPr>
            </w:pPr>
            <w:r w:rsidRPr="00E85698">
              <w:rPr>
                <w:sz w:val="16"/>
              </w:rPr>
              <w:t>0</w:t>
            </w:r>
          </w:p>
        </w:tc>
        <w:tc>
          <w:tcPr>
            <w:tcW w:w="1140" w:type="dxa"/>
          </w:tcPr>
          <w:p w:rsidR="003147F9" w:rsidRPr="00E85698" w:rsidRDefault="003147F9" w:rsidP="00A047B0">
            <w:pPr>
              <w:pStyle w:val="TableParagraph"/>
              <w:spacing w:before="30"/>
              <w:ind w:left="57"/>
              <w:rPr>
                <w:sz w:val="16"/>
              </w:rPr>
            </w:pPr>
            <w:r w:rsidRPr="00E85698">
              <w:rPr>
                <w:sz w:val="16"/>
              </w:rPr>
              <w:t>0</w:t>
            </w:r>
          </w:p>
        </w:tc>
        <w:tc>
          <w:tcPr>
            <w:tcW w:w="804" w:type="dxa"/>
          </w:tcPr>
          <w:p w:rsidR="003147F9" w:rsidRPr="00E85698" w:rsidRDefault="006C1B1D" w:rsidP="00A047B0">
            <w:pPr>
              <w:pStyle w:val="TableParagraph"/>
              <w:rPr>
                <w:sz w:val="16"/>
              </w:rPr>
            </w:pPr>
            <w:r>
              <w:rPr>
                <w:sz w:val="16"/>
              </w:rPr>
              <w:t>27.04-2.05</w:t>
            </w:r>
          </w:p>
        </w:tc>
        <w:tc>
          <w:tcPr>
            <w:tcW w:w="3761" w:type="dxa"/>
          </w:tcPr>
          <w:p w:rsidR="003147F9" w:rsidRPr="00E85698" w:rsidRDefault="003147F9" w:rsidP="00A047B0">
            <w:pPr>
              <w:pStyle w:val="TableParagraph"/>
              <w:spacing w:before="28" w:line="252" w:lineRule="auto"/>
              <w:ind w:left="64" w:right="103"/>
              <w:rPr>
                <w:sz w:val="16"/>
              </w:rPr>
            </w:pPr>
            <w:r w:rsidRPr="00E85698">
              <w:rPr>
                <w:sz w:val="16"/>
              </w:rPr>
              <w:t>Анализировать предложения с прямой речью и</w:t>
            </w:r>
            <w:r w:rsidRPr="00E85698">
              <w:rPr>
                <w:spacing w:val="1"/>
                <w:sz w:val="16"/>
              </w:rPr>
              <w:t xml:space="preserve"> </w:t>
            </w:r>
            <w:r w:rsidRPr="00E85698">
              <w:rPr>
                <w:sz w:val="16"/>
              </w:rPr>
              <w:t>сравнивать их с точки зрения позиции слов автора в</w:t>
            </w:r>
            <w:r w:rsidRPr="00E85698">
              <w:rPr>
                <w:spacing w:val="-38"/>
                <w:sz w:val="16"/>
              </w:rPr>
              <w:t xml:space="preserve"> </w:t>
            </w:r>
            <w:r w:rsidRPr="00E85698">
              <w:rPr>
                <w:sz w:val="16"/>
              </w:rPr>
              <w:t>предложении и пунктуационного оформления этих</w:t>
            </w:r>
            <w:r w:rsidRPr="00E85698">
              <w:rPr>
                <w:spacing w:val="1"/>
                <w:sz w:val="16"/>
              </w:rPr>
              <w:t xml:space="preserve"> </w:t>
            </w:r>
            <w:r w:rsidRPr="00E85698">
              <w:rPr>
                <w:sz w:val="16"/>
              </w:rPr>
              <w:t>предложений;</w:t>
            </w:r>
          </w:p>
          <w:p w:rsidR="003147F9" w:rsidRPr="00E85698" w:rsidRDefault="003147F9" w:rsidP="00A047B0">
            <w:pPr>
              <w:pStyle w:val="TableParagraph"/>
              <w:spacing w:before="2" w:line="259" w:lineRule="auto"/>
              <w:ind w:left="64" w:right="12"/>
              <w:rPr>
                <w:sz w:val="16"/>
              </w:rPr>
            </w:pPr>
            <w:r w:rsidRPr="00E85698">
              <w:rPr>
                <w:sz w:val="16"/>
              </w:rPr>
              <w:t>Самостоятельно формулировать выводы о</w:t>
            </w:r>
            <w:r w:rsidRPr="00E85698">
              <w:rPr>
                <w:spacing w:val="1"/>
                <w:sz w:val="16"/>
              </w:rPr>
              <w:t xml:space="preserve"> </w:t>
            </w:r>
            <w:r w:rsidRPr="00E85698">
              <w:rPr>
                <w:sz w:val="16"/>
              </w:rPr>
              <w:t>пунктуационном оформлении предложений с прямой</w:t>
            </w:r>
            <w:r w:rsidRPr="00E85698">
              <w:rPr>
                <w:spacing w:val="-37"/>
                <w:sz w:val="16"/>
              </w:rPr>
              <w:t xml:space="preserve"> </w:t>
            </w:r>
            <w:r w:rsidRPr="00E85698">
              <w:rPr>
                <w:sz w:val="16"/>
              </w:rPr>
              <w:t>речью;</w:t>
            </w:r>
          </w:p>
        </w:tc>
        <w:tc>
          <w:tcPr>
            <w:tcW w:w="1116" w:type="dxa"/>
          </w:tcPr>
          <w:p w:rsidR="003147F9" w:rsidRPr="00E85698" w:rsidRDefault="003147F9" w:rsidP="00A047B0">
            <w:pPr>
              <w:pStyle w:val="TableParagraph"/>
              <w:spacing w:before="30"/>
              <w:ind w:left="62"/>
              <w:rPr>
                <w:sz w:val="16"/>
              </w:rPr>
            </w:pPr>
            <w:r w:rsidRPr="00E85698">
              <w:rPr>
                <w:sz w:val="16"/>
              </w:rPr>
              <w:t>Письменный</w:t>
            </w:r>
          </w:p>
          <w:p w:rsidR="003147F9" w:rsidRPr="00E85698" w:rsidRDefault="003147F9" w:rsidP="00A047B0">
            <w:pPr>
              <w:pStyle w:val="TableParagraph"/>
              <w:spacing w:before="54"/>
              <w:ind w:left="62" w:right="358"/>
              <w:rPr>
                <w:sz w:val="16"/>
              </w:rPr>
            </w:pPr>
            <w:r w:rsidRPr="00E85698">
              <w:rPr>
                <w:sz w:val="16"/>
              </w:rPr>
              <w:t>контроль;</w:t>
            </w:r>
            <w:r w:rsidRPr="00E85698">
              <w:rPr>
                <w:spacing w:val="-37"/>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ВПР;</w:t>
            </w:r>
          </w:p>
        </w:tc>
        <w:tc>
          <w:tcPr>
            <w:tcW w:w="3701" w:type="dxa"/>
          </w:tcPr>
          <w:p w:rsidR="003147F9" w:rsidRPr="00E85698" w:rsidRDefault="003147F9" w:rsidP="00A047B0">
            <w:pPr>
              <w:pStyle w:val="TableParagraph"/>
              <w:spacing w:before="30" w:line="259" w:lineRule="auto"/>
              <w:ind w:left="58"/>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https://resh.edu.ru/subject/lesson/7653/conspect/312212/</w:t>
            </w:r>
          </w:p>
        </w:tc>
      </w:tr>
    </w:tbl>
    <w:p w:rsidR="003147F9" w:rsidRPr="00E85698" w:rsidRDefault="003147F9" w:rsidP="003147F9">
      <w:pPr>
        <w:spacing w:line="259" w:lineRule="auto"/>
        <w:rPr>
          <w:sz w:val="16"/>
          <w:lang w:val="en-US"/>
        </w:rPr>
        <w:sectPr w:rsidR="003147F9" w:rsidRPr="00E85698">
          <w:pgSz w:w="16850" w:h="11900" w:orient="landscape"/>
          <w:pgMar w:top="260" w:right="440" w:bottom="280" w:left="540" w:header="720" w:footer="720" w:gutter="0"/>
          <w:cols w:space="720"/>
        </w:sect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
        <w:gridCol w:w="2880"/>
        <w:gridCol w:w="528"/>
        <w:gridCol w:w="1105"/>
        <w:gridCol w:w="1140"/>
        <w:gridCol w:w="802"/>
        <w:gridCol w:w="3754"/>
        <w:gridCol w:w="1117"/>
        <w:gridCol w:w="3716"/>
      </w:tblGrid>
      <w:tr w:rsidR="003147F9" w:rsidRPr="00942243" w:rsidTr="00A047B0">
        <w:trPr>
          <w:trHeight w:val="1725"/>
        </w:trPr>
        <w:tc>
          <w:tcPr>
            <w:tcW w:w="468" w:type="dxa"/>
          </w:tcPr>
          <w:p w:rsidR="003147F9" w:rsidRPr="00E85698" w:rsidRDefault="003147F9" w:rsidP="00A047B0">
            <w:pPr>
              <w:pStyle w:val="TableParagraph"/>
              <w:spacing w:before="30"/>
              <w:ind w:left="46" w:right="38"/>
              <w:jc w:val="center"/>
              <w:rPr>
                <w:sz w:val="16"/>
              </w:rPr>
            </w:pPr>
            <w:r w:rsidRPr="00E85698">
              <w:rPr>
                <w:sz w:val="16"/>
              </w:rPr>
              <w:lastRenderedPageBreak/>
              <w:t>8.6.</w:t>
            </w:r>
          </w:p>
        </w:tc>
        <w:tc>
          <w:tcPr>
            <w:tcW w:w="2880" w:type="dxa"/>
          </w:tcPr>
          <w:p w:rsidR="003147F9" w:rsidRPr="00E85698" w:rsidRDefault="003147F9" w:rsidP="00A047B0">
            <w:pPr>
              <w:pStyle w:val="TableParagraph"/>
              <w:spacing w:before="30"/>
              <w:ind w:left="57"/>
              <w:rPr>
                <w:sz w:val="16"/>
              </w:rPr>
            </w:pPr>
            <w:r w:rsidRPr="00E85698">
              <w:rPr>
                <w:sz w:val="16"/>
              </w:rPr>
              <w:t>Диалог</w:t>
            </w:r>
          </w:p>
        </w:tc>
        <w:tc>
          <w:tcPr>
            <w:tcW w:w="528" w:type="dxa"/>
          </w:tcPr>
          <w:p w:rsidR="003147F9" w:rsidRPr="00E85698" w:rsidRDefault="003147F9" w:rsidP="00A047B0">
            <w:pPr>
              <w:pStyle w:val="TableParagraph"/>
              <w:spacing w:before="30"/>
              <w:ind w:left="57"/>
              <w:rPr>
                <w:sz w:val="16"/>
              </w:rPr>
            </w:pPr>
            <w:r w:rsidRPr="00E85698">
              <w:rPr>
                <w:sz w:val="16"/>
              </w:rPr>
              <w:t>2</w:t>
            </w:r>
          </w:p>
        </w:tc>
        <w:tc>
          <w:tcPr>
            <w:tcW w:w="1105" w:type="dxa"/>
          </w:tcPr>
          <w:p w:rsidR="003147F9" w:rsidRPr="00E85698" w:rsidRDefault="003147F9" w:rsidP="00A047B0">
            <w:pPr>
              <w:pStyle w:val="TableParagraph"/>
              <w:spacing w:before="30"/>
              <w:ind w:left="57"/>
              <w:rPr>
                <w:sz w:val="16"/>
              </w:rPr>
            </w:pPr>
            <w:r w:rsidRPr="00E85698">
              <w:rPr>
                <w:sz w:val="16"/>
              </w:rPr>
              <w:t>1</w:t>
            </w:r>
          </w:p>
        </w:tc>
        <w:tc>
          <w:tcPr>
            <w:tcW w:w="1140" w:type="dxa"/>
          </w:tcPr>
          <w:p w:rsidR="003147F9" w:rsidRPr="00E85698" w:rsidRDefault="003147F9" w:rsidP="00A047B0">
            <w:pPr>
              <w:pStyle w:val="TableParagraph"/>
              <w:spacing w:before="30"/>
              <w:ind w:left="55"/>
              <w:rPr>
                <w:sz w:val="16"/>
              </w:rPr>
            </w:pPr>
            <w:r w:rsidRPr="00E85698">
              <w:rPr>
                <w:sz w:val="16"/>
              </w:rPr>
              <w:t>0</w:t>
            </w:r>
          </w:p>
        </w:tc>
        <w:tc>
          <w:tcPr>
            <w:tcW w:w="802" w:type="dxa"/>
          </w:tcPr>
          <w:p w:rsidR="003147F9" w:rsidRPr="00E85698" w:rsidRDefault="006C1B1D" w:rsidP="00A047B0">
            <w:pPr>
              <w:pStyle w:val="TableParagraph"/>
              <w:rPr>
                <w:sz w:val="16"/>
              </w:rPr>
            </w:pPr>
            <w:r>
              <w:rPr>
                <w:sz w:val="16"/>
              </w:rPr>
              <w:t>3.05-4.05</w:t>
            </w:r>
          </w:p>
        </w:tc>
        <w:tc>
          <w:tcPr>
            <w:tcW w:w="3754" w:type="dxa"/>
          </w:tcPr>
          <w:p w:rsidR="003147F9" w:rsidRPr="00E85698" w:rsidRDefault="003147F9" w:rsidP="00A047B0">
            <w:pPr>
              <w:pStyle w:val="TableParagraph"/>
              <w:spacing w:before="30"/>
              <w:ind w:left="57"/>
              <w:rPr>
                <w:sz w:val="16"/>
              </w:rPr>
            </w:pPr>
            <w:r w:rsidRPr="00E85698">
              <w:rPr>
                <w:sz w:val="16"/>
              </w:rPr>
              <w:t>Моделировать</w:t>
            </w:r>
            <w:r w:rsidRPr="00E85698">
              <w:rPr>
                <w:spacing w:val="-4"/>
                <w:sz w:val="16"/>
              </w:rPr>
              <w:t xml:space="preserve"> </w:t>
            </w:r>
            <w:r w:rsidRPr="00E85698">
              <w:rPr>
                <w:sz w:val="16"/>
              </w:rPr>
              <w:t>диалоги</w:t>
            </w:r>
            <w:r w:rsidRPr="00E85698">
              <w:rPr>
                <w:spacing w:val="-5"/>
                <w:sz w:val="16"/>
              </w:rPr>
              <w:t xml:space="preserve"> </w:t>
            </w:r>
            <w:r w:rsidRPr="00E85698">
              <w:rPr>
                <w:sz w:val="16"/>
              </w:rPr>
              <w:t>на</w:t>
            </w:r>
            <w:r w:rsidRPr="00E85698">
              <w:rPr>
                <w:spacing w:val="-5"/>
                <w:sz w:val="16"/>
              </w:rPr>
              <w:t xml:space="preserve"> </w:t>
            </w:r>
            <w:r w:rsidRPr="00E85698">
              <w:rPr>
                <w:sz w:val="16"/>
              </w:rPr>
              <w:t>лингвистические</w:t>
            </w:r>
            <w:r w:rsidRPr="00E85698">
              <w:rPr>
                <w:spacing w:val="-5"/>
                <w:sz w:val="16"/>
              </w:rPr>
              <w:t xml:space="preserve"> </w:t>
            </w:r>
            <w:r w:rsidRPr="00E85698">
              <w:rPr>
                <w:sz w:val="16"/>
              </w:rPr>
              <w:t>темы</w:t>
            </w:r>
            <w:r w:rsidRPr="00E85698">
              <w:rPr>
                <w:spacing w:val="-5"/>
                <w:sz w:val="16"/>
              </w:rPr>
              <w:t xml:space="preserve"> </w:t>
            </w:r>
            <w:r w:rsidRPr="00E85698">
              <w:rPr>
                <w:sz w:val="16"/>
              </w:rPr>
              <w:t>(в</w:t>
            </w:r>
            <w:r w:rsidRPr="00E85698">
              <w:rPr>
                <w:spacing w:val="-37"/>
                <w:sz w:val="16"/>
              </w:rPr>
              <w:t xml:space="preserve"> </w:t>
            </w:r>
            <w:r w:rsidRPr="00E85698">
              <w:rPr>
                <w:sz w:val="16"/>
              </w:rPr>
              <w:t>рамках изученного) и темы на основе жизненных</w:t>
            </w:r>
            <w:r w:rsidRPr="00E85698">
              <w:rPr>
                <w:spacing w:val="1"/>
                <w:sz w:val="16"/>
              </w:rPr>
              <w:t xml:space="preserve"> </w:t>
            </w:r>
            <w:r w:rsidRPr="00E85698">
              <w:rPr>
                <w:sz w:val="16"/>
              </w:rPr>
              <w:t>наблюдений;</w:t>
            </w:r>
          </w:p>
          <w:p w:rsidR="003147F9" w:rsidRPr="00E85698" w:rsidRDefault="003147F9" w:rsidP="00A047B0">
            <w:pPr>
              <w:pStyle w:val="TableParagraph"/>
              <w:spacing w:line="242" w:lineRule="auto"/>
              <w:ind w:left="57"/>
              <w:rPr>
                <w:sz w:val="16"/>
              </w:rPr>
            </w:pPr>
            <w:r w:rsidRPr="00E85698">
              <w:rPr>
                <w:sz w:val="16"/>
              </w:rPr>
              <w:t>Анализировать</w:t>
            </w:r>
            <w:r w:rsidRPr="00E85698">
              <w:rPr>
                <w:spacing w:val="-4"/>
                <w:sz w:val="16"/>
              </w:rPr>
              <w:t xml:space="preserve"> </w:t>
            </w:r>
            <w:r w:rsidRPr="00E85698">
              <w:rPr>
                <w:sz w:val="16"/>
              </w:rPr>
              <w:t>диалоги</w:t>
            </w:r>
            <w:r w:rsidRPr="00E85698">
              <w:rPr>
                <w:spacing w:val="-5"/>
                <w:sz w:val="16"/>
              </w:rPr>
              <w:t xml:space="preserve"> </w:t>
            </w:r>
            <w:r w:rsidRPr="00E85698">
              <w:rPr>
                <w:sz w:val="16"/>
              </w:rPr>
              <w:t>в</w:t>
            </w:r>
            <w:r w:rsidRPr="00E85698">
              <w:rPr>
                <w:spacing w:val="-2"/>
                <w:sz w:val="16"/>
              </w:rPr>
              <w:t xml:space="preserve"> </w:t>
            </w:r>
            <w:r w:rsidRPr="00E85698">
              <w:rPr>
                <w:sz w:val="16"/>
              </w:rPr>
              <w:t>художественных</w:t>
            </w:r>
            <w:r w:rsidRPr="00E85698">
              <w:rPr>
                <w:spacing w:val="-3"/>
                <w:sz w:val="16"/>
              </w:rPr>
              <w:t xml:space="preserve"> </w:t>
            </w:r>
            <w:r w:rsidRPr="00E85698">
              <w:rPr>
                <w:sz w:val="16"/>
              </w:rPr>
              <w:t>текстах</w:t>
            </w:r>
            <w:r w:rsidRPr="00E85698">
              <w:rPr>
                <w:spacing w:val="-6"/>
                <w:sz w:val="16"/>
              </w:rPr>
              <w:t xml:space="preserve"> </w:t>
            </w:r>
            <w:r w:rsidRPr="00E85698">
              <w:rPr>
                <w:sz w:val="16"/>
              </w:rPr>
              <w:t>с</w:t>
            </w:r>
            <w:r w:rsidRPr="00E85698">
              <w:rPr>
                <w:spacing w:val="-37"/>
                <w:sz w:val="16"/>
              </w:rPr>
              <w:t xml:space="preserve"> </w:t>
            </w:r>
            <w:r w:rsidRPr="00E85698">
              <w:rPr>
                <w:sz w:val="16"/>
              </w:rPr>
              <w:t>точки зрения пунктуационного оформления;</w:t>
            </w:r>
            <w:r w:rsidRPr="00E85698">
              <w:rPr>
                <w:spacing w:val="1"/>
                <w:sz w:val="16"/>
              </w:rPr>
              <w:t xml:space="preserve"> </w:t>
            </w:r>
            <w:r w:rsidRPr="00E85698">
              <w:rPr>
                <w:sz w:val="16"/>
              </w:rPr>
              <w:t>Самостоятельно формулировать выводы о</w:t>
            </w:r>
            <w:r w:rsidRPr="00E85698">
              <w:rPr>
                <w:spacing w:val="1"/>
                <w:sz w:val="16"/>
              </w:rPr>
              <w:t xml:space="preserve"> </w:t>
            </w:r>
            <w:r w:rsidRPr="00E85698">
              <w:rPr>
                <w:sz w:val="16"/>
              </w:rPr>
              <w:t>пунктуационном</w:t>
            </w:r>
            <w:r w:rsidRPr="00E85698">
              <w:rPr>
                <w:spacing w:val="-2"/>
                <w:sz w:val="16"/>
              </w:rPr>
              <w:t xml:space="preserve"> </w:t>
            </w:r>
            <w:r w:rsidRPr="00E85698">
              <w:rPr>
                <w:sz w:val="16"/>
              </w:rPr>
              <w:t>оформлении</w:t>
            </w:r>
            <w:r w:rsidRPr="00E85698">
              <w:rPr>
                <w:spacing w:val="-1"/>
                <w:sz w:val="16"/>
              </w:rPr>
              <w:t xml:space="preserve"> </w:t>
            </w:r>
            <w:r w:rsidRPr="00E85698">
              <w:rPr>
                <w:sz w:val="16"/>
              </w:rPr>
              <w:t>диалога;</w:t>
            </w:r>
          </w:p>
          <w:p w:rsidR="003147F9" w:rsidRPr="00E85698" w:rsidRDefault="003147F9" w:rsidP="00A047B0">
            <w:pPr>
              <w:pStyle w:val="TableParagraph"/>
              <w:spacing w:before="6"/>
              <w:ind w:left="57"/>
              <w:rPr>
                <w:sz w:val="16"/>
              </w:rPr>
            </w:pPr>
            <w:r w:rsidRPr="00E85698">
              <w:rPr>
                <w:sz w:val="16"/>
              </w:rPr>
              <w:t>Применять</w:t>
            </w:r>
            <w:r w:rsidRPr="00E85698">
              <w:rPr>
                <w:spacing w:val="-5"/>
                <w:sz w:val="16"/>
              </w:rPr>
              <w:t xml:space="preserve"> </w:t>
            </w:r>
            <w:r w:rsidRPr="00E85698">
              <w:rPr>
                <w:sz w:val="16"/>
              </w:rPr>
              <w:t>правила</w:t>
            </w:r>
            <w:r w:rsidRPr="00E85698">
              <w:rPr>
                <w:spacing w:val="-2"/>
                <w:sz w:val="16"/>
              </w:rPr>
              <w:t xml:space="preserve"> </w:t>
            </w:r>
            <w:r w:rsidRPr="00E85698">
              <w:rPr>
                <w:sz w:val="16"/>
              </w:rPr>
              <w:t>оформления</w:t>
            </w:r>
            <w:r w:rsidRPr="00E85698">
              <w:rPr>
                <w:spacing w:val="-3"/>
                <w:sz w:val="16"/>
              </w:rPr>
              <w:t xml:space="preserve"> </w:t>
            </w:r>
            <w:r w:rsidRPr="00E85698">
              <w:rPr>
                <w:sz w:val="16"/>
              </w:rPr>
              <w:t>диалога</w:t>
            </w:r>
            <w:r w:rsidRPr="00E85698">
              <w:rPr>
                <w:spacing w:val="-3"/>
                <w:sz w:val="16"/>
              </w:rPr>
              <w:t xml:space="preserve"> </w:t>
            </w:r>
            <w:r w:rsidRPr="00E85698">
              <w:rPr>
                <w:sz w:val="16"/>
              </w:rPr>
              <w:t>на</w:t>
            </w:r>
            <w:r w:rsidRPr="00E85698">
              <w:rPr>
                <w:spacing w:val="-4"/>
                <w:sz w:val="16"/>
              </w:rPr>
              <w:t xml:space="preserve"> </w:t>
            </w:r>
            <w:r w:rsidRPr="00E85698">
              <w:rPr>
                <w:sz w:val="16"/>
              </w:rPr>
              <w:t>письме;</w:t>
            </w:r>
          </w:p>
        </w:tc>
        <w:tc>
          <w:tcPr>
            <w:tcW w:w="1117" w:type="dxa"/>
          </w:tcPr>
          <w:p w:rsidR="003147F9" w:rsidRPr="00E85698" w:rsidRDefault="003147F9" w:rsidP="00A047B0">
            <w:pPr>
              <w:pStyle w:val="TableParagraph"/>
              <w:spacing w:before="30"/>
              <w:ind w:left="57"/>
              <w:rPr>
                <w:sz w:val="16"/>
              </w:rPr>
            </w:pPr>
            <w:r w:rsidRPr="00E85698">
              <w:rPr>
                <w:sz w:val="16"/>
              </w:rPr>
              <w:t>Письменный</w:t>
            </w:r>
          </w:p>
          <w:p w:rsidR="003147F9" w:rsidRPr="00E85698" w:rsidRDefault="003147F9" w:rsidP="00A047B0">
            <w:pPr>
              <w:pStyle w:val="TableParagraph"/>
              <w:spacing w:before="51"/>
              <w:ind w:left="57" w:right="149"/>
              <w:rPr>
                <w:sz w:val="16"/>
              </w:rPr>
            </w:pP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sz w:val="16"/>
              </w:rPr>
              <w:t>Контрольная</w:t>
            </w:r>
          </w:p>
          <w:p w:rsidR="003147F9" w:rsidRPr="00E85698" w:rsidRDefault="003147F9" w:rsidP="00A047B0">
            <w:pPr>
              <w:pStyle w:val="TableParagraph"/>
              <w:spacing w:before="55" w:line="259" w:lineRule="auto"/>
              <w:ind w:left="57" w:right="537"/>
              <w:rPr>
                <w:sz w:val="16"/>
              </w:rPr>
            </w:pPr>
            <w:r w:rsidRPr="00E85698">
              <w:rPr>
                <w:sz w:val="16"/>
              </w:rPr>
              <w:t>работа;</w:t>
            </w:r>
            <w:r w:rsidRPr="00E85698">
              <w:rPr>
                <w:spacing w:val="-37"/>
                <w:sz w:val="16"/>
              </w:rPr>
              <w:t xml:space="preserve"> </w:t>
            </w:r>
            <w:r w:rsidRPr="00E85698">
              <w:rPr>
                <w:sz w:val="16"/>
              </w:rPr>
              <w:t>ВПР;</w:t>
            </w:r>
          </w:p>
        </w:tc>
        <w:tc>
          <w:tcPr>
            <w:tcW w:w="3716" w:type="dxa"/>
          </w:tcPr>
          <w:p w:rsidR="003147F9" w:rsidRPr="00E85698" w:rsidRDefault="003147F9" w:rsidP="00A047B0">
            <w:pPr>
              <w:pStyle w:val="TableParagraph"/>
              <w:spacing w:before="30" w:line="259" w:lineRule="auto"/>
              <w:ind w:left="56"/>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https://resh.edu.ru/subject/lesson/7653/conspect/312212/</w:t>
            </w:r>
          </w:p>
        </w:tc>
      </w:tr>
      <w:tr w:rsidR="003147F9" w:rsidRPr="00E85698" w:rsidTr="00A047B0">
        <w:trPr>
          <w:trHeight w:val="455"/>
        </w:trPr>
        <w:tc>
          <w:tcPr>
            <w:tcW w:w="3348" w:type="dxa"/>
            <w:gridSpan w:val="2"/>
          </w:tcPr>
          <w:p w:rsidR="003147F9" w:rsidRPr="00E85698" w:rsidRDefault="003147F9" w:rsidP="00A047B0">
            <w:pPr>
              <w:pStyle w:val="TableParagraph"/>
              <w:spacing w:before="30"/>
              <w:ind w:left="59"/>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0"/>
              <w:ind w:left="57"/>
              <w:rPr>
                <w:sz w:val="16"/>
              </w:rPr>
            </w:pPr>
            <w:r w:rsidRPr="00E85698">
              <w:rPr>
                <w:sz w:val="16"/>
              </w:rPr>
              <w:t>24</w:t>
            </w:r>
          </w:p>
        </w:tc>
        <w:tc>
          <w:tcPr>
            <w:tcW w:w="11634" w:type="dxa"/>
            <w:gridSpan w:val="6"/>
          </w:tcPr>
          <w:p w:rsidR="003147F9" w:rsidRPr="00E85698" w:rsidRDefault="003147F9" w:rsidP="00A047B0">
            <w:pPr>
              <w:pStyle w:val="TableParagraph"/>
              <w:rPr>
                <w:sz w:val="16"/>
              </w:rPr>
            </w:pPr>
          </w:p>
        </w:tc>
      </w:tr>
      <w:tr w:rsidR="003147F9" w:rsidRPr="00E85698" w:rsidTr="00A047B0">
        <w:trPr>
          <w:trHeight w:val="453"/>
        </w:trPr>
        <w:tc>
          <w:tcPr>
            <w:tcW w:w="15510" w:type="dxa"/>
            <w:gridSpan w:val="9"/>
          </w:tcPr>
          <w:p w:rsidR="003147F9" w:rsidRPr="00E85698" w:rsidRDefault="003147F9" w:rsidP="00A047B0">
            <w:pPr>
              <w:pStyle w:val="TableParagraph"/>
              <w:spacing w:before="33"/>
              <w:ind w:left="59"/>
              <w:rPr>
                <w:b/>
                <w:sz w:val="16"/>
              </w:rPr>
            </w:pPr>
            <w:r w:rsidRPr="00E85698">
              <w:rPr>
                <w:b/>
                <w:sz w:val="16"/>
              </w:rPr>
              <w:t>Раздел</w:t>
            </w:r>
            <w:r w:rsidRPr="00E85698">
              <w:rPr>
                <w:b/>
                <w:spacing w:val="-2"/>
                <w:sz w:val="16"/>
              </w:rPr>
              <w:t xml:space="preserve"> </w:t>
            </w:r>
            <w:r w:rsidRPr="00E85698">
              <w:rPr>
                <w:b/>
                <w:sz w:val="16"/>
              </w:rPr>
              <w:t>9. ПОВТОРЕНИЕ</w:t>
            </w:r>
          </w:p>
        </w:tc>
      </w:tr>
      <w:tr w:rsidR="003147F9" w:rsidRPr="00942243" w:rsidTr="00A047B0">
        <w:trPr>
          <w:trHeight w:val="1728"/>
        </w:trPr>
        <w:tc>
          <w:tcPr>
            <w:tcW w:w="468" w:type="dxa"/>
          </w:tcPr>
          <w:p w:rsidR="003147F9" w:rsidRPr="00E85698" w:rsidRDefault="003147F9" w:rsidP="00A047B0">
            <w:pPr>
              <w:pStyle w:val="TableParagraph"/>
              <w:spacing w:before="33"/>
              <w:ind w:left="46" w:right="38"/>
              <w:jc w:val="center"/>
              <w:rPr>
                <w:sz w:val="16"/>
              </w:rPr>
            </w:pPr>
            <w:r w:rsidRPr="00E85698">
              <w:rPr>
                <w:sz w:val="16"/>
              </w:rPr>
              <w:t>9.1.</w:t>
            </w:r>
          </w:p>
        </w:tc>
        <w:tc>
          <w:tcPr>
            <w:tcW w:w="2880" w:type="dxa"/>
          </w:tcPr>
          <w:p w:rsidR="003147F9" w:rsidRPr="00E85698" w:rsidRDefault="003147F9" w:rsidP="00A047B0">
            <w:pPr>
              <w:pStyle w:val="TableParagraph"/>
              <w:spacing w:before="33"/>
              <w:ind w:left="57"/>
              <w:rPr>
                <w:sz w:val="16"/>
              </w:rPr>
            </w:pPr>
            <w:r w:rsidRPr="00E85698">
              <w:rPr>
                <w:sz w:val="16"/>
              </w:rPr>
              <w:t>Повторение</w:t>
            </w:r>
            <w:r w:rsidRPr="00E85698">
              <w:rPr>
                <w:spacing w:val="-7"/>
                <w:sz w:val="16"/>
              </w:rPr>
              <w:t xml:space="preserve"> </w:t>
            </w:r>
            <w:r w:rsidRPr="00E85698">
              <w:rPr>
                <w:sz w:val="16"/>
              </w:rPr>
              <w:t>пройденного</w:t>
            </w:r>
            <w:r w:rsidRPr="00E85698">
              <w:rPr>
                <w:spacing w:val="-7"/>
                <w:sz w:val="16"/>
              </w:rPr>
              <w:t xml:space="preserve"> </w:t>
            </w:r>
            <w:r w:rsidRPr="00E85698">
              <w:rPr>
                <w:sz w:val="16"/>
              </w:rPr>
              <w:t>материала</w:t>
            </w:r>
          </w:p>
        </w:tc>
        <w:tc>
          <w:tcPr>
            <w:tcW w:w="528" w:type="dxa"/>
          </w:tcPr>
          <w:p w:rsidR="003147F9" w:rsidRPr="00E85698" w:rsidRDefault="003147F9" w:rsidP="00A047B0">
            <w:pPr>
              <w:pStyle w:val="TableParagraph"/>
              <w:spacing w:before="33"/>
              <w:ind w:left="57"/>
              <w:rPr>
                <w:sz w:val="16"/>
              </w:rPr>
            </w:pPr>
            <w:r w:rsidRPr="00E85698">
              <w:rPr>
                <w:sz w:val="16"/>
              </w:rPr>
              <w:t>5</w:t>
            </w:r>
          </w:p>
        </w:tc>
        <w:tc>
          <w:tcPr>
            <w:tcW w:w="1105" w:type="dxa"/>
          </w:tcPr>
          <w:p w:rsidR="003147F9" w:rsidRPr="00E85698" w:rsidRDefault="003147F9" w:rsidP="00A047B0">
            <w:pPr>
              <w:pStyle w:val="TableParagraph"/>
              <w:spacing w:before="33"/>
              <w:ind w:left="57"/>
              <w:rPr>
                <w:sz w:val="16"/>
              </w:rPr>
            </w:pPr>
            <w:r w:rsidRPr="00E85698">
              <w:rPr>
                <w:sz w:val="16"/>
              </w:rPr>
              <w:t>1</w:t>
            </w:r>
          </w:p>
        </w:tc>
        <w:tc>
          <w:tcPr>
            <w:tcW w:w="1140" w:type="dxa"/>
          </w:tcPr>
          <w:p w:rsidR="003147F9" w:rsidRPr="00E85698" w:rsidRDefault="003147F9" w:rsidP="00A047B0">
            <w:pPr>
              <w:pStyle w:val="TableParagraph"/>
              <w:rPr>
                <w:sz w:val="16"/>
              </w:rPr>
            </w:pPr>
          </w:p>
        </w:tc>
        <w:tc>
          <w:tcPr>
            <w:tcW w:w="802" w:type="dxa"/>
          </w:tcPr>
          <w:p w:rsidR="003147F9" w:rsidRPr="00E85698" w:rsidRDefault="006C1B1D" w:rsidP="00A047B0">
            <w:pPr>
              <w:pStyle w:val="TableParagraph"/>
              <w:rPr>
                <w:sz w:val="16"/>
              </w:rPr>
            </w:pPr>
            <w:r>
              <w:rPr>
                <w:sz w:val="16"/>
              </w:rPr>
              <w:t>5.05-15.05</w:t>
            </w:r>
          </w:p>
        </w:tc>
        <w:tc>
          <w:tcPr>
            <w:tcW w:w="3754" w:type="dxa"/>
          </w:tcPr>
          <w:p w:rsidR="003147F9" w:rsidRPr="00E85698" w:rsidRDefault="003147F9" w:rsidP="00A047B0">
            <w:pPr>
              <w:pStyle w:val="TableParagraph"/>
              <w:spacing w:before="30" w:line="244" w:lineRule="auto"/>
              <w:ind w:left="57" w:right="86"/>
              <w:rPr>
                <w:sz w:val="16"/>
              </w:rPr>
            </w:pPr>
            <w:r w:rsidRPr="00E85698">
              <w:rPr>
                <w:sz w:val="16"/>
              </w:rPr>
              <w:t>Систематизировать знания о разделах науки о языке</w:t>
            </w:r>
            <w:r w:rsidRPr="00E85698">
              <w:rPr>
                <w:spacing w:val="-38"/>
                <w:sz w:val="16"/>
              </w:rPr>
              <w:t xml:space="preserve"> </w:t>
            </w:r>
            <w:r w:rsidRPr="00E85698">
              <w:rPr>
                <w:sz w:val="16"/>
              </w:rPr>
              <w:t>и единицах, которые изучаются каждым разделом;</w:t>
            </w:r>
            <w:r w:rsidRPr="00E85698">
              <w:rPr>
                <w:spacing w:val="1"/>
                <w:sz w:val="16"/>
              </w:rPr>
              <w:t xml:space="preserve"> </w:t>
            </w:r>
            <w:r w:rsidRPr="00E85698">
              <w:rPr>
                <w:sz w:val="16"/>
              </w:rPr>
              <w:t>Повторять правописание гласных в корнях и</w:t>
            </w:r>
            <w:r w:rsidRPr="00E85698">
              <w:rPr>
                <w:spacing w:val="1"/>
                <w:sz w:val="16"/>
              </w:rPr>
              <w:t xml:space="preserve"> </w:t>
            </w:r>
            <w:r w:rsidRPr="00E85698">
              <w:rPr>
                <w:sz w:val="16"/>
              </w:rPr>
              <w:t>окончаниях</w:t>
            </w:r>
            <w:r w:rsidRPr="00E85698">
              <w:rPr>
                <w:spacing w:val="-4"/>
                <w:sz w:val="16"/>
              </w:rPr>
              <w:t xml:space="preserve"> </w:t>
            </w:r>
            <w:r w:rsidRPr="00E85698">
              <w:rPr>
                <w:sz w:val="16"/>
              </w:rPr>
              <w:t>слов;</w:t>
            </w:r>
          </w:p>
          <w:p w:rsidR="003147F9" w:rsidRPr="00E85698" w:rsidRDefault="003147F9" w:rsidP="00A047B0">
            <w:pPr>
              <w:pStyle w:val="TableParagraph"/>
              <w:spacing w:before="4" w:line="259" w:lineRule="auto"/>
              <w:ind w:left="57" w:right="299"/>
              <w:rPr>
                <w:sz w:val="16"/>
              </w:rPr>
            </w:pPr>
            <w:r w:rsidRPr="00E85698">
              <w:rPr>
                <w:sz w:val="16"/>
              </w:rPr>
              <w:t>Совершенствовать умения и навыки постановки</w:t>
            </w:r>
            <w:r w:rsidRPr="00E85698">
              <w:rPr>
                <w:spacing w:val="1"/>
                <w:sz w:val="16"/>
              </w:rPr>
              <w:t xml:space="preserve"> </w:t>
            </w:r>
            <w:r w:rsidRPr="00E85698">
              <w:rPr>
                <w:sz w:val="16"/>
              </w:rPr>
              <w:t>знаков препинания в простых и сложных</w:t>
            </w:r>
            <w:r w:rsidRPr="00E85698">
              <w:rPr>
                <w:spacing w:val="1"/>
                <w:sz w:val="16"/>
              </w:rPr>
              <w:t xml:space="preserve"> </w:t>
            </w:r>
            <w:r w:rsidRPr="00E85698">
              <w:rPr>
                <w:sz w:val="16"/>
              </w:rPr>
              <w:t>предложениях, а также в предложениях с прямой</w:t>
            </w:r>
            <w:r w:rsidRPr="00E85698">
              <w:rPr>
                <w:spacing w:val="-38"/>
                <w:sz w:val="16"/>
              </w:rPr>
              <w:t xml:space="preserve"> </w:t>
            </w:r>
            <w:r w:rsidRPr="00E85698">
              <w:rPr>
                <w:sz w:val="16"/>
              </w:rPr>
              <w:t>речью.</w:t>
            </w:r>
          </w:p>
        </w:tc>
        <w:tc>
          <w:tcPr>
            <w:tcW w:w="1117" w:type="dxa"/>
          </w:tcPr>
          <w:p w:rsidR="003147F9" w:rsidRPr="00E85698" w:rsidRDefault="003147F9" w:rsidP="00A047B0">
            <w:pPr>
              <w:pStyle w:val="TableParagraph"/>
              <w:spacing w:before="30" w:line="242" w:lineRule="auto"/>
              <w:ind w:left="57" w:right="46"/>
              <w:rPr>
                <w:sz w:val="16"/>
              </w:rPr>
            </w:pPr>
            <w:r w:rsidRPr="00E85698">
              <w:rPr>
                <w:sz w:val="16"/>
              </w:rPr>
              <w:t>Письменный</w:t>
            </w:r>
            <w:r w:rsidRPr="00E85698">
              <w:rPr>
                <w:spacing w:val="1"/>
                <w:sz w:val="16"/>
              </w:rPr>
              <w:t xml:space="preserve"> </w:t>
            </w:r>
            <w:r w:rsidRPr="00E85698">
              <w:rPr>
                <w:sz w:val="16"/>
              </w:rPr>
              <w:t>контроль;</w:t>
            </w:r>
            <w:r w:rsidRPr="00E85698">
              <w:rPr>
                <w:spacing w:val="1"/>
                <w:sz w:val="16"/>
              </w:rPr>
              <w:t xml:space="preserve"> </w:t>
            </w:r>
            <w:r w:rsidRPr="00E85698">
              <w:rPr>
                <w:sz w:val="16"/>
              </w:rPr>
              <w:t>Контрольная</w:t>
            </w:r>
            <w:r w:rsidRPr="00E85698">
              <w:rPr>
                <w:spacing w:val="1"/>
                <w:sz w:val="16"/>
              </w:rPr>
              <w:t xml:space="preserve"> </w:t>
            </w:r>
            <w:r w:rsidRPr="00E85698">
              <w:rPr>
                <w:sz w:val="16"/>
              </w:rPr>
              <w:t>работа;</w:t>
            </w:r>
            <w:r w:rsidRPr="00E85698">
              <w:rPr>
                <w:spacing w:val="1"/>
                <w:sz w:val="16"/>
              </w:rPr>
              <w:t xml:space="preserve"> </w:t>
            </w:r>
            <w:r w:rsidRPr="00E85698">
              <w:rPr>
                <w:sz w:val="16"/>
              </w:rPr>
              <w:t>Тестирование;</w:t>
            </w:r>
          </w:p>
        </w:tc>
        <w:tc>
          <w:tcPr>
            <w:tcW w:w="3716" w:type="dxa"/>
          </w:tcPr>
          <w:p w:rsidR="003147F9" w:rsidRPr="00E85698" w:rsidRDefault="003147F9" w:rsidP="00A047B0">
            <w:pPr>
              <w:pStyle w:val="TableParagraph"/>
              <w:spacing w:before="33" w:line="256" w:lineRule="auto"/>
              <w:ind w:left="56"/>
              <w:rPr>
                <w:sz w:val="16"/>
                <w:lang w:val="en-US"/>
              </w:rPr>
            </w:pPr>
            <w:r w:rsidRPr="00E85698">
              <w:rPr>
                <w:sz w:val="16"/>
                <w:lang w:val="en-US"/>
              </w:rPr>
              <w:t>resh.edu.ru</w:t>
            </w:r>
            <w:r w:rsidRPr="00E85698">
              <w:rPr>
                <w:spacing w:val="1"/>
                <w:sz w:val="16"/>
                <w:lang w:val="en-US"/>
              </w:rPr>
              <w:t xml:space="preserve"> </w:t>
            </w:r>
            <w:r w:rsidRPr="00E85698">
              <w:rPr>
                <w:spacing w:val="-1"/>
                <w:sz w:val="16"/>
                <w:lang w:val="en-US"/>
              </w:rPr>
              <w:t>https://resh.edu.ru/subject/lesson/7705/start/307208/</w:t>
            </w:r>
          </w:p>
        </w:tc>
      </w:tr>
      <w:tr w:rsidR="003147F9" w:rsidRPr="00E85698" w:rsidTr="00A047B0">
        <w:trPr>
          <w:trHeight w:val="455"/>
        </w:trPr>
        <w:tc>
          <w:tcPr>
            <w:tcW w:w="3348" w:type="dxa"/>
            <w:gridSpan w:val="2"/>
          </w:tcPr>
          <w:p w:rsidR="003147F9" w:rsidRPr="00E85698" w:rsidRDefault="003147F9" w:rsidP="00A047B0">
            <w:pPr>
              <w:pStyle w:val="TableParagraph"/>
              <w:spacing w:before="30"/>
              <w:ind w:left="59"/>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0"/>
              <w:ind w:left="57"/>
              <w:rPr>
                <w:sz w:val="16"/>
              </w:rPr>
            </w:pPr>
            <w:r w:rsidRPr="00E85698">
              <w:rPr>
                <w:sz w:val="16"/>
              </w:rPr>
              <w:t>5</w:t>
            </w:r>
          </w:p>
        </w:tc>
        <w:tc>
          <w:tcPr>
            <w:tcW w:w="11634" w:type="dxa"/>
            <w:gridSpan w:val="6"/>
          </w:tcPr>
          <w:p w:rsidR="003147F9" w:rsidRPr="00E85698" w:rsidRDefault="003147F9" w:rsidP="00A047B0">
            <w:pPr>
              <w:pStyle w:val="TableParagraph"/>
              <w:rPr>
                <w:sz w:val="16"/>
              </w:rPr>
            </w:pPr>
          </w:p>
        </w:tc>
      </w:tr>
      <w:tr w:rsidR="003147F9" w:rsidRPr="00E85698" w:rsidTr="00A047B0">
        <w:trPr>
          <w:trHeight w:val="453"/>
        </w:trPr>
        <w:tc>
          <w:tcPr>
            <w:tcW w:w="15510" w:type="dxa"/>
            <w:gridSpan w:val="9"/>
          </w:tcPr>
          <w:p w:rsidR="003147F9" w:rsidRPr="00E85698" w:rsidRDefault="003147F9" w:rsidP="00A047B0">
            <w:pPr>
              <w:pStyle w:val="TableParagraph"/>
              <w:spacing w:before="33"/>
              <w:ind w:left="59"/>
              <w:rPr>
                <w:b/>
                <w:sz w:val="16"/>
              </w:rPr>
            </w:pPr>
            <w:r w:rsidRPr="00E85698">
              <w:rPr>
                <w:b/>
                <w:sz w:val="16"/>
              </w:rPr>
              <w:t>Раздел</w:t>
            </w:r>
            <w:r w:rsidRPr="00E85698">
              <w:rPr>
                <w:b/>
                <w:spacing w:val="-2"/>
                <w:sz w:val="16"/>
              </w:rPr>
              <w:t xml:space="preserve"> </w:t>
            </w:r>
            <w:r w:rsidRPr="00E85698">
              <w:rPr>
                <w:b/>
                <w:sz w:val="16"/>
              </w:rPr>
              <w:t>10.</w:t>
            </w:r>
            <w:r w:rsidRPr="00E85698">
              <w:rPr>
                <w:b/>
                <w:spacing w:val="-3"/>
                <w:sz w:val="16"/>
              </w:rPr>
              <w:t xml:space="preserve"> </w:t>
            </w:r>
            <w:r w:rsidRPr="00E85698">
              <w:rPr>
                <w:b/>
                <w:sz w:val="16"/>
              </w:rPr>
              <w:t>ИТОГОВЫЙ</w:t>
            </w:r>
            <w:r w:rsidRPr="00E85698">
              <w:rPr>
                <w:b/>
                <w:spacing w:val="-2"/>
                <w:sz w:val="16"/>
              </w:rPr>
              <w:t xml:space="preserve"> </w:t>
            </w:r>
            <w:r w:rsidRPr="00E85698">
              <w:rPr>
                <w:b/>
                <w:sz w:val="16"/>
              </w:rPr>
              <w:t>КОНТРОЛЬ</w:t>
            </w:r>
          </w:p>
        </w:tc>
      </w:tr>
      <w:tr w:rsidR="003147F9" w:rsidRPr="00E85698" w:rsidTr="00A047B0">
        <w:trPr>
          <w:trHeight w:val="381"/>
        </w:trPr>
        <w:tc>
          <w:tcPr>
            <w:tcW w:w="468" w:type="dxa"/>
          </w:tcPr>
          <w:p w:rsidR="003147F9" w:rsidRPr="00E85698" w:rsidRDefault="003147F9" w:rsidP="00A047B0">
            <w:pPr>
              <w:pStyle w:val="TableParagraph"/>
              <w:spacing w:before="30"/>
              <w:ind w:left="46" w:right="56"/>
              <w:jc w:val="center"/>
              <w:rPr>
                <w:sz w:val="16"/>
              </w:rPr>
            </w:pPr>
            <w:r w:rsidRPr="00E85698">
              <w:rPr>
                <w:sz w:val="16"/>
              </w:rPr>
              <w:t>10.1.</w:t>
            </w:r>
          </w:p>
        </w:tc>
        <w:tc>
          <w:tcPr>
            <w:tcW w:w="2880" w:type="dxa"/>
          </w:tcPr>
          <w:p w:rsidR="003147F9" w:rsidRPr="00E85698" w:rsidRDefault="003147F9" w:rsidP="00A047B0">
            <w:pPr>
              <w:pStyle w:val="TableParagraph"/>
              <w:spacing w:before="30"/>
              <w:ind w:left="57"/>
              <w:rPr>
                <w:sz w:val="16"/>
              </w:rPr>
            </w:pPr>
            <w:r w:rsidRPr="00E85698">
              <w:rPr>
                <w:sz w:val="16"/>
              </w:rPr>
              <w:t>Сочинения</w:t>
            </w:r>
          </w:p>
        </w:tc>
        <w:tc>
          <w:tcPr>
            <w:tcW w:w="528" w:type="dxa"/>
          </w:tcPr>
          <w:p w:rsidR="003147F9" w:rsidRPr="00E85698" w:rsidRDefault="003147F9" w:rsidP="00A047B0">
            <w:pPr>
              <w:pStyle w:val="TableParagraph"/>
              <w:spacing w:before="30"/>
              <w:ind w:left="57"/>
              <w:rPr>
                <w:sz w:val="16"/>
              </w:rPr>
            </w:pPr>
            <w:r w:rsidRPr="00E85698">
              <w:rPr>
                <w:sz w:val="16"/>
              </w:rPr>
              <w:t>2</w:t>
            </w:r>
          </w:p>
        </w:tc>
        <w:tc>
          <w:tcPr>
            <w:tcW w:w="1105" w:type="dxa"/>
          </w:tcPr>
          <w:p w:rsidR="003147F9" w:rsidRPr="00E85698" w:rsidRDefault="003147F9" w:rsidP="00A047B0">
            <w:pPr>
              <w:pStyle w:val="TableParagraph"/>
              <w:rPr>
                <w:sz w:val="16"/>
              </w:rPr>
            </w:pPr>
          </w:p>
        </w:tc>
        <w:tc>
          <w:tcPr>
            <w:tcW w:w="1140" w:type="dxa"/>
          </w:tcPr>
          <w:p w:rsidR="003147F9" w:rsidRPr="00E85698" w:rsidRDefault="003147F9" w:rsidP="00A047B0">
            <w:pPr>
              <w:pStyle w:val="TableParagraph"/>
              <w:rPr>
                <w:sz w:val="16"/>
              </w:rPr>
            </w:pPr>
          </w:p>
        </w:tc>
        <w:tc>
          <w:tcPr>
            <w:tcW w:w="802" w:type="dxa"/>
          </w:tcPr>
          <w:p w:rsidR="003147F9" w:rsidRPr="00E85698" w:rsidRDefault="003147F9" w:rsidP="00A047B0">
            <w:pPr>
              <w:pStyle w:val="TableParagraph"/>
              <w:rPr>
                <w:sz w:val="16"/>
              </w:rPr>
            </w:pPr>
          </w:p>
        </w:tc>
        <w:tc>
          <w:tcPr>
            <w:tcW w:w="3754" w:type="dxa"/>
          </w:tcPr>
          <w:p w:rsidR="003147F9" w:rsidRPr="00E85698" w:rsidRDefault="003147F9" w:rsidP="00A047B0">
            <w:pPr>
              <w:pStyle w:val="TableParagraph"/>
              <w:rPr>
                <w:sz w:val="16"/>
              </w:rPr>
            </w:pPr>
          </w:p>
        </w:tc>
        <w:tc>
          <w:tcPr>
            <w:tcW w:w="1117" w:type="dxa"/>
          </w:tcPr>
          <w:p w:rsidR="003147F9" w:rsidRPr="00E85698" w:rsidRDefault="003147F9" w:rsidP="00A047B0">
            <w:pPr>
              <w:pStyle w:val="TableParagraph"/>
              <w:rPr>
                <w:sz w:val="16"/>
              </w:rPr>
            </w:pPr>
          </w:p>
        </w:tc>
        <w:tc>
          <w:tcPr>
            <w:tcW w:w="3716" w:type="dxa"/>
          </w:tcPr>
          <w:p w:rsidR="003147F9" w:rsidRPr="00E85698" w:rsidRDefault="003147F9" w:rsidP="00A047B0">
            <w:pPr>
              <w:pStyle w:val="TableParagraph"/>
              <w:rPr>
                <w:sz w:val="16"/>
              </w:rPr>
            </w:pPr>
          </w:p>
        </w:tc>
      </w:tr>
      <w:tr w:rsidR="003147F9" w:rsidRPr="00E85698" w:rsidTr="00A047B0">
        <w:trPr>
          <w:trHeight w:val="386"/>
        </w:trPr>
        <w:tc>
          <w:tcPr>
            <w:tcW w:w="468" w:type="dxa"/>
          </w:tcPr>
          <w:p w:rsidR="003147F9" w:rsidRPr="00E85698" w:rsidRDefault="003147F9" w:rsidP="00A047B0">
            <w:pPr>
              <w:pStyle w:val="TableParagraph"/>
              <w:spacing w:before="33"/>
              <w:ind w:left="46" w:right="56"/>
              <w:jc w:val="center"/>
              <w:rPr>
                <w:sz w:val="16"/>
              </w:rPr>
            </w:pPr>
            <w:r w:rsidRPr="00E85698">
              <w:rPr>
                <w:sz w:val="16"/>
              </w:rPr>
              <w:t>10.2.</w:t>
            </w:r>
          </w:p>
        </w:tc>
        <w:tc>
          <w:tcPr>
            <w:tcW w:w="2880" w:type="dxa"/>
          </w:tcPr>
          <w:p w:rsidR="003147F9" w:rsidRPr="00E85698" w:rsidRDefault="003147F9" w:rsidP="00A047B0">
            <w:pPr>
              <w:pStyle w:val="TableParagraph"/>
              <w:spacing w:before="33"/>
              <w:ind w:left="57"/>
              <w:rPr>
                <w:sz w:val="16"/>
              </w:rPr>
            </w:pPr>
            <w:r w:rsidRPr="00E85698">
              <w:rPr>
                <w:sz w:val="16"/>
              </w:rPr>
              <w:t>Изложения</w:t>
            </w:r>
          </w:p>
        </w:tc>
        <w:tc>
          <w:tcPr>
            <w:tcW w:w="528" w:type="dxa"/>
          </w:tcPr>
          <w:p w:rsidR="003147F9" w:rsidRPr="00E85698" w:rsidRDefault="003147F9" w:rsidP="00A047B0">
            <w:pPr>
              <w:pStyle w:val="TableParagraph"/>
              <w:spacing w:before="33"/>
              <w:ind w:left="57"/>
              <w:rPr>
                <w:sz w:val="16"/>
              </w:rPr>
            </w:pPr>
            <w:r w:rsidRPr="00E85698">
              <w:rPr>
                <w:sz w:val="16"/>
              </w:rPr>
              <w:t>2</w:t>
            </w:r>
          </w:p>
        </w:tc>
        <w:tc>
          <w:tcPr>
            <w:tcW w:w="1105" w:type="dxa"/>
          </w:tcPr>
          <w:p w:rsidR="003147F9" w:rsidRPr="00E85698" w:rsidRDefault="003147F9" w:rsidP="00A047B0">
            <w:pPr>
              <w:pStyle w:val="TableParagraph"/>
              <w:rPr>
                <w:sz w:val="16"/>
              </w:rPr>
            </w:pPr>
          </w:p>
        </w:tc>
        <w:tc>
          <w:tcPr>
            <w:tcW w:w="1140" w:type="dxa"/>
          </w:tcPr>
          <w:p w:rsidR="003147F9" w:rsidRPr="00E85698" w:rsidRDefault="003147F9" w:rsidP="00A047B0">
            <w:pPr>
              <w:pStyle w:val="TableParagraph"/>
              <w:rPr>
                <w:sz w:val="16"/>
              </w:rPr>
            </w:pPr>
          </w:p>
        </w:tc>
        <w:tc>
          <w:tcPr>
            <w:tcW w:w="802" w:type="dxa"/>
          </w:tcPr>
          <w:p w:rsidR="003147F9" w:rsidRPr="00E85698" w:rsidRDefault="003147F9" w:rsidP="00A047B0">
            <w:pPr>
              <w:pStyle w:val="TableParagraph"/>
              <w:rPr>
                <w:sz w:val="16"/>
              </w:rPr>
            </w:pPr>
          </w:p>
        </w:tc>
        <w:tc>
          <w:tcPr>
            <w:tcW w:w="3754" w:type="dxa"/>
          </w:tcPr>
          <w:p w:rsidR="003147F9" w:rsidRPr="00E85698" w:rsidRDefault="003147F9" w:rsidP="00A047B0">
            <w:pPr>
              <w:pStyle w:val="TableParagraph"/>
              <w:rPr>
                <w:sz w:val="16"/>
              </w:rPr>
            </w:pPr>
          </w:p>
        </w:tc>
        <w:tc>
          <w:tcPr>
            <w:tcW w:w="1117" w:type="dxa"/>
          </w:tcPr>
          <w:p w:rsidR="003147F9" w:rsidRPr="00E85698" w:rsidRDefault="003147F9" w:rsidP="00A047B0">
            <w:pPr>
              <w:pStyle w:val="TableParagraph"/>
              <w:rPr>
                <w:sz w:val="16"/>
              </w:rPr>
            </w:pPr>
          </w:p>
        </w:tc>
        <w:tc>
          <w:tcPr>
            <w:tcW w:w="3716" w:type="dxa"/>
          </w:tcPr>
          <w:p w:rsidR="003147F9" w:rsidRPr="00E85698" w:rsidRDefault="003147F9" w:rsidP="00A047B0">
            <w:pPr>
              <w:pStyle w:val="TableParagraph"/>
              <w:rPr>
                <w:sz w:val="16"/>
              </w:rPr>
            </w:pPr>
          </w:p>
        </w:tc>
      </w:tr>
      <w:tr w:rsidR="003147F9" w:rsidRPr="00E85698" w:rsidTr="00A047B0">
        <w:trPr>
          <w:trHeight w:val="381"/>
        </w:trPr>
        <w:tc>
          <w:tcPr>
            <w:tcW w:w="468" w:type="dxa"/>
          </w:tcPr>
          <w:p w:rsidR="003147F9" w:rsidRPr="00E85698" w:rsidRDefault="003147F9" w:rsidP="00A047B0">
            <w:pPr>
              <w:pStyle w:val="TableParagraph"/>
              <w:spacing w:before="30"/>
              <w:ind w:left="46" w:right="56"/>
              <w:jc w:val="center"/>
              <w:rPr>
                <w:sz w:val="16"/>
              </w:rPr>
            </w:pPr>
            <w:r w:rsidRPr="00E85698">
              <w:rPr>
                <w:sz w:val="16"/>
              </w:rPr>
              <w:t>10.3.</w:t>
            </w:r>
          </w:p>
        </w:tc>
        <w:tc>
          <w:tcPr>
            <w:tcW w:w="2880" w:type="dxa"/>
          </w:tcPr>
          <w:p w:rsidR="003147F9" w:rsidRPr="00E85698" w:rsidRDefault="003147F9" w:rsidP="00A047B0">
            <w:pPr>
              <w:pStyle w:val="TableParagraph"/>
              <w:spacing w:before="30"/>
              <w:ind w:left="57"/>
              <w:rPr>
                <w:sz w:val="16"/>
              </w:rPr>
            </w:pPr>
            <w:r w:rsidRPr="00E85698">
              <w:rPr>
                <w:sz w:val="16"/>
              </w:rPr>
              <w:t>Контрольные</w:t>
            </w:r>
            <w:r w:rsidRPr="00E85698">
              <w:rPr>
                <w:spacing w:val="-6"/>
                <w:sz w:val="16"/>
              </w:rPr>
              <w:t xml:space="preserve"> </w:t>
            </w:r>
            <w:r w:rsidRPr="00E85698">
              <w:rPr>
                <w:sz w:val="16"/>
              </w:rPr>
              <w:t>и</w:t>
            </w:r>
            <w:r w:rsidRPr="00E85698">
              <w:rPr>
                <w:spacing w:val="-4"/>
                <w:sz w:val="16"/>
              </w:rPr>
              <w:t xml:space="preserve"> </w:t>
            </w:r>
            <w:r w:rsidRPr="00E85698">
              <w:rPr>
                <w:sz w:val="16"/>
              </w:rPr>
              <w:t>проверочные</w:t>
            </w:r>
            <w:r w:rsidRPr="00E85698">
              <w:rPr>
                <w:spacing w:val="-5"/>
                <w:sz w:val="16"/>
              </w:rPr>
              <w:t xml:space="preserve"> </w:t>
            </w:r>
            <w:r w:rsidRPr="00E85698">
              <w:rPr>
                <w:sz w:val="16"/>
              </w:rPr>
              <w:t>работы</w:t>
            </w:r>
          </w:p>
        </w:tc>
        <w:tc>
          <w:tcPr>
            <w:tcW w:w="528" w:type="dxa"/>
          </w:tcPr>
          <w:p w:rsidR="003147F9" w:rsidRPr="00E85698" w:rsidRDefault="003147F9" w:rsidP="00A047B0">
            <w:pPr>
              <w:pStyle w:val="TableParagraph"/>
              <w:spacing w:before="30"/>
              <w:ind w:left="57"/>
              <w:rPr>
                <w:sz w:val="16"/>
              </w:rPr>
            </w:pPr>
            <w:r w:rsidRPr="00E85698">
              <w:rPr>
                <w:sz w:val="16"/>
              </w:rPr>
              <w:t>8</w:t>
            </w:r>
          </w:p>
        </w:tc>
        <w:tc>
          <w:tcPr>
            <w:tcW w:w="1105" w:type="dxa"/>
          </w:tcPr>
          <w:p w:rsidR="003147F9" w:rsidRPr="00E85698" w:rsidRDefault="003147F9" w:rsidP="00A047B0">
            <w:pPr>
              <w:pStyle w:val="TableParagraph"/>
              <w:rPr>
                <w:sz w:val="16"/>
              </w:rPr>
            </w:pPr>
          </w:p>
        </w:tc>
        <w:tc>
          <w:tcPr>
            <w:tcW w:w="1140" w:type="dxa"/>
          </w:tcPr>
          <w:p w:rsidR="003147F9" w:rsidRPr="00E85698" w:rsidRDefault="003147F9" w:rsidP="00A047B0">
            <w:pPr>
              <w:pStyle w:val="TableParagraph"/>
              <w:rPr>
                <w:sz w:val="16"/>
              </w:rPr>
            </w:pPr>
          </w:p>
        </w:tc>
        <w:tc>
          <w:tcPr>
            <w:tcW w:w="802" w:type="dxa"/>
          </w:tcPr>
          <w:p w:rsidR="003147F9" w:rsidRPr="00E85698" w:rsidRDefault="003147F9" w:rsidP="00A047B0">
            <w:pPr>
              <w:pStyle w:val="TableParagraph"/>
              <w:rPr>
                <w:sz w:val="16"/>
              </w:rPr>
            </w:pPr>
          </w:p>
        </w:tc>
        <w:tc>
          <w:tcPr>
            <w:tcW w:w="3754" w:type="dxa"/>
          </w:tcPr>
          <w:p w:rsidR="003147F9" w:rsidRPr="00E85698" w:rsidRDefault="003147F9" w:rsidP="00A047B0">
            <w:pPr>
              <w:pStyle w:val="TableParagraph"/>
              <w:rPr>
                <w:sz w:val="16"/>
              </w:rPr>
            </w:pPr>
          </w:p>
        </w:tc>
        <w:tc>
          <w:tcPr>
            <w:tcW w:w="1117" w:type="dxa"/>
          </w:tcPr>
          <w:p w:rsidR="003147F9" w:rsidRPr="00E85698" w:rsidRDefault="003147F9" w:rsidP="00A047B0">
            <w:pPr>
              <w:pStyle w:val="TableParagraph"/>
              <w:rPr>
                <w:sz w:val="16"/>
              </w:rPr>
            </w:pPr>
          </w:p>
        </w:tc>
        <w:tc>
          <w:tcPr>
            <w:tcW w:w="3716" w:type="dxa"/>
          </w:tcPr>
          <w:p w:rsidR="003147F9" w:rsidRPr="00E85698" w:rsidRDefault="003147F9" w:rsidP="00A047B0">
            <w:pPr>
              <w:pStyle w:val="TableParagraph"/>
              <w:rPr>
                <w:sz w:val="16"/>
              </w:rPr>
            </w:pPr>
          </w:p>
        </w:tc>
      </w:tr>
      <w:tr w:rsidR="003147F9" w:rsidRPr="00E85698" w:rsidTr="00A047B0">
        <w:trPr>
          <w:trHeight w:val="453"/>
        </w:trPr>
        <w:tc>
          <w:tcPr>
            <w:tcW w:w="3348" w:type="dxa"/>
            <w:gridSpan w:val="2"/>
          </w:tcPr>
          <w:p w:rsidR="003147F9" w:rsidRPr="00E85698" w:rsidRDefault="003147F9" w:rsidP="00A047B0">
            <w:pPr>
              <w:pStyle w:val="TableParagraph"/>
              <w:spacing w:before="30"/>
              <w:ind w:left="59"/>
              <w:rPr>
                <w:sz w:val="16"/>
              </w:rPr>
            </w:pPr>
            <w:r w:rsidRPr="00E85698">
              <w:rPr>
                <w:sz w:val="16"/>
              </w:rPr>
              <w:t>Итого</w:t>
            </w:r>
            <w:r w:rsidRPr="00E85698">
              <w:rPr>
                <w:spacing w:val="-4"/>
                <w:sz w:val="16"/>
              </w:rPr>
              <w:t xml:space="preserve"> </w:t>
            </w:r>
            <w:r w:rsidRPr="00E85698">
              <w:rPr>
                <w:sz w:val="16"/>
              </w:rPr>
              <w:t>по</w:t>
            </w:r>
            <w:r w:rsidRPr="00E85698">
              <w:rPr>
                <w:spacing w:val="-3"/>
                <w:sz w:val="16"/>
              </w:rPr>
              <w:t xml:space="preserve"> </w:t>
            </w:r>
            <w:r w:rsidRPr="00E85698">
              <w:rPr>
                <w:sz w:val="16"/>
              </w:rPr>
              <w:t>разделу:</w:t>
            </w:r>
          </w:p>
        </w:tc>
        <w:tc>
          <w:tcPr>
            <w:tcW w:w="528" w:type="dxa"/>
          </w:tcPr>
          <w:p w:rsidR="003147F9" w:rsidRPr="00E85698" w:rsidRDefault="003147F9" w:rsidP="00A047B0">
            <w:pPr>
              <w:pStyle w:val="TableParagraph"/>
              <w:spacing w:before="30"/>
              <w:ind w:left="57"/>
              <w:rPr>
                <w:sz w:val="16"/>
              </w:rPr>
            </w:pPr>
            <w:r w:rsidRPr="00E85698">
              <w:rPr>
                <w:sz w:val="16"/>
              </w:rPr>
              <w:t>12</w:t>
            </w:r>
          </w:p>
        </w:tc>
        <w:tc>
          <w:tcPr>
            <w:tcW w:w="11634" w:type="dxa"/>
            <w:gridSpan w:val="6"/>
          </w:tcPr>
          <w:p w:rsidR="003147F9" w:rsidRPr="00E85698" w:rsidRDefault="003147F9" w:rsidP="00A047B0">
            <w:pPr>
              <w:pStyle w:val="TableParagraph"/>
              <w:rPr>
                <w:sz w:val="16"/>
              </w:rPr>
            </w:pPr>
          </w:p>
        </w:tc>
      </w:tr>
      <w:tr w:rsidR="003147F9" w:rsidRPr="00E85698" w:rsidTr="00A047B0">
        <w:trPr>
          <w:trHeight w:val="455"/>
        </w:trPr>
        <w:tc>
          <w:tcPr>
            <w:tcW w:w="3348" w:type="dxa"/>
            <w:gridSpan w:val="2"/>
          </w:tcPr>
          <w:p w:rsidR="003147F9" w:rsidRPr="00E85698" w:rsidRDefault="003147F9" w:rsidP="00A047B0">
            <w:pPr>
              <w:pStyle w:val="TableParagraph"/>
              <w:spacing w:before="33"/>
              <w:ind w:left="59"/>
              <w:rPr>
                <w:sz w:val="16"/>
              </w:rPr>
            </w:pPr>
            <w:r w:rsidRPr="00E85698">
              <w:rPr>
                <w:sz w:val="16"/>
              </w:rPr>
              <w:t>Резерв</w:t>
            </w:r>
          </w:p>
        </w:tc>
        <w:tc>
          <w:tcPr>
            <w:tcW w:w="528" w:type="dxa"/>
          </w:tcPr>
          <w:p w:rsidR="003147F9" w:rsidRPr="00E85698" w:rsidRDefault="003147F9" w:rsidP="00A047B0">
            <w:pPr>
              <w:pStyle w:val="TableParagraph"/>
              <w:spacing w:before="33"/>
              <w:ind w:left="57"/>
              <w:rPr>
                <w:sz w:val="16"/>
              </w:rPr>
            </w:pPr>
            <w:r w:rsidRPr="00E85698">
              <w:rPr>
                <w:sz w:val="16"/>
              </w:rPr>
              <w:t>5</w:t>
            </w:r>
          </w:p>
        </w:tc>
        <w:tc>
          <w:tcPr>
            <w:tcW w:w="11634" w:type="dxa"/>
            <w:gridSpan w:val="6"/>
          </w:tcPr>
          <w:p w:rsidR="003147F9" w:rsidRPr="00E85698" w:rsidRDefault="003147F9" w:rsidP="00A047B0">
            <w:pPr>
              <w:pStyle w:val="TableParagraph"/>
              <w:rPr>
                <w:sz w:val="16"/>
              </w:rPr>
            </w:pPr>
          </w:p>
        </w:tc>
      </w:tr>
      <w:tr w:rsidR="003147F9" w:rsidRPr="00E85698" w:rsidTr="00A047B0">
        <w:trPr>
          <w:trHeight w:val="557"/>
        </w:trPr>
        <w:tc>
          <w:tcPr>
            <w:tcW w:w="3348" w:type="dxa"/>
            <w:gridSpan w:val="2"/>
          </w:tcPr>
          <w:p w:rsidR="003147F9" w:rsidRPr="00E85698" w:rsidRDefault="003147F9" w:rsidP="00A047B0">
            <w:pPr>
              <w:pStyle w:val="TableParagraph"/>
              <w:spacing w:before="33" w:line="259" w:lineRule="auto"/>
              <w:ind w:left="59" w:right="459"/>
              <w:rPr>
                <w:b/>
                <w:sz w:val="16"/>
              </w:rPr>
            </w:pPr>
            <w:r w:rsidRPr="00E85698">
              <w:rPr>
                <w:b/>
                <w:sz w:val="16"/>
              </w:rPr>
              <w:t>ОБЩЕЕ</w:t>
            </w:r>
            <w:r w:rsidRPr="00E85698">
              <w:rPr>
                <w:b/>
                <w:spacing w:val="24"/>
                <w:sz w:val="16"/>
              </w:rPr>
              <w:t xml:space="preserve"> </w:t>
            </w:r>
            <w:r w:rsidRPr="00E85698">
              <w:rPr>
                <w:b/>
                <w:sz w:val="16"/>
              </w:rPr>
              <w:t>КОЛИЧЕСТВО</w:t>
            </w:r>
            <w:r w:rsidRPr="00E85698">
              <w:rPr>
                <w:b/>
                <w:spacing w:val="25"/>
                <w:sz w:val="16"/>
              </w:rPr>
              <w:t xml:space="preserve"> </w:t>
            </w:r>
            <w:r w:rsidRPr="00E85698">
              <w:rPr>
                <w:b/>
                <w:sz w:val="16"/>
              </w:rPr>
              <w:t>ЧАСОВ</w:t>
            </w:r>
            <w:r w:rsidRPr="00E85698">
              <w:rPr>
                <w:b/>
                <w:spacing w:val="26"/>
                <w:sz w:val="16"/>
              </w:rPr>
              <w:t xml:space="preserve"> </w:t>
            </w:r>
            <w:r w:rsidRPr="00E85698">
              <w:rPr>
                <w:b/>
                <w:sz w:val="16"/>
              </w:rPr>
              <w:t>ПО</w:t>
            </w:r>
            <w:r w:rsidRPr="00E85698">
              <w:rPr>
                <w:b/>
                <w:spacing w:val="-37"/>
                <w:sz w:val="16"/>
              </w:rPr>
              <w:t xml:space="preserve"> </w:t>
            </w:r>
            <w:r w:rsidRPr="00E85698">
              <w:rPr>
                <w:b/>
                <w:sz w:val="16"/>
              </w:rPr>
              <w:t>ПРОГРАММЕ</w:t>
            </w:r>
          </w:p>
        </w:tc>
        <w:tc>
          <w:tcPr>
            <w:tcW w:w="528" w:type="dxa"/>
          </w:tcPr>
          <w:p w:rsidR="003147F9" w:rsidRPr="00E85698" w:rsidRDefault="003147F9" w:rsidP="00A047B0">
            <w:pPr>
              <w:pStyle w:val="TableParagraph"/>
              <w:spacing w:before="33"/>
              <w:ind w:left="57"/>
              <w:rPr>
                <w:b/>
                <w:sz w:val="16"/>
              </w:rPr>
            </w:pPr>
            <w:r w:rsidRPr="00E85698">
              <w:rPr>
                <w:b/>
                <w:sz w:val="16"/>
              </w:rPr>
              <w:t>175</w:t>
            </w:r>
          </w:p>
        </w:tc>
        <w:tc>
          <w:tcPr>
            <w:tcW w:w="1105" w:type="dxa"/>
          </w:tcPr>
          <w:p w:rsidR="003147F9" w:rsidRPr="00E85698" w:rsidRDefault="003147F9" w:rsidP="00A047B0">
            <w:pPr>
              <w:pStyle w:val="TableParagraph"/>
              <w:spacing w:before="33"/>
              <w:ind w:left="57"/>
              <w:rPr>
                <w:b/>
                <w:sz w:val="16"/>
              </w:rPr>
            </w:pPr>
            <w:r w:rsidRPr="00E85698">
              <w:rPr>
                <w:b/>
                <w:sz w:val="16"/>
              </w:rPr>
              <w:t>8</w:t>
            </w:r>
          </w:p>
        </w:tc>
        <w:tc>
          <w:tcPr>
            <w:tcW w:w="1140" w:type="dxa"/>
          </w:tcPr>
          <w:p w:rsidR="003147F9" w:rsidRPr="00E85698" w:rsidRDefault="003147F9" w:rsidP="00A047B0">
            <w:pPr>
              <w:pStyle w:val="TableParagraph"/>
              <w:spacing w:before="33"/>
              <w:ind w:left="55"/>
              <w:rPr>
                <w:b/>
                <w:sz w:val="16"/>
              </w:rPr>
            </w:pPr>
          </w:p>
        </w:tc>
        <w:tc>
          <w:tcPr>
            <w:tcW w:w="9389" w:type="dxa"/>
            <w:gridSpan w:val="4"/>
          </w:tcPr>
          <w:p w:rsidR="003147F9" w:rsidRPr="00E85698" w:rsidRDefault="003147F9" w:rsidP="00A047B0">
            <w:pPr>
              <w:pStyle w:val="TableParagraph"/>
              <w:rPr>
                <w:sz w:val="16"/>
              </w:rPr>
            </w:pPr>
          </w:p>
        </w:tc>
      </w:tr>
    </w:tbl>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b/>
          <w:sz w:val="24"/>
          <w:szCs w:val="24"/>
        </w:rPr>
      </w:pPr>
      <w:r w:rsidRPr="00E85698">
        <w:rPr>
          <w:b/>
          <w:sz w:val="24"/>
          <w:szCs w:val="24"/>
        </w:rPr>
        <w:lastRenderedPageBreak/>
        <w:t xml:space="preserve">ТЕМАТИЧЕСКОЕ ПЛАНИРОВАНИЕ </w:t>
      </w:r>
    </w:p>
    <w:p w:rsidR="003147F9" w:rsidRPr="00E85698" w:rsidRDefault="003147F9" w:rsidP="003147F9">
      <w:pPr>
        <w:rPr>
          <w:b/>
          <w:sz w:val="24"/>
          <w:szCs w:val="24"/>
        </w:rPr>
      </w:pPr>
      <w:r w:rsidRPr="00E85698">
        <w:rPr>
          <w:b/>
          <w:sz w:val="24"/>
          <w:szCs w:val="24"/>
        </w:rPr>
        <w:t>6 КЛАСС</w:t>
      </w:r>
    </w:p>
    <w:p w:rsidR="003147F9" w:rsidRPr="00E85698" w:rsidRDefault="003147F9" w:rsidP="003147F9">
      <w:pPr>
        <w:rPr>
          <w:sz w:val="16"/>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1293"/>
        </w:trPr>
        <w:tc>
          <w:tcPr>
            <w:tcW w:w="468" w:type="dxa"/>
          </w:tcPr>
          <w:p w:rsidR="003147F9" w:rsidRPr="00E85698" w:rsidRDefault="003147F9" w:rsidP="00A047B0">
            <w:pPr>
              <w:pStyle w:val="TableParagraph"/>
              <w:spacing w:before="74"/>
              <w:rPr>
                <w:sz w:val="15"/>
              </w:rPr>
            </w:pPr>
            <w:r w:rsidRPr="00E85698">
              <w:rPr>
                <w:w w:val="105"/>
                <w:sz w:val="15"/>
              </w:rPr>
              <w:t>2.1.</w:t>
            </w:r>
          </w:p>
        </w:tc>
        <w:tc>
          <w:tcPr>
            <w:tcW w:w="2833" w:type="dxa"/>
          </w:tcPr>
          <w:p w:rsidR="003147F9" w:rsidRPr="00E85698" w:rsidRDefault="003147F9" w:rsidP="00A047B0">
            <w:pPr>
              <w:pStyle w:val="TableParagraph"/>
              <w:spacing w:before="74"/>
              <w:rPr>
                <w:sz w:val="15"/>
              </w:rPr>
            </w:pPr>
            <w:r w:rsidRPr="00E85698">
              <w:rPr>
                <w:spacing w:val="-1"/>
                <w:w w:val="105"/>
                <w:sz w:val="15"/>
              </w:rPr>
              <w:t>Основные</w:t>
            </w:r>
            <w:r w:rsidRPr="00E85698">
              <w:rPr>
                <w:spacing w:val="-8"/>
                <w:w w:val="105"/>
                <w:sz w:val="15"/>
              </w:rPr>
              <w:t xml:space="preserve"> </w:t>
            </w:r>
            <w:r w:rsidRPr="00E85698">
              <w:rPr>
                <w:w w:val="105"/>
                <w:sz w:val="15"/>
              </w:rPr>
              <w:t>функции</w:t>
            </w:r>
            <w:r w:rsidRPr="00E85698">
              <w:rPr>
                <w:spacing w:val="-8"/>
                <w:w w:val="105"/>
                <w:sz w:val="15"/>
              </w:rPr>
              <w:t xml:space="preserve"> </w:t>
            </w:r>
            <w:r w:rsidRPr="00E85698">
              <w:rPr>
                <w:w w:val="105"/>
                <w:sz w:val="15"/>
              </w:rPr>
              <w:t>русского</w:t>
            </w:r>
            <w:r w:rsidRPr="00E85698">
              <w:rPr>
                <w:spacing w:val="-8"/>
                <w:w w:val="105"/>
                <w:sz w:val="15"/>
              </w:rPr>
              <w:t xml:space="preserve"> </w:t>
            </w:r>
            <w:r w:rsidRPr="00E85698">
              <w:rPr>
                <w:w w:val="105"/>
                <w:sz w:val="15"/>
              </w:rPr>
              <w:t>языка.</w:t>
            </w:r>
          </w:p>
        </w:tc>
        <w:tc>
          <w:tcPr>
            <w:tcW w:w="528" w:type="dxa"/>
          </w:tcPr>
          <w:p w:rsidR="003147F9" w:rsidRPr="00E85698" w:rsidRDefault="003147F9" w:rsidP="00A047B0">
            <w:pPr>
              <w:pStyle w:val="TableParagraph"/>
              <w:spacing w:before="74"/>
              <w:ind w:left="77"/>
              <w:rPr>
                <w:sz w:val="15"/>
              </w:rPr>
            </w:pPr>
            <w:r w:rsidRPr="00E85698">
              <w:rPr>
                <w:w w:val="104"/>
                <w:sz w:val="15"/>
              </w:rPr>
              <w:t>2</w:t>
            </w:r>
          </w:p>
        </w:tc>
        <w:tc>
          <w:tcPr>
            <w:tcW w:w="1104" w:type="dxa"/>
          </w:tcPr>
          <w:p w:rsidR="003147F9" w:rsidRPr="00E85698" w:rsidRDefault="003147F9" w:rsidP="00A047B0">
            <w:pPr>
              <w:pStyle w:val="TableParagraph"/>
              <w:spacing w:before="74"/>
              <w:ind w:left="77"/>
              <w:rPr>
                <w:sz w:val="15"/>
              </w:rPr>
            </w:pPr>
            <w:r w:rsidRPr="00E85698">
              <w:rPr>
                <w:w w:val="104"/>
                <w:sz w:val="15"/>
              </w:rPr>
              <w:t>0</w:t>
            </w:r>
          </w:p>
        </w:tc>
        <w:tc>
          <w:tcPr>
            <w:tcW w:w="1140" w:type="dxa"/>
          </w:tcPr>
          <w:p w:rsidR="003147F9" w:rsidRPr="00E85698" w:rsidRDefault="003147F9" w:rsidP="00A047B0">
            <w:pPr>
              <w:pStyle w:val="TableParagraph"/>
              <w:spacing w:before="74"/>
              <w:ind w:left="78"/>
              <w:rPr>
                <w:sz w:val="15"/>
              </w:rPr>
            </w:pPr>
            <w:r w:rsidRPr="00E85698">
              <w:rPr>
                <w:w w:val="104"/>
                <w:sz w:val="15"/>
              </w:rPr>
              <w:t>0</w:t>
            </w:r>
          </w:p>
        </w:tc>
        <w:tc>
          <w:tcPr>
            <w:tcW w:w="864" w:type="dxa"/>
          </w:tcPr>
          <w:p w:rsidR="003147F9" w:rsidRPr="00E85698" w:rsidRDefault="006C1B1D" w:rsidP="00A047B0">
            <w:pPr>
              <w:pStyle w:val="TableParagraph"/>
              <w:spacing w:before="74"/>
              <w:ind w:left="79"/>
              <w:rPr>
                <w:sz w:val="15"/>
              </w:rPr>
            </w:pPr>
            <w:r>
              <w:rPr>
                <w:w w:val="105"/>
                <w:sz w:val="15"/>
              </w:rPr>
              <w:t>2</w:t>
            </w:r>
            <w:r w:rsidR="003147F9" w:rsidRPr="00E85698">
              <w:rPr>
                <w:w w:val="105"/>
                <w:sz w:val="15"/>
              </w:rPr>
              <w:t>.09.2022</w:t>
            </w:r>
          </w:p>
          <w:p w:rsidR="003147F9" w:rsidRPr="00E85698" w:rsidRDefault="006C1B1D" w:rsidP="006C1B1D">
            <w:pPr>
              <w:pStyle w:val="TableParagraph"/>
              <w:spacing w:before="20"/>
              <w:ind w:left="79"/>
              <w:rPr>
                <w:sz w:val="15"/>
              </w:rPr>
            </w:pPr>
            <w:r>
              <w:rPr>
                <w:w w:val="105"/>
                <w:sz w:val="15"/>
              </w:rPr>
              <w:t>5</w:t>
            </w:r>
            <w:r w:rsidR="003147F9" w:rsidRPr="00E85698">
              <w:rPr>
                <w:w w:val="105"/>
                <w:sz w:val="15"/>
              </w:rPr>
              <w:t>.09.2022</w:t>
            </w:r>
          </w:p>
        </w:tc>
        <w:tc>
          <w:tcPr>
            <w:tcW w:w="4022" w:type="dxa"/>
          </w:tcPr>
          <w:p w:rsidR="003147F9" w:rsidRPr="00E85698" w:rsidRDefault="003147F9" w:rsidP="00A047B0">
            <w:pPr>
              <w:pStyle w:val="TableParagraph"/>
              <w:spacing w:before="74" w:line="266" w:lineRule="auto"/>
              <w:ind w:left="79" w:right="132"/>
              <w:rPr>
                <w:sz w:val="15"/>
              </w:rPr>
            </w:pPr>
            <w:r w:rsidRPr="00E85698">
              <w:rPr>
                <w:w w:val="105"/>
                <w:sz w:val="15"/>
              </w:rPr>
              <w:t>Характеризовать функции русского языка как</w:t>
            </w:r>
            <w:r w:rsidRPr="00E85698">
              <w:rPr>
                <w:spacing w:val="1"/>
                <w:w w:val="105"/>
                <w:sz w:val="15"/>
              </w:rPr>
              <w:t xml:space="preserve"> </w:t>
            </w:r>
            <w:r w:rsidRPr="00E85698">
              <w:rPr>
                <w:spacing w:val="-1"/>
                <w:w w:val="105"/>
                <w:sz w:val="15"/>
              </w:rPr>
              <w:t>государственного</w:t>
            </w:r>
            <w:r w:rsidRPr="00E85698">
              <w:rPr>
                <w:spacing w:val="-9"/>
                <w:w w:val="105"/>
                <w:sz w:val="15"/>
              </w:rPr>
              <w:t xml:space="preserve"> </w:t>
            </w:r>
            <w:r w:rsidRPr="00E85698">
              <w:rPr>
                <w:spacing w:val="-1"/>
                <w:w w:val="105"/>
                <w:sz w:val="15"/>
              </w:rPr>
              <w:t>языка</w:t>
            </w:r>
            <w:r w:rsidRPr="00E85698">
              <w:rPr>
                <w:spacing w:val="-8"/>
                <w:w w:val="105"/>
                <w:sz w:val="15"/>
              </w:rPr>
              <w:t xml:space="preserve"> </w:t>
            </w:r>
            <w:r w:rsidRPr="00E85698">
              <w:rPr>
                <w:w w:val="105"/>
                <w:sz w:val="15"/>
              </w:rPr>
              <w:t>Российской</w:t>
            </w:r>
            <w:r w:rsidRPr="00E85698">
              <w:rPr>
                <w:spacing w:val="-8"/>
                <w:w w:val="105"/>
                <w:sz w:val="15"/>
              </w:rPr>
              <w:t xml:space="preserve"> </w:t>
            </w:r>
            <w:r w:rsidRPr="00E85698">
              <w:rPr>
                <w:w w:val="105"/>
                <w:sz w:val="15"/>
              </w:rPr>
              <w:t>Федерации</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языка</w:t>
            </w:r>
            <w:r w:rsidRPr="00E85698">
              <w:rPr>
                <w:spacing w:val="-36"/>
                <w:w w:val="105"/>
                <w:sz w:val="15"/>
              </w:rPr>
              <w:t xml:space="preserve"> </w:t>
            </w:r>
            <w:r w:rsidRPr="00E85698">
              <w:rPr>
                <w:w w:val="105"/>
                <w:sz w:val="15"/>
              </w:rPr>
              <w:t>межнационального общения, приводить примеры</w:t>
            </w:r>
            <w:r w:rsidRPr="00E85698">
              <w:rPr>
                <w:spacing w:val="1"/>
                <w:w w:val="105"/>
                <w:sz w:val="15"/>
              </w:rPr>
              <w:t xml:space="preserve"> </w:t>
            </w:r>
            <w:r w:rsidRPr="00E85698">
              <w:rPr>
                <w:w w:val="105"/>
                <w:sz w:val="15"/>
              </w:rPr>
              <w:t>использования русского языка как государственного</w:t>
            </w:r>
            <w:r w:rsidRPr="00E85698">
              <w:rPr>
                <w:spacing w:val="1"/>
                <w:w w:val="105"/>
                <w:sz w:val="15"/>
              </w:rPr>
              <w:t xml:space="preserve"> </w:t>
            </w:r>
            <w:r w:rsidRPr="00E85698">
              <w:rPr>
                <w:w w:val="105"/>
                <w:sz w:val="15"/>
              </w:rPr>
              <w:t>языка Российской Федерации и как языка</w:t>
            </w:r>
            <w:r w:rsidRPr="00E85698">
              <w:rPr>
                <w:spacing w:val="1"/>
                <w:w w:val="105"/>
                <w:sz w:val="15"/>
              </w:rPr>
              <w:t xml:space="preserve"> </w:t>
            </w:r>
            <w:r w:rsidRPr="00E85698">
              <w:rPr>
                <w:w w:val="105"/>
                <w:sz w:val="15"/>
              </w:rPr>
              <w:t>межнационального</w:t>
            </w:r>
            <w:r w:rsidRPr="00E85698">
              <w:rPr>
                <w:spacing w:val="-6"/>
                <w:w w:val="105"/>
                <w:sz w:val="15"/>
              </w:rPr>
              <w:t xml:space="preserve"> </w:t>
            </w:r>
            <w:r w:rsidRPr="00E85698">
              <w:rPr>
                <w:w w:val="105"/>
                <w:sz w:val="15"/>
              </w:rPr>
              <w:t>общения</w:t>
            </w:r>
            <w:r w:rsidRPr="00E85698">
              <w:rPr>
                <w:spacing w:val="-6"/>
                <w:w w:val="105"/>
                <w:sz w:val="15"/>
              </w:rPr>
              <w:t xml:space="preserve"> </w:t>
            </w:r>
            <w:r w:rsidRPr="00E85698">
              <w:rPr>
                <w:w w:val="105"/>
                <w:sz w:val="15"/>
              </w:rPr>
              <w:t>(в</w:t>
            </w:r>
            <w:r w:rsidRPr="00E85698">
              <w:rPr>
                <w:spacing w:val="-6"/>
                <w:w w:val="105"/>
                <w:sz w:val="15"/>
              </w:rPr>
              <w:t xml:space="preserve"> </w:t>
            </w:r>
            <w:r w:rsidRPr="00E85698">
              <w:rPr>
                <w:w w:val="105"/>
                <w:sz w:val="15"/>
              </w:rPr>
              <w:t>рамках</w:t>
            </w:r>
            <w:r w:rsidRPr="00E85698">
              <w:rPr>
                <w:spacing w:val="-6"/>
                <w:w w:val="105"/>
                <w:sz w:val="15"/>
              </w:rPr>
              <w:t xml:space="preserve"> </w:t>
            </w:r>
            <w:r w:rsidRPr="00E85698">
              <w:rPr>
                <w:w w:val="105"/>
                <w:sz w:val="15"/>
              </w:rPr>
              <w:t>изученного);</w:t>
            </w:r>
          </w:p>
        </w:tc>
        <w:tc>
          <w:tcPr>
            <w:tcW w:w="1116" w:type="dxa"/>
          </w:tcPr>
          <w:p w:rsidR="003147F9" w:rsidRPr="00E85698" w:rsidRDefault="003147F9" w:rsidP="00A047B0">
            <w:pPr>
              <w:pStyle w:val="TableParagraph"/>
              <w:spacing w:before="7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74"/>
              <w:ind w:left="44" w:right="22"/>
              <w:jc w:val="center"/>
              <w:rPr>
                <w:sz w:val="15"/>
              </w:rPr>
            </w:pPr>
            <w:r w:rsidRPr="00E85698">
              <w:rPr>
                <w:w w:val="105"/>
                <w:sz w:val="15"/>
              </w:rPr>
              <w:t>https://resh.edu.ru/subject/lesson/6924/start/308583/</w:t>
            </w:r>
          </w:p>
        </w:tc>
      </w:tr>
      <w:tr w:rsidR="003147F9" w:rsidRPr="00E85698" w:rsidTr="00A047B0">
        <w:trPr>
          <w:trHeight w:val="1101"/>
        </w:trPr>
        <w:tc>
          <w:tcPr>
            <w:tcW w:w="468" w:type="dxa"/>
          </w:tcPr>
          <w:p w:rsidR="003147F9" w:rsidRPr="00E85698" w:rsidRDefault="003147F9" w:rsidP="00A047B0">
            <w:pPr>
              <w:pStyle w:val="TableParagraph"/>
              <w:spacing w:before="74"/>
              <w:rPr>
                <w:sz w:val="15"/>
              </w:rPr>
            </w:pPr>
            <w:r w:rsidRPr="00E85698">
              <w:rPr>
                <w:w w:val="105"/>
                <w:sz w:val="15"/>
              </w:rPr>
              <w:t>2.2.</w:t>
            </w:r>
          </w:p>
        </w:tc>
        <w:tc>
          <w:tcPr>
            <w:tcW w:w="2833" w:type="dxa"/>
          </w:tcPr>
          <w:p w:rsidR="003147F9" w:rsidRPr="00E85698" w:rsidRDefault="003147F9" w:rsidP="00A047B0">
            <w:pPr>
              <w:pStyle w:val="TableParagraph"/>
              <w:spacing w:before="74"/>
              <w:rPr>
                <w:sz w:val="15"/>
              </w:rPr>
            </w:pPr>
            <w:r w:rsidRPr="00E85698">
              <w:rPr>
                <w:spacing w:val="-1"/>
                <w:w w:val="105"/>
                <w:sz w:val="15"/>
              </w:rPr>
              <w:t>Литературный</w:t>
            </w:r>
            <w:r w:rsidRPr="00E85698">
              <w:rPr>
                <w:spacing w:val="-6"/>
                <w:w w:val="105"/>
                <w:sz w:val="15"/>
              </w:rPr>
              <w:t xml:space="preserve"> </w:t>
            </w:r>
            <w:r w:rsidRPr="00E85698">
              <w:rPr>
                <w:w w:val="105"/>
                <w:sz w:val="15"/>
              </w:rPr>
              <w:t>язык.</w:t>
            </w:r>
          </w:p>
        </w:tc>
        <w:tc>
          <w:tcPr>
            <w:tcW w:w="528" w:type="dxa"/>
          </w:tcPr>
          <w:p w:rsidR="003147F9" w:rsidRPr="00E85698" w:rsidRDefault="003147F9" w:rsidP="00A047B0">
            <w:pPr>
              <w:pStyle w:val="TableParagraph"/>
              <w:spacing w:before="74"/>
              <w:ind w:left="77"/>
              <w:rPr>
                <w:sz w:val="15"/>
              </w:rPr>
            </w:pPr>
            <w:r w:rsidRPr="00E85698">
              <w:rPr>
                <w:w w:val="104"/>
                <w:sz w:val="15"/>
              </w:rPr>
              <w:t>1</w:t>
            </w:r>
          </w:p>
        </w:tc>
        <w:tc>
          <w:tcPr>
            <w:tcW w:w="1104" w:type="dxa"/>
          </w:tcPr>
          <w:p w:rsidR="003147F9" w:rsidRPr="00E85698" w:rsidRDefault="003147F9" w:rsidP="00A047B0">
            <w:pPr>
              <w:pStyle w:val="TableParagraph"/>
              <w:spacing w:before="74"/>
              <w:ind w:left="77"/>
              <w:rPr>
                <w:sz w:val="15"/>
              </w:rPr>
            </w:pPr>
            <w:r w:rsidRPr="00E85698">
              <w:rPr>
                <w:w w:val="104"/>
                <w:sz w:val="15"/>
              </w:rPr>
              <w:t>0</w:t>
            </w:r>
          </w:p>
        </w:tc>
        <w:tc>
          <w:tcPr>
            <w:tcW w:w="1140" w:type="dxa"/>
          </w:tcPr>
          <w:p w:rsidR="003147F9" w:rsidRPr="00E85698" w:rsidRDefault="003147F9" w:rsidP="00A047B0">
            <w:pPr>
              <w:pStyle w:val="TableParagraph"/>
              <w:spacing w:before="74"/>
              <w:ind w:left="78"/>
              <w:rPr>
                <w:sz w:val="15"/>
              </w:rPr>
            </w:pPr>
            <w:r w:rsidRPr="00E85698">
              <w:rPr>
                <w:w w:val="104"/>
                <w:sz w:val="15"/>
              </w:rPr>
              <w:t>0</w:t>
            </w:r>
          </w:p>
        </w:tc>
        <w:tc>
          <w:tcPr>
            <w:tcW w:w="864" w:type="dxa"/>
          </w:tcPr>
          <w:p w:rsidR="003147F9" w:rsidRPr="00E85698" w:rsidRDefault="006C1B1D" w:rsidP="00A047B0">
            <w:pPr>
              <w:pStyle w:val="TableParagraph"/>
              <w:spacing w:before="74"/>
              <w:ind w:left="55" w:right="44"/>
              <w:jc w:val="center"/>
              <w:rPr>
                <w:sz w:val="15"/>
              </w:rPr>
            </w:pPr>
            <w:r>
              <w:rPr>
                <w:w w:val="105"/>
                <w:sz w:val="15"/>
              </w:rPr>
              <w:t>6</w:t>
            </w:r>
            <w:r w:rsidR="003147F9" w:rsidRPr="00E85698">
              <w:rPr>
                <w:w w:val="105"/>
                <w:sz w:val="15"/>
              </w:rPr>
              <w:t>.09.2022</w:t>
            </w:r>
          </w:p>
        </w:tc>
        <w:tc>
          <w:tcPr>
            <w:tcW w:w="4022" w:type="dxa"/>
          </w:tcPr>
          <w:p w:rsidR="003147F9" w:rsidRPr="00E85698" w:rsidRDefault="003147F9" w:rsidP="00A047B0">
            <w:pPr>
              <w:pStyle w:val="TableParagraph"/>
              <w:spacing w:before="74" w:line="266" w:lineRule="auto"/>
              <w:ind w:left="79" w:right="132"/>
              <w:rPr>
                <w:sz w:val="15"/>
              </w:rPr>
            </w:pPr>
            <w:r w:rsidRPr="00E85698">
              <w:rPr>
                <w:spacing w:val="-1"/>
                <w:w w:val="105"/>
                <w:sz w:val="15"/>
              </w:rPr>
              <w:t>приводить</w:t>
            </w:r>
            <w:r w:rsidRPr="00E85698">
              <w:rPr>
                <w:spacing w:val="-9"/>
                <w:w w:val="105"/>
                <w:sz w:val="15"/>
              </w:rPr>
              <w:t xml:space="preserve"> </w:t>
            </w:r>
            <w:r w:rsidRPr="00E85698">
              <w:rPr>
                <w:spacing w:val="-1"/>
                <w:w w:val="105"/>
                <w:sz w:val="15"/>
              </w:rPr>
              <w:t>примеры</w:t>
            </w:r>
            <w:r w:rsidRPr="00E85698">
              <w:rPr>
                <w:spacing w:val="-8"/>
                <w:w w:val="105"/>
                <w:sz w:val="15"/>
              </w:rPr>
              <w:t xml:space="preserve"> </w:t>
            </w:r>
            <w:r w:rsidRPr="00E85698">
              <w:rPr>
                <w:w w:val="105"/>
                <w:sz w:val="15"/>
              </w:rPr>
              <w:t>использования</w:t>
            </w:r>
            <w:r w:rsidRPr="00E85698">
              <w:rPr>
                <w:spacing w:val="-9"/>
                <w:w w:val="105"/>
                <w:sz w:val="15"/>
              </w:rPr>
              <w:t xml:space="preserve"> </w:t>
            </w:r>
            <w:r w:rsidRPr="00E85698">
              <w:rPr>
                <w:w w:val="105"/>
                <w:sz w:val="15"/>
              </w:rPr>
              <w:t>русского</w:t>
            </w:r>
            <w:r w:rsidRPr="00E85698">
              <w:rPr>
                <w:spacing w:val="-8"/>
                <w:w w:val="105"/>
                <w:sz w:val="15"/>
              </w:rPr>
              <w:t xml:space="preserve"> </w:t>
            </w:r>
            <w:r w:rsidRPr="00E85698">
              <w:rPr>
                <w:w w:val="105"/>
                <w:sz w:val="15"/>
              </w:rPr>
              <w:t>языка</w:t>
            </w:r>
            <w:r w:rsidRPr="00E85698">
              <w:rPr>
                <w:spacing w:val="-9"/>
                <w:w w:val="105"/>
                <w:sz w:val="15"/>
              </w:rPr>
              <w:t xml:space="preserve"> </w:t>
            </w:r>
            <w:r w:rsidRPr="00E85698">
              <w:rPr>
                <w:w w:val="105"/>
                <w:sz w:val="15"/>
              </w:rPr>
              <w:t>как</w:t>
            </w:r>
            <w:r w:rsidRPr="00E85698">
              <w:rPr>
                <w:spacing w:val="-36"/>
                <w:w w:val="105"/>
                <w:sz w:val="15"/>
              </w:rPr>
              <w:t xml:space="preserve"> </w:t>
            </w:r>
            <w:r w:rsidRPr="00E85698">
              <w:rPr>
                <w:w w:val="105"/>
                <w:sz w:val="15"/>
              </w:rPr>
              <w:t>государственного языка Российской Федерации и как</w:t>
            </w:r>
            <w:r w:rsidRPr="00E85698">
              <w:rPr>
                <w:spacing w:val="1"/>
                <w:w w:val="105"/>
                <w:sz w:val="15"/>
              </w:rPr>
              <w:t xml:space="preserve"> </w:t>
            </w:r>
            <w:r w:rsidRPr="00E85698">
              <w:rPr>
                <w:w w:val="105"/>
                <w:sz w:val="15"/>
              </w:rPr>
              <w:t>языка межнационального общения (в рамках</w:t>
            </w:r>
            <w:r w:rsidRPr="00E85698">
              <w:rPr>
                <w:spacing w:val="1"/>
                <w:w w:val="105"/>
                <w:sz w:val="15"/>
              </w:rPr>
              <w:t xml:space="preserve"> </w:t>
            </w:r>
            <w:r w:rsidRPr="00E85698">
              <w:rPr>
                <w:w w:val="105"/>
                <w:sz w:val="15"/>
              </w:rPr>
              <w:t>изученного).;</w:t>
            </w:r>
          </w:p>
          <w:p w:rsidR="003147F9" w:rsidRPr="00E85698" w:rsidRDefault="003147F9" w:rsidP="00A047B0">
            <w:pPr>
              <w:pStyle w:val="TableParagraph"/>
              <w:spacing w:before="3"/>
              <w:ind w:left="79"/>
              <w:rPr>
                <w:sz w:val="15"/>
              </w:rPr>
            </w:pPr>
            <w:r w:rsidRPr="00E85698">
              <w:rPr>
                <w:spacing w:val="-1"/>
                <w:w w:val="105"/>
                <w:sz w:val="15"/>
              </w:rPr>
              <w:t>Извлекать</w:t>
            </w:r>
            <w:r w:rsidRPr="00E85698">
              <w:rPr>
                <w:spacing w:val="-9"/>
                <w:w w:val="105"/>
                <w:sz w:val="15"/>
              </w:rPr>
              <w:t xml:space="preserve"> </w:t>
            </w:r>
            <w:r w:rsidRPr="00E85698">
              <w:rPr>
                <w:spacing w:val="-1"/>
                <w:w w:val="105"/>
                <w:sz w:val="15"/>
              </w:rPr>
              <w:t>информацию</w:t>
            </w:r>
            <w:r w:rsidRPr="00E85698">
              <w:rPr>
                <w:spacing w:val="-8"/>
                <w:w w:val="105"/>
                <w:sz w:val="15"/>
              </w:rPr>
              <w:t xml:space="preserve"> </w:t>
            </w:r>
            <w:r w:rsidRPr="00E85698">
              <w:rPr>
                <w:w w:val="105"/>
                <w:sz w:val="15"/>
              </w:rPr>
              <w:t>из</w:t>
            </w:r>
            <w:r w:rsidRPr="00E85698">
              <w:rPr>
                <w:spacing w:val="-9"/>
                <w:w w:val="105"/>
                <w:sz w:val="15"/>
              </w:rPr>
              <w:t xml:space="preserve"> </w:t>
            </w:r>
            <w:r w:rsidRPr="00E85698">
              <w:rPr>
                <w:w w:val="105"/>
                <w:sz w:val="15"/>
              </w:rPr>
              <w:t>различных</w:t>
            </w:r>
            <w:r w:rsidRPr="00E85698">
              <w:rPr>
                <w:spacing w:val="-8"/>
                <w:w w:val="105"/>
                <w:sz w:val="15"/>
              </w:rPr>
              <w:t xml:space="preserve"> </w:t>
            </w:r>
            <w:r w:rsidRPr="00E85698">
              <w:rPr>
                <w:w w:val="105"/>
                <w:sz w:val="15"/>
              </w:rPr>
              <w:t>источников;</w:t>
            </w:r>
          </w:p>
        </w:tc>
        <w:tc>
          <w:tcPr>
            <w:tcW w:w="1116" w:type="dxa"/>
          </w:tcPr>
          <w:p w:rsidR="003147F9" w:rsidRPr="00E85698" w:rsidRDefault="003147F9" w:rsidP="00A047B0">
            <w:pPr>
              <w:pStyle w:val="TableParagraph"/>
              <w:spacing w:before="7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74"/>
              <w:ind w:left="44" w:right="22"/>
              <w:jc w:val="center"/>
              <w:rPr>
                <w:sz w:val="15"/>
              </w:rPr>
            </w:pPr>
            <w:r w:rsidRPr="00E85698">
              <w:rPr>
                <w:w w:val="105"/>
                <w:sz w:val="15"/>
              </w:rPr>
              <w:t>https://resh.edu.ru/subject/lesson/6924/start/308583/</w:t>
            </w:r>
          </w:p>
        </w:tc>
      </w:tr>
      <w:tr w:rsidR="003147F9" w:rsidRPr="00E85698" w:rsidTr="00A047B0">
        <w:trPr>
          <w:trHeight w:val="333"/>
        </w:trPr>
        <w:tc>
          <w:tcPr>
            <w:tcW w:w="3301" w:type="dxa"/>
            <w:gridSpan w:val="2"/>
          </w:tcPr>
          <w:p w:rsidR="003147F9" w:rsidRPr="00E85698" w:rsidRDefault="003147F9" w:rsidP="00A047B0">
            <w:pPr>
              <w:pStyle w:val="TableParagraph"/>
              <w:spacing w:before="7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74"/>
              <w:ind w:left="77"/>
              <w:rPr>
                <w:sz w:val="15"/>
              </w:rPr>
            </w:pPr>
            <w:r w:rsidRPr="00E85698">
              <w:rPr>
                <w:w w:val="104"/>
                <w:sz w:val="15"/>
              </w:rPr>
              <w:t>3</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74"/>
              <w:rPr>
                <w:b/>
                <w:sz w:val="15"/>
              </w:rPr>
            </w:pPr>
            <w:r w:rsidRPr="00E85698">
              <w:rPr>
                <w:b/>
                <w:w w:val="105"/>
                <w:sz w:val="15"/>
              </w:rPr>
              <w:t>Раздел</w:t>
            </w:r>
            <w:r w:rsidRPr="00E85698">
              <w:rPr>
                <w:b/>
                <w:spacing w:val="-5"/>
                <w:w w:val="105"/>
                <w:sz w:val="15"/>
              </w:rPr>
              <w:t xml:space="preserve"> </w:t>
            </w:r>
            <w:r w:rsidRPr="00E85698">
              <w:rPr>
                <w:b/>
                <w:w w:val="105"/>
                <w:sz w:val="15"/>
              </w:rPr>
              <w:t>3.</w:t>
            </w:r>
            <w:r w:rsidRPr="00E85698">
              <w:rPr>
                <w:b/>
                <w:spacing w:val="-5"/>
                <w:w w:val="105"/>
                <w:sz w:val="15"/>
              </w:rPr>
              <w:t xml:space="preserve"> </w:t>
            </w:r>
            <w:r w:rsidRPr="00E85698">
              <w:rPr>
                <w:b/>
                <w:w w:val="105"/>
                <w:sz w:val="15"/>
              </w:rPr>
              <w:t>ЯЗЫК</w:t>
            </w:r>
            <w:r w:rsidRPr="00E85698">
              <w:rPr>
                <w:b/>
                <w:spacing w:val="-5"/>
                <w:w w:val="105"/>
                <w:sz w:val="15"/>
              </w:rPr>
              <w:t xml:space="preserve"> </w:t>
            </w:r>
            <w:r w:rsidRPr="00E85698">
              <w:rPr>
                <w:b/>
                <w:w w:val="105"/>
                <w:sz w:val="15"/>
              </w:rPr>
              <w:t>И</w:t>
            </w:r>
            <w:r w:rsidRPr="00E85698">
              <w:rPr>
                <w:b/>
                <w:spacing w:val="31"/>
                <w:w w:val="105"/>
                <w:sz w:val="15"/>
              </w:rPr>
              <w:t xml:space="preserve"> </w:t>
            </w:r>
            <w:r w:rsidRPr="00E85698">
              <w:rPr>
                <w:b/>
                <w:w w:val="105"/>
                <w:sz w:val="15"/>
              </w:rPr>
              <w:t>РЕЧЬ</w:t>
            </w:r>
          </w:p>
        </w:tc>
      </w:tr>
      <w:tr w:rsidR="003147F9" w:rsidRPr="00E85698" w:rsidTr="00A047B0">
        <w:trPr>
          <w:trHeight w:val="1101"/>
        </w:trPr>
        <w:tc>
          <w:tcPr>
            <w:tcW w:w="468" w:type="dxa"/>
          </w:tcPr>
          <w:p w:rsidR="003147F9" w:rsidRPr="00E85698" w:rsidRDefault="003147F9" w:rsidP="00A047B0">
            <w:pPr>
              <w:pStyle w:val="TableParagraph"/>
              <w:spacing w:before="74"/>
              <w:rPr>
                <w:sz w:val="15"/>
              </w:rPr>
            </w:pPr>
            <w:r w:rsidRPr="00E85698">
              <w:rPr>
                <w:w w:val="105"/>
                <w:sz w:val="15"/>
              </w:rPr>
              <w:t>3.1.</w:t>
            </w:r>
          </w:p>
        </w:tc>
        <w:tc>
          <w:tcPr>
            <w:tcW w:w="2833" w:type="dxa"/>
          </w:tcPr>
          <w:p w:rsidR="003147F9" w:rsidRPr="00E85698" w:rsidRDefault="003147F9" w:rsidP="00A047B0">
            <w:pPr>
              <w:pStyle w:val="TableParagraph"/>
              <w:spacing w:before="74"/>
              <w:rPr>
                <w:sz w:val="15"/>
              </w:rPr>
            </w:pPr>
            <w:r w:rsidRPr="00E85698">
              <w:rPr>
                <w:w w:val="105"/>
                <w:sz w:val="15"/>
              </w:rPr>
              <w:t>Виды</w:t>
            </w:r>
            <w:r w:rsidRPr="00E85698">
              <w:rPr>
                <w:spacing w:val="-7"/>
                <w:w w:val="105"/>
                <w:sz w:val="15"/>
              </w:rPr>
              <w:t xml:space="preserve"> </w:t>
            </w:r>
            <w:r w:rsidRPr="00E85698">
              <w:rPr>
                <w:w w:val="105"/>
                <w:sz w:val="15"/>
              </w:rPr>
              <w:t>речи.</w:t>
            </w:r>
          </w:p>
        </w:tc>
        <w:tc>
          <w:tcPr>
            <w:tcW w:w="528" w:type="dxa"/>
          </w:tcPr>
          <w:p w:rsidR="003147F9" w:rsidRPr="00E85698" w:rsidRDefault="003147F9" w:rsidP="00A047B0">
            <w:pPr>
              <w:pStyle w:val="TableParagraph"/>
              <w:spacing w:before="74"/>
              <w:ind w:left="77"/>
              <w:rPr>
                <w:sz w:val="15"/>
              </w:rPr>
            </w:pPr>
            <w:r w:rsidRPr="00E85698">
              <w:rPr>
                <w:w w:val="104"/>
                <w:sz w:val="15"/>
              </w:rPr>
              <w:t>1</w:t>
            </w:r>
          </w:p>
        </w:tc>
        <w:tc>
          <w:tcPr>
            <w:tcW w:w="1104" w:type="dxa"/>
          </w:tcPr>
          <w:p w:rsidR="003147F9" w:rsidRPr="00E85698" w:rsidRDefault="003147F9" w:rsidP="00A047B0">
            <w:pPr>
              <w:pStyle w:val="TableParagraph"/>
              <w:spacing w:before="74"/>
              <w:ind w:left="77"/>
              <w:rPr>
                <w:sz w:val="15"/>
              </w:rPr>
            </w:pPr>
            <w:r w:rsidRPr="00E85698">
              <w:rPr>
                <w:w w:val="104"/>
                <w:sz w:val="15"/>
              </w:rPr>
              <w:t>0</w:t>
            </w:r>
          </w:p>
        </w:tc>
        <w:tc>
          <w:tcPr>
            <w:tcW w:w="1140" w:type="dxa"/>
          </w:tcPr>
          <w:p w:rsidR="003147F9" w:rsidRPr="00E85698" w:rsidRDefault="003147F9" w:rsidP="00A047B0">
            <w:pPr>
              <w:pStyle w:val="TableParagraph"/>
              <w:spacing w:before="74"/>
              <w:ind w:left="78"/>
              <w:rPr>
                <w:sz w:val="15"/>
              </w:rPr>
            </w:pPr>
            <w:r w:rsidRPr="00E85698">
              <w:rPr>
                <w:w w:val="104"/>
                <w:sz w:val="15"/>
              </w:rPr>
              <w:t>0</w:t>
            </w:r>
          </w:p>
        </w:tc>
        <w:tc>
          <w:tcPr>
            <w:tcW w:w="864" w:type="dxa"/>
          </w:tcPr>
          <w:p w:rsidR="003147F9" w:rsidRPr="00E85698" w:rsidRDefault="004D6B8E" w:rsidP="00A047B0">
            <w:pPr>
              <w:pStyle w:val="TableParagraph"/>
              <w:spacing w:before="74"/>
              <w:ind w:left="55" w:right="44"/>
              <w:jc w:val="center"/>
              <w:rPr>
                <w:sz w:val="15"/>
              </w:rPr>
            </w:pPr>
            <w:r>
              <w:rPr>
                <w:w w:val="105"/>
                <w:sz w:val="15"/>
              </w:rPr>
              <w:t>6</w:t>
            </w:r>
            <w:r w:rsidR="003147F9" w:rsidRPr="00E85698">
              <w:rPr>
                <w:w w:val="105"/>
                <w:sz w:val="15"/>
              </w:rPr>
              <w:t>.09.2022</w:t>
            </w:r>
          </w:p>
        </w:tc>
        <w:tc>
          <w:tcPr>
            <w:tcW w:w="4022" w:type="dxa"/>
          </w:tcPr>
          <w:p w:rsidR="003147F9" w:rsidRPr="00E85698" w:rsidRDefault="003147F9" w:rsidP="00A047B0">
            <w:pPr>
              <w:pStyle w:val="TableParagraph"/>
              <w:spacing w:before="74" w:line="266" w:lineRule="auto"/>
              <w:ind w:left="79" w:right="607"/>
              <w:rPr>
                <w:sz w:val="15"/>
              </w:rPr>
            </w:pPr>
            <w:r w:rsidRPr="00E85698">
              <w:rPr>
                <w:spacing w:val="-1"/>
                <w:w w:val="105"/>
                <w:sz w:val="15"/>
              </w:rPr>
              <w:t>Создавать</w:t>
            </w:r>
            <w:r w:rsidRPr="00E85698">
              <w:rPr>
                <w:spacing w:val="-9"/>
                <w:w w:val="105"/>
                <w:sz w:val="15"/>
              </w:rPr>
              <w:t xml:space="preserve"> </w:t>
            </w:r>
            <w:r w:rsidRPr="00E85698">
              <w:rPr>
                <w:w w:val="105"/>
                <w:sz w:val="15"/>
              </w:rPr>
              <w:t>различные</w:t>
            </w:r>
            <w:r w:rsidRPr="00E85698">
              <w:rPr>
                <w:spacing w:val="-9"/>
                <w:w w:val="105"/>
                <w:sz w:val="15"/>
              </w:rPr>
              <w:t xml:space="preserve"> </w:t>
            </w:r>
            <w:r w:rsidRPr="00E85698">
              <w:rPr>
                <w:w w:val="105"/>
                <w:sz w:val="15"/>
              </w:rPr>
              <w:t>виды</w:t>
            </w:r>
            <w:r w:rsidRPr="00E85698">
              <w:rPr>
                <w:spacing w:val="-8"/>
                <w:w w:val="105"/>
                <w:sz w:val="15"/>
              </w:rPr>
              <w:t xml:space="preserve"> </w:t>
            </w:r>
            <w:r w:rsidRPr="00E85698">
              <w:rPr>
                <w:w w:val="105"/>
                <w:sz w:val="15"/>
              </w:rPr>
              <w:t>монолога</w:t>
            </w:r>
            <w:r w:rsidRPr="00E85698">
              <w:rPr>
                <w:spacing w:val="-9"/>
                <w:w w:val="105"/>
                <w:sz w:val="15"/>
              </w:rPr>
              <w:t xml:space="preserve"> </w:t>
            </w:r>
            <w:r w:rsidRPr="00E85698">
              <w:rPr>
                <w:w w:val="105"/>
                <w:sz w:val="15"/>
              </w:rPr>
              <w:t>на</w:t>
            </w:r>
            <w:r w:rsidRPr="00E85698">
              <w:rPr>
                <w:spacing w:val="-8"/>
                <w:w w:val="105"/>
                <w:sz w:val="15"/>
              </w:rPr>
              <w:t xml:space="preserve"> </w:t>
            </w:r>
            <w:r w:rsidRPr="00E85698">
              <w:rPr>
                <w:w w:val="105"/>
                <w:sz w:val="15"/>
              </w:rPr>
              <w:t>бытовые;</w:t>
            </w:r>
            <w:r w:rsidRPr="00E85698">
              <w:rPr>
                <w:spacing w:val="-37"/>
                <w:w w:val="105"/>
                <w:sz w:val="15"/>
              </w:rPr>
              <w:t xml:space="preserve"> </w:t>
            </w:r>
            <w:r w:rsidRPr="00E85698">
              <w:rPr>
                <w:w w:val="105"/>
                <w:sz w:val="15"/>
              </w:rPr>
              <w:t>научно-учебные;</w:t>
            </w:r>
          </w:p>
          <w:p w:rsidR="003147F9" w:rsidRPr="00E85698" w:rsidRDefault="003147F9" w:rsidP="00A047B0">
            <w:pPr>
              <w:pStyle w:val="TableParagraph"/>
              <w:spacing w:before="2" w:line="266" w:lineRule="auto"/>
              <w:ind w:left="79"/>
              <w:rPr>
                <w:sz w:val="15"/>
              </w:rPr>
            </w:pPr>
            <w:r w:rsidRPr="00E85698">
              <w:rPr>
                <w:w w:val="105"/>
                <w:sz w:val="15"/>
              </w:rPr>
              <w:t>(в</w:t>
            </w:r>
            <w:r w:rsidRPr="00E85698">
              <w:rPr>
                <w:spacing w:val="-10"/>
                <w:w w:val="105"/>
                <w:sz w:val="15"/>
              </w:rPr>
              <w:t xml:space="preserve"> </w:t>
            </w:r>
            <w:r w:rsidRPr="00E85698">
              <w:rPr>
                <w:w w:val="105"/>
                <w:sz w:val="15"/>
              </w:rPr>
              <w:t>том</w:t>
            </w:r>
            <w:r w:rsidRPr="00E85698">
              <w:rPr>
                <w:spacing w:val="-9"/>
                <w:w w:val="105"/>
                <w:sz w:val="15"/>
              </w:rPr>
              <w:t xml:space="preserve"> </w:t>
            </w:r>
            <w:r w:rsidRPr="00E85698">
              <w:rPr>
                <w:w w:val="105"/>
                <w:sz w:val="15"/>
              </w:rPr>
              <w:t>числе</w:t>
            </w:r>
            <w:r w:rsidRPr="00E85698">
              <w:rPr>
                <w:spacing w:val="-9"/>
                <w:w w:val="105"/>
                <w:sz w:val="15"/>
              </w:rPr>
              <w:t xml:space="preserve"> </w:t>
            </w:r>
            <w:r w:rsidRPr="00E85698">
              <w:rPr>
                <w:w w:val="105"/>
                <w:sz w:val="15"/>
              </w:rPr>
              <w:t>лингвистические)</w:t>
            </w:r>
            <w:r w:rsidRPr="00E85698">
              <w:rPr>
                <w:spacing w:val="-10"/>
                <w:w w:val="105"/>
                <w:sz w:val="15"/>
              </w:rPr>
              <w:t xml:space="preserve"> </w:t>
            </w:r>
            <w:r w:rsidRPr="00E85698">
              <w:rPr>
                <w:w w:val="105"/>
                <w:sz w:val="15"/>
              </w:rPr>
              <w:t>темы</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течение</w:t>
            </w:r>
            <w:r w:rsidRPr="00E85698">
              <w:rPr>
                <w:spacing w:val="-10"/>
                <w:w w:val="105"/>
                <w:sz w:val="15"/>
              </w:rPr>
              <w:t xml:space="preserve"> </w:t>
            </w:r>
            <w:r w:rsidRPr="00E85698">
              <w:rPr>
                <w:w w:val="105"/>
                <w:sz w:val="15"/>
              </w:rPr>
              <w:t>учебного</w:t>
            </w:r>
            <w:r w:rsidRPr="00E85698">
              <w:rPr>
                <w:spacing w:val="-36"/>
                <w:w w:val="105"/>
                <w:sz w:val="15"/>
              </w:rPr>
              <w:t xml:space="preserve"> </w:t>
            </w:r>
            <w:r w:rsidRPr="00E85698">
              <w:rPr>
                <w:w w:val="105"/>
                <w:sz w:val="15"/>
              </w:rPr>
              <w:t>года). Участвовать в диалогах разных видов (в течение</w:t>
            </w:r>
            <w:r w:rsidRPr="00E85698">
              <w:rPr>
                <w:spacing w:val="1"/>
                <w:w w:val="105"/>
                <w:sz w:val="15"/>
              </w:rPr>
              <w:t xml:space="preserve"> </w:t>
            </w:r>
            <w:r w:rsidRPr="00E85698">
              <w:rPr>
                <w:w w:val="105"/>
                <w:sz w:val="15"/>
              </w:rPr>
              <w:t>учебного</w:t>
            </w:r>
            <w:r w:rsidRPr="00E85698">
              <w:rPr>
                <w:spacing w:val="-2"/>
                <w:w w:val="105"/>
                <w:sz w:val="15"/>
              </w:rPr>
              <w:t xml:space="preserve"> </w:t>
            </w:r>
            <w:r w:rsidRPr="00E85698">
              <w:rPr>
                <w:w w:val="105"/>
                <w:sz w:val="15"/>
              </w:rPr>
              <w:t>года).</w:t>
            </w:r>
            <w:r w:rsidRPr="00E85698">
              <w:rPr>
                <w:spacing w:val="-1"/>
                <w:w w:val="105"/>
                <w:sz w:val="15"/>
              </w:rPr>
              <w:t xml:space="preserve"> </w:t>
            </w:r>
            <w:r w:rsidRPr="00E85698">
              <w:rPr>
                <w:w w:val="105"/>
                <w:sz w:val="15"/>
              </w:rPr>
              <w:t>;</w:t>
            </w:r>
          </w:p>
        </w:tc>
        <w:tc>
          <w:tcPr>
            <w:tcW w:w="1116" w:type="dxa"/>
          </w:tcPr>
          <w:p w:rsidR="003147F9" w:rsidRPr="00E85698" w:rsidRDefault="003147F9" w:rsidP="00A047B0">
            <w:pPr>
              <w:pStyle w:val="TableParagraph"/>
              <w:spacing w:before="7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74"/>
              <w:ind w:left="44" w:right="22"/>
              <w:jc w:val="center"/>
              <w:rPr>
                <w:sz w:val="15"/>
              </w:rPr>
            </w:pPr>
            <w:r w:rsidRPr="00E85698">
              <w:rPr>
                <w:w w:val="105"/>
                <w:sz w:val="15"/>
              </w:rPr>
              <w:t>https://resh.edu.ru/subject/lesson/6932/start/308645/</w:t>
            </w:r>
          </w:p>
        </w:tc>
      </w:tr>
      <w:tr w:rsidR="003147F9" w:rsidRPr="00E85698" w:rsidTr="00A047B0">
        <w:trPr>
          <w:trHeight w:val="2830"/>
        </w:trPr>
        <w:tc>
          <w:tcPr>
            <w:tcW w:w="468" w:type="dxa"/>
          </w:tcPr>
          <w:p w:rsidR="003147F9" w:rsidRPr="00E85698" w:rsidRDefault="003147F9" w:rsidP="00A047B0">
            <w:pPr>
              <w:pStyle w:val="TableParagraph"/>
              <w:spacing w:before="74"/>
              <w:rPr>
                <w:sz w:val="15"/>
              </w:rPr>
            </w:pPr>
            <w:r w:rsidRPr="00E85698">
              <w:rPr>
                <w:w w:val="105"/>
                <w:sz w:val="15"/>
              </w:rPr>
              <w:t>3.2.</w:t>
            </w:r>
          </w:p>
        </w:tc>
        <w:tc>
          <w:tcPr>
            <w:tcW w:w="2833" w:type="dxa"/>
          </w:tcPr>
          <w:p w:rsidR="003147F9" w:rsidRPr="00E85698" w:rsidRDefault="003147F9" w:rsidP="00A047B0">
            <w:pPr>
              <w:pStyle w:val="TableParagraph"/>
              <w:spacing w:before="74"/>
              <w:rPr>
                <w:sz w:val="15"/>
              </w:rPr>
            </w:pPr>
            <w:r w:rsidRPr="00E85698">
              <w:rPr>
                <w:w w:val="105"/>
                <w:sz w:val="15"/>
              </w:rPr>
              <w:t>Монолог</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диалог.</w:t>
            </w:r>
            <w:r w:rsidRPr="00E85698">
              <w:rPr>
                <w:spacing w:val="-8"/>
                <w:w w:val="105"/>
                <w:sz w:val="15"/>
              </w:rPr>
              <w:t xml:space="preserve"> </w:t>
            </w:r>
            <w:r w:rsidRPr="00E85698">
              <w:rPr>
                <w:w w:val="105"/>
                <w:sz w:val="15"/>
              </w:rPr>
              <w:t>Их</w:t>
            </w:r>
            <w:r w:rsidRPr="00E85698">
              <w:rPr>
                <w:spacing w:val="-9"/>
                <w:w w:val="105"/>
                <w:sz w:val="15"/>
              </w:rPr>
              <w:t xml:space="preserve"> </w:t>
            </w:r>
            <w:r w:rsidRPr="00E85698">
              <w:rPr>
                <w:w w:val="105"/>
                <w:sz w:val="15"/>
              </w:rPr>
              <w:t>разновидности.</w:t>
            </w:r>
          </w:p>
        </w:tc>
        <w:tc>
          <w:tcPr>
            <w:tcW w:w="528" w:type="dxa"/>
          </w:tcPr>
          <w:p w:rsidR="003147F9" w:rsidRPr="00E85698" w:rsidRDefault="003147F9" w:rsidP="00A047B0">
            <w:pPr>
              <w:pStyle w:val="TableParagraph"/>
              <w:spacing w:before="74"/>
              <w:ind w:left="77"/>
              <w:rPr>
                <w:sz w:val="15"/>
              </w:rPr>
            </w:pPr>
            <w:r w:rsidRPr="00E85698">
              <w:rPr>
                <w:w w:val="104"/>
                <w:sz w:val="15"/>
              </w:rPr>
              <w:t>4</w:t>
            </w:r>
          </w:p>
        </w:tc>
        <w:tc>
          <w:tcPr>
            <w:tcW w:w="1104" w:type="dxa"/>
          </w:tcPr>
          <w:p w:rsidR="003147F9" w:rsidRPr="00E85698" w:rsidRDefault="003147F9" w:rsidP="00A047B0">
            <w:pPr>
              <w:pStyle w:val="TableParagraph"/>
              <w:spacing w:before="74"/>
              <w:ind w:left="77"/>
              <w:rPr>
                <w:sz w:val="15"/>
              </w:rPr>
            </w:pPr>
            <w:r w:rsidRPr="00E85698">
              <w:rPr>
                <w:w w:val="104"/>
                <w:sz w:val="15"/>
              </w:rPr>
              <w:t>0</w:t>
            </w:r>
          </w:p>
        </w:tc>
        <w:tc>
          <w:tcPr>
            <w:tcW w:w="1140" w:type="dxa"/>
          </w:tcPr>
          <w:p w:rsidR="003147F9" w:rsidRPr="00E85698" w:rsidRDefault="003147F9" w:rsidP="00A047B0">
            <w:pPr>
              <w:pStyle w:val="TableParagraph"/>
              <w:spacing w:before="74"/>
              <w:ind w:left="78"/>
              <w:rPr>
                <w:sz w:val="15"/>
              </w:rPr>
            </w:pPr>
            <w:r w:rsidRPr="00E85698">
              <w:rPr>
                <w:w w:val="104"/>
                <w:sz w:val="15"/>
              </w:rPr>
              <w:t>0</w:t>
            </w:r>
          </w:p>
        </w:tc>
        <w:tc>
          <w:tcPr>
            <w:tcW w:w="864" w:type="dxa"/>
          </w:tcPr>
          <w:p w:rsidR="003147F9" w:rsidRPr="00E85698" w:rsidRDefault="004D6B8E" w:rsidP="00A047B0">
            <w:pPr>
              <w:pStyle w:val="TableParagraph"/>
              <w:spacing w:before="74"/>
              <w:ind w:left="79"/>
              <w:rPr>
                <w:sz w:val="15"/>
              </w:rPr>
            </w:pPr>
            <w:r>
              <w:rPr>
                <w:w w:val="105"/>
                <w:sz w:val="15"/>
              </w:rPr>
              <w:t>7</w:t>
            </w:r>
            <w:r w:rsidR="003147F9" w:rsidRPr="00E85698">
              <w:rPr>
                <w:w w:val="105"/>
                <w:sz w:val="15"/>
              </w:rPr>
              <w:t>.09.2022</w:t>
            </w:r>
          </w:p>
          <w:p w:rsidR="003147F9" w:rsidRPr="00E85698" w:rsidRDefault="004D6B8E" w:rsidP="004D6B8E">
            <w:pPr>
              <w:pStyle w:val="TableParagraph"/>
              <w:spacing w:before="20"/>
              <w:ind w:left="79"/>
              <w:rPr>
                <w:sz w:val="15"/>
              </w:rPr>
            </w:pPr>
            <w:r>
              <w:rPr>
                <w:w w:val="105"/>
                <w:sz w:val="15"/>
              </w:rPr>
              <w:t>12</w:t>
            </w:r>
            <w:r w:rsidR="003147F9" w:rsidRPr="00E85698">
              <w:rPr>
                <w:w w:val="105"/>
                <w:sz w:val="15"/>
              </w:rPr>
              <w:t>.09.2022</w:t>
            </w:r>
          </w:p>
        </w:tc>
        <w:tc>
          <w:tcPr>
            <w:tcW w:w="4022" w:type="dxa"/>
          </w:tcPr>
          <w:p w:rsidR="003147F9" w:rsidRPr="00E85698" w:rsidRDefault="003147F9" w:rsidP="00A047B0">
            <w:pPr>
              <w:pStyle w:val="TableParagraph"/>
              <w:spacing w:before="74" w:line="266" w:lineRule="auto"/>
              <w:ind w:left="79" w:right="132"/>
              <w:rPr>
                <w:sz w:val="15"/>
              </w:rPr>
            </w:pPr>
            <w:r w:rsidRPr="00E85698">
              <w:rPr>
                <w:spacing w:val="-1"/>
                <w:w w:val="105"/>
                <w:sz w:val="15"/>
              </w:rPr>
              <w:t>Создавать</w:t>
            </w:r>
            <w:r w:rsidRPr="00E85698">
              <w:rPr>
                <w:spacing w:val="-8"/>
                <w:w w:val="105"/>
                <w:sz w:val="15"/>
              </w:rPr>
              <w:t xml:space="preserve"> </w:t>
            </w:r>
            <w:r w:rsidRPr="00E85698">
              <w:rPr>
                <w:spacing w:val="-1"/>
                <w:w w:val="105"/>
                <w:sz w:val="15"/>
              </w:rPr>
              <w:t>устные</w:t>
            </w:r>
            <w:r w:rsidRPr="00E85698">
              <w:rPr>
                <w:spacing w:val="-7"/>
                <w:w w:val="105"/>
                <w:sz w:val="15"/>
              </w:rPr>
              <w:t xml:space="preserve"> </w:t>
            </w:r>
            <w:r w:rsidRPr="00E85698">
              <w:rPr>
                <w:spacing w:val="-1"/>
                <w:w w:val="105"/>
                <w:sz w:val="15"/>
              </w:rPr>
              <w:t>монологические</w:t>
            </w:r>
            <w:r w:rsidRPr="00E85698">
              <w:rPr>
                <w:spacing w:val="-7"/>
                <w:w w:val="105"/>
                <w:sz w:val="15"/>
              </w:rPr>
              <w:t xml:space="preserve"> </w:t>
            </w:r>
            <w:r w:rsidRPr="00E85698">
              <w:rPr>
                <w:w w:val="105"/>
                <w:sz w:val="15"/>
              </w:rPr>
              <w:t>высказывания</w:t>
            </w:r>
            <w:r w:rsidRPr="00E85698">
              <w:rPr>
                <w:spacing w:val="-8"/>
                <w:w w:val="105"/>
                <w:sz w:val="15"/>
              </w:rPr>
              <w:t xml:space="preserve"> </w:t>
            </w:r>
            <w:r w:rsidRPr="00E85698">
              <w:rPr>
                <w:w w:val="105"/>
                <w:sz w:val="15"/>
              </w:rPr>
              <w:t>на</w:t>
            </w:r>
            <w:r w:rsidRPr="00E85698">
              <w:rPr>
                <w:spacing w:val="-36"/>
                <w:w w:val="105"/>
                <w:sz w:val="15"/>
              </w:rPr>
              <w:t xml:space="preserve"> </w:t>
            </w:r>
            <w:r w:rsidRPr="00E85698">
              <w:rPr>
                <w:w w:val="105"/>
                <w:sz w:val="15"/>
              </w:rPr>
              <w:t>основе</w:t>
            </w:r>
            <w:r w:rsidRPr="00E85698">
              <w:rPr>
                <w:spacing w:val="-2"/>
                <w:w w:val="105"/>
                <w:sz w:val="15"/>
              </w:rPr>
              <w:t xml:space="preserve"> </w:t>
            </w:r>
            <w:r w:rsidRPr="00E85698">
              <w:rPr>
                <w:w w:val="105"/>
                <w:sz w:val="15"/>
              </w:rPr>
              <w:t>жизненных</w:t>
            </w:r>
            <w:r w:rsidRPr="00E85698">
              <w:rPr>
                <w:spacing w:val="-2"/>
                <w:w w:val="105"/>
                <w:sz w:val="15"/>
              </w:rPr>
              <w:t xml:space="preserve"> </w:t>
            </w:r>
            <w:r w:rsidRPr="00E85698">
              <w:rPr>
                <w:w w:val="105"/>
                <w:sz w:val="15"/>
              </w:rPr>
              <w:t>наблюдений;</w:t>
            </w:r>
          </w:p>
          <w:p w:rsidR="003147F9" w:rsidRPr="00E85698" w:rsidRDefault="003147F9" w:rsidP="00A047B0">
            <w:pPr>
              <w:pStyle w:val="TableParagraph"/>
              <w:spacing w:before="2"/>
              <w:ind w:left="79"/>
              <w:rPr>
                <w:sz w:val="15"/>
              </w:rPr>
            </w:pPr>
            <w:r w:rsidRPr="00E85698">
              <w:rPr>
                <w:spacing w:val="-1"/>
                <w:w w:val="105"/>
                <w:sz w:val="15"/>
              </w:rPr>
              <w:t>чтения</w:t>
            </w:r>
            <w:r w:rsidRPr="00E85698">
              <w:rPr>
                <w:spacing w:val="-5"/>
                <w:w w:val="105"/>
                <w:sz w:val="15"/>
              </w:rPr>
              <w:t xml:space="preserve"> </w:t>
            </w:r>
            <w:r w:rsidRPr="00E85698">
              <w:rPr>
                <w:spacing w:val="-1"/>
                <w:w w:val="105"/>
                <w:sz w:val="15"/>
              </w:rPr>
              <w:t>научно-учебной;</w:t>
            </w:r>
          </w:p>
          <w:p w:rsidR="003147F9" w:rsidRPr="00E85698" w:rsidRDefault="003147F9" w:rsidP="00A047B0">
            <w:pPr>
              <w:pStyle w:val="TableParagraph"/>
              <w:spacing w:before="19" w:line="266" w:lineRule="auto"/>
              <w:ind w:left="79" w:right="532"/>
              <w:rPr>
                <w:sz w:val="15"/>
              </w:rPr>
            </w:pPr>
            <w:r w:rsidRPr="00E85698">
              <w:rPr>
                <w:spacing w:val="-1"/>
                <w:w w:val="105"/>
                <w:sz w:val="15"/>
              </w:rPr>
              <w:t xml:space="preserve">художественной и научно-популярной </w:t>
            </w:r>
            <w:r w:rsidRPr="00E85698">
              <w:rPr>
                <w:w w:val="105"/>
                <w:sz w:val="15"/>
              </w:rPr>
              <w:t>литературы</w:t>
            </w:r>
            <w:r w:rsidRPr="00E85698">
              <w:rPr>
                <w:spacing w:val="-37"/>
                <w:w w:val="105"/>
                <w:sz w:val="15"/>
              </w:rPr>
              <w:t xml:space="preserve"> </w:t>
            </w:r>
            <w:r w:rsidRPr="00E85698">
              <w:rPr>
                <w:w w:val="105"/>
                <w:sz w:val="15"/>
              </w:rPr>
              <w:t>(монолог-описание;</w:t>
            </w:r>
          </w:p>
          <w:p w:rsidR="003147F9" w:rsidRPr="00E85698" w:rsidRDefault="003147F9" w:rsidP="00A047B0">
            <w:pPr>
              <w:pStyle w:val="TableParagraph"/>
              <w:spacing w:before="2"/>
              <w:ind w:left="79"/>
              <w:rPr>
                <w:sz w:val="15"/>
              </w:rPr>
            </w:pPr>
            <w:r w:rsidRPr="00E85698">
              <w:rPr>
                <w:w w:val="105"/>
                <w:sz w:val="15"/>
              </w:rPr>
              <w:t>монолог-повествование;</w:t>
            </w:r>
          </w:p>
          <w:p w:rsidR="003147F9" w:rsidRPr="00E85698" w:rsidRDefault="003147F9" w:rsidP="00A047B0">
            <w:pPr>
              <w:pStyle w:val="TableParagraph"/>
              <w:spacing w:before="19" w:line="266" w:lineRule="auto"/>
              <w:ind w:left="79"/>
              <w:rPr>
                <w:sz w:val="15"/>
              </w:rPr>
            </w:pPr>
            <w:r w:rsidRPr="00E85698">
              <w:rPr>
                <w:spacing w:val="-1"/>
                <w:w w:val="105"/>
                <w:sz w:val="15"/>
              </w:rPr>
              <w:t>монолог-рассуждение);</w:t>
            </w:r>
            <w:r w:rsidRPr="00E85698">
              <w:rPr>
                <w:spacing w:val="-9"/>
                <w:w w:val="105"/>
                <w:sz w:val="15"/>
              </w:rPr>
              <w:t xml:space="preserve"> </w:t>
            </w:r>
            <w:r w:rsidRPr="00E85698">
              <w:rPr>
                <w:w w:val="105"/>
                <w:sz w:val="15"/>
              </w:rPr>
              <w:t>выступать</w:t>
            </w:r>
            <w:r w:rsidRPr="00E85698">
              <w:rPr>
                <w:spacing w:val="-9"/>
                <w:w w:val="105"/>
                <w:sz w:val="15"/>
              </w:rPr>
              <w:t xml:space="preserve"> </w:t>
            </w:r>
            <w:r w:rsidRPr="00E85698">
              <w:rPr>
                <w:w w:val="105"/>
                <w:sz w:val="15"/>
              </w:rPr>
              <w:t>с</w:t>
            </w:r>
            <w:r w:rsidRPr="00E85698">
              <w:rPr>
                <w:spacing w:val="-9"/>
                <w:w w:val="105"/>
                <w:sz w:val="15"/>
              </w:rPr>
              <w:t xml:space="preserve"> </w:t>
            </w:r>
            <w:r w:rsidRPr="00E85698">
              <w:rPr>
                <w:w w:val="105"/>
                <w:sz w:val="15"/>
              </w:rPr>
              <w:t>сообщением</w:t>
            </w:r>
            <w:r w:rsidRPr="00E85698">
              <w:rPr>
                <w:spacing w:val="-8"/>
                <w:w w:val="105"/>
                <w:sz w:val="15"/>
              </w:rPr>
              <w:t xml:space="preserve"> </w:t>
            </w:r>
            <w:r w:rsidRPr="00E85698">
              <w:rPr>
                <w:w w:val="105"/>
                <w:sz w:val="15"/>
              </w:rPr>
              <w:t>на</w:t>
            </w:r>
            <w:r w:rsidRPr="00E85698">
              <w:rPr>
                <w:spacing w:val="-37"/>
                <w:w w:val="105"/>
                <w:sz w:val="15"/>
              </w:rPr>
              <w:t xml:space="preserve"> </w:t>
            </w:r>
            <w:r w:rsidRPr="00E85698">
              <w:rPr>
                <w:w w:val="105"/>
                <w:sz w:val="15"/>
              </w:rPr>
              <w:t>лингвистическую тему (в течение учебного года).;</w:t>
            </w:r>
            <w:r w:rsidRPr="00E85698">
              <w:rPr>
                <w:spacing w:val="1"/>
                <w:w w:val="105"/>
                <w:sz w:val="15"/>
              </w:rPr>
              <w:t xml:space="preserve"> </w:t>
            </w:r>
            <w:r w:rsidRPr="00E85698">
              <w:rPr>
                <w:w w:val="105"/>
                <w:sz w:val="15"/>
              </w:rPr>
              <w:t>Создавать различные виды диалога: побуждение к</w:t>
            </w:r>
            <w:r w:rsidRPr="00E85698">
              <w:rPr>
                <w:spacing w:val="1"/>
                <w:w w:val="105"/>
                <w:sz w:val="15"/>
              </w:rPr>
              <w:t xml:space="preserve"> </w:t>
            </w:r>
            <w:r w:rsidRPr="00E85698">
              <w:rPr>
                <w:w w:val="105"/>
                <w:sz w:val="15"/>
              </w:rPr>
              <w:t>действию;</w:t>
            </w:r>
          </w:p>
          <w:p w:rsidR="003147F9" w:rsidRPr="00E85698" w:rsidRDefault="003147F9" w:rsidP="00A047B0">
            <w:pPr>
              <w:pStyle w:val="TableParagraph"/>
              <w:spacing w:before="3" w:line="266" w:lineRule="auto"/>
              <w:ind w:left="79"/>
              <w:rPr>
                <w:sz w:val="15"/>
              </w:rPr>
            </w:pPr>
            <w:r w:rsidRPr="00E85698">
              <w:rPr>
                <w:w w:val="105"/>
                <w:sz w:val="15"/>
              </w:rPr>
              <w:t>обмен мнениями (в течение учебного года).;</w:t>
            </w:r>
            <w:r w:rsidRPr="00E85698">
              <w:rPr>
                <w:spacing w:val="1"/>
                <w:w w:val="105"/>
                <w:sz w:val="15"/>
              </w:rPr>
              <w:t xml:space="preserve"> </w:t>
            </w:r>
            <w:r w:rsidRPr="00E85698">
              <w:rPr>
                <w:w w:val="105"/>
                <w:sz w:val="15"/>
              </w:rPr>
              <w:t>Редактировать</w:t>
            </w:r>
            <w:r w:rsidRPr="00E85698">
              <w:rPr>
                <w:spacing w:val="-10"/>
                <w:w w:val="105"/>
                <w:sz w:val="15"/>
              </w:rPr>
              <w:t xml:space="preserve"> </w:t>
            </w:r>
            <w:r w:rsidRPr="00E85698">
              <w:rPr>
                <w:w w:val="105"/>
                <w:sz w:val="15"/>
              </w:rPr>
              <w:t>собственные</w:t>
            </w:r>
            <w:r w:rsidRPr="00E85698">
              <w:rPr>
                <w:spacing w:val="-10"/>
                <w:w w:val="105"/>
                <w:sz w:val="15"/>
              </w:rPr>
              <w:t xml:space="preserve"> </w:t>
            </w:r>
            <w:r w:rsidRPr="00E85698">
              <w:rPr>
                <w:w w:val="105"/>
                <w:sz w:val="15"/>
              </w:rPr>
              <w:t>тексты</w:t>
            </w:r>
            <w:r w:rsidRPr="00E85698">
              <w:rPr>
                <w:spacing w:val="-10"/>
                <w:w w:val="105"/>
                <w:sz w:val="15"/>
              </w:rPr>
              <w:t xml:space="preserve"> </w:t>
            </w:r>
            <w:r w:rsidRPr="00E85698">
              <w:rPr>
                <w:w w:val="105"/>
                <w:sz w:val="15"/>
              </w:rPr>
              <w:t>с</w:t>
            </w:r>
            <w:r w:rsidRPr="00E85698">
              <w:rPr>
                <w:spacing w:val="-9"/>
                <w:w w:val="105"/>
                <w:sz w:val="15"/>
              </w:rPr>
              <w:t xml:space="preserve"> </w:t>
            </w:r>
            <w:r w:rsidRPr="00E85698">
              <w:rPr>
                <w:w w:val="105"/>
                <w:sz w:val="15"/>
              </w:rPr>
              <w:t>опорой</w:t>
            </w:r>
            <w:r w:rsidRPr="00E85698">
              <w:rPr>
                <w:spacing w:val="-10"/>
                <w:w w:val="105"/>
                <w:sz w:val="15"/>
              </w:rPr>
              <w:t xml:space="preserve"> </w:t>
            </w:r>
            <w:r w:rsidRPr="00E85698">
              <w:rPr>
                <w:w w:val="105"/>
                <w:sz w:val="15"/>
              </w:rPr>
              <w:t>на</w:t>
            </w:r>
            <w:r w:rsidRPr="00E85698">
              <w:rPr>
                <w:spacing w:val="-10"/>
                <w:w w:val="105"/>
                <w:sz w:val="15"/>
              </w:rPr>
              <w:t xml:space="preserve"> </w:t>
            </w:r>
            <w:r w:rsidRPr="00E85698">
              <w:rPr>
                <w:w w:val="105"/>
                <w:sz w:val="15"/>
              </w:rPr>
              <w:t>знание</w:t>
            </w:r>
            <w:r w:rsidRPr="00E85698">
              <w:rPr>
                <w:spacing w:val="-36"/>
                <w:w w:val="105"/>
                <w:sz w:val="15"/>
              </w:rPr>
              <w:t xml:space="preserve"> </w:t>
            </w:r>
            <w:r w:rsidRPr="00E85698">
              <w:rPr>
                <w:w w:val="105"/>
                <w:sz w:val="15"/>
              </w:rPr>
              <w:t>норм современного русского литературного языка (в</w:t>
            </w:r>
            <w:r w:rsidRPr="00E85698">
              <w:rPr>
                <w:spacing w:val="1"/>
                <w:w w:val="105"/>
                <w:sz w:val="15"/>
              </w:rPr>
              <w:t xml:space="preserve"> </w:t>
            </w:r>
            <w:r w:rsidRPr="00E85698">
              <w:rPr>
                <w:w w:val="105"/>
                <w:sz w:val="15"/>
              </w:rPr>
              <w:t>течение</w:t>
            </w:r>
            <w:r w:rsidRPr="00E85698">
              <w:rPr>
                <w:spacing w:val="-2"/>
                <w:w w:val="105"/>
                <w:sz w:val="15"/>
              </w:rPr>
              <w:t xml:space="preserve"> </w:t>
            </w:r>
            <w:r w:rsidRPr="00E85698">
              <w:rPr>
                <w:w w:val="105"/>
                <w:sz w:val="15"/>
              </w:rPr>
              <w:t>учебного</w:t>
            </w:r>
            <w:r w:rsidRPr="00E85698">
              <w:rPr>
                <w:spacing w:val="-1"/>
                <w:w w:val="105"/>
                <w:sz w:val="15"/>
              </w:rPr>
              <w:t xml:space="preserve"> </w:t>
            </w:r>
            <w:r w:rsidRPr="00E85698">
              <w:rPr>
                <w:w w:val="105"/>
                <w:sz w:val="15"/>
              </w:rPr>
              <w:t>года);</w:t>
            </w:r>
          </w:p>
        </w:tc>
        <w:tc>
          <w:tcPr>
            <w:tcW w:w="1116" w:type="dxa"/>
          </w:tcPr>
          <w:p w:rsidR="003147F9" w:rsidRPr="00E85698" w:rsidRDefault="003147F9" w:rsidP="00A047B0">
            <w:pPr>
              <w:pStyle w:val="TableParagraph"/>
              <w:spacing w:before="74" w:line="266" w:lineRule="auto"/>
              <w:ind w:left="79" w:right="69"/>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тестирование;</w:t>
            </w:r>
          </w:p>
        </w:tc>
        <w:tc>
          <w:tcPr>
            <w:tcW w:w="3421" w:type="dxa"/>
          </w:tcPr>
          <w:p w:rsidR="003147F9" w:rsidRPr="00E85698" w:rsidRDefault="003147F9" w:rsidP="00A047B0">
            <w:pPr>
              <w:pStyle w:val="TableParagraph"/>
              <w:spacing w:before="74"/>
              <w:ind w:left="44" w:right="22"/>
              <w:jc w:val="center"/>
              <w:rPr>
                <w:sz w:val="15"/>
              </w:rPr>
            </w:pPr>
            <w:r w:rsidRPr="00E85698">
              <w:rPr>
                <w:w w:val="105"/>
                <w:sz w:val="15"/>
              </w:rPr>
              <w:t>https://resh.edu.ru/subject/lesson/6932/start/308645/</w:t>
            </w:r>
          </w:p>
        </w:tc>
      </w:tr>
    </w:tbl>
    <w:p w:rsidR="003147F9" w:rsidRPr="00E85698" w:rsidRDefault="003147F9" w:rsidP="003147F9">
      <w:pPr>
        <w:jc w:val="center"/>
        <w:rPr>
          <w:sz w:val="15"/>
        </w:rPr>
        <w:sectPr w:rsidR="003147F9" w:rsidRPr="00E85698">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lastRenderedPageBreak/>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4"/>
                <w:sz w:val="15"/>
              </w:rPr>
              <w:t>5</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w w:val="105"/>
                <w:sz w:val="15"/>
              </w:rPr>
              <w:t>Раздел</w:t>
            </w:r>
            <w:r w:rsidRPr="00E85698">
              <w:rPr>
                <w:b/>
                <w:spacing w:val="-7"/>
                <w:w w:val="105"/>
                <w:sz w:val="15"/>
              </w:rPr>
              <w:t xml:space="preserve"> </w:t>
            </w:r>
            <w:r w:rsidRPr="00E85698">
              <w:rPr>
                <w:b/>
                <w:w w:val="105"/>
                <w:sz w:val="15"/>
              </w:rPr>
              <w:t>4.</w:t>
            </w:r>
            <w:r w:rsidRPr="00E85698">
              <w:rPr>
                <w:b/>
                <w:spacing w:val="-6"/>
                <w:w w:val="105"/>
                <w:sz w:val="15"/>
              </w:rPr>
              <w:t xml:space="preserve"> </w:t>
            </w:r>
            <w:r w:rsidRPr="00E85698">
              <w:rPr>
                <w:b/>
                <w:w w:val="105"/>
                <w:sz w:val="15"/>
              </w:rPr>
              <w:t>ТЕКСТ</w:t>
            </w:r>
          </w:p>
        </w:tc>
      </w:tr>
      <w:tr w:rsidR="003147F9" w:rsidRPr="00E85698" w:rsidTr="00A047B0">
        <w:trPr>
          <w:trHeight w:val="5736"/>
        </w:trPr>
        <w:tc>
          <w:tcPr>
            <w:tcW w:w="468" w:type="dxa"/>
          </w:tcPr>
          <w:p w:rsidR="003147F9" w:rsidRPr="00E85698" w:rsidRDefault="003147F9" w:rsidP="00A047B0">
            <w:pPr>
              <w:pStyle w:val="TableParagraph"/>
              <w:spacing w:before="64"/>
              <w:rPr>
                <w:sz w:val="15"/>
              </w:rPr>
            </w:pPr>
            <w:r w:rsidRPr="00E85698">
              <w:rPr>
                <w:w w:val="105"/>
                <w:sz w:val="15"/>
              </w:rPr>
              <w:t>4.1.</w:t>
            </w:r>
          </w:p>
        </w:tc>
        <w:tc>
          <w:tcPr>
            <w:tcW w:w="2833" w:type="dxa"/>
          </w:tcPr>
          <w:p w:rsidR="003147F9" w:rsidRPr="00E85698" w:rsidRDefault="003147F9" w:rsidP="00A047B0">
            <w:pPr>
              <w:pStyle w:val="TableParagraph"/>
              <w:spacing w:before="64"/>
              <w:rPr>
                <w:sz w:val="15"/>
              </w:rPr>
            </w:pPr>
            <w:r w:rsidRPr="00E85698">
              <w:rPr>
                <w:spacing w:val="-1"/>
                <w:w w:val="105"/>
                <w:sz w:val="15"/>
              </w:rPr>
              <w:t>Информационная</w:t>
            </w:r>
            <w:r w:rsidRPr="00E85698">
              <w:rPr>
                <w:spacing w:val="-7"/>
                <w:w w:val="105"/>
                <w:sz w:val="15"/>
              </w:rPr>
              <w:t xml:space="preserve"> </w:t>
            </w:r>
            <w:r w:rsidRPr="00E85698">
              <w:rPr>
                <w:spacing w:val="-1"/>
                <w:w w:val="105"/>
                <w:sz w:val="15"/>
              </w:rPr>
              <w:t>переработка</w:t>
            </w:r>
            <w:r w:rsidRPr="00E85698">
              <w:rPr>
                <w:spacing w:val="-7"/>
                <w:w w:val="105"/>
                <w:sz w:val="15"/>
              </w:rPr>
              <w:t xml:space="preserve"> </w:t>
            </w:r>
            <w:r w:rsidRPr="00E85698">
              <w:rPr>
                <w:w w:val="105"/>
                <w:sz w:val="15"/>
              </w:rPr>
              <w:t>текста.</w:t>
            </w:r>
          </w:p>
        </w:tc>
        <w:tc>
          <w:tcPr>
            <w:tcW w:w="528" w:type="dxa"/>
          </w:tcPr>
          <w:p w:rsidR="003147F9" w:rsidRPr="00E85698" w:rsidRDefault="003147F9" w:rsidP="00A047B0">
            <w:pPr>
              <w:pStyle w:val="TableParagraph"/>
              <w:spacing w:before="64"/>
              <w:ind w:left="77"/>
              <w:rPr>
                <w:sz w:val="15"/>
              </w:rPr>
            </w:pPr>
            <w:r w:rsidRPr="00E85698">
              <w:rPr>
                <w:w w:val="104"/>
                <w:sz w:val="15"/>
              </w:rPr>
              <w:t>5</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13</w:t>
            </w:r>
            <w:r w:rsidR="003147F9" w:rsidRPr="00E85698">
              <w:rPr>
                <w:w w:val="105"/>
                <w:sz w:val="15"/>
              </w:rPr>
              <w:t>.09.2022</w:t>
            </w:r>
          </w:p>
          <w:p w:rsidR="003147F9" w:rsidRPr="00E85698" w:rsidRDefault="004D6B8E" w:rsidP="00A047B0">
            <w:pPr>
              <w:pStyle w:val="TableParagraph"/>
              <w:spacing w:before="20"/>
              <w:ind w:left="79"/>
              <w:rPr>
                <w:sz w:val="15"/>
              </w:rPr>
            </w:pPr>
            <w:r>
              <w:rPr>
                <w:w w:val="105"/>
                <w:sz w:val="15"/>
              </w:rPr>
              <w:t>16</w:t>
            </w:r>
            <w:r w:rsidR="003147F9" w:rsidRPr="00E85698">
              <w:rPr>
                <w:w w:val="105"/>
                <w:sz w:val="15"/>
              </w:rPr>
              <w:t>.09.2022</w:t>
            </w:r>
          </w:p>
        </w:tc>
        <w:tc>
          <w:tcPr>
            <w:tcW w:w="4022" w:type="dxa"/>
          </w:tcPr>
          <w:p w:rsidR="003147F9" w:rsidRPr="00E85698" w:rsidRDefault="003147F9" w:rsidP="00A047B0">
            <w:pPr>
              <w:pStyle w:val="TableParagraph"/>
              <w:spacing w:before="64" w:line="266" w:lineRule="auto"/>
              <w:ind w:left="79" w:right="334"/>
              <w:rPr>
                <w:sz w:val="15"/>
              </w:rPr>
            </w:pPr>
            <w:r w:rsidRPr="00E85698">
              <w:rPr>
                <w:spacing w:val="-1"/>
                <w:w w:val="105"/>
                <w:sz w:val="15"/>
              </w:rPr>
              <w:t>Анализировать</w:t>
            </w:r>
            <w:r w:rsidRPr="00E85698">
              <w:rPr>
                <w:spacing w:val="-8"/>
                <w:w w:val="105"/>
                <w:sz w:val="15"/>
              </w:rPr>
              <w:t xml:space="preserve"> </w:t>
            </w:r>
            <w:r w:rsidRPr="00E85698">
              <w:rPr>
                <w:w w:val="105"/>
                <w:sz w:val="15"/>
              </w:rPr>
              <w:t>текст</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точки</w:t>
            </w:r>
            <w:r w:rsidRPr="00E85698">
              <w:rPr>
                <w:spacing w:val="-8"/>
                <w:w w:val="105"/>
                <w:sz w:val="15"/>
              </w:rPr>
              <w:t xml:space="preserve"> </w:t>
            </w:r>
            <w:r w:rsidRPr="00E85698">
              <w:rPr>
                <w:w w:val="105"/>
                <w:sz w:val="15"/>
              </w:rPr>
              <w:t>зрения</w:t>
            </w:r>
            <w:r w:rsidRPr="00E85698">
              <w:rPr>
                <w:spacing w:val="-8"/>
                <w:w w:val="105"/>
                <w:sz w:val="15"/>
              </w:rPr>
              <w:t xml:space="preserve"> </w:t>
            </w:r>
            <w:r w:rsidRPr="00E85698">
              <w:rPr>
                <w:w w:val="105"/>
                <w:sz w:val="15"/>
              </w:rPr>
              <w:t>его</w:t>
            </w:r>
            <w:r w:rsidRPr="00E85698">
              <w:rPr>
                <w:spacing w:val="-8"/>
                <w:w w:val="105"/>
                <w:sz w:val="15"/>
              </w:rPr>
              <w:t xml:space="preserve"> </w:t>
            </w:r>
            <w:r w:rsidRPr="00E85698">
              <w:rPr>
                <w:w w:val="105"/>
                <w:sz w:val="15"/>
              </w:rPr>
              <w:t>соответствия</w:t>
            </w:r>
            <w:r w:rsidRPr="00E85698">
              <w:rPr>
                <w:spacing w:val="-37"/>
                <w:w w:val="105"/>
                <w:sz w:val="15"/>
              </w:rPr>
              <w:t xml:space="preserve"> </w:t>
            </w:r>
            <w:r w:rsidRPr="00E85698">
              <w:rPr>
                <w:spacing w:val="-1"/>
                <w:w w:val="105"/>
                <w:sz w:val="15"/>
              </w:rPr>
              <w:t xml:space="preserve">основным </w:t>
            </w:r>
            <w:r w:rsidRPr="00E85698">
              <w:rPr>
                <w:w w:val="105"/>
                <w:sz w:val="15"/>
              </w:rPr>
              <w:t>признакам (наличие темы, главной мысли,</w:t>
            </w:r>
            <w:r w:rsidRPr="00E85698">
              <w:rPr>
                <w:spacing w:val="-37"/>
                <w:w w:val="105"/>
                <w:sz w:val="15"/>
              </w:rPr>
              <w:t xml:space="preserve"> </w:t>
            </w:r>
            <w:r w:rsidRPr="00E85698">
              <w:rPr>
                <w:w w:val="105"/>
                <w:sz w:val="15"/>
              </w:rPr>
              <w:t>грамматической связи предложений, цельности и</w:t>
            </w:r>
            <w:r w:rsidRPr="00E85698">
              <w:rPr>
                <w:spacing w:val="1"/>
                <w:w w:val="105"/>
                <w:sz w:val="15"/>
              </w:rPr>
              <w:t xml:space="preserve"> </w:t>
            </w:r>
            <w:r w:rsidRPr="00E85698">
              <w:rPr>
                <w:w w:val="105"/>
                <w:sz w:val="15"/>
              </w:rPr>
              <w:t>относительной законченности); с точки зрения его</w:t>
            </w:r>
            <w:r w:rsidRPr="00E85698">
              <w:rPr>
                <w:spacing w:val="1"/>
                <w:w w:val="105"/>
                <w:sz w:val="15"/>
              </w:rPr>
              <w:t xml:space="preserve"> </w:t>
            </w:r>
            <w:r w:rsidRPr="00E85698">
              <w:rPr>
                <w:spacing w:val="-1"/>
                <w:w w:val="105"/>
                <w:sz w:val="15"/>
              </w:rPr>
              <w:t xml:space="preserve">принадлежности </w:t>
            </w:r>
            <w:r w:rsidRPr="00E85698">
              <w:rPr>
                <w:w w:val="105"/>
                <w:sz w:val="15"/>
              </w:rPr>
              <w:t xml:space="preserve">к </w:t>
            </w:r>
            <w:proofErr w:type="spellStart"/>
            <w:r w:rsidRPr="00E85698">
              <w:rPr>
                <w:w w:val="105"/>
                <w:sz w:val="15"/>
              </w:rPr>
              <w:t>функциональносмысловому</w:t>
            </w:r>
            <w:proofErr w:type="spellEnd"/>
            <w:r w:rsidRPr="00E85698">
              <w:rPr>
                <w:w w:val="105"/>
                <w:sz w:val="15"/>
              </w:rPr>
              <w:t xml:space="preserve"> типу</w:t>
            </w:r>
            <w:r w:rsidRPr="00E85698">
              <w:rPr>
                <w:spacing w:val="1"/>
                <w:w w:val="105"/>
                <w:sz w:val="15"/>
              </w:rPr>
              <w:t xml:space="preserve"> </w:t>
            </w:r>
            <w:r w:rsidRPr="00E85698">
              <w:rPr>
                <w:spacing w:val="-1"/>
                <w:w w:val="105"/>
                <w:sz w:val="15"/>
              </w:rPr>
              <w:t xml:space="preserve">речи; его композиционных </w:t>
            </w:r>
            <w:r w:rsidRPr="00E85698">
              <w:rPr>
                <w:w w:val="105"/>
                <w:sz w:val="15"/>
              </w:rPr>
              <w:t>особенностей, количества</w:t>
            </w:r>
            <w:r w:rsidRPr="00E85698">
              <w:rPr>
                <w:spacing w:val="-37"/>
                <w:w w:val="105"/>
                <w:sz w:val="15"/>
              </w:rPr>
              <w:t xml:space="preserve"> </w:t>
            </w:r>
            <w:proofErr w:type="spellStart"/>
            <w:r w:rsidRPr="00E85698">
              <w:rPr>
                <w:w w:val="105"/>
                <w:sz w:val="15"/>
              </w:rPr>
              <w:t>микротем</w:t>
            </w:r>
            <w:proofErr w:type="spellEnd"/>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абзацев;</w:t>
            </w:r>
          </w:p>
          <w:p w:rsidR="003147F9" w:rsidRPr="00E85698" w:rsidRDefault="003147F9" w:rsidP="00A047B0">
            <w:pPr>
              <w:pStyle w:val="TableParagraph"/>
              <w:spacing w:before="5" w:line="266" w:lineRule="auto"/>
              <w:ind w:left="79"/>
              <w:rPr>
                <w:sz w:val="15"/>
              </w:rPr>
            </w:pPr>
            <w:r w:rsidRPr="00E85698">
              <w:rPr>
                <w:w w:val="105"/>
                <w:sz w:val="15"/>
              </w:rPr>
              <w:t>Проводить информационную переработку текста:</w:t>
            </w:r>
            <w:r w:rsidRPr="00E85698">
              <w:rPr>
                <w:spacing w:val="1"/>
                <w:w w:val="105"/>
                <w:sz w:val="15"/>
              </w:rPr>
              <w:t xml:space="preserve"> </w:t>
            </w:r>
            <w:r w:rsidRPr="00E85698">
              <w:rPr>
                <w:spacing w:val="-1"/>
                <w:w w:val="105"/>
                <w:sz w:val="15"/>
              </w:rPr>
              <w:t>составлять</w:t>
            </w:r>
            <w:r w:rsidRPr="00E85698">
              <w:rPr>
                <w:spacing w:val="-8"/>
                <w:w w:val="105"/>
                <w:sz w:val="15"/>
              </w:rPr>
              <w:t xml:space="preserve"> </w:t>
            </w:r>
            <w:r w:rsidRPr="00E85698">
              <w:rPr>
                <w:spacing w:val="-1"/>
                <w:w w:val="105"/>
                <w:sz w:val="15"/>
              </w:rPr>
              <w:t>план</w:t>
            </w:r>
            <w:r w:rsidRPr="00E85698">
              <w:rPr>
                <w:spacing w:val="-8"/>
                <w:w w:val="105"/>
                <w:sz w:val="15"/>
              </w:rPr>
              <w:t xml:space="preserve"> </w:t>
            </w:r>
            <w:r w:rsidRPr="00E85698">
              <w:rPr>
                <w:spacing w:val="-1"/>
                <w:w w:val="105"/>
                <w:sz w:val="15"/>
              </w:rPr>
              <w:t>прочитанного</w:t>
            </w:r>
            <w:r w:rsidRPr="00E85698">
              <w:rPr>
                <w:spacing w:val="-8"/>
                <w:w w:val="105"/>
                <w:sz w:val="15"/>
              </w:rPr>
              <w:t xml:space="preserve"> </w:t>
            </w:r>
            <w:r w:rsidRPr="00E85698">
              <w:rPr>
                <w:w w:val="105"/>
                <w:sz w:val="15"/>
              </w:rPr>
              <w:t>текста</w:t>
            </w:r>
            <w:r w:rsidRPr="00E85698">
              <w:rPr>
                <w:spacing w:val="-8"/>
                <w:w w:val="105"/>
                <w:sz w:val="15"/>
              </w:rPr>
              <w:t xml:space="preserve"> </w:t>
            </w:r>
            <w:r w:rsidRPr="00E85698">
              <w:rPr>
                <w:w w:val="105"/>
                <w:sz w:val="15"/>
              </w:rPr>
              <w:t>(простой,</w:t>
            </w:r>
            <w:r w:rsidRPr="00E85698">
              <w:rPr>
                <w:spacing w:val="-7"/>
                <w:w w:val="105"/>
                <w:sz w:val="15"/>
              </w:rPr>
              <w:t xml:space="preserve"> </w:t>
            </w:r>
            <w:r w:rsidRPr="00E85698">
              <w:rPr>
                <w:w w:val="105"/>
                <w:sz w:val="15"/>
              </w:rPr>
              <w:t>сложный;</w:t>
            </w:r>
            <w:r w:rsidRPr="00E85698">
              <w:rPr>
                <w:spacing w:val="-37"/>
                <w:w w:val="105"/>
                <w:sz w:val="15"/>
              </w:rPr>
              <w:t xml:space="preserve"> </w:t>
            </w:r>
            <w:r w:rsidRPr="00E85698">
              <w:rPr>
                <w:w w:val="105"/>
                <w:sz w:val="15"/>
              </w:rPr>
              <w:t>назывной, вопросный) с целью дальнейшего</w:t>
            </w:r>
            <w:r w:rsidRPr="00E85698">
              <w:rPr>
                <w:spacing w:val="1"/>
                <w:w w:val="105"/>
                <w:sz w:val="15"/>
              </w:rPr>
              <w:t xml:space="preserve"> </w:t>
            </w:r>
            <w:r w:rsidRPr="00E85698">
              <w:rPr>
                <w:w w:val="105"/>
                <w:sz w:val="15"/>
              </w:rPr>
              <w:t>воспроизведения содержания текста в устной и</w:t>
            </w:r>
            <w:r w:rsidRPr="00E85698">
              <w:rPr>
                <w:spacing w:val="1"/>
                <w:w w:val="105"/>
                <w:sz w:val="15"/>
              </w:rPr>
              <w:t xml:space="preserve"> </w:t>
            </w:r>
            <w:r w:rsidRPr="00E85698">
              <w:rPr>
                <w:w w:val="105"/>
                <w:sz w:val="15"/>
              </w:rPr>
              <w:t>письменной</w:t>
            </w:r>
            <w:r w:rsidRPr="00E85698">
              <w:rPr>
                <w:spacing w:val="-2"/>
                <w:w w:val="105"/>
                <w:sz w:val="15"/>
              </w:rPr>
              <w:t xml:space="preserve"> </w:t>
            </w:r>
            <w:r w:rsidRPr="00E85698">
              <w:rPr>
                <w:w w:val="105"/>
                <w:sz w:val="15"/>
              </w:rPr>
              <w:t>форме;</w:t>
            </w:r>
          </w:p>
          <w:p w:rsidR="003147F9" w:rsidRPr="00E85698" w:rsidRDefault="003147F9" w:rsidP="00A047B0">
            <w:pPr>
              <w:pStyle w:val="TableParagraph"/>
              <w:spacing w:before="3" w:line="266" w:lineRule="auto"/>
              <w:ind w:left="79" w:right="378"/>
              <w:rPr>
                <w:sz w:val="15"/>
              </w:rPr>
            </w:pPr>
            <w:r w:rsidRPr="00E85698">
              <w:rPr>
                <w:spacing w:val="-1"/>
                <w:w w:val="105"/>
                <w:sz w:val="15"/>
              </w:rPr>
              <w:t>Выделять</w:t>
            </w:r>
            <w:r w:rsidRPr="00E85698">
              <w:rPr>
                <w:spacing w:val="-7"/>
                <w:w w:val="105"/>
                <w:sz w:val="15"/>
              </w:rPr>
              <w:t xml:space="preserve"> </w:t>
            </w:r>
            <w:r w:rsidRPr="00E85698">
              <w:rPr>
                <w:spacing w:val="-1"/>
                <w:w w:val="105"/>
                <w:sz w:val="15"/>
              </w:rPr>
              <w:t>главную</w:t>
            </w:r>
            <w:r w:rsidRPr="00E85698">
              <w:rPr>
                <w:spacing w:val="-6"/>
                <w:w w:val="105"/>
                <w:sz w:val="15"/>
              </w:rPr>
              <w:t xml:space="preserve"> </w:t>
            </w:r>
            <w:r w:rsidRPr="00E85698">
              <w:rPr>
                <w:spacing w:val="-1"/>
                <w:w w:val="105"/>
                <w:sz w:val="15"/>
              </w:rPr>
              <w:t>и</w:t>
            </w:r>
            <w:r w:rsidRPr="00E85698">
              <w:rPr>
                <w:spacing w:val="-5"/>
                <w:w w:val="105"/>
                <w:sz w:val="15"/>
              </w:rPr>
              <w:t xml:space="preserve"> </w:t>
            </w:r>
            <w:r w:rsidRPr="00E85698">
              <w:rPr>
                <w:spacing w:val="-1"/>
                <w:w w:val="105"/>
                <w:sz w:val="15"/>
              </w:rPr>
              <w:t>второстепенную</w:t>
            </w:r>
            <w:r w:rsidRPr="00E85698">
              <w:rPr>
                <w:spacing w:val="-6"/>
                <w:w w:val="105"/>
                <w:sz w:val="15"/>
              </w:rPr>
              <w:t xml:space="preserve"> </w:t>
            </w:r>
            <w:r w:rsidRPr="00E85698">
              <w:rPr>
                <w:w w:val="105"/>
                <w:sz w:val="15"/>
              </w:rPr>
              <w:t>информацию</w:t>
            </w:r>
            <w:r w:rsidRPr="00E85698">
              <w:rPr>
                <w:spacing w:val="-5"/>
                <w:w w:val="105"/>
                <w:sz w:val="15"/>
              </w:rPr>
              <w:t xml:space="preserve"> </w:t>
            </w:r>
            <w:r w:rsidRPr="00E85698">
              <w:rPr>
                <w:w w:val="105"/>
                <w:sz w:val="15"/>
              </w:rPr>
              <w:t>в</w:t>
            </w:r>
            <w:r w:rsidRPr="00E85698">
              <w:rPr>
                <w:spacing w:val="-37"/>
                <w:w w:val="105"/>
                <w:sz w:val="15"/>
              </w:rPr>
              <w:t xml:space="preserve"> </w:t>
            </w:r>
            <w:r w:rsidRPr="00E85698">
              <w:rPr>
                <w:w w:val="105"/>
                <w:sz w:val="15"/>
              </w:rPr>
              <w:t>прослушанном и прочитанном тексте;</w:t>
            </w:r>
            <w:r w:rsidRPr="00E85698">
              <w:rPr>
                <w:spacing w:val="1"/>
                <w:w w:val="105"/>
                <w:sz w:val="15"/>
              </w:rPr>
              <w:t xml:space="preserve"> </w:t>
            </w:r>
            <w:r w:rsidRPr="00E85698">
              <w:rPr>
                <w:w w:val="105"/>
                <w:sz w:val="15"/>
              </w:rPr>
              <w:t>Пересказывать</w:t>
            </w:r>
            <w:r w:rsidRPr="00E85698">
              <w:rPr>
                <w:spacing w:val="-2"/>
                <w:w w:val="105"/>
                <w:sz w:val="15"/>
              </w:rPr>
              <w:t xml:space="preserve"> </w:t>
            </w:r>
            <w:r w:rsidRPr="00E85698">
              <w:rPr>
                <w:w w:val="105"/>
                <w:sz w:val="15"/>
              </w:rPr>
              <w:t>текст;</w:t>
            </w:r>
          </w:p>
          <w:p w:rsidR="003147F9" w:rsidRPr="00E85698" w:rsidRDefault="003147F9" w:rsidP="00A047B0">
            <w:pPr>
              <w:pStyle w:val="TableParagraph"/>
              <w:spacing w:before="2" w:line="266" w:lineRule="auto"/>
              <w:ind w:left="79"/>
              <w:rPr>
                <w:sz w:val="15"/>
              </w:rPr>
            </w:pPr>
            <w:r w:rsidRPr="00E85698">
              <w:rPr>
                <w:w w:val="105"/>
                <w:sz w:val="15"/>
              </w:rPr>
              <w:t>Представлять содержание прослушанного или</w:t>
            </w:r>
            <w:r w:rsidRPr="00E85698">
              <w:rPr>
                <w:spacing w:val="1"/>
                <w:w w:val="105"/>
                <w:sz w:val="15"/>
              </w:rPr>
              <w:t xml:space="preserve"> </w:t>
            </w:r>
            <w:r w:rsidRPr="00E85698">
              <w:rPr>
                <w:spacing w:val="-1"/>
                <w:w w:val="105"/>
                <w:sz w:val="15"/>
              </w:rPr>
              <w:t>прочитанного учебно-научного текста в виде таблицы,</w:t>
            </w:r>
            <w:r w:rsidRPr="00E85698">
              <w:rPr>
                <w:w w:val="105"/>
                <w:sz w:val="15"/>
              </w:rPr>
              <w:t xml:space="preserve"> </w:t>
            </w:r>
            <w:r w:rsidRPr="00E85698">
              <w:rPr>
                <w:spacing w:val="-1"/>
                <w:w w:val="105"/>
                <w:sz w:val="15"/>
              </w:rPr>
              <w:t>схемы,</w:t>
            </w:r>
            <w:r w:rsidRPr="00E85698">
              <w:rPr>
                <w:spacing w:val="-8"/>
                <w:w w:val="105"/>
                <w:sz w:val="15"/>
              </w:rPr>
              <w:t xml:space="preserve"> </w:t>
            </w:r>
            <w:r w:rsidRPr="00E85698">
              <w:rPr>
                <w:spacing w:val="-1"/>
                <w:w w:val="105"/>
                <w:sz w:val="15"/>
              </w:rPr>
              <w:t>представлять</w:t>
            </w:r>
            <w:r w:rsidRPr="00E85698">
              <w:rPr>
                <w:spacing w:val="-7"/>
                <w:w w:val="105"/>
                <w:sz w:val="15"/>
              </w:rPr>
              <w:t xml:space="preserve"> </w:t>
            </w:r>
            <w:r w:rsidRPr="00E85698">
              <w:rPr>
                <w:w w:val="105"/>
                <w:sz w:val="15"/>
              </w:rPr>
              <w:t>содержание</w:t>
            </w:r>
            <w:r w:rsidRPr="00E85698">
              <w:rPr>
                <w:spacing w:val="-8"/>
                <w:w w:val="105"/>
                <w:sz w:val="15"/>
              </w:rPr>
              <w:t xml:space="preserve"> </w:t>
            </w:r>
            <w:r w:rsidRPr="00E85698">
              <w:rPr>
                <w:w w:val="105"/>
                <w:sz w:val="15"/>
              </w:rPr>
              <w:t>таблицы,</w:t>
            </w:r>
            <w:r w:rsidRPr="00E85698">
              <w:rPr>
                <w:spacing w:val="-7"/>
                <w:w w:val="105"/>
                <w:sz w:val="15"/>
              </w:rPr>
              <w:t xml:space="preserve"> </w:t>
            </w:r>
            <w:r w:rsidRPr="00E85698">
              <w:rPr>
                <w:w w:val="105"/>
                <w:sz w:val="15"/>
              </w:rPr>
              <w:t>схемы</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виде</w:t>
            </w:r>
            <w:r w:rsidRPr="00E85698">
              <w:rPr>
                <w:spacing w:val="-36"/>
                <w:w w:val="105"/>
                <w:sz w:val="15"/>
              </w:rPr>
              <w:t xml:space="preserve"> </w:t>
            </w:r>
            <w:r w:rsidRPr="00E85698">
              <w:rPr>
                <w:w w:val="105"/>
                <w:sz w:val="15"/>
              </w:rPr>
              <w:t>текста;</w:t>
            </w:r>
          </w:p>
          <w:p w:rsidR="003147F9" w:rsidRPr="00E85698" w:rsidRDefault="003147F9" w:rsidP="00A047B0">
            <w:pPr>
              <w:pStyle w:val="TableParagraph"/>
              <w:spacing w:before="3" w:line="266" w:lineRule="auto"/>
              <w:ind w:left="79" w:right="293"/>
              <w:rPr>
                <w:sz w:val="15"/>
              </w:rPr>
            </w:pPr>
            <w:r w:rsidRPr="00E85698">
              <w:rPr>
                <w:spacing w:val="-1"/>
                <w:w w:val="105"/>
                <w:sz w:val="15"/>
              </w:rPr>
              <w:t xml:space="preserve">Характеризовать </w:t>
            </w:r>
            <w:r w:rsidRPr="00E85698">
              <w:rPr>
                <w:w w:val="105"/>
                <w:sz w:val="15"/>
              </w:rPr>
              <w:t>тексты различных функционально-</w:t>
            </w:r>
            <w:r w:rsidRPr="00E85698">
              <w:rPr>
                <w:spacing w:val="1"/>
                <w:w w:val="105"/>
                <w:sz w:val="15"/>
              </w:rPr>
              <w:t xml:space="preserve"> </w:t>
            </w:r>
            <w:r w:rsidRPr="00E85698">
              <w:rPr>
                <w:w w:val="105"/>
                <w:sz w:val="15"/>
              </w:rPr>
              <w:t>смысловых типов речи (повествование, описание,</w:t>
            </w:r>
            <w:r w:rsidRPr="00E85698">
              <w:rPr>
                <w:spacing w:val="1"/>
                <w:w w:val="105"/>
                <w:sz w:val="15"/>
              </w:rPr>
              <w:t xml:space="preserve"> </w:t>
            </w:r>
            <w:r w:rsidRPr="00E85698">
              <w:rPr>
                <w:spacing w:val="-1"/>
                <w:w w:val="105"/>
                <w:sz w:val="15"/>
              </w:rPr>
              <w:t xml:space="preserve">рассуждение); характеризовать особенности </w:t>
            </w:r>
            <w:r w:rsidRPr="00E85698">
              <w:rPr>
                <w:w w:val="105"/>
                <w:sz w:val="15"/>
              </w:rPr>
              <w:t>описания</w:t>
            </w:r>
            <w:r w:rsidRPr="00E85698">
              <w:rPr>
                <w:spacing w:val="-37"/>
                <w:w w:val="105"/>
                <w:sz w:val="15"/>
              </w:rPr>
              <w:t xml:space="preserve"> </w:t>
            </w:r>
            <w:r w:rsidRPr="00E85698">
              <w:rPr>
                <w:w w:val="105"/>
                <w:sz w:val="15"/>
              </w:rPr>
              <w:t>как</w:t>
            </w:r>
            <w:r w:rsidRPr="00E85698">
              <w:rPr>
                <w:spacing w:val="-2"/>
                <w:w w:val="105"/>
                <w:sz w:val="15"/>
              </w:rPr>
              <w:t xml:space="preserve"> </w:t>
            </w:r>
            <w:r w:rsidRPr="00E85698">
              <w:rPr>
                <w:w w:val="105"/>
                <w:sz w:val="15"/>
              </w:rPr>
              <w:t>типа</w:t>
            </w:r>
            <w:r w:rsidRPr="00E85698">
              <w:rPr>
                <w:spacing w:val="-1"/>
                <w:w w:val="105"/>
                <w:sz w:val="15"/>
              </w:rPr>
              <w:t xml:space="preserve"> </w:t>
            </w:r>
            <w:r w:rsidRPr="00E85698">
              <w:rPr>
                <w:w w:val="105"/>
                <w:sz w:val="15"/>
              </w:rPr>
              <w:t>речи;</w:t>
            </w:r>
          </w:p>
          <w:p w:rsidR="003147F9" w:rsidRPr="00E85698" w:rsidRDefault="003147F9" w:rsidP="00A047B0">
            <w:pPr>
              <w:pStyle w:val="TableParagraph"/>
              <w:spacing w:before="2" w:line="266" w:lineRule="auto"/>
              <w:ind w:left="79"/>
              <w:rPr>
                <w:sz w:val="15"/>
              </w:rPr>
            </w:pPr>
            <w:r w:rsidRPr="00E85698">
              <w:rPr>
                <w:spacing w:val="-1"/>
                <w:w w:val="105"/>
                <w:sz w:val="15"/>
              </w:rPr>
              <w:t>Создавать</w:t>
            </w:r>
            <w:r w:rsidRPr="00E85698">
              <w:rPr>
                <w:spacing w:val="-9"/>
                <w:w w:val="105"/>
                <w:sz w:val="15"/>
              </w:rPr>
              <w:t xml:space="preserve"> </w:t>
            </w:r>
            <w:r w:rsidRPr="00E85698">
              <w:rPr>
                <w:spacing w:val="-1"/>
                <w:w w:val="105"/>
                <w:sz w:val="15"/>
              </w:rPr>
              <w:t>текст-описание:</w:t>
            </w:r>
            <w:r w:rsidRPr="00E85698">
              <w:rPr>
                <w:spacing w:val="-8"/>
                <w:w w:val="105"/>
                <w:sz w:val="15"/>
              </w:rPr>
              <w:t xml:space="preserve"> </w:t>
            </w:r>
            <w:r w:rsidRPr="00E85698">
              <w:rPr>
                <w:w w:val="105"/>
                <w:sz w:val="15"/>
              </w:rPr>
              <w:t>устно</w:t>
            </w:r>
            <w:r w:rsidRPr="00E85698">
              <w:rPr>
                <w:spacing w:val="-9"/>
                <w:w w:val="105"/>
                <w:sz w:val="15"/>
              </w:rPr>
              <w:t xml:space="preserve"> </w:t>
            </w:r>
            <w:r w:rsidRPr="00E85698">
              <w:rPr>
                <w:w w:val="105"/>
                <w:sz w:val="15"/>
              </w:rPr>
              <w:t>и</w:t>
            </w:r>
            <w:r w:rsidRPr="00E85698">
              <w:rPr>
                <w:spacing w:val="-8"/>
                <w:w w:val="105"/>
                <w:sz w:val="15"/>
              </w:rPr>
              <w:t xml:space="preserve"> </w:t>
            </w:r>
            <w:r w:rsidRPr="00E85698">
              <w:rPr>
                <w:w w:val="105"/>
                <w:sz w:val="15"/>
              </w:rPr>
              <w:t>письменно</w:t>
            </w:r>
            <w:r w:rsidRPr="00E85698">
              <w:rPr>
                <w:spacing w:val="-9"/>
                <w:w w:val="105"/>
                <w:sz w:val="15"/>
              </w:rPr>
              <w:t xml:space="preserve"> </w:t>
            </w:r>
            <w:r w:rsidRPr="00E85698">
              <w:rPr>
                <w:w w:val="105"/>
                <w:sz w:val="15"/>
              </w:rPr>
              <w:t>описывать</w:t>
            </w:r>
            <w:r w:rsidRPr="00E85698">
              <w:rPr>
                <w:spacing w:val="-36"/>
                <w:w w:val="105"/>
                <w:sz w:val="15"/>
              </w:rPr>
              <w:t xml:space="preserve"> </w:t>
            </w:r>
            <w:r w:rsidRPr="00E85698">
              <w:rPr>
                <w:w w:val="105"/>
                <w:sz w:val="15"/>
              </w:rPr>
              <w:t>внешность человека, помещение, природу, местность,</w:t>
            </w:r>
            <w:r w:rsidRPr="00E85698">
              <w:rPr>
                <w:spacing w:val="1"/>
                <w:w w:val="105"/>
                <w:sz w:val="15"/>
              </w:rPr>
              <w:t xml:space="preserve"> </w:t>
            </w:r>
            <w:r w:rsidRPr="00E85698">
              <w:rPr>
                <w:w w:val="105"/>
                <w:sz w:val="15"/>
              </w:rPr>
              <w:t>действие;</w:t>
            </w:r>
          </w:p>
          <w:p w:rsidR="003147F9" w:rsidRPr="00E85698" w:rsidRDefault="003147F9" w:rsidP="00A047B0">
            <w:pPr>
              <w:pStyle w:val="TableParagraph"/>
              <w:spacing w:before="2" w:line="266" w:lineRule="auto"/>
              <w:ind w:left="79" w:right="132"/>
              <w:rPr>
                <w:sz w:val="15"/>
              </w:rPr>
            </w:pPr>
            <w:r w:rsidRPr="00E85698">
              <w:rPr>
                <w:w w:val="105"/>
                <w:sz w:val="15"/>
              </w:rPr>
              <w:t>Создавать тексты с опорой на картину, произведение</w:t>
            </w:r>
            <w:r w:rsidRPr="00E85698">
              <w:rPr>
                <w:spacing w:val="1"/>
                <w:w w:val="105"/>
                <w:sz w:val="15"/>
              </w:rPr>
              <w:t xml:space="preserve"> </w:t>
            </w:r>
            <w:r w:rsidRPr="00E85698">
              <w:rPr>
                <w:spacing w:val="-1"/>
                <w:w w:val="105"/>
                <w:sz w:val="15"/>
              </w:rPr>
              <w:t xml:space="preserve">искусства, в том числе сочинения-миниатюры, </w:t>
            </w:r>
            <w:r w:rsidRPr="00E85698">
              <w:rPr>
                <w:w w:val="105"/>
                <w:sz w:val="15"/>
              </w:rPr>
              <w:t>классные</w:t>
            </w:r>
            <w:r w:rsidRPr="00E85698">
              <w:rPr>
                <w:spacing w:val="-37"/>
                <w:w w:val="105"/>
                <w:sz w:val="15"/>
              </w:rPr>
              <w:t xml:space="preserve"> </w:t>
            </w:r>
            <w:r w:rsidRPr="00E85698">
              <w:rPr>
                <w:w w:val="105"/>
                <w:sz w:val="15"/>
              </w:rPr>
              <w:t>сочинения;</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https://resh.edu.ru/subject/lesson/6933/start/325614/</w:t>
            </w:r>
          </w:p>
        </w:tc>
      </w:tr>
      <w:tr w:rsidR="003147F9" w:rsidRPr="00E85698" w:rsidTr="00A047B0">
        <w:trPr>
          <w:trHeight w:val="969"/>
        </w:trPr>
        <w:tc>
          <w:tcPr>
            <w:tcW w:w="468" w:type="dxa"/>
          </w:tcPr>
          <w:p w:rsidR="003147F9" w:rsidRPr="00E85698" w:rsidRDefault="003147F9" w:rsidP="00A047B0">
            <w:pPr>
              <w:pStyle w:val="TableParagraph"/>
              <w:spacing w:before="64"/>
              <w:rPr>
                <w:sz w:val="15"/>
              </w:rPr>
            </w:pPr>
            <w:r w:rsidRPr="00E85698">
              <w:rPr>
                <w:w w:val="105"/>
                <w:sz w:val="15"/>
              </w:rPr>
              <w:t>4.2.</w:t>
            </w:r>
          </w:p>
        </w:tc>
        <w:tc>
          <w:tcPr>
            <w:tcW w:w="2833" w:type="dxa"/>
          </w:tcPr>
          <w:p w:rsidR="003147F9" w:rsidRPr="00E85698" w:rsidRDefault="003147F9" w:rsidP="00A047B0">
            <w:pPr>
              <w:pStyle w:val="TableParagraph"/>
              <w:spacing w:before="64"/>
              <w:rPr>
                <w:sz w:val="15"/>
              </w:rPr>
            </w:pPr>
            <w:proofErr w:type="spellStart"/>
            <w:r w:rsidRPr="00E85698">
              <w:rPr>
                <w:spacing w:val="-1"/>
                <w:w w:val="105"/>
                <w:sz w:val="15"/>
              </w:rPr>
              <w:t>Функциональносмысловые</w:t>
            </w:r>
            <w:proofErr w:type="spellEnd"/>
            <w:r w:rsidRPr="00E85698">
              <w:rPr>
                <w:spacing w:val="-8"/>
                <w:w w:val="105"/>
                <w:sz w:val="15"/>
              </w:rPr>
              <w:t xml:space="preserve"> </w:t>
            </w:r>
            <w:r w:rsidRPr="00E85698">
              <w:rPr>
                <w:w w:val="105"/>
                <w:sz w:val="15"/>
              </w:rPr>
              <w:t>типы</w:t>
            </w:r>
            <w:r w:rsidRPr="00E85698">
              <w:rPr>
                <w:spacing w:val="-7"/>
                <w:w w:val="105"/>
                <w:sz w:val="15"/>
              </w:rPr>
              <w:t xml:space="preserve"> </w:t>
            </w:r>
            <w:r w:rsidRPr="00E85698">
              <w:rPr>
                <w:w w:val="105"/>
                <w:sz w:val="15"/>
              </w:rPr>
              <w:t>речи.</w:t>
            </w:r>
          </w:p>
        </w:tc>
        <w:tc>
          <w:tcPr>
            <w:tcW w:w="528" w:type="dxa"/>
          </w:tcPr>
          <w:p w:rsidR="003147F9" w:rsidRPr="00E85698" w:rsidRDefault="003147F9" w:rsidP="00A047B0">
            <w:pPr>
              <w:pStyle w:val="TableParagraph"/>
              <w:spacing w:before="64"/>
              <w:ind w:left="77"/>
              <w:rPr>
                <w:sz w:val="15"/>
              </w:rPr>
            </w:pPr>
            <w:r w:rsidRPr="00E85698">
              <w:rPr>
                <w:w w:val="104"/>
                <w:sz w:val="15"/>
              </w:rPr>
              <w:t>2</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19</w:t>
            </w:r>
            <w:r w:rsidR="003147F9" w:rsidRPr="00E85698">
              <w:rPr>
                <w:w w:val="105"/>
                <w:sz w:val="15"/>
              </w:rPr>
              <w:t>.09.2022</w:t>
            </w:r>
          </w:p>
          <w:p w:rsidR="003147F9" w:rsidRPr="00E85698" w:rsidRDefault="004D6B8E" w:rsidP="00A047B0">
            <w:pPr>
              <w:pStyle w:val="TableParagraph"/>
              <w:spacing w:before="20"/>
              <w:ind w:left="79"/>
              <w:rPr>
                <w:sz w:val="15"/>
              </w:rPr>
            </w:pPr>
            <w:r>
              <w:rPr>
                <w:w w:val="105"/>
                <w:sz w:val="15"/>
              </w:rPr>
              <w:t>20</w:t>
            </w:r>
            <w:r w:rsidR="003147F9" w:rsidRPr="00E85698">
              <w:rPr>
                <w:w w:val="105"/>
                <w:sz w:val="15"/>
              </w:rPr>
              <w:t>.09.2022</w:t>
            </w:r>
          </w:p>
        </w:tc>
        <w:tc>
          <w:tcPr>
            <w:tcW w:w="4022" w:type="dxa"/>
          </w:tcPr>
          <w:p w:rsidR="003147F9" w:rsidRPr="00E85698" w:rsidRDefault="003147F9" w:rsidP="00A047B0">
            <w:pPr>
              <w:pStyle w:val="TableParagraph"/>
              <w:spacing w:before="64" w:line="266" w:lineRule="auto"/>
              <w:ind w:left="79" w:right="409"/>
              <w:rPr>
                <w:sz w:val="15"/>
              </w:rPr>
            </w:pPr>
            <w:r w:rsidRPr="00E85698">
              <w:rPr>
                <w:spacing w:val="-1"/>
                <w:w w:val="105"/>
                <w:sz w:val="15"/>
              </w:rPr>
              <w:t>Характеризовать тексты различных функционально-</w:t>
            </w:r>
            <w:r w:rsidRPr="00E85698">
              <w:rPr>
                <w:spacing w:val="-37"/>
                <w:w w:val="105"/>
                <w:sz w:val="15"/>
              </w:rPr>
              <w:t xml:space="preserve"> </w:t>
            </w:r>
            <w:r w:rsidRPr="00E85698">
              <w:rPr>
                <w:w w:val="105"/>
                <w:sz w:val="15"/>
              </w:rPr>
              <w:t>смысловых</w:t>
            </w:r>
            <w:r w:rsidRPr="00E85698">
              <w:rPr>
                <w:spacing w:val="-3"/>
                <w:w w:val="105"/>
                <w:sz w:val="15"/>
              </w:rPr>
              <w:t xml:space="preserve"> </w:t>
            </w:r>
            <w:r w:rsidRPr="00E85698">
              <w:rPr>
                <w:w w:val="105"/>
                <w:sz w:val="15"/>
              </w:rPr>
              <w:t>типов</w:t>
            </w:r>
            <w:r w:rsidRPr="00E85698">
              <w:rPr>
                <w:spacing w:val="-3"/>
                <w:w w:val="105"/>
                <w:sz w:val="15"/>
              </w:rPr>
              <w:t xml:space="preserve"> </w:t>
            </w:r>
            <w:r w:rsidRPr="00E85698">
              <w:rPr>
                <w:w w:val="105"/>
                <w:sz w:val="15"/>
              </w:rPr>
              <w:t>речи</w:t>
            </w:r>
            <w:r w:rsidRPr="00E85698">
              <w:rPr>
                <w:spacing w:val="-2"/>
                <w:w w:val="105"/>
                <w:sz w:val="15"/>
              </w:rPr>
              <w:t xml:space="preserve"> </w:t>
            </w:r>
            <w:r w:rsidRPr="00E85698">
              <w:rPr>
                <w:w w:val="105"/>
                <w:sz w:val="15"/>
              </w:rPr>
              <w:t>(повествование;</w:t>
            </w:r>
          </w:p>
          <w:p w:rsidR="003147F9" w:rsidRPr="00E85698" w:rsidRDefault="003147F9" w:rsidP="00A047B0">
            <w:pPr>
              <w:pStyle w:val="TableParagraph"/>
              <w:spacing w:before="2" w:line="266" w:lineRule="auto"/>
              <w:ind w:left="79" w:right="2917"/>
              <w:rPr>
                <w:sz w:val="15"/>
              </w:rPr>
            </w:pPr>
            <w:r w:rsidRPr="00E85698">
              <w:rPr>
                <w:w w:val="105"/>
                <w:sz w:val="15"/>
              </w:rPr>
              <w:t>описание;</w:t>
            </w:r>
            <w:r w:rsidRPr="00E85698">
              <w:rPr>
                <w:spacing w:val="1"/>
                <w:w w:val="105"/>
                <w:sz w:val="15"/>
              </w:rPr>
              <w:t xml:space="preserve"> </w:t>
            </w:r>
            <w:r w:rsidRPr="00E85698">
              <w:rPr>
                <w:spacing w:val="-1"/>
                <w:w w:val="105"/>
                <w:sz w:val="15"/>
              </w:rPr>
              <w:t>рассуждение);;</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https://resh.edu.ru/subject/lesson/6935/start/259765/</w:t>
            </w:r>
          </w:p>
        </w:tc>
      </w:tr>
      <w:tr w:rsidR="003147F9" w:rsidRPr="00E85698" w:rsidTr="00A047B0">
        <w:trPr>
          <w:trHeight w:val="2254"/>
        </w:trPr>
        <w:tc>
          <w:tcPr>
            <w:tcW w:w="468" w:type="dxa"/>
          </w:tcPr>
          <w:p w:rsidR="003147F9" w:rsidRPr="00E85698" w:rsidRDefault="003147F9" w:rsidP="00A047B0">
            <w:pPr>
              <w:pStyle w:val="TableParagraph"/>
              <w:spacing w:before="64"/>
              <w:rPr>
                <w:sz w:val="15"/>
              </w:rPr>
            </w:pPr>
            <w:r w:rsidRPr="00E85698">
              <w:rPr>
                <w:w w:val="105"/>
                <w:sz w:val="15"/>
              </w:rPr>
              <w:t>4.3.</w:t>
            </w:r>
          </w:p>
        </w:tc>
        <w:tc>
          <w:tcPr>
            <w:tcW w:w="2833" w:type="dxa"/>
          </w:tcPr>
          <w:p w:rsidR="003147F9" w:rsidRPr="00E85698" w:rsidRDefault="003147F9" w:rsidP="00A047B0">
            <w:pPr>
              <w:pStyle w:val="TableParagraph"/>
              <w:spacing w:before="64"/>
              <w:rPr>
                <w:sz w:val="15"/>
              </w:rPr>
            </w:pPr>
            <w:r w:rsidRPr="00E85698">
              <w:rPr>
                <w:w w:val="105"/>
                <w:sz w:val="15"/>
              </w:rPr>
              <w:t>Виды</w:t>
            </w:r>
            <w:r w:rsidRPr="00E85698">
              <w:rPr>
                <w:spacing w:val="-10"/>
                <w:w w:val="105"/>
                <w:sz w:val="15"/>
              </w:rPr>
              <w:t xml:space="preserve"> </w:t>
            </w:r>
            <w:r w:rsidRPr="00E85698">
              <w:rPr>
                <w:w w:val="105"/>
                <w:sz w:val="15"/>
              </w:rPr>
              <w:t>описания.</w:t>
            </w:r>
          </w:p>
        </w:tc>
        <w:tc>
          <w:tcPr>
            <w:tcW w:w="528" w:type="dxa"/>
          </w:tcPr>
          <w:p w:rsidR="003147F9" w:rsidRPr="00E85698" w:rsidRDefault="003147F9" w:rsidP="00A047B0">
            <w:pPr>
              <w:pStyle w:val="TableParagraph"/>
              <w:spacing w:before="64"/>
              <w:ind w:left="77"/>
              <w:rPr>
                <w:sz w:val="15"/>
              </w:rPr>
            </w:pPr>
            <w:r w:rsidRPr="00E85698">
              <w:rPr>
                <w:w w:val="105"/>
                <w:sz w:val="15"/>
              </w:rPr>
              <w:t>11</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20</w:t>
            </w:r>
            <w:r w:rsidR="003147F9" w:rsidRPr="00E85698">
              <w:rPr>
                <w:w w:val="105"/>
                <w:sz w:val="15"/>
              </w:rPr>
              <w:t>.09.2022</w:t>
            </w:r>
          </w:p>
          <w:p w:rsidR="003147F9" w:rsidRPr="00E85698" w:rsidRDefault="004D6B8E" w:rsidP="00A047B0">
            <w:pPr>
              <w:pStyle w:val="TableParagraph"/>
              <w:spacing w:before="20"/>
              <w:ind w:left="79"/>
              <w:rPr>
                <w:sz w:val="15"/>
              </w:rPr>
            </w:pPr>
            <w:r>
              <w:rPr>
                <w:w w:val="105"/>
                <w:sz w:val="15"/>
              </w:rPr>
              <w:t>4</w:t>
            </w:r>
            <w:r w:rsidR="003147F9" w:rsidRPr="00E85698">
              <w:rPr>
                <w:w w:val="105"/>
                <w:sz w:val="15"/>
              </w:rPr>
              <w:t>.10.2022</w:t>
            </w:r>
          </w:p>
        </w:tc>
        <w:tc>
          <w:tcPr>
            <w:tcW w:w="4022" w:type="dxa"/>
          </w:tcPr>
          <w:p w:rsidR="003147F9" w:rsidRPr="00E85698" w:rsidRDefault="003147F9" w:rsidP="00A047B0">
            <w:pPr>
              <w:pStyle w:val="TableParagraph"/>
              <w:spacing w:before="64" w:line="266" w:lineRule="auto"/>
              <w:ind w:left="79"/>
              <w:rPr>
                <w:sz w:val="15"/>
              </w:rPr>
            </w:pPr>
            <w:r w:rsidRPr="00E85698">
              <w:rPr>
                <w:w w:val="105"/>
                <w:sz w:val="15"/>
              </w:rPr>
              <w:t>характеризовать особенности описания как типа речи.;</w:t>
            </w:r>
            <w:r w:rsidRPr="00E85698">
              <w:rPr>
                <w:spacing w:val="1"/>
                <w:w w:val="105"/>
                <w:sz w:val="15"/>
              </w:rPr>
              <w:t xml:space="preserve"> </w:t>
            </w:r>
            <w:r w:rsidRPr="00E85698">
              <w:rPr>
                <w:spacing w:val="-1"/>
                <w:w w:val="105"/>
                <w:sz w:val="15"/>
              </w:rPr>
              <w:t>Создавать</w:t>
            </w:r>
            <w:r w:rsidRPr="00E85698">
              <w:rPr>
                <w:spacing w:val="-9"/>
                <w:w w:val="105"/>
                <w:sz w:val="15"/>
              </w:rPr>
              <w:t xml:space="preserve"> </w:t>
            </w:r>
            <w:r w:rsidRPr="00E85698">
              <w:rPr>
                <w:spacing w:val="-1"/>
                <w:w w:val="105"/>
                <w:sz w:val="15"/>
              </w:rPr>
              <w:t>текст-описание:</w:t>
            </w:r>
            <w:r w:rsidRPr="00E85698">
              <w:rPr>
                <w:spacing w:val="-8"/>
                <w:w w:val="105"/>
                <w:sz w:val="15"/>
              </w:rPr>
              <w:t xml:space="preserve"> </w:t>
            </w:r>
            <w:r w:rsidRPr="00E85698">
              <w:rPr>
                <w:w w:val="105"/>
                <w:sz w:val="15"/>
              </w:rPr>
              <w:t>устно</w:t>
            </w:r>
            <w:r w:rsidRPr="00E85698">
              <w:rPr>
                <w:spacing w:val="-9"/>
                <w:w w:val="105"/>
                <w:sz w:val="15"/>
              </w:rPr>
              <w:t xml:space="preserve"> </w:t>
            </w:r>
            <w:r w:rsidRPr="00E85698">
              <w:rPr>
                <w:w w:val="105"/>
                <w:sz w:val="15"/>
              </w:rPr>
              <w:t>и</w:t>
            </w:r>
            <w:r w:rsidRPr="00E85698">
              <w:rPr>
                <w:spacing w:val="-8"/>
                <w:w w:val="105"/>
                <w:sz w:val="15"/>
              </w:rPr>
              <w:t xml:space="preserve"> </w:t>
            </w:r>
            <w:r w:rsidRPr="00E85698">
              <w:rPr>
                <w:w w:val="105"/>
                <w:sz w:val="15"/>
              </w:rPr>
              <w:t>письменно</w:t>
            </w:r>
            <w:r w:rsidRPr="00E85698">
              <w:rPr>
                <w:spacing w:val="-9"/>
                <w:w w:val="105"/>
                <w:sz w:val="15"/>
              </w:rPr>
              <w:t xml:space="preserve"> </w:t>
            </w:r>
            <w:r w:rsidRPr="00E85698">
              <w:rPr>
                <w:w w:val="105"/>
                <w:sz w:val="15"/>
              </w:rPr>
              <w:t>описывать</w:t>
            </w:r>
            <w:r w:rsidRPr="00E85698">
              <w:rPr>
                <w:spacing w:val="-36"/>
                <w:w w:val="105"/>
                <w:sz w:val="15"/>
              </w:rPr>
              <w:t xml:space="preserve"> </w:t>
            </w:r>
            <w:r w:rsidRPr="00E85698">
              <w:rPr>
                <w:w w:val="105"/>
                <w:sz w:val="15"/>
              </w:rPr>
              <w:t>внешность</w:t>
            </w:r>
            <w:r w:rsidRPr="00E85698">
              <w:rPr>
                <w:spacing w:val="-2"/>
                <w:w w:val="105"/>
                <w:sz w:val="15"/>
              </w:rPr>
              <w:t xml:space="preserve"> </w:t>
            </w:r>
            <w:r w:rsidRPr="00E85698">
              <w:rPr>
                <w:w w:val="105"/>
                <w:sz w:val="15"/>
              </w:rPr>
              <w:t>человека;</w:t>
            </w:r>
          </w:p>
          <w:p w:rsidR="003147F9" w:rsidRPr="00E85698" w:rsidRDefault="003147F9" w:rsidP="00A047B0">
            <w:pPr>
              <w:pStyle w:val="TableParagraph"/>
              <w:spacing w:before="2" w:line="266" w:lineRule="auto"/>
              <w:ind w:left="79" w:right="3111"/>
              <w:rPr>
                <w:sz w:val="15"/>
              </w:rPr>
            </w:pPr>
            <w:r w:rsidRPr="00E85698">
              <w:rPr>
                <w:spacing w:val="-1"/>
                <w:w w:val="105"/>
                <w:sz w:val="15"/>
              </w:rPr>
              <w:t>помещение;</w:t>
            </w:r>
            <w:r w:rsidRPr="00E85698">
              <w:rPr>
                <w:spacing w:val="-37"/>
                <w:w w:val="105"/>
                <w:sz w:val="15"/>
              </w:rPr>
              <w:t xml:space="preserve"> </w:t>
            </w:r>
            <w:r w:rsidRPr="00E85698">
              <w:rPr>
                <w:w w:val="105"/>
                <w:sz w:val="15"/>
              </w:rPr>
              <w:t>природу;</w:t>
            </w:r>
            <w:r w:rsidRPr="00E85698">
              <w:rPr>
                <w:spacing w:val="1"/>
                <w:w w:val="105"/>
                <w:sz w:val="15"/>
              </w:rPr>
              <w:t xml:space="preserve"> </w:t>
            </w:r>
            <w:r w:rsidRPr="00E85698">
              <w:rPr>
                <w:w w:val="105"/>
                <w:sz w:val="15"/>
              </w:rPr>
              <w:t>местность;</w:t>
            </w:r>
            <w:r w:rsidRPr="00E85698">
              <w:rPr>
                <w:spacing w:val="1"/>
                <w:w w:val="105"/>
                <w:sz w:val="15"/>
              </w:rPr>
              <w:t xml:space="preserve"> </w:t>
            </w:r>
            <w:r w:rsidRPr="00E85698">
              <w:rPr>
                <w:w w:val="105"/>
                <w:sz w:val="15"/>
              </w:rPr>
              <w:t>действие.;</w:t>
            </w:r>
          </w:p>
          <w:p w:rsidR="003147F9" w:rsidRPr="00E85698" w:rsidRDefault="003147F9" w:rsidP="00A047B0">
            <w:pPr>
              <w:pStyle w:val="TableParagraph"/>
              <w:spacing w:before="3" w:line="266" w:lineRule="auto"/>
              <w:ind w:left="79" w:right="1318"/>
              <w:rPr>
                <w:sz w:val="15"/>
              </w:rPr>
            </w:pPr>
            <w:r w:rsidRPr="00E85698">
              <w:rPr>
                <w:w w:val="105"/>
                <w:sz w:val="15"/>
              </w:rPr>
              <w:t>Создавать</w:t>
            </w:r>
            <w:r w:rsidRPr="00E85698">
              <w:rPr>
                <w:spacing w:val="-9"/>
                <w:w w:val="105"/>
                <w:sz w:val="15"/>
              </w:rPr>
              <w:t xml:space="preserve"> </w:t>
            </w:r>
            <w:r w:rsidRPr="00E85698">
              <w:rPr>
                <w:w w:val="105"/>
                <w:sz w:val="15"/>
              </w:rPr>
              <w:t>тексты</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опорой</w:t>
            </w:r>
            <w:r w:rsidRPr="00E85698">
              <w:rPr>
                <w:spacing w:val="-8"/>
                <w:w w:val="105"/>
                <w:sz w:val="15"/>
              </w:rPr>
              <w:t xml:space="preserve"> </w:t>
            </w:r>
            <w:r w:rsidRPr="00E85698">
              <w:rPr>
                <w:w w:val="105"/>
                <w:sz w:val="15"/>
              </w:rPr>
              <w:t>на</w:t>
            </w:r>
            <w:r w:rsidRPr="00E85698">
              <w:rPr>
                <w:spacing w:val="-8"/>
                <w:w w:val="105"/>
                <w:sz w:val="15"/>
              </w:rPr>
              <w:t xml:space="preserve"> </w:t>
            </w:r>
            <w:r w:rsidRPr="00E85698">
              <w:rPr>
                <w:w w:val="105"/>
                <w:sz w:val="15"/>
              </w:rPr>
              <w:t>картину;</w:t>
            </w:r>
            <w:r w:rsidRPr="00E85698">
              <w:rPr>
                <w:spacing w:val="-37"/>
                <w:w w:val="105"/>
                <w:sz w:val="15"/>
              </w:rPr>
              <w:t xml:space="preserve"> </w:t>
            </w:r>
            <w:r w:rsidRPr="00E85698">
              <w:rPr>
                <w:w w:val="105"/>
                <w:sz w:val="15"/>
              </w:rPr>
              <w:t>произведение</w:t>
            </w:r>
            <w:r w:rsidRPr="00E85698">
              <w:rPr>
                <w:spacing w:val="-3"/>
                <w:w w:val="105"/>
                <w:sz w:val="15"/>
              </w:rPr>
              <w:t xml:space="preserve"> </w:t>
            </w:r>
            <w:r w:rsidRPr="00E85698">
              <w:rPr>
                <w:w w:val="105"/>
                <w:sz w:val="15"/>
              </w:rPr>
              <w:t>искусства;</w:t>
            </w:r>
          </w:p>
          <w:p w:rsidR="003147F9" w:rsidRPr="00E85698" w:rsidRDefault="003147F9" w:rsidP="00A047B0">
            <w:pPr>
              <w:pStyle w:val="TableParagraph"/>
              <w:spacing w:before="1" w:line="266" w:lineRule="auto"/>
              <w:ind w:left="79" w:right="1521"/>
              <w:rPr>
                <w:sz w:val="15"/>
              </w:rPr>
            </w:pPr>
            <w:r w:rsidRPr="00E85698">
              <w:rPr>
                <w:spacing w:val="-1"/>
                <w:w w:val="105"/>
                <w:sz w:val="15"/>
              </w:rPr>
              <w:t>в том числе сочинения-миниатюры;</w:t>
            </w:r>
            <w:r w:rsidRPr="00E85698">
              <w:rPr>
                <w:spacing w:val="-37"/>
                <w:w w:val="105"/>
                <w:sz w:val="15"/>
              </w:rPr>
              <w:t xml:space="preserve"> </w:t>
            </w:r>
            <w:r w:rsidRPr="00E85698">
              <w:rPr>
                <w:w w:val="105"/>
                <w:sz w:val="15"/>
              </w:rPr>
              <w:t>классные</w:t>
            </w:r>
            <w:r w:rsidRPr="00E85698">
              <w:rPr>
                <w:spacing w:val="-2"/>
                <w:w w:val="105"/>
                <w:sz w:val="15"/>
              </w:rPr>
              <w:t xml:space="preserve"> </w:t>
            </w:r>
            <w:r w:rsidRPr="00E85698">
              <w:rPr>
                <w:w w:val="105"/>
                <w:sz w:val="15"/>
              </w:rPr>
              <w:t>сочинения;</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https://resh.edu.ru/subject/lesson/6934/start/292832/</w:t>
            </w:r>
          </w:p>
        </w:tc>
      </w:tr>
    </w:tbl>
    <w:p w:rsidR="003147F9" w:rsidRPr="00E85698" w:rsidRDefault="003147F9" w:rsidP="003147F9">
      <w:pPr>
        <w:jc w:val="center"/>
        <w:rPr>
          <w:sz w:val="15"/>
        </w:rPr>
        <w:sectPr w:rsidR="003147F9" w:rsidRPr="00E85698">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1870"/>
        </w:trPr>
        <w:tc>
          <w:tcPr>
            <w:tcW w:w="468" w:type="dxa"/>
          </w:tcPr>
          <w:p w:rsidR="003147F9" w:rsidRPr="00E85698" w:rsidRDefault="003147F9" w:rsidP="00A047B0">
            <w:pPr>
              <w:pStyle w:val="TableParagraph"/>
              <w:spacing w:before="64"/>
              <w:rPr>
                <w:sz w:val="15"/>
              </w:rPr>
            </w:pPr>
            <w:r w:rsidRPr="00E85698">
              <w:rPr>
                <w:w w:val="105"/>
                <w:sz w:val="15"/>
              </w:rPr>
              <w:lastRenderedPageBreak/>
              <w:t>4.4.</w:t>
            </w:r>
          </w:p>
        </w:tc>
        <w:tc>
          <w:tcPr>
            <w:tcW w:w="2833" w:type="dxa"/>
          </w:tcPr>
          <w:p w:rsidR="003147F9" w:rsidRPr="00E85698" w:rsidRDefault="003147F9" w:rsidP="00A047B0">
            <w:pPr>
              <w:pStyle w:val="TableParagraph"/>
              <w:spacing w:before="64"/>
              <w:rPr>
                <w:sz w:val="15"/>
              </w:rPr>
            </w:pPr>
            <w:r w:rsidRPr="00E85698">
              <w:rPr>
                <w:spacing w:val="-1"/>
                <w:w w:val="105"/>
                <w:sz w:val="15"/>
              </w:rPr>
              <w:t>Смысловой</w:t>
            </w:r>
            <w:r w:rsidRPr="00E85698">
              <w:rPr>
                <w:spacing w:val="-8"/>
                <w:w w:val="105"/>
                <w:sz w:val="15"/>
              </w:rPr>
              <w:t xml:space="preserve"> </w:t>
            </w:r>
            <w:r w:rsidRPr="00E85698">
              <w:rPr>
                <w:w w:val="105"/>
                <w:sz w:val="15"/>
              </w:rPr>
              <w:t>анализ</w:t>
            </w:r>
            <w:r w:rsidRPr="00E85698">
              <w:rPr>
                <w:spacing w:val="-8"/>
                <w:w w:val="105"/>
                <w:sz w:val="15"/>
              </w:rPr>
              <w:t xml:space="preserve"> </w:t>
            </w:r>
            <w:r w:rsidRPr="00E85698">
              <w:rPr>
                <w:w w:val="105"/>
                <w:sz w:val="15"/>
              </w:rPr>
              <w:t>текста.</w:t>
            </w:r>
          </w:p>
        </w:tc>
        <w:tc>
          <w:tcPr>
            <w:tcW w:w="528" w:type="dxa"/>
          </w:tcPr>
          <w:p w:rsidR="003147F9" w:rsidRPr="00E85698" w:rsidRDefault="003147F9" w:rsidP="00A047B0">
            <w:pPr>
              <w:pStyle w:val="TableParagraph"/>
              <w:spacing w:before="64"/>
              <w:ind w:left="77"/>
              <w:rPr>
                <w:sz w:val="15"/>
              </w:rPr>
            </w:pPr>
            <w:r w:rsidRPr="00E85698">
              <w:rPr>
                <w:w w:val="104"/>
                <w:sz w:val="15"/>
              </w:rPr>
              <w:t>5</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4</w:t>
            </w:r>
            <w:r w:rsidR="003147F9" w:rsidRPr="00E85698">
              <w:rPr>
                <w:w w:val="105"/>
                <w:sz w:val="15"/>
              </w:rPr>
              <w:t>.10.2022</w:t>
            </w:r>
          </w:p>
          <w:p w:rsidR="003147F9" w:rsidRPr="00E85698" w:rsidRDefault="004D6B8E" w:rsidP="00A047B0">
            <w:pPr>
              <w:pStyle w:val="TableParagraph"/>
              <w:spacing w:before="20"/>
              <w:ind w:left="79"/>
              <w:rPr>
                <w:sz w:val="15"/>
              </w:rPr>
            </w:pPr>
            <w:r>
              <w:rPr>
                <w:w w:val="105"/>
                <w:sz w:val="15"/>
              </w:rPr>
              <w:t>1</w:t>
            </w:r>
            <w:r w:rsidR="003147F9" w:rsidRPr="00E85698">
              <w:rPr>
                <w:w w:val="105"/>
                <w:sz w:val="15"/>
              </w:rPr>
              <w:t>0.10.2022</w:t>
            </w:r>
          </w:p>
        </w:tc>
        <w:tc>
          <w:tcPr>
            <w:tcW w:w="4022" w:type="dxa"/>
          </w:tcPr>
          <w:p w:rsidR="003147F9" w:rsidRPr="00E85698" w:rsidRDefault="003147F9" w:rsidP="00A047B0">
            <w:pPr>
              <w:pStyle w:val="TableParagraph"/>
              <w:spacing w:before="64" w:line="266" w:lineRule="auto"/>
              <w:ind w:left="79"/>
              <w:rPr>
                <w:sz w:val="15"/>
              </w:rPr>
            </w:pPr>
            <w:r w:rsidRPr="00E85698">
              <w:rPr>
                <w:spacing w:val="-1"/>
                <w:w w:val="105"/>
                <w:sz w:val="15"/>
              </w:rPr>
              <w:t>Анализировать</w:t>
            </w:r>
            <w:r w:rsidRPr="00E85698">
              <w:rPr>
                <w:spacing w:val="-8"/>
                <w:w w:val="105"/>
                <w:sz w:val="15"/>
              </w:rPr>
              <w:t xml:space="preserve"> </w:t>
            </w:r>
            <w:r w:rsidRPr="00E85698">
              <w:rPr>
                <w:w w:val="105"/>
                <w:sz w:val="15"/>
              </w:rPr>
              <w:t>текст</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точки</w:t>
            </w:r>
            <w:r w:rsidRPr="00E85698">
              <w:rPr>
                <w:spacing w:val="-8"/>
                <w:w w:val="105"/>
                <w:sz w:val="15"/>
              </w:rPr>
              <w:t xml:space="preserve"> </w:t>
            </w:r>
            <w:r w:rsidRPr="00E85698">
              <w:rPr>
                <w:w w:val="105"/>
                <w:sz w:val="15"/>
              </w:rPr>
              <w:t>зрения</w:t>
            </w:r>
            <w:r w:rsidRPr="00E85698">
              <w:rPr>
                <w:spacing w:val="-8"/>
                <w:w w:val="105"/>
                <w:sz w:val="15"/>
              </w:rPr>
              <w:t xml:space="preserve"> </w:t>
            </w:r>
            <w:r w:rsidRPr="00E85698">
              <w:rPr>
                <w:w w:val="105"/>
                <w:sz w:val="15"/>
              </w:rPr>
              <w:t>его</w:t>
            </w:r>
            <w:r w:rsidRPr="00E85698">
              <w:rPr>
                <w:spacing w:val="-8"/>
                <w:w w:val="105"/>
                <w:sz w:val="15"/>
              </w:rPr>
              <w:t xml:space="preserve"> </w:t>
            </w:r>
            <w:r w:rsidRPr="00E85698">
              <w:rPr>
                <w:w w:val="105"/>
                <w:sz w:val="15"/>
              </w:rPr>
              <w:t>соответствия</w:t>
            </w:r>
            <w:r w:rsidRPr="00E85698">
              <w:rPr>
                <w:spacing w:val="-37"/>
                <w:w w:val="105"/>
                <w:sz w:val="15"/>
              </w:rPr>
              <w:t xml:space="preserve"> </w:t>
            </w:r>
            <w:r w:rsidRPr="00E85698">
              <w:rPr>
                <w:w w:val="105"/>
                <w:sz w:val="15"/>
              </w:rPr>
              <w:t>основным</w:t>
            </w:r>
            <w:r w:rsidRPr="00E85698">
              <w:rPr>
                <w:spacing w:val="-3"/>
                <w:w w:val="105"/>
                <w:sz w:val="15"/>
              </w:rPr>
              <w:t xml:space="preserve"> </w:t>
            </w:r>
            <w:r w:rsidRPr="00E85698">
              <w:rPr>
                <w:w w:val="105"/>
                <w:sz w:val="15"/>
              </w:rPr>
              <w:t>признакам</w:t>
            </w:r>
            <w:r w:rsidRPr="00E85698">
              <w:rPr>
                <w:spacing w:val="-2"/>
                <w:w w:val="105"/>
                <w:sz w:val="15"/>
              </w:rPr>
              <w:t xml:space="preserve"> </w:t>
            </w:r>
            <w:r w:rsidRPr="00E85698">
              <w:rPr>
                <w:w w:val="105"/>
                <w:sz w:val="15"/>
              </w:rPr>
              <w:t>(наличие</w:t>
            </w:r>
            <w:r w:rsidRPr="00E85698">
              <w:rPr>
                <w:spacing w:val="-2"/>
                <w:w w:val="105"/>
                <w:sz w:val="15"/>
              </w:rPr>
              <w:t xml:space="preserve"> </w:t>
            </w:r>
            <w:r w:rsidRPr="00E85698">
              <w:rPr>
                <w:w w:val="105"/>
                <w:sz w:val="15"/>
              </w:rPr>
              <w:t>темы;</w:t>
            </w:r>
          </w:p>
          <w:p w:rsidR="003147F9" w:rsidRPr="00E85698" w:rsidRDefault="003147F9" w:rsidP="00A047B0">
            <w:pPr>
              <w:pStyle w:val="TableParagraph"/>
              <w:spacing w:before="2"/>
              <w:ind w:left="79"/>
              <w:rPr>
                <w:sz w:val="15"/>
              </w:rPr>
            </w:pPr>
            <w:r w:rsidRPr="00E85698">
              <w:rPr>
                <w:w w:val="105"/>
                <w:sz w:val="15"/>
              </w:rPr>
              <w:t>главной</w:t>
            </w:r>
            <w:r w:rsidRPr="00E85698">
              <w:rPr>
                <w:spacing w:val="-9"/>
                <w:w w:val="105"/>
                <w:sz w:val="15"/>
              </w:rPr>
              <w:t xml:space="preserve"> </w:t>
            </w:r>
            <w:r w:rsidRPr="00E85698">
              <w:rPr>
                <w:w w:val="105"/>
                <w:sz w:val="15"/>
              </w:rPr>
              <w:t>мысли;</w:t>
            </w:r>
          </w:p>
          <w:p w:rsidR="003147F9" w:rsidRPr="00E85698" w:rsidRDefault="003147F9" w:rsidP="00A047B0">
            <w:pPr>
              <w:pStyle w:val="TableParagraph"/>
              <w:spacing w:before="19"/>
              <w:ind w:left="79"/>
              <w:rPr>
                <w:sz w:val="15"/>
              </w:rPr>
            </w:pPr>
            <w:r w:rsidRPr="00E85698">
              <w:rPr>
                <w:spacing w:val="-1"/>
                <w:w w:val="105"/>
                <w:sz w:val="15"/>
              </w:rPr>
              <w:t>грамматической</w:t>
            </w:r>
            <w:r w:rsidRPr="00E85698">
              <w:rPr>
                <w:spacing w:val="-6"/>
                <w:w w:val="105"/>
                <w:sz w:val="15"/>
              </w:rPr>
              <w:t xml:space="preserve"> </w:t>
            </w:r>
            <w:r w:rsidRPr="00E85698">
              <w:rPr>
                <w:spacing w:val="-1"/>
                <w:w w:val="105"/>
                <w:sz w:val="15"/>
              </w:rPr>
              <w:t>связи</w:t>
            </w:r>
            <w:r w:rsidRPr="00E85698">
              <w:rPr>
                <w:spacing w:val="-5"/>
                <w:w w:val="105"/>
                <w:sz w:val="15"/>
              </w:rPr>
              <w:t xml:space="preserve"> </w:t>
            </w:r>
            <w:r w:rsidRPr="00E85698">
              <w:rPr>
                <w:spacing w:val="-1"/>
                <w:w w:val="105"/>
                <w:sz w:val="15"/>
              </w:rPr>
              <w:t>предложений;</w:t>
            </w:r>
          </w:p>
          <w:p w:rsidR="003147F9" w:rsidRPr="00E85698" w:rsidRDefault="003147F9" w:rsidP="00A047B0">
            <w:pPr>
              <w:pStyle w:val="TableParagraph"/>
              <w:spacing w:before="20" w:line="266" w:lineRule="auto"/>
              <w:ind w:left="79" w:right="132"/>
              <w:rPr>
                <w:sz w:val="15"/>
              </w:rPr>
            </w:pPr>
            <w:r w:rsidRPr="00E85698">
              <w:rPr>
                <w:spacing w:val="-1"/>
                <w:w w:val="105"/>
                <w:sz w:val="15"/>
              </w:rPr>
              <w:t>цельности</w:t>
            </w:r>
            <w:r w:rsidRPr="00E85698">
              <w:rPr>
                <w:spacing w:val="-8"/>
                <w:w w:val="105"/>
                <w:sz w:val="15"/>
              </w:rPr>
              <w:t xml:space="preserve"> </w:t>
            </w:r>
            <w:r w:rsidRPr="00E85698">
              <w:rPr>
                <w:spacing w:val="-1"/>
                <w:w w:val="105"/>
                <w:sz w:val="15"/>
              </w:rPr>
              <w:t>и</w:t>
            </w:r>
            <w:r w:rsidRPr="00E85698">
              <w:rPr>
                <w:spacing w:val="-7"/>
                <w:w w:val="105"/>
                <w:sz w:val="15"/>
              </w:rPr>
              <w:t xml:space="preserve"> </w:t>
            </w:r>
            <w:r w:rsidRPr="00E85698">
              <w:rPr>
                <w:spacing w:val="-1"/>
                <w:w w:val="105"/>
                <w:sz w:val="15"/>
              </w:rPr>
              <w:t>относительной</w:t>
            </w:r>
            <w:r w:rsidRPr="00E85698">
              <w:rPr>
                <w:spacing w:val="-7"/>
                <w:w w:val="105"/>
                <w:sz w:val="15"/>
              </w:rPr>
              <w:t xml:space="preserve"> </w:t>
            </w:r>
            <w:r w:rsidRPr="00E85698">
              <w:rPr>
                <w:w w:val="105"/>
                <w:sz w:val="15"/>
              </w:rPr>
              <w:t>законченности);</w:t>
            </w:r>
            <w:r w:rsidRPr="00E85698">
              <w:rPr>
                <w:spacing w:val="-8"/>
                <w:w w:val="105"/>
                <w:sz w:val="15"/>
              </w:rPr>
              <w:t xml:space="preserve"> </w:t>
            </w:r>
            <w:r w:rsidRPr="00E85698">
              <w:rPr>
                <w:w w:val="105"/>
                <w:sz w:val="15"/>
              </w:rPr>
              <w:t>с</w:t>
            </w:r>
            <w:r w:rsidRPr="00E85698">
              <w:rPr>
                <w:spacing w:val="-7"/>
                <w:w w:val="105"/>
                <w:sz w:val="15"/>
              </w:rPr>
              <w:t xml:space="preserve"> </w:t>
            </w:r>
            <w:r w:rsidRPr="00E85698">
              <w:rPr>
                <w:w w:val="105"/>
                <w:sz w:val="15"/>
              </w:rPr>
              <w:t>точки</w:t>
            </w:r>
            <w:r w:rsidRPr="00E85698">
              <w:rPr>
                <w:spacing w:val="-36"/>
                <w:w w:val="105"/>
                <w:sz w:val="15"/>
              </w:rPr>
              <w:t xml:space="preserve"> </w:t>
            </w:r>
            <w:r w:rsidRPr="00E85698">
              <w:rPr>
                <w:w w:val="105"/>
                <w:sz w:val="15"/>
              </w:rPr>
              <w:t>зрения его принадлежности к функционально-</w:t>
            </w:r>
            <w:r w:rsidRPr="00E85698">
              <w:rPr>
                <w:spacing w:val="1"/>
                <w:w w:val="105"/>
                <w:sz w:val="15"/>
              </w:rPr>
              <w:t xml:space="preserve"> </w:t>
            </w:r>
            <w:r w:rsidRPr="00E85698">
              <w:rPr>
                <w:w w:val="105"/>
                <w:sz w:val="15"/>
              </w:rPr>
              <w:t>смысловому типу речи; его композиционных</w:t>
            </w:r>
            <w:r w:rsidRPr="00E85698">
              <w:rPr>
                <w:spacing w:val="1"/>
                <w:w w:val="105"/>
                <w:sz w:val="15"/>
              </w:rPr>
              <w:t xml:space="preserve"> </w:t>
            </w:r>
            <w:r w:rsidRPr="00E85698">
              <w:rPr>
                <w:w w:val="105"/>
                <w:sz w:val="15"/>
              </w:rPr>
              <w:t>особенностей;</w:t>
            </w:r>
          </w:p>
          <w:p w:rsidR="003147F9" w:rsidRPr="00E85698" w:rsidRDefault="003147F9" w:rsidP="00A047B0">
            <w:pPr>
              <w:pStyle w:val="TableParagraph"/>
              <w:spacing w:before="2"/>
              <w:ind w:left="79"/>
              <w:rPr>
                <w:sz w:val="15"/>
              </w:rPr>
            </w:pPr>
            <w:r w:rsidRPr="00E85698">
              <w:rPr>
                <w:spacing w:val="-1"/>
                <w:w w:val="105"/>
                <w:sz w:val="15"/>
              </w:rPr>
              <w:t>количества</w:t>
            </w:r>
            <w:r w:rsidRPr="00E85698">
              <w:rPr>
                <w:spacing w:val="-8"/>
                <w:w w:val="105"/>
                <w:sz w:val="15"/>
              </w:rPr>
              <w:t xml:space="preserve"> </w:t>
            </w:r>
            <w:proofErr w:type="spellStart"/>
            <w:r w:rsidRPr="00E85698">
              <w:rPr>
                <w:w w:val="105"/>
                <w:sz w:val="15"/>
              </w:rPr>
              <w:t>микротем</w:t>
            </w:r>
            <w:proofErr w:type="spellEnd"/>
            <w:r w:rsidRPr="00E85698">
              <w:rPr>
                <w:spacing w:val="-8"/>
                <w:w w:val="105"/>
                <w:sz w:val="15"/>
              </w:rPr>
              <w:t xml:space="preserve"> </w:t>
            </w:r>
            <w:r w:rsidRPr="00E85698">
              <w:rPr>
                <w:w w:val="105"/>
                <w:sz w:val="15"/>
              </w:rPr>
              <w:t>и</w:t>
            </w:r>
            <w:r w:rsidRPr="00E85698">
              <w:rPr>
                <w:spacing w:val="-7"/>
                <w:w w:val="105"/>
                <w:sz w:val="15"/>
              </w:rPr>
              <w:t xml:space="preserve"> </w:t>
            </w:r>
            <w:r w:rsidRPr="00E85698">
              <w:rPr>
                <w:w w:val="105"/>
                <w:sz w:val="15"/>
              </w:rPr>
              <w:t>абзацев.;</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https://resh.edu.ru/subject/lesson/6933/start/325614/</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23</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spacing w:val="-1"/>
                <w:w w:val="105"/>
                <w:sz w:val="15"/>
              </w:rPr>
              <w:t>Раздел</w:t>
            </w:r>
            <w:r w:rsidRPr="00E85698">
              <w:rPr>
                <w:b/>
                <w:spacing w:val="-8"/>
                <w:w w:val="105"/>
                <w:sz w:val="15"/>
              </w:rPr>
              <w:t xml:space="preserve"> </w:t>
            </w:r>
            <w:r w:rsidRPr="00E85698">
              <w:rPr>
                <w:b/>
                <w:spacing w:val="-1"/>
                <w:w w:val="105"/>
                <w:sz w:val="15"/>
              </w:rPr>
              <w:t>5.</w:t>
            </w:r>
            <w:r w:rsidRPr="00E85698">
              <w:rPr>
                <w:b/>
                <w:spacing w:val="-8"/>
                <w:w w:val="105"/>
                <w:sz w:val="15"/>
              </w:rPr>
              <w:t xml:space="preserve"> </w:t>
            </w:r>
            <w:r w:rsidRPr="00E85698">
              <w:rPr>
                <w:b/>
                <w:spacing w:val="-1"/>
                <w:w w:val="105"/>
                <w:sz w:val="15"/>
              </w:rPr>
              <w:t>ФУНКЦИОНАЛЬНЫЕ</w:t>
            </w:r>
            <w:r w:rsidRPr="00E85698">
              <w:rPr>
                <w:b/>
                <w:spacing w:val="24"/>
                <w:w w:val="105"/>
                <w:sz w:val="15"/>
              </w:rPr>
              <w:t xml:space="preserve"> </w:t>
            </w:r>
            <w:r w:rsidRPr="00E85698">
              <w:rPr>
                <w:b/>
                <w:w w:val="105"/>
                <w:sz w:val="15"/>
              </w:rPr>
              <w:t>РАЗНОВИДНОСТИ</w:t>
            </w:r>
            <w:r w:rsidRPr="00E85698">
              <w:rPr>
                <w:b/>
                <w:spacing w:val="25"/>
                <w:w w:val="105"/>
                <w:sz w:val="15"/>
              </w:rPr>
              <w:t xml:space="preserve"> </w:t>
            </w:r>
            <w:r w:rsidRPr="00E85698">
              <w:rPr>
                <w:b/>
                <w:w w:val="105"/>
                <w:sz w:val="15"/>
              </w:rPr>
              <w:t>ЯЗЫКА</w:t>
            </w:r>
          </w:p>
        </w:tc>
      </w:tr>
      <w:tr w:rsidR="003147F9" w:rsidRPr="00E85698" w:rsidTr="00A047B0">
        <w:trPr>
          <w:trHeight w:val="2062"/>
        </w:trPr>
        <w:tc>
          <w:tcPr>
            <w:tcW w:w="468" w:type="dxa"/>
          </w:tcPr>
          <w:p w:rsidR="003147F9" w:rsidRPr="00E85698" w:rsidRDefault="003147F9" w:rsidP="00A047B0">
            <w:pPr>
              <w:pStyle w:val="TableParagraph"/>
              <w:spacing w:before="64"/>
              <w:rPr>
                <w:sz w:val="15"/>
              </w:rPr>
            </w:pPr>
            <w:r w:rsidRPr="00E85698">
              <w:rPr>
                <w:w w:val="105"/>
                <w:sz w:val="15"/>
              </w:rPr>
              <w:t>5.1.</w:t>
            </w:r>
          </w:p>
        </w:tc>
        <w:tc>
          <w:tcPr>
            <w:tcW w:w="2833" w:type="dxa"/>
          </w:tcPr>
          <w:p w:rsidR="003147F9" w:rsidRPr="00E85698" w:rsidRDefault="003147F9" w:rsidP="00A047B0">
            <w:pPr>
              <w:pStyle w:val="TableParagraph"/>
              <w:spacing w:before="64"/>
              <w:rPr>
                <w:sz w:val="15"/>
              </w:rPr>
            </w:pPr>
            <w:r w:rsidRPr="00E85698">
              <w:rPr>
                <w:spacing w:val="-1"/>
                <w:w w:val="105"/>
                <w:sz w:val="15"/>
              </w:rPr>
              <w:t>Официально</w:t>
            </w:r>
            <w:r w:rsidRPr="00E85698">
              <w:rPr>
                <w:spacing w:val="-9"/>
                <w:w w:val="105"/>
                <w:sz w:val="15"/>
              </w:rPr>
              <w:t xml:space="preserve"> </w:t>
            </w:r>
            <w:r w:rsidRPr="00E85698">
              <w:rPr>
                <w:w w:val="105"/>
                <w:sz w:val="15"/>
              </w:rPr>
              <w:t>деловой</w:t>
            </w:r>
            <w:r w:rsidRPr="00E85698">
              <w:rPr>
                <w:spacing w:val="-8"/>
                <w:w w:val="105"/>
                <w:sz w:val="15"/>
              </w:rPr>
              <w:t xml:space="preserve"> </w:t>
            </w:r>
            <w:r w:rsidRPr="00E85698">
              <w:rPr>
                <w:w w:val="105"/>
                <w:sz w:val="15"/>
              </w:rPr>
              <w:t>стиль.</w:t>
            </w:r>
            <w:r w:rsidRPr="00E85698">
              <w:rPr>
                <w:spacing w:val="-8"/>
                <w:w w:val="105"/>
                <w:sz w:val="15"/>
              </w:rPr>
              <w:t xml:space="preserve"> </w:t>
            </w:r>
            <w:r w:rsidRPr="00E85698">
              <w:rPr>
                <w:w w:val="105"/>
                <w:sz w:val="15"/>
              </w:rPr>
              <w:t>Жанры.</w:t>
            </w:r>
          </w:p>
        </w:tc>
        <w:tc>
          <w:tcPr>
            <w:tcW w:w="528" w:type="dxa"/>
          </w:tcPr>
          <w:p w:rsidR="003147F9" w:rsidRPr="00E85698" w:rsidRDefault="003147F9" w:rsidP="00A047B0">
            <w:pPr>
              <w:pStyle w:val="TableParagraph"/>
              <w:spacing w:before="64"/>
              <w:ind w:left="77"/>
              <w:rPr>
                <w:sz w:val="15"/>
              </w:rPr>
            </w:pPr>
            <w:r w:rsidRPr="00E85698">
              <w:rPr>
                <w:w w:val="104"/>
                <w:sz w:val="15"/>
              </w:rPr>
              <w:t>6</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11-</w:t>
            </w:r>
            <w:r w:rsidR="003147F9" w:rsidRPr="00E85698">
              <w:rPr>
                <w:w w:val="105"/>
                <w:sz w:val="15"/>
              </w:rPr>
              <w:t>.10.2022</w:t>
            </w:r>
          </w:p>
          <w:p w:rsidR="003147F9" w:rsidRPr="00E85698" w:rsidRDefault="004D6B8E" w:rsidP="00A047B0">
            <w:pPr>
              <w:pStyle w:val="TableParagraph"/>
              <w:spacing w:before="20"/>
              <w:ind w:left="79"/>
              <w:rPr>
                <w:sz w:val="15"/>
              </w:rPr>
            </w:pPr>
            <w:r>
              <w:rPr>
                <w:w w:val="105"/>
                <w:sz w:val="15"/>
              </w:rPr>
              <w:t>1</w:t>
            </w:r>
            <w:r w:rsidR="003147F9" w:rsidRPr="00E85698">
              <w:rPr>
                <w:w w:val="105"/>
                <w:sz w:val="15"/>
              </w:rPr>
              <w:t>7.10.2022</w:t>
            </w:r>
          </w:p>
        </w:tc>
        <w:tc>
          <w:tcPr>
            <w:tcW w:w="4022" w:type="dxa"/>
          </w:tcPr>
          <w:p w:rsidR="003147F9" w:rsidRPr="00E85698" w:rsidRDefault="003147F9" w:rsidP="00A047B0">
            <w:pPr>
              <w:pStyle w:val="TableParagraph"/>
              <w:spacing w:before="64" w:line="266" w:lineRule="auto"/>
              <w:ind w:left="79" w:right="178"/>
              <w:rPr>
                <w:sz w:val="15"/>
              </w:rPr>
            </w:pPr>
            <w:r w:rsidRPr="00E85698">
              <w:rPr>
                <w:spacing w:val="-1"/>
                <w:w w:val="105"/>
                <w:sz w:val="15"/>
              </w:rPr>
              <w:t xml:space="preserve">Характеризовать </w:t>
            </w:r>
            <w:r w:rsidRPr="00E85698">
              <w:rPr>
                <w:w w:val="105"/>
                <w:sz w:val="15"/>
              </w:rPr>
              <w:t>особенности официально-делового и</w:t>
            </w:r>
            <w:r w:rsidRPr="00E85698">
              <w:rPr>
                <w:spacing w:val="1"/>
                <w:w w:val="105"/>
                <w:sz w:val="15"/>
              </w:rPr>
              <w:t xml:space="preserve"> </w:t>
            </w:r>
            <w:r w:rsidRPr="00E85698">
              <w:rPr>
                <w:w w:val="105"/>
                <w:sz w:val="15"/>
              </w:rPr>
              <w:t>научно- учебного стилей; перечислять требования к</w:t>
            </w:r>
            <w:r w:rsidRPr="00E85698">
              <w:rPr>
                <w:spacing w:val="1"/>
                <w:w w:val="105"/>
                <w:sz w:val="15"/>
              </w:rPr>
              <w:t xml:space="preserve"> </w:t>
            </w:r>
            <w:r w:rsidRPr="00E85698">
              <w:rPr>
                <w:w w:val="105"/>
                <w:sz w:val="15"/>
              </w:rPr>
              <w:t>составлению словарной статьи и научного сообщения;</w:t>
            </w:r>
            <w:r w:rsidRPr="00E85698">
              <w:rPr>
                <w:spacing w:val="1"/>
                <w:w w:val="105"/>
                <w:sz w:val="15"/>
              </w:rPr>
              <w:t xml:space="preserve"> </w:t>
            </w:r>
            <w:r w:rsidRPr="00E85698">
              <w:rPr>
                <w:spacing w:val="-1"/>
                <w:w w:val="105"/>
                <w:sz w:val="15"/>
              </w:rPr>
              <w:t>анализировать</w:t>
            </w:r>
            <w:r w:rsidRPr="00E85698">
              <w:rPr>
                <w:spacing w:val="-9"/>
                <w:w w:val="105"/>
                <w:sz w:val="15"/>
              </w:rPr>
              <w:t xml:space="preserve"> </w:t>
            </w:r>
            <w:r w:rsidRPr="00E85698">
              <w:rPr>
                <w:w w:val="105"/>
                <w:sz w:val="15"/>
              </w:rPr>
              <w:t>тексты</w:t>
            </w:r>
            <w:r w:rsidRPr="00E85698">
              <w:rPr>
                <w:spacing w:val="-7"/>
                <w:w w:val="105"/>
                <w:sz w:val="15"/>
              </w:rPr>
              <w:t xml:space="preserve"> </w:t>
            </w:r>
            <w:r w:rsidRPr="00E85698">
              <w:rPr>
                <w:w w:val="105"/>
                <w:sz w:val="15"/>
              </w:rPr>
              <w:t>разных</w:t>
            </w:r>
            <w:r w:rsidRPr="00E85698">
              <w:rPr>
                <w:spacing w:val="-7"/>
                <w:w w:val="105"/>
                <w:sz w:val="15"/>
              </w:rPr>
              <w:t xml:space="preserve"> </w:t>
            </w:r>
            <w:r w:rsidRPr="00E85698">
              <w:rPr>
                <w:w w:val="105"/>
                <w:sz w:val="15"/>
              </w:rPr>
              <w:t>стилей</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жанров</w:t>
            </w:r>
            <w:r w:rsidRPr="00E85698">
              <w:rPr>
                <w:spacing w:val="-8"/>
                <w:w w:val="105"/>
                <w:sz w:val="15"/>
              </w:rPr>
              <w:t xml:space="preserve"> </w:t>
            </w:r>
            <w:r w:rsidRPr="00E85698">
              <w:rPr>
                <w:w w:val="105"/>
                <w:sz w:val="15"/>
              </w:rPr>
              <w:t>(рассказ;</w:t>
            </w:r>
            <w:r w:rsidRPr="00E85698">
              <w:rPr>
                <w:spacing w:val="-37"/>
                <w:w w:val="105"/>
                <w:sz w:val="15"/>
              </w:rPr>
              <w:t xml:space="preserve"> </w:t>
            </w:r>
            <w:r w:rsidRPr="00E85698">
              <w:rPr>
                <w:w w:val="105"/>
                <w:sz w:val="15"/>
              </w:rPr>
              <w:t>заявление;</w:t>
            </w:r>
          </w:p>
          <w:p w:rsidR="003147F9" w:rsidRPr="00E85698" w:rsidRDefault="003147F9" w:rsidP="00A047B0">
            <w:pPr>
              <w:pStyle w:val="TableParagraph"/>
              <w:spacing w:before="4" w:line="266" w:lineRule="auto"/>
              <w:ind w:left="79" w:right="2059"/>
              <w:rPr>
                <w:sz w:val="15"/>
              </w:rPr>
            </w:pPr>
            <w:r w:rsidRPr="00E85698">
              <w:rPr>
                <w:spacing w:val="-1"/>
                <w:w w:val="105"/>
                <w:sz w:val="15"/>
              </w:rPr>
              <w:t xml:space="preserve">расписка; словарная </w:t>
            </w:r>
            <w:r w:rsidRPr="00E85698">
              <w:rPr>
                <w:w w:val="105"/>
                <w:sz w:val="15"/>
              </w:rPr>
              <w:t>статья;</w:t>
            </w:r>
            <w:r w:rsidRPr="00E85698">
              <w:rPr>
                <w:spacing w:val="-37"/>
                <w:w w:val="105"/>
                <w:sz w:val="15"/>
              </w:rPr>
              <w:t xml:space="preserve"> </w:t>
            </w:r>
            <w:r w:rsidRPr="00E85698">
              <w:rPr>
                <w:w w:val="105"/>
                <w:sz w:val="15"/>
              </w:rPr>
              <w:t>научное</w:t>
            </w:r>
            <w:r w:rsidRPr="00E85698">
              <w:rPr>
                <w:spacing w:val="-3"/>
                <w:w w:val="105"/>
                <w:sz w:val="15"/>
              </w:rPr>
              <w:t xml:space="preserve"> </w:t>
            </w:r>
            <w:r w:rsidRPr="00E85698">
              <w:rPr>
                <w:w w:val="105"/>
                <w:sz w:val="15"/>
              </w:rPr>
              <w:t>сообщение).;</w:t>
            </w:r>
          </w:p>
          <w:p w:rsidR="003147F9" w:rsidRPr="00E85698" w:rsidRDefault="003147F9" w:rsidP="00A047B0">
            <w:pPr>
              <w:pStyle w:val="TableParagraph"/>
              <w:spacing w:before="1" w:line="266" w:lineRule="auto"/>
              <w:ind w:left="79" w:right="106"/>
              <w:rPr>
                <w:sz w:val="15"/>
              </w:rPr>
            </w:pPr>
            <w:r w:rsidRPr="00E85698">
              <w:rPr>
                <w:spacing w:val="-1"/>
                <w:w w:val="105"/>
                <w:sz w:val="15"/>
              </w:rPr>
              <w:t>Создавать тексты различных функционально-смысловых</w:t>
            </w:r>
            <w:r w:rsidRPr="00E85698">
              <w:rPr>
                <w:spacing w:val="-37"/>
                <w:w w:val="105"/>
                <w:sz w:val="15"/>
              </w:rPr>
              <w:t xml:space="preserve"> </w:t>
            </w:r>
            <w:r w:rsidRPr="00E85698">
              <w:rPr>
                <w:w w:val="105"/>
                <w:sz w:val="15"/>
              </w:rPr>
              <w:t>типов</w:t>
            </w:r>
            <w:r w:rsidRPr="00E85698">
              <w:rPr>
                <w:spacing w:val="-2"/>
                <w:w w:val="105"/>
                <w:sz w:val="15"/>
              </w:rPr>
              <w:t xml:space="preserve"> </w:t>
            </w:r>
            <w:r w:rsidRPr="00E85698">
              <w:rPr>
                <w:w w:val="105"/>
                <w:sz w:val="15"/>
              </w:rPr>
              <w:t>речи</w:t>
            </w:r>
            <w:r w:rsidRPr="00E85698">
              <w:rPr>
                <w:spacing w:val="-1"/>
                <w:w w:val="105"/>
                <w:sz w:val="15"/>
              </w:rPr>
              <w:t xml:space="preserve"> </w:t>
            </w:r>
            <w:r w:rsidRPr="00E85698">
              <w:rPr>
                <w:w w:val="105"/>
                <w:sz w:val="15"/>
              </w:rPr>
              <w:t>(повествование;</w:t>
            </w:r>
          </w:p>
          <w:p w:rsidR="003147F9" w:rsidRPr="00E85698" w:rsidRDefault="003147F9" w:rsidP="00A047B0">
            <w:pPr>
              <w:pStyle w:val="TableParagraph"/>
              <w:spacing w:before="1"/>
              <w:ind w:left="79"/>
              <w:rPr>
                <w:sz w:val="15"/>
              </w:rPr>
            </w:pPr>
            <w:r w:rsidRPr="00E85698">
              <w:rPr>
                <w:w w:val="105"/>
                <w:sz w:val="15"/>
              </w:rPr>
              <w:t>описание)</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опорой</w:t>
            </w:r>
            <w:r w:rsidRPr="00E85698">
              <w:rPr>
                <w:spacing w:val="-8"/>
                <w:w w:val="105"/>
                <w:sz w:val="15"/>
              </w:rPr>
              <w:t xml:space="preserve"> </w:t>
            </w:r>
            <w:r w:rsidRPr="00E85698">
              <w:rPr>
                <w:w w:val="105"/>
                <w:sz w:val="15"/>
              </w:rPr>
              <w:t>на</w:t>
            </w:r>
            <w:r w:rsidRPr="00E85698">
              <w:rPr>
                <w:spacing w:val="-8"/>
                <w:w w:val="105"/>
                <w:sz w:val="15"/>
              </w:rPr>
              <w:t xml:space="preserve"> </w:t>
            </w:r>
            <w:r w:rsidRPr="00E85698">
              <w:rPr>
                <w:w w:val="105"/>
                <w:sz w:val="15"/>
              </w:rPr>
              <w:t>жизненный</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читательский</w:t>
            </w:r>
            <w:r w:rsidRPr="00E85698">
              <w:rPr>
                <w:spacing w:val="-8"/>
                <w:w w:val="105"/>
                <w:sz w:val="15"/>
              </w:rPr>
              <w:t xml:space="preserve"> </w:t>
            </w:r>
            <w:r w:rsidRPr="00E85698">
              <w:rPr>
                <w:w w:val="105"/>
                <w:sz w:val="15"/>
              </w:rPr>
              <w:t>опыт;</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https://resh.edu.ru/subject/lesson/6936/start/260354/</w:t>
            </w:r>
          </w:p>
        </w:tc>
      </w:tr>
      <w:tr w:rsidR="003147F9" w:rsidRPr="00E85698" w:rsidTr="00A047B0">
        <w:trPr>
          <w:trHeight w:val="2062"/>
        </w:trPr>
        <w:tc>
          <w:tcPr>
            <w:tcW w:w="468" w:type="dxa"/>
          </w:tcPr>
          <w:p w:rsidR="003147F9" w:rsidRPr="00E85698" w:rsidRDefault="003147F9" w:rsidP="00A047B0">
            <w:pPr>
              <w:pStyle w:val="TableParagraph"/>
              <w:spacing w:before="64"/>
              <w:rPr>
                <w:sz w:val="15"/>
              </w:rPr>
            </w:pPr>
            <w:r w:rsidRPr="00E85698">
              <w:rPr>
                <w:w w:val="105"/>
                <w:sz w:val="15"/>
              </w:rPr>
              <w:t>5.2.</w:t>
            </w:r>
          </w:p>
        </w:tc>
        <w:tc>
          <w:tcPr>
            <w:tcW w:w="2833" w:type="dxa"/>
          </w:tcPr>
          <w:p w:rsidR="003147F9" w:rsidRPr="00E85698" w:rsidRDefault="003147F9" w:rsidP="00A047B0">
            <w:pPr>
              <w:pStyle w:val="TableParagraph"/>
              <w:spacing w:before="64"/>
              <w:rPr>
                <w:sz w:val="15"/>
              </w:rPr>
            </w:pPr>
            <w:r w:rsidRPr="00E85698">
              <w:rPr>
                <w:w w:val="105"/>
                <w:sz w:val="15"/>
              </w:rPr>
              <w:t>Научный</w:t>
            </w:r>
            <w:r w:rsidRPr="00E85698">
              <w:rPr>
                <w:spacing w:val="-9"/>
                <w:w w:val="105"/>
                <w:sz w:val="15"/>
              </w:rPr>
              <w:t xml:space="preserve"> </w:t>
            </w:r>
            <w:r w:rsidRPr="00E85698">
              <w:rPr>
                <w:w w:val="105"/>
                <w:sz w:val="15"/>
              </w:rPr>
              <w:t>стиль.</w:t>
            </w:r>
            <w:r w:rsidRPr="00E85698">
              <w:rPr>
                <w:spacing w:val="-9"/>
                <w:w w:val="105"/>
                <w:sz w:val="15"/>
              </w:rPr>
              <w:t xml:space="preserve"> </w:t>
            </w:r>
            <w:r w:rsidRPr="00E85698">
              <w:rPr>
                <w:w w:val="105"/>
                <w:sz w:val="15"/>
              </w:rPr>
              <w:t>Жанры.</w:t>
            </w:r>
          </w:p>
        </w:tc>
        <w:tc>
          <w:tcPr>
            <w:tcW w:w="528" w:type="dxa"/>
          </w:tcPr>
          <w:p w:rsidR="003147F9" w:rsidRPr="00E85698" w:rsidRDefault="003147F9" w:rsidP="00A047B0">
            <w:pPr>
              <w:pStyle w:val="TableParagraph"/>
              <w:spacing w:before="64"/>
              <w:ind w:left="77"/>
              <w:rPr>
                <w:sz w:val="15"/>
              </w:rPr>
            </w:pPr>
            <w:r w:rsidRPr="00E85698">
              <w:rPr>
                <w:w w:val="104"/>
                <w:sz w:val="15"/>
              </w:rPr>
              <w:t>6</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w:t>
            </w:r>
            <w:r w:rsidR="003147F9" w:rsidRPr="00E85698">
              <w:rPr>
                <w:w w:val="105"/>
                <w:sz w:val="15"/>
              </w:rPr>
              <w:t>8.10.2022</w:t>
            </w:r>
          </w:p>
          <w:p w:rsidR="003147F9" w:rsidRPr="00E85698" w:rsidRDefault="004D6B8E" w:rsidP="00A047B0">
            <w:pPr>
              <w:pStyle w:val="TableParagraph"/>
              <w:spacing w:before="20"/>
              <w:ind w:left="79"/>
              <w:rPr>
                <w:sz w:val="15"/>
              </w:rPr>
            </w:pPr>
            <w:r>
              <w:rPr>
                <w:w w:val="105"/>
                <w:sz w:val="15"/>
              </w:rPr>
              <w:t>24.10</w:t>
            </w:r>
            <w:r w:rsidR="003147F9" w:rsidRPr="00E85698">
              <w:rPr>
                <w:w w:val="105"/>
                <w:sz w:val="15"/>
              </w:rPr>
              <w:t>.2022</w:t>
            </w:r>
          </w:p>
        </w:tc>
        <w:tc>
          <w:tcPr>
            <w:tcW w:w="4022" w:type="dxa"/>
          </w:tcPr>
          <w:p w:rsidR="003147F9" w:rsidRPr="00E85698" w:rsidRDefault="003147F9" w:rsidP="00A047B0">
            <w:pPr>
              <w:pStyle w:val="TableParagraph"/>
              <w:spacing w:before="64" w:line="266" w:lineRule="auto"/>
              <w:ind w:left="79" w:right="178"/>
              <w:rPr>
                <w:sz w:val="15"/>
              </w:rPr>
            </w:pPr>
            <w:r w:rsidRPr="00E85698">
              <w:rPr>
                <w:spacing w:val="-1"/>
                <w:w w:val="105"/>
                <w:sz w:val="15"/>
              </w:rPr>
              <w:t xml:space="preserve">Характеризовать </w:t>
            </w:r>
            <w:r w:rsidRPr="00E85698">
              <w:rPr>
                <w:w w:val="105"/>
                <w:sz w:val="15"/>
              </w:rPr>
              <w:t>особенности официально-делового и</w:t>
            </w:r>
            <w:r w:rsidRPr="00E85698">
              <w:rPr>
                <w:spacing w:val="1"/>
                <w:w w:val="105"/>
                <w:sz w:val="15"/>
              </w:rPr>
              <w:t xml:space="preserve"> </w:t>
            </w:r>
            <w:r w:rsidRPr="00E85698">
              <w:rPr>
                <w:w w:val="105"/>
                <w:sz w:val="15"/>
              </w:rPr>
              <w:t>научно- учебного стилей; перечислять требования к</w:t>
            </w:r>
            <w:r w:rsidRPr="00E85698">
              <w:rPr>
                <w:spacing w:val="1"/>
                <w:w w:val="105"/>
                <w:sz w:val="15"/>
              </w:rPr>
              <w:t xml:space="preserve"> </w:t>
            </w:r>
            <w:r w:rsidRPr="00E85698">
              <w:rPr>
                <w:w w:val="105"/>
                <w:sz w:val="15"/>
              </w:rPr>
              <w:t>составлению словарной статьи и научного сообщения;</w:t>
            </w:r>
            <w:r w:rsidRPr="00E85698">
              <w:rPr>
                <w:spacing w:val="1"/>
                <w:w w:val="105"/>
                <w:sz w:val="15"/>
              </w:rPr>
              <w:t xml:space="preserve"> </w:t>
            </w:r>
            <w:r w:rsidRPr="00E85698">
              <w:rPr>
                <w:spacing w:val="-1"/>
                <w:w w:val="105"/>
                <w:sz w:val="15"/>
              </w:rPr>
              <w:t>анализировать</w:t>
            </w:r>
            <w:r w:rsidRPr="00E85698">
              <w:rPr>
                <w:spacing w:val="-9"/>
                <w:w w:val="105"/>
                <w:sz w:val="15"/>
              </w:rPr>
              <w:t xml:space="preserve"> </w:t>
            </w:r>
            <w:r w:rsidRPr="00E85698">
              <w:rPr>
                <w:w w:val="105"/>
                <w:sz w:val="15"/>
              </w:rPr>
              <w:t>тексты</w:t>
            </w:r>
            <w:r w:rsidRPr="00E85698">
              <w:rPr>
                <w:spacing w:val="-7"/>
                <w:w w:val="105"/>
                <w:sz w:val="15"/>
              </w:rPr>
              <w:t xml:space="preserve"> </w:t>
            </w:r>
            <w:r w:rsidRPr="00E85698">
              <w:rPr>
                <w:w w:val="105"/>
                <w:sz w:val="15"/>
              </w:rPr>
              <w:t>разных</w:t>
            </w:r>
            <w:r w:rsidRPr="00E85698">
              <w:rPr>
                <w:spacing w:val="-7"/>
                <w:w w:val="105"/>
                <w:sz w:val="15"/>
              </w:rPr>
              <w:t xml:space="preserve"> </w:t>
            </w:r>
            <w:r w:rsidRPr="00E85698">
              <w:rPr>
                <w:w w:val="105"/>
                <w:sz w:val="15"/>
              </w:rPr>
              <w:t>стилей</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жанров</w:t>
            </w:r>
            <w:r w:rsidRPr="00E85698">
              <w:rPr>
                <w:spacing w:val="-8"/>
                <w:w w:val="105"/>
                <w:sz w:val="15"/>
              </w:rPr>
              <w:t xml:space="preserve"> </w:t>
            </w:r>
            <w:r w:rsidRPr="00E85698">
              <w:rPr>
                <w:w w:val="105"/>
                <w:sz w:val="15"/>
              </w:rPr>
              <w:t>(рассказ;</w:t>
            </w:r>
            <w:r w:rsidRPr="00E85698">
              <w:rPr>
                <w:spacing w:val="-37"/>
                <w:w w:val="105"/>
                <w:sz w:val="15"/>
              </w:rPr>
              <w:t xml:space="preserve"> </w:t>
            </w:r>
            <w:r w:rsidRPr="00E85698">
              <w:rPr>
                <w:w w:val="105"/>
                <w:sz w:val="15"/>
              </w:rPr>
              <w:t>заявление;</w:t>
            </w:r>
          </w:p>
          <w:p w:rsidR="003147F9" w:rsidRPr="00E85698" w:rsidRDefault="003147F9" w:rsidP="00A047B0">
            <w:pPr>
              <w:pStyle w:val="TableParagraph"/>
              <w:spacing w:before="4" w:line="266" w:lineRule="auto"/>
              <w:ind w:left="79" w:right="2059"/>
              <w:rPr>
                <w:sz w:val="15"/>
              </w:rPr>
            </w:pPr>
            <w:r w:rsidRPr="00E85698">
              <w:rPr>
                <w:spacing w:val="-1"/>
                <w:w w:val="105"/>
                <w:sz w:val="15"/>
              </w:rPr>
              <w:t xml:space="preserve">расписка; словарная </w:t>
            </w:r>
            <w:r w:rsidRPr="00E85698">
              <w:rPr>
                <w:w w:val="105"/>
                <w:sz w:val="15"/>
              </w:rPr>
              <w:t>статья;</w:t>
            </w:r>
            <w:r w:rsidRPr="00E85698">
              <w:rPr>
                <w:spacing w:val="-37"/>
                <w:w w:val="105"/>
                <w:sz w:val="15"/>
              </w:rPr>
              <w:t xml:space="preserve"> </w:t>
            </w:r>
            <w:r w:rsidRPr="00E85698">
              <w:rPr>
                <w:w w:val="105"/>
                <w:sz w:val="15"/>
              </w:rPr>
              <w:t>научное</w:t>
            </w:r>
            <w:r w:rsidRPr="00E85698">
              <w:rPr>
                <w:spacing w:val="-3"/>
                <w:w w:val="105"/>
                <w:sz w:val="15"/>
              </w:rPr>
              <w:t xml:space="preserve"> </w:t>
            </w:r>
            <w:r w:rsidRPr="00E85698">
              <w:rPr>
                <w:w w:val="105"/>
                <w:sz w:val="15"/>
              </w:rPr>
              <w:t>сообщение).;</w:t>
            </w:r>
          </w:p>
          <w:p w:rsidR="003147F9" w:rsidRPr="00E85698" w:rsidRDefault="003147F9" w:rsidP="00A047B0">
            <w:pPr>
              <w:pStyle w:val="TableParagraph"/>
              <w:spacing w:before="1" w:line="266" w:lineRule="auto"/>
              <w:ind w:left="79" w:right="106"/>
              <w:rPr>
                <w:sz w:val="15"/>
              </w:rPr>
            </w:pPr>
            <w:r w:rsidRPr="00E85698">
              <w:rPr>
                <w:spacing w:val="-1"/>
                <w:w w:val="105"/>
                <w:sz w:val="15"/>
              </w:rPr>
              <w:t>Создавать тексты различных функционально-смысловых</w:t>
            </w:r>
            <w:r w:rsidRPr="00E85698">
              <w:rPr>
                <w:spacing w:val="-37"/>
                <w:w w:val="105"/>
                <w:sz w:val="15"/>
              </w:rPr>
              <w:t xml:space="preserve"> </w:t>
            </w:r>
            <w:r w:rsidRPr="00E85698">
              <w:rPr>
                <w:w w:val="105"/>
                <w:sz w:val="15"/>
              </w:rPr>
              <w:t>типов</w:t>
            </w:r>
            <w:r w:rsidRPr="00E85698">
              <w:rPr>
                <w:spacing w:val="-2"/>
                <w:w w:val="105"/>
                <w:sz w:val="15"/>
              </w:rPr>
              <w:t xml:space="preserve"> </w:t>
            </w:r>
            <w:r w:rsidRPr="00E85698">
              <w:rPr>
                <w:w w:val="105"/>
                <w:sz w:val="15"/>
              </w:rPr>
              <w:t>речи</w:t>
            </w:r>
            <w:r w:rsidRPr="00E85698">
              <w:rPr>
                <w:spacing w:val="-1"/>
                <w:w w:val="105"/>
                <w:sz w:val="15"/>
              </w:rPr>
              <w:t xml:space="preserve"> </w:t>
            </w:r>
            <w:r w:rsidRPr="00E85698">
              <w:rPr>
                <w:w w:val="105"/>
                <w:sz w:val="15"/>
              </w:rPr>
              <w:t>(повествование;</w:t>
            </w:r>
          </w:p>
          <w:p w:rsidR="003147F9" w:rsidRPr="00E85698" w:rsidRDefault="003147F9" w:rsidP="00A047B0">
            <w:pPr>
              <w:pStyle w:val="TableParagraph"/>
              <w:spacing w:before="1"/>
              <w:ind w:left="79"/>
              <w:rPr>
                <w:sz w:val="15"/>
              </w:rPr>
            </w:pPr>
            <w:r w:rsidRPr="00E85698">
              <w:rPr>
                <w:w w:val="105"/>
                <w:sz w:val="15"/>
              </w:rPr>
              <w:t>описание)</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опорой</w:t>
            </w:r>
            <w:r w:rsidRPr="00E85698">
              <w:rPr>
                <w:spacing w:val="-8"/>
                <w:w w:val="105"/>
                <w:sz w:val="15"/>
              </w:rPr>
              <w:t xml:space="preserve"> </w:t>
            </w:r>
            <w:r w:rsidRPr="00E85698">
              <w:rPr>
                <w:w w:val="105"/>
                <w:sz w:val="15"/>
              </w:rPr>
              <w:t>на</w:t>
            </w:r>
            <w:r w:rsidRPr="00E85698">
              <w:rPr>
                <w:spacing w:val="-8"/>
                <w:w w:val="105"/>
                <w:sz w:val="15"/>
              </w:rPr>
              <w:t xml:space="preserve"> </w:t>
            </w:r>
            <w:r w:rsidRPr="00E85698">
              <w:rPr>
                <w:w w:val="105"/>
                <w:sz w:val="15"/>
              </w:rPr>
              <w:t>жизненный</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читательский</w:t>
            </w:r>
            <w:r w:rsidRPr="00E85698">
              <w:rPr>
                <w:spacing w:val="-8"/>
                <w:w w:val="105"/>
                <w:sz w:val="15"/>
              </w:rPr>
              <w:t xml:space="preserve"> </w:t>
            </w:r>
            <w:r w:rsidRPr="00E85698">
              <w:rPr>
                <w:w w:val="105"/>
                <w:sz w:val="15"/>
              </w:rPr>
              <w:t>опыт;</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https://resh.edu.ru/subject/lesson/6936/start/260354/</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12</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w w:val="105"/>
                <w:sz w:val="15"/>
              </w:rPr>
              <w:t>Раздел</w:t>
            </w:r>
            <w:r w:rsidRPr="00E85698">
              <w:rPr>
                <w:b/>
                <w:spacing w:val="-10"/>
                <w:w w:val="105"/>
                <w:sz w:val="15"/>
              </w:rPr>
              <w:t xml:space="preserve"> </w:t>
            </w:r>
            <w:r w:rsidRPr="00E85698">
              <w:rPr>
                <w:b/>
                <w:w w:val="105"/>
                <w:sz w:val="15"/>
              </w:rPr>
              <w:t>6.</w:t>
            </w:r>
            <w:r w:rsidRPr="00E85698">
              <w:rPr>
                <w:b/>
                <w:spacing w:val="-10"/>
                <w:w w:val="105"/>
                <w:sz w:val="15"/>
              </w:rPr>
              <w:t xml:space="preserve"> </w:t>
            </w:r>
            <w:r w:rsidRPr="00E85698">
              <w:rPr>
                <w:b/>
                <w:w w:val="105"/>
                <w:sz w:val="15"/>
              </w:rPr>
              <w:t>СИСТЕМА</w:t>
            </w:r>
            <w:r w:rsidRPr="00E85698">
              <w:rPr>
                <w:b/>
                <w:spacing w:val="-9"/>
                <w:w w:val="105"/>
                <w:sz w:val="15"/>
              </w:rPr>
              <w:t xml:space="preserve"> </w:t>
            </w:r>
            <w:r w:rsidRPr="00E85698">
              <w:rPr>
                <w:b/>
                <w:w w:val="105"/>
                <w:sz w:val="15"/>
              </w:rPr>
              <w:t>ЯЗЫКА:</w:t>
            </w:r>
            <w:r w:rsidRPr="00E85698">
              <w:rPr>
                <w:b/>
                <w:spacing w:val="-10"/>
                <w:w w:val="105"/>
                <w:sz w:val="15"/>
              </w:rPr>
              <w:t xml:space="preserve"> </w:t>
            </w:r>
            <w:r w:rsidRPr="00E85698">
              <w:rPr>
                <w:b/>
                <w:w w:val="105"/>
                <w:sz w:val="15"/>
              </w:rPr>
              <w:t>ЛЕКСИКОЛОГИЯ.</w:t>
            </w:r>
            <w:r w:rsidRPr="00E85698">
              <w:rPr>
                <w:b/>
                <w:spacing w:val="21"/>
                <w:w w:val="105"/>
                <w:sz w:val="15"/>
              </w:rPr>
              <w:t xml:space="preserve"> </w:t>
            </w:r>
            <w:r w:rsidRPr="00E85698">
              <w:rPr>
                <w:b/>
                <w:w w:val="105"/>
                <w:sz w:val="15"/>
              </w:rPr>
              <w:t>КУЛЬТУРА</w:t>
            </w:r>
            <w:r w:rsidRPr="00E85698">
              <w:rPr>
                <w:b/>
                <w:spacing w:val="20"/>
                <w:w w:val="105"/>
                <w:sz w:val="15"/>
              </w:rPr>
              <w:t xml:space="preserve"> </w:t>
            </w:r>
            <w:r w:rsidRPr="00E85698">
              <w:rPr>
                <w:b/>
                <w:w w:val="105"/>
                <w:sz w:val="15"/>
              </w:rPr>
              <w:t>РЕЧИ.</w:t>
            </w:r>
          </w:p>
        </w:tc>
      </w:tr>
      <w:tr w:rsidR="003147F9" w:rsidRPr="00E85698" w:rsidTr="00A047B0">
        <w:trPr>
          <w:trHeight w:val="717"/>
        </w:trPr>
        <w:tc>
          <w:tcPr>
            <w:tcW w:w="468" w:type="dxa"/>
          </w:tcPr>
          <w:p w:rsidR="003147F9" w:rsidRPr="00E85698" w:rsidRDefault="003147F9" w:rsidP="00A047B0">
            <w:pPr>
              <w:pStyle w:val="TableParagraph"/>
              <w:spacing w:before="64"/>
              <w:rPr>
                <w:sz w:val="15"/>
              </w:rPr>
            </w:pPr>
            <w:r w:rsidRPr="00E85698">
              <w:rPr>
                <w:w w:val="105"/>
                <w:sz w:val="15"/>
              </w:rPr>
              <w:t>6.1.</w:t>
            </w:r>
          </w:p>
        </w:tc>
        <w:tc>
          <w:tcPr>
            <w:tcW w:w="2833" w:type="dxa"/>
          </w:tcPr>
          <w:p w:rsidR="003147F9" w:rsidRPr="00E85698" w:rsidRDefault="003147F9" w:rsidP="00A047B0">
            <w:pPr>
              <w:pStyle w:val="TableParagraph"/>
              <w:spacing w:before="64"/>
              <w:rPr>
                <w:sz w:val="15"/>
              </w:rPr>
            </w:pPr>
            <w:r w:rsidRPr="00E85698">
              <w:rPr>
                <w:spacing w:val="-1"/>
                <w:w w:val="105"/>
                <w:sz w:val="15"/>
              </w:rPr>
              <w:t>Группы</w:t>
            </w:r>
            <w:r w:rsidRPr="00E85698">
              <w:rPr>
                <w:spacing w:val="-9"/>
                <w:w w:val="105"/>
                <w:sz w:val="15"/>
              </w:rPr>
              <w:t xml:space="preserve"> </w:t>
            </w:r>
            <w:r w:rsidRPr="00E85698">
              <w:rPr>
                <w:w w:val="105"/>
                <w:sz w:val="15"/>
              </w:rPr>
              <w:t>лексики</w:t>
            </w:r>
            <w:r w:rsidRPr="00E85698">
              <w:rPr>
                <w:spacing w:val="-9"/>
                <w:w w:val="105"/>
                <w:sz w:val="15"/>
              </w:rPr>
              <w:t xml:space="preserve"> </w:t>
            </w:r>
            <w:r w:rsidRPr="00E85698">
              <w:rPr>
                <w:w w:val="105"/>
                <w:sz w:val="15"/>
              </w:rPr>
              <w:t>по</w:t>
            </w:r>
            <w:r w:rsidRPr="00E85698">
              <w:rPr>
                <w:spacing w:val="-8"/>
                <w:w w:val="105"/>
                <w:sz w:val="15"/>
              </w:rPr>
              <w:t xml:space="preserve"> </w:t>
            </w:r>
            <w:r w:rsidRPr="00E85698">
              <w:rPr>
                <w:w w:val="105"/>
                <w:sz w:val="15"/>
              </w:rPr>
              <w:t>происхождению.</w:t>
            </w:r>
          </w:p>
        </w:tc>
        <w:tc>
          <w:tcPr>
            <w:tcW w:w="528" w:type="dxa"/>
          </w:tcPr>
          <w:p w:rsidR="003147F9" w:rsidRPr="00E85698" w:rsidRDefault="003147F9" w:rsidP="00A047B0">
            <w:pPr>
              <w:pStyle w:val="TableParagraph"/>
              <w:spacing w:before="64"/>
              <w:ind w:left="77"/>
              <w:rPr>
                <w:sz w:val="15"/>
              </w:rPr>
            </w:pPr>
            <w:r w:rsidRPr="00E85698">
              <w:rPr>
                <w:w w:val="104"/>
                <w:sz w:val="15"/>
              </w:rPr>
              <w:t>2</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25</w:t>
            </w:r>
            <w:r w:rsidR="003147F9" w:rsidRPr="00E85698">
              <w:rPr>
                <w:w w:val="105"/>
                <w:sz w:val="15"/>
              </w:rPr>
              <w:t>.</w:t>
            </w:r>
            <w:r>
              <w:rPr>
                <w:w w:val="105"/>
                <w:sz w:val="15"/>
              </w:rPr>
              <w:t>10</w:t>
            </w:r>
            <w:r w:rsidR="003147F9" w:rsidRPr="00E85698">
              <w:rPr>
                <w:w w:val="105"/>
                <w:sz w:val="15"/>
              </w:rPr>
              <w:t>.2022</w:t>
            </w:r>
          </w:p>
          <w:p w:rsidR="003147F9" w:rsidRPr="00E85698" w:rsidRDefault="004D6B8E" w:rsidP="00A047B0">
            <w:pPr>
              <w:pStyle w:val="TableParagraph"/>
              <w:spacing w:before="20"/>
              <w:ind w:left="79"/>
              <w:rPr>
                <w:sz w:val="15"/>
              </w:rPr>
            </w:pPr>
            <w:r>
              <w:rPr>
                <w:w w:val="105"/>
                <w:sz w:val="15"/>
              </w:rPr>
              <w:t>25.10</w:t>
            </w:r>
            <w:r w:rsidR="003147F9" w:rsidRPr="00E85698">
              <w:rPr>
                <w:w w:val="105"/>
                <w:sz w:val="15"/>
              </w:rPr>
              <w:t>.2022</w:t>
            </w:r>
          </w:p>
        </w:tc>
        <w:tc>
          <w:tcPr>
            <w:tcW w:w="4022" w:type="dxa"/>
          </w:tcPr>
          <w:p w:rsidR="003147F9" w:rsidRPr="00E85698" w:rsidRDefault="003147F9" w:rsidP="00A047B0">
            <w:pPr>
              <w:pStyle w:val="TableParagraph"/>
              <w:spacing w:before="64"/>
              <w:ind w:left="79"/>
              <w:rPr>
                <w:sz w:val="15"/>
              </w:rPr>
            </w:pPr>
            <w:r w:rsidRPr="00E85698">
              <w:rPr>
                <w:w w:val="105"/>
                <w:sz w:val="15"/>
              </w:rPr>
              <w:t>Различать</w:t>
            </w:r>
            <w:r w:rsidRPr="00E85698">
              <w:rPr>
                <w:spacing w:val="-8"/>
                <w:w w:val="105"/>
                <w:sz w:val="15"/>
              </w:rPr>
              <w:t xml:space="preserve"> </w:t>
            </w:r>
            <w:r w:rsidRPr="00E85698">
              <w:rPr>
                <w:w w:val="105"/>
                <w:sz w:val="15"/>
              </w:rPr>
              <w:t>слова</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точки</w:t>
            </w:r>
            <w:r w:rsidRPr="00E85698">
              <w:rPr>
                <w:spacing w:val="-8"/>
                <w:w w:val="105"/>
                <w:sz w:val="15"/>
              </w:rPr>
              <w:t xml:space="preserve"> </w:t>
            </w:r>
            <w:r w:rsidRPr="00E85698">
              <w:rPr>
                <w:w w:val="105"/>
                <w:sz w:val="15"/>
              </w:rPr>
              <w:t>зрения;</w:t>
            </w:r>
          </w:p>
          <w:p w:rsidR="003147F9" w:rsidRPr="00E85698" w:rsidRDefault="003147F9" w:rsidP="00A047B0">
            <w:pPr>
              <w:pStyle w:val="TableParagraph"/>
              <w:spacing w:before="20" w:line="266" w:lineRule="auto"/>
              <w:ind w:left="79"/>
              <w:rPr>
                <w:sz w:val="15"/>
              </w:rPr>
            </w:pPr>
            <w:r w:rsidRPr="00E85698">
              <w:rPr>
                <w:spacing w:val="-1"/>
                <w:w w:val="105"/>
                <w:sz w:val="15"/>
              </w:rPr>
              <w:t>их</w:t>
            </w:r>
            <w:r w:rsidRPr="00E85698">
              <w:rPr>
                <w:spacing w:val="-9"/>
                <w:w w:val="105"/>
                <w:sz w:val="15"/>
              </w:rPr>
              <w:t xml:space="preserve"> </w:t>
            </w:r>
            <w:r w:rsidRPr="00E85698">
              <w:rPr>
                <w:spacing w:val="-1"/>
                <w:w w:val="105"/>
                <w:sz w:val="15"/>
              </w:rPr>
              <w:t>происхождения:</w:t>
            </w:r>
            <w:r w:rsidRPr="00E85698">
              <w:rPr>
                <w:spacing w:val="-9"/>
                <w:w w:val="105"/>
                <w:sz w:val="15"/>
              </w:rPr>
              <w:t xml:space="preserve"> </w:t>
            </w:r>
            <w:r w:rsidRPr="00E85698">
              <w:rPr>
                <w:w w:val="105"/>
                <w:sz w:val="15"/>
              </w:rPr>
              <w:t>исконно</w:t>
            </w:r>
            <w:r w:rsidRPr="00E85698">
              <w:rPr>
                <w:spacing w:val="-8"/>
                <w:w w:val="105"/>
                <w:sz w:val="15"/>
              </w:rPr>
              <w:t xml:space="preserve"> </w:t>
            </w:r>
            <w:r w:rsidRPr="00E85698">
              <w:rPr>
                <w:w w:val="105"/>
                <w:sz w:val="15"/>
              </w:rPr>
              <w:t>русские</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заимствованные</w:t>
            </w:r>
            <w:r w:rsidRPr="00E85698">
              <w:rPr>
                <w:spacing w:val="-36"/>
                <w:w w:val="105"/>
                <w:sz w:val="15"/>
              </w:rPr>
              <w:t xml:space="preserve"> </w:t>
            </w:r>
            <w:r w:rsidRPr="00E85698">
              <w:rPr>
                <w:w w:val="105"/>
                <w:sz w:val="15"/>
              </w:rPr>
              <w:t>слова;;</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https://resh.edu.ru/subject/lesson/6939/start/325645/</w:t>
            </w:r>
          </w:p>
        </w:tc>
      </w:tr>
      <w:tr w:rsidR="003147F9" w:rsidRPr="00E85698" w:rsidTr="00A047B0">
        <w:trPr>
          <w:trHeight w:val="909"/>
        </w:trPr>
        <w:tc>
          <w:tcPr>
            <w:tcW w:w="468" w:type="dxa"/>
          </w:tcPr>
          <w:p w:rsidR="003147F9" w:rsidRPr="00E85698" w:rsidRDefault="003147F9" w:rsidP="00A047B0">
            <w:pPr>
              <w:pStyle w:val="TableParagraph"/>
              <w:spacing w:before="64"/>
              <w:rPr>
                <w:sz w:val="15"/>
              </w:rPr>
            </w:pPr>
            <w:r w:rsidRPr="00E85698">
              <w:rPr>
                <w:w w:val="105"/>
                <w:sz w:val="15"/>
              </w:rPr>
              <w:t>6.2.</w:t>
            </w:r>
          </w:p>
        </w:tc>
        <w:tc>
          <w:tcPr>
            <w:tcW w:w="2833" w:type="dxa"/>
          </w:tcPr>
          <w:p w:rsidR="003147F9" w:rsidRPr="00E85698" w:rsidRDefault="003147F9" w:rsidP="00A047B0">
            <w:pPr>
              <w:pStyle w:val="TableParagraph"/>
              <w:spacing w:before="64"/>
              <w:rPr>
                <w:sz w:val="15"/>
              </w:rPr>
            </w:pPr>
            <w:r w:rsidRPr="00E85698">
              <w:rPr>
                <w:w w:val="105"/>
                <w:sz w:val="15"/>
              </w:rPr>
              <w:t>Активный</w:t>
            </w:r>
            <w:r w:rsidRPr="00E85698">
              <w:rPr>
                <w:spacing w:val="-10"/>
                <w:w w:val="105"/>
                <w:sz w:val="15"/>
              </w:rPr>
              <w:t xml:space="preserve"> </w:t>
            </w:r>
            <w:r w:rsidRPr="00E85698">
              <w:rPr>
                <w:w w:val="105"/>
                <w:sz w:val="15"/>
              </w:rPr>
              <w:t>и</w:t>
            </w:r>
            <w:r w:rsidRPr="00E85698">
              <w:rPr>
                <w:spacing w:val="-10"/>
                <w:w w:val="105"/>
                <w:sz w:val="15"/>
              </w:rPr>
              <w:t xml:space="preserve"> </w:t>
            </w:r>
            <w:r w:rsidRPr="00E85698">
              <w:rPr>
                <w:w w:val="105"/>
                <w:sz w:val="15"/>
              </w:rPr>
              <w:t>пассивный</w:t>
            </w:r>
            <w:r w:rsidRPr="00E85698">
              <w:rPr>
                <w:spacing w:val="-9"/>
                <w:w w:val="105"/>
                <w:sz w:val="15"/>
              </w:rPr>
              <w:t xml:space="preserve"> </w:t>
            </w:r>
            <w:r w:rsidRPr="00E85698">
              <w:rPr>
                <w:w w:val="105"/>
                <w:sz w:val="15"/>
              </w:rPr>
              <w:t>запас</w:t>
            </w:r>
            <w:r w:rsidRPr="00E85698">
              <w:rPr>
                <w:spacing w:val="-10"/>
                <w:w w:val="105"/>
                <w:sz w:val="15"/>
              </w:rPr>
              <w:t xml:space="preserve"> </w:t>
            </w:r>
            <w:r w:rsidRPr="00E85698">
              <w:rPr>
                <w:w w:val="105"/>
                <w:sz w:val="15"/>
              </w:rPr>
              <w:t>лексики.</w:t>
            </w:r>
          </w:p>
        </w:tc>
        <w:tc>
          <w:tcPr>
            <w:tcW w:w="528" w:type="dxa"/>
          </w:tcPr>
          <w:p w:rsidR="003147F9" w:rsidRPr="00E85698" w:rsidRDefault="003147F9" w:rsidP="00A047B0">
            <w:pPr>
              <w:pStyle w:val="TableParagraph"/>
              <w:spacing w:before="64"/>
              <w:ind w:left="77"/>
              <w:rPr>
                <w:sz w:val="15"/>
              </w:rPr>
            </w:pPr>
            <w:r w:rsidRPr="00E85698">
              <w:rPr>
                <w:w w:val="104"/>
                <w:sz w:val="15"/>
              </w:rPr>
              <w:t>3</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26.10</w:t>
            </w:r>
            <w:r w:rsidR="003147F9" w:rsidRPr="00E85698">
              <w:rPr>
                <w:w w:val="105"/>
                <w:sz w:val="15"/>
              </w:rPr>
              <w:t>.2022</w:t>
            </w:r>
          </w:p>
          <w:p w:rsidR="003147F9" w:rsidRPr="00E85698" w:rsidRDefault="004D6B8E" w:rsidP="00A047B0">
            <w:pPr>
              <w:pStyle w:val="TableParagraph"/>
              <w:spacing w:before="20"/>
              <w:ind w:left="79"/>
              <w:rPr>
                <w:sz w:val="15"/>
              </w:rPr>
            </w:pPr>
            <w:r>
              <w:rPr>
                <w:w w:val="105"/>
                <w:sz w:val="15"/>
              </w:rPr>
              <w:t>28.10</w:t>
            </w:r>
            <w:r w:rsidR="003147F9" w:rsidRPr="00E85698">
              <w:rPr>
                <w:w w:val="105"/>
                <w:sz w:val="15"/>
              </w:rPr>
              <w:t>.2022</w:t>
            </w:r>
          </w:p>
        </w:tc>
        <w:tc>
          <w:tcPr>
            <w:tcW w:w="4022" w:type="dxa"/>
          </w:tcPr>
          <w:p w:rsidR="003147F9" w:rsidRPr="00E85698" w:rsidRDefault="003147F9" w:rsidP="00A047B0">
            <w:pPr>
              <w:pStyle w:val="TableParagraph"/>
              <w:spacing w:before="64" w:line="266" w:lineRule="auto"/>
              <w:ind w:left="79"/>
              <w:rPr>
                <w:sz w:val="15"/>
              </w:rPr>
            </w:pPr>
            <w:r w:rsidRPr="00E85698">
              <w:rPr>
                <w:w w:val="105"/>
                <w:sz w:val="15"/>
              </w:rPr>
              <w:t>различать</w:t>
            </w:r>
            <w:r w:rsidRPr="00E85698">
              <w:rPr>
                <w:spacing w:val="-9"/>
                <w:w w:val="105"/>
                <w:sz w:val="15"/>
              </w:rPr>
              <w:t xml:space="preserve"> </w:t>
            </w:r>
            <w:r w:rsidRPr="00E85698">
              <w:rPr>
                <w:w w:val="105"/>
                <w:sz w:val="15"/>
              </w:rPr>
              <w:t>слова</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точки</w:t>
            </w:r>
            <w:r w:rsidRPr="00E85698">
              <w:rPr>
                <w:spacing w:val="-9"/>
                <w:w w:val="105"/>
                <w:sz w:val="15"/>
              </w:rPr>
              <w:t xml:space="preserve"> </w:t>
            </w:r>
            <w:r w:rsidRPr="00E85698">
              <w:rPr>
                <w:w w:val="105"/>
                <w:sz w:val="15"/>
              </w:rPr>
              <w:t>зрения</w:t>
            </w:r>
            <w:r w:rsidRPr="00E85698">
              <w:rPr>
                <w:spacing w:val="-8"/>
                <w:w w:val="105"/>
                <w:sz w:val="15"/>
              </w:rPr>
              <w:t xml:space="preserve"> </w:t>
            </w:r>
            <w:r w:rsidRPr="00E85698">
              <w:rPr>
                <w:w w:val="105"/>
                <w:sz w:val="15"/>
              </w:rPr>
              <w:t>их</w:t>
            </w:r>
            <w:r w:rsidRPr="00E85698">
              <w:rPr>
                <w:spacing w:val="-8"/>
                <w:w w:val="105"/>
                <w:sz w:val="15"/>
              </w:rPr>
              <w:t xml:space="preserve"> </w:t>
            </w:r>
            <w:r w:rsidRPr="00E85698">
              <w:rPr>
                <w:w w:val="105"/>
                <w:sz w:val="15"/>
              </w:rPr>
              <w:t>принадлежности</w:t>
            </w:r>
            <w:r w:rsidRPr="00E85698">
              <w:rPr>
                <w:spacing w:val="-9"/>
                <w:w w:val="105"/>
                <w:sz w:val="15"/>
              </w:rPr>
              <w:t xml:space="preserve"> </w:t>
            </w:r>
            <w:r w:rsidRPr="00E85698">
              <w:rPr>
                <w:w w:val="105"/>
                <w:sz w:val="15"/>
              </w:rPr>
              <w:t>к</w:t>
            </w:r>
            <w:r w:rsidRPr="00E85698">
              <w:rPr>
                <w:spacing w:val="-36"/>
                <w:w w:val="105"/>
                <w:sz w:val="15"/>
              </w:rPr>
              <w:t xml:space="preserve"> </w:t>
            </w:r>
            <w:r w:rsidRPr="00E85698">
              <w:rPr>
                <w:w w:val="105"/>
                <w:sz w:val="15"/>
              </w:rPr>
              <w:t>активному или пассивному запасу: неологизмы;</w:t>
            </w:r>
            <w:r w:rsidRPr="00E85698">
              <w:rPr>
                <w:spacing w:val="1"/>
                <w:w w:val="105"/>
                <w:sz w:val="15"/>
              </w:rPr>
              <w:t xml:space="preserve"> </w:t>
            </w:r>
            <w:r w:rsidRPr="00E85698">
              <w:rPr>
                <w:w w:val="105"/>
                <w:sz w:val="15"/>
              </w:rPr>
              <w:t>различать;</w:t>
            </w:r>
          </w:p>
          <w:p w:rsidR="003147F9" w:rsidRPr="00E85698" w:rsidRDefault="003147F9" w:rsidP="00A047B0">
            <w:pPr>
              <w:pStyle w:val="TableParagraph"/>
              <w:spacing w:before="2"/>
              <w:ind w:left="79"/>
              <w:rPr>
                <w:sz w:val="15"/>
              </w:rPr>
            </w:pPr>
            <w:r w:rsidRPr="00E85698">
              <w:rPr>
                <w:w w:val="105"/>
                <w:sz w:val="15"/>
              </w:rPr>
              <w:t>историзмы</w:t>
            </w:r>
            <w:r w:rsidRPr="00E85698">
              <w:rPr>
                <w:spacing w:val="-9"/>
                <w:w w:val="105"/>
                <w:sz w:val="15"/>
              </w:rPr>
              <w:t xml:space="preserve"> </w:t>
            </w:r>
            <w:r w:rsidRPr="00E85698">
              <w:rPr>
                <w:w w:val="105"/>
                <w:sz w:val="15"/>
              </w:rPr>
              <w:t>и</w:t>
            </w:r>
            <w:r w:rsidRPr="00E85698">
              <w:rPr>
                <w:spacing w:val="-8"/>
                <w:w w:val="105"/>
                <w:sz w:val="15"/>
              </w:rPr>
              <w:t xml:space="preserve"> </w:t>
            </w:r>
            <w:r w:rsidRPr="00E85698">
              <w:rPr>
                <w:w w:val="105"/>
                <w:sz w:val="15"/>
              </w:rPr>
              <w:t>архаизмы;</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r w:rsidRPr="00E85698">
              <w:rPr>
                <w:spacing w:val="1"/>
                <w:w w:val="105"/>
                <w:sz w:val="15"/>
              </w:rPr>
              <w:t xml:space="preserve"> </w:t>
            </w:r>
            <w:r w:rsidRPr="00E85698">
              <w:rPr>
                <w:w w:val="105"/>
                <w:sz w:val="15"/>
              </w:rPr>
              <w:t>ВПР;</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https://resh.edu.ru/subject/lesson/6946/start/258121/</w:t>
            </w:r>
          </w:p>
        </w:tc>
      </w:tr>
    </w:tbl>
    <w:p w:rsidR="003147F9" w:rsidRPr="00E85698" w:rsidRDefault="003147F9" w:rsidP="003147F9">
      <w:pPr>
        <w:jc w:val="center"/>
        <w:rPr>
          <w:sz w:val="15"/>
        </w:rPr>
        <w:sectPr w:rsidR="003147F9" w:rsidRPr="00E85698">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1677"/>
        </w:trPr>
        <w:tc>
          <w:tcPr>
            <w:tcW w:w="468" w:type="dxa"/>
          </w:tcPr>
          <w:p w:rsidR="003147F9" w:rsidRPr="00E85698" w:rsidRDefault="003147F9" w:rsidP="00A047B0">
            <w:pPr>
              <w:pStyle w:val="TableParagraph"/>
              <w:spacing w:before="64"/>
              <w:rPr>
                <w:sz w:val="15"/>
              </w:rPr>
            </w:pPr>
            <w:r w:rsidRPr="00E85698">
              <w:rPr>
                <w:w w:val="105"/>
                <w:sz w:val="15"/>
              </w:rPr>
              <w:lastRenderedPageBreak/>
              <w:t>6.3.</w:t>
            </w:r>
          </w:p>
        </w:tc>
        <w:tc>
          <w:tcPr>
            <w:tcW w:w="2833" w:type="dxa"/>
          </w:tcPr>
          <w:p w:rsidR="003147F9" w:rsidRPr="00E85698" w:rsidRDefault="003147F9" w:rsidP="00A047B0">
            <w:pPr>
              <w:pStyle w:val="TableParagraph"/>
              <w:spacing w:before="64"/>
              <w:rPr>
                <w:sz w:val="15"/>
              </w:rPr>
            </w:pPr>
            <w:r w:rsidRPr="00E85698">
              <w:rPr>
                <w:w w:val="105"/>
                <w:sz w:val="15"/>
              </w:rPr>
              <w:t>Лексика</w:t>
            </w:r>
          </w:p>
          <w:p w:rsidR="003147F9" w:rsidRPr="00E85698" w:rsidRDefault="003147F9" w:rsidP="00A047B0">
            <w:pPr>
              <w:pStyle w:val="TableParagraph"/>
              <w:spacing w:before="20"/>
              <w:rPr>
                <w:sz w:val="15"/>
              </w:rPr>
            </w:pPr>
            <w:r w:rsidRPr="00E85698">
              <w:rPr>
                <w:w w:val="105"/>
                <w:sz w:val="15"/>
              </w:rPr>
              <w:t>с</w:t>
            </w:r>
            <w:r w:rsidRPr="00E85698">
              <w:rPr>
                <w:spacing w:val="-9"/>
                <w:w w:val="105"/>
                <w:sz w:val="15"/>
              </w:rPr>
              <w:t xml:space="preserve"> </w:t>
            </w:r>
            <w:r w:rsidRPr="00E85698">
              <w:rPr>
                <w:w w:val="105"/>
                <w:sz w:val="15"/>
              </w:rPr>
              <w:t>точки</w:t>
            </w:r>
            <w:r w:rsidRPr="00E85698">
              <w:rPr>
                <w:spacing w:val="-8"/>
                <w:w w:val="105"/>
                <w:sz w:val="15"/>
              </w:rPr>
              <w:t xml:space="preserve"> </w:t>
            </w:r>
            <w:r w:rsidRPr="00E85698">
              <w:rPr>
                <w:w w:val="105"/>
                <w:sz w:val="15"/>
              </w:rPr>
              <w:t>зрения</w:t>
            </w:r>
            <w:r w:rsidRPr="00E85698">
              <w:rPr>
                <w:spacing w:val="-9"/>
                <w:w w:val="105"/>
                <w:sz w:val="15"/>
              </w:rPr>
              <w:t xml:space="preserve"> </w:t>
            </w:r>
            <w:r w:rsidRPr="00E85698">
              <w:rPr>
                <w:w w:val="105"/>
                <w:sz w:val="15"/>
              </w:rPr>
              <w:t>сферы</w:t>
            </w:r>
            <w:r w:rsidRPr="00E85698">
              <w:rPr>
                <w:spacing w:val="-8"/>
                <w:w w:val="105"/>
                <w:sz w:val="15"/>
              </w:rPr>
              <w:t xml:space="preserve"> </w:t>
            </w:r>
            <w:r w:rsidRPr="00E85698">
              <w:rPr>
                <w:w w:val="105"/>
                <w:sz w:val="15"/>
              </w:rPr>
              <w:t>употребления.</w:t>
            </w:r>
          </w:p>
        </w:tc>
        <w:tc>
          <w:tcPr>
            <w:tcW w:w="528" w:type="dxa"/>
          </w:tcPr>
          <w:p w:rsidR="003147F9" w:rsidRPr="00E85698" w:rsidRDefault="003147F9" w:rsidP="00A047B0">
            <w:pPr>
              <w:pStyle w:val="TableParagraph"/>
              <w:spacing w:before="64"/>
              <w:ind w:left="77"/>
              <w:rPr>
                <w:sz w:val="15"/>
              </w:rPr>
            </w:pPr>
            <w:r w:rsidRPr="00E85698">
              <w:rPr>
                <w:w w:val="104"/>
                <w:sz w:val="15"/>
              </w:rPr>
              <w:t>5</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7</w:t>
            </w:r>
            <w:r w:rsidR="003147F9" w:rsidRPr="00E85698">
              <w:rPr>
                <w:w w:val="105"/>
                <w:sz w:val="15"/>
              </w:rPr>
              <w:t>.11.2022</w:t>
            </w:r>
          </w:p>
          <w:p w:rsidR="003147F9" w:rsidRPr="00E85698" w:rsidRDefault="003147F9" w:rsidP="004D6B8E">
            <w:pPr>
              <w:pStyle w:val="TableParagraph"/>
              <w:spacing w:before="20"/>
              <w:ind w:left="79"/>
              <w:rPr>
                <w:sz w:val="15"/>
              </w:rPr>
            </w:pPr>
            <w:r w:rsidRPr="00E85698">
              <w:rPr>
                <w:w w:val="105"/>
                <w:sz w:val="15"/>
              </w:rPr>
              <w:t>1</w:t>
            </w:r>
            <w:r w:rsidR="004D6B8E">
              <w:rPr>
                <w:w w:val="105"/>
                <w:sz w:val="15"/>
              </w:rPr>
              <w:t>0</w:t>
            </w:r>
            <w:r w:rsidRPr="00E85698">
              <w:rPr>
                <w:w w:val="105"/>
                <w:sz w:val="15"/>
              </w:rPr>
              <w:t>.11.2022</w:t>
            </w:r>
          </w:p>
        </w:tc>
        <w:tc>
          <w:tcPr>
            <w:tcW w:w="4022" w:type="dxa"/>
          </w:tcPr>
          <w:p w:rsidR="003147F9" w:rsidRPr="00E85698" w:rsidRDefault="003147F9" w:rsidP="00A047B0">
            <w:pPr>
              <w:pStyle w:val="TableParagraph"/>
              <w:spacing w:before="64"/>
              <w:ind w:left="79"/>
              <w:rPr>
                <w:sz w:val="15"/>
              </w:rPr>
            </w:pPr>
            <w:r w:rsidRPr="00E85698">
              <w:rPr>
                <w:w w:val="105"/>
                <w:sz w:val="15"/>
              </w:rPr>
              <w:t>различать;</w:t>
            </w:r>
          </w:p>
          <w:p w:rsidR="003147F9" w:rsidRPr="00E85698" w:rsidRDefault="003147F9" w:rsidP="00A047B0">
            <w:pPr>
              <w:pStyle w:val="TableParagraph"/>
              <w:spacing w:before="20" w:line="266" w:lineRule="auto"/>
              <w:ind w:left="79" w:right="1318"/>
              <w:rPr>
                <w:sz w:val="15"/>
              </w:rPr>
            </w:pPr>
            <w:r w:rsidRPr="00E85698">
              <w:rPr>
                <w:w w:val="105"/>
                <w:sz w:val="15"/>
              </w:rPr>
              <w:t>слова с точки зрения сферы их;</w:t>
            </w:r>
            <w:r w:rsidRPr="00E85698">
              <w:rPr>
                <w:spacing w:val="1"/>
                <w:w w:val="105"/>
                <w:sz w:val="15"/>
              </w:rPr>
              <w:t xml:space="preserve"> </w:t>
            </w:r>
            <w:r w:rsidRPr="00E85698">
              <w:rPr>
                <w:sz w:val="15"/>
              </w:rPr>
              <w:t>употребления:</w:t>
            </w:r>
            <w:r w:rsidRPr="00E85698">
              <w:rPr>
                <w:spacing w:val="1"/>
                <w:sz w:val="15"/>
              </w:rPr>
              <w:t xml:space="preserve"> </w:t>
            </w:r>
            <w:r w:rsidRPr="00E85698">
              <w:rPr>
                <w:sz w:val="15"/>
              </w:rPr>
              <w:t>общеупотребительные;</w:t>
            </w:r>
          </w:p>
          <w:p w:rsidR="003147F9" w:rsidRPr="00E85698" w:rsidRDefault="003147F9" w:rsidP="00A047B0">
            <w:pPr>
              <w:pStyle w:val="TableParagraph"/>
              <w:spacing w:before="1"/>
              <w:ind w:left="79"/>
              <w:rPr>
                <w:sz w:val="15"/>
              </w:rPr>
            </w:pPr>
            <w:r w:rsidRPr="00E85698">
              <w:rPr>
                <w:w w:val="104"/>
                <w:sz w:val="15"/>
              </w:rPr>
              <w:t>;</w:t>
            </w:r>
          </w:p>
          <w:p w:rsidR="003147F9" w:rsidRPr="00E85698" w:rsidRDefault="003147F9" w:rsidP="00A047B0">
            <w:pPr>
              <w:pStyle w:val="TableParagraph"/>
              <w:spacing w:before="20" w:line="266" w:lineRule="auto"/>
              <w:ind w:left="79" w:right="2579"/>
              <w:rPr>
                <w:sz w:val="15"/>
              </w:rPr>
            </w:pPr>
            <w:r w:rsidRPr="00E85698">
              <w:rPr>
                <w:w w:val="105"/>
                <w:sz w:val="15"/>
              </w:rPr>
              <w:t>диалектизмы;</w:t>
            </w:r>
            <w:r w:rsidRPr="00E85698">
              <w:rPr>
                <w:spacing w:val="1"/>
                <w:w w:val="105"/>
                <w:sz w:val="15"/>
              </w:rPr>
              <w:t xml:space="preserve"> </w:t>
            </w:r>
            <w:r w:rsidRPr="00E85698">
              <w:rPr>
                <w:w w:val="105"/>
                <w:sz w:val="15"/>
              </w:rPr>
              <w:t>термины;</w:t>
            </w:r>
            <w:r w:rsidRPr="00E85698">
              <w:rPr>
                <w:spacing w:val="1"/>
                <w:w w:val="105"/>
                <w:sz w:val="15"/>
              </w:rPr>
              <w:t xml:space="preserve"> </w:t>
            </w:r>
            <w:r w:rsidRPr="00E85698">
              <w:rPr>
                <w:spacing w:val="-1"/>
                <w:w w:val="105"/>
                <w:sz w:val="15"/>
              </w:rPr>
              <w:t>профессионализмы;</w:t>
            </w:r>
            <w:r w:rsidRPr="00E85698">
              <w:rPr>
                <w:spacing w:val="-37"/>
                <w:w w:val="105"/>
                <w:sz w:val="15"/>
              </w:rPr>
              <w:t xml:space="preserve"> </w:t>
            </w:r>
            <w:r w:rsidRPr="00E85698">
              <w:rPr>
                <w:w w:val="105"/>
                <w:sz w:val="15"/>
              </w:rPr>
              <w:t>жаргонизмы;</w:t>
            </w:r>
            <w:r w:rsidRPr="00E85698">
              <w:rPr>
                <w:spacing w:val="-3"/>
                <w:w w:val="105"/>
                <w:sz w:val="15"/>
              </w:rPr>
              <w:t xml:space="preserve"> </w:t>
            </w:r>
            <w:r w:rsidRPr="00E85698">
              <w:rPr>
                <w:w w:val="105"/>
                <w:sz w:val="15"/>
              </w:rPr>
              <w:t>;</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https://resh.edu.ru/subject/lesson/6943/start/266306/</w:t>
            </w:r>
          </w:p>
        </w:tc>
      </w:tr>
      <w:tr w:rsidR="003147F9" w:rsidRPr="00E85698" w:rsidTr="00A047B0">
        <w:trPr>
          <w:trHeight w:val="729"/>
        </w:trPr>
        <w:tc>
          <w:tcPr>
            <w:tcW w:w="468" w:type="dxa"/>
          </w:tcPr>
          <w:p w:rsidR="003147F9" w:rsidRPr="00E85698" w:rsidRDefault="003147F9" w:rsidP="00A047B0">
            <w:pPr>
              <w:pStyle w:val="TableParagraph"/>
              <w:spacing w:before="64"/>
              <w:rPr>
                <w:sz w:val="15"/>
              </w:rPr>
            </w:pPr>
            <w:r w:rsidRPr="00E85698">
              <w:rPr>
                <w:w w:val="105"/>
                <w:sz w:val="15"/>
              </w:rPr>
              <w:t>6.4.</w:t>
            </w:r>
          </w:p>
        </w:tc>
        <w:tc>
          <w:tcPr>
            <w:tcW w:w="2833" w:type="dxa"/>
          </w:tcPr>
          <w:p w:rsidR="003147F9" w:rsidRPr="00E85698" w:rsidRDefault="003147F9" w:rsidP="00A047B0">
            <w:pPr>
              <w:pStyle w:val="TableParagraph"/>
              <w:spacing w:before="64"/>
              <w:rPr>
                <w:sz w:val="15"/>
              </w:rPr>
            </w:pPr>
            <w:r w:rsidRPr="00E85698">
              <w:rPr>
                <w:spacing w:val="-1"/>
                <w:w w:val="105"/>
                <w:sz w:val="15"/>
              </w:rPr>
              <w:t>Стилистическая</w:t>
            </w:r>
            <w:r w:rsidRPr="00E85698">
              <w:rPr>
                <w:spacing w:val="-9"/>
                <w:w w:val="105"/>
                <w:sz w:val="15"/>
              </w:rPr>
              <w:t xml:space="preserve"> </w:t>
            </w:r>
            <w:r w:rsidRPr="00E85698">
              <w:rPr>
                <w:w w:val="105"/>
                <w:sz w:val="15"/>
              </w:rPr>
              <w:t>окраска</w:t>
            </w:r>
            <w:r w:rsidRPr="00E85698">
              <w:rPr>
                <w:spacing w:val="-8"/>
                <w:w w:val="105"/>
                <w:sz w:val="15"/>
              </w:rPr>
              <w:t xml:space="preserve"> </w:t>
            </w:r>
            <w:r w:rsidRPr="00E85698">
              <w:rPr>
                <w:w w:val="105"/>
                <w:sz w:val="15"/>
              </w:rPr>
              <w:t>слова.</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11</w:t>
            </w:r>
            <w:r w:rsidR="003147F9" w:rsidRPr="00E85698">
              <w:rPr>
                <w:w w:val="105"/>
                <w:sz w:val="15"/>
              </w:rPr>
              <w:t>.11.2022</w:t>
            </w:r>
          </w:p>
          <w:p w:rsidR="003147F9" w:rsidRPr="00E85698" w:rsidRDefault="004D6B8E" w:rsidP="00A047B0">
            <w:pPr>
              <w:pStyle w:val="TableParagraph"/>
              <w:spacing w:before="20"/>
              <w:ind w:left="79"/>
              <w:rPr>
                <w:sz w:val="15"/>
              </w:rPr>
            </w:pPr>
            <w:r>
              <w:rPr>
                <w:w w:val="105"/>
                <w:sz w:val="15"/>
              </w:rPr>
              <w:t>15</w:t>
            </w:r>
            <w:r w:rsidR="003147F9" w:rsidRPr="00E85698">
              <w:rPr>
                <w:w w:val="105"/>
                <w:sz w:val="15"/>
              </w:rPr>
              <w:t>.11.2022</w:t>
            </w:r>
          </w:p>
        </w:tc>
        <w:tc>
          <w:tcPr>
            <w:tcW w:w="4022" w:type="dxa"/>
          </w:tcPr>
          <w:p w:rsidR="003147F9" w:rsidRPr="00E85698" w:rsidRDefault="003147F9" w:rsidP="00A047B0">
            <w:pPr>
              <w:pStyle w:val="TableParagraph"/>
              <w:spacing w:before="64"/>
              <w:ind w:left="79"/>
              <w:rPr>
                <w:sz w:val="15"/>
              </w:rPr>
            </w:pPr>
            <w:r w:rsidRPr="00E85698">
              <w:rPr>
                <w:w w:val="105"/>
                <w:sz w:val="15"/>
              </w:rPr>
              <w:t>определять;</w:t>
            </w:r>
          </w:p>
          <w:p w:rsidR="003147F9" w:rsidRPr="00E85698" w:rsidRDefault="003147F9" w:rsidP="00A047B0">
            <w:pPr>
              <w:pStyle w:val="TableParagraph"/>
              <w:spacing w:before="20"/>
              <w:ind w:left="79"/>
              <w:rPr>
                <w:sz w:val="15"/>
              </w:rPr>
            </w:pPr>
            <w:r w:rsidRPr="00E85698">
              <w:rPr>
                <w:spacing w:val="-1"/>
                <w:w w:val="105"/>
                <w:sz w:val="15"/>
              </w:rPr>
              <w:t>стилистическую</w:t>
            </w:r>
            <w:r w:rsidRPr="00E85698">
              <w:rPr>
                <w:spacing w:val="-9"/>
                <w:w w:val="105"/>
                <w:sz w:val="15"/>
              </w:rPr>
              <w:t xml:space="preserve"> </w:t>
            </w:r>
            <w:r w:rsidRPr="00E85698">
              <w:rPr>
                <w:w w:val="105"/>
                <w:sz w:val="15"/>
              </w:rPr>
              <w:t>окраску</w:t>
            </w:r>
            <w:r w:rsidRPr="00E85698">
              <w:rPr>
                <w:spacing w:val="-8"/>
                <w:w w:val="105"/>
                <w:sz w:val="15"/>
              </w:rPr>
              <w:t xml:space="preserve"> </w:t>
            </w:r>
            <w:r w:rsidRPr="00E85698">
              <w:rPr>
                <w:w w:val="105"/>
                <w:sz w:val="15"/>
              </w:rPr>
              <w:t>слова.;</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r w:rsidRPr="00E85698">
              <w:rPr>
                <w:spacing w:val="1"/>
                <w:w w:val="105"/>
                <w:sz w:val="15"/>
              </w:rPr>
              <w:t xml:space="preserve"> </w:t>
            </w:r>
            <w:r w:rsidRPr="00E85698">
              <w:rPr>
                <w:w w:val="105"/>
                <w:sz w:val="15"/>
              </w:rPr>
              <w:t>ВПР;</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https://resh.edu.ru/subject/lesson/6941/start/258370/</w:t>
            </w:r>
          </w:p>
        </w:tc>
      </w:tr>
      <w:tr w:rsidR="003147F9" w:rsidRPr="00E85698" w:rsidTr="00A047B0">
        <w:trPr>
          <w:trHeight w:val="3791"/>
        </w:trPr>
        <w:tc>
          <w:tcPr>
            <w:tcW w:w="468" w:type="dxa"/>
          </w:tcPr>
          <w:p w:rsidR="003147F9" w:rsidRPr="00E85698" w:rsidRDefault="003147F9" w:rsidP="00A047B0">
            <w:pPr>
              <w:pStyle w:val="TableParagraph"/>
              <w:spacing w:before="64"/>
              <w:rPr>
                <w:sz w:val="15"/>
              </w:rPr>
            </w:pPr>
            <w:r w:rsidRPr="00E85698">
              <w:rPr>
                <w:w w:val="105"/>
                <w:sz w:val="15"/>
              </w:rPr>
              <w:t>6.5.</w:t>
            </w:r>
          </w:p>
        </w:tc>
        <w:tc>
          <w:tcPr>
            <w:tcW w:w="2833" w:type="dxa"/>
          </w:tcPr>
          <w:p w:rsidR="003147F9" w:rsidRPr="00E85698" w:rsidRDefault="003147F9" w:rsidP="00A047B0">
            <w:pPr>
              <w:pStyle w:val="TableParagraph"/>
              <w:spacing w:before="64"/>
              <w:rPr>
                <w:sz w:val="15"/>
              </w:rPr>
            </w:pPr>
            <w:r w:rsidRPr="00E85698">
              <w:rPr>
                <w:spacing w:val="-1"/>
                <w:w w:val="105"/>
                <w:sz w:val="15"/>
              </w:rPr>
              <w:t>Лексические</w:t>
            </w:r>
            <w:r w:rsidRPr="00E85698">
              <w:rPr>
                <w:spacing w:val="-6"/>
                <w:w w:val="105"/>
                <w:sz w:val="15"/>
              </w:rPr>
              <w:t xml:space="preserve"> </w:t>
            </w:r>
            <w:r w:rsidRPr="00E85698">
              <w:rPr>
                <w:spacing w:val="-1"/>
                <w:w w:val="105"/>
                <w:sz w:val="15"/>
              </w:rPr>
              <w:t>средства</w:t>
            </w:r>
            <w:r w:rsidRPr="00E85698">
              <w:rPr>
                <w:spacing w:val="-6"/>
                <w:w w:val="105"/>
                <w:sz w:val="15"/>
              </w:rPr>
              <w:t xml:space="preserve"> </w:t>
            </w:r>
            <w:r w:rsidRPr="00E85698">
              <w:rPr>
                <w:spacing w:val="-1"/>
                <w:w w:val="105"/>
                <w:sz w:val="15"/>
              </w:rPr>
              <w:t>выразительности.</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16</w:t>
            </w:r>
            <w:r w:rsidR="003147F9" w:rsidRPr="00E85698">
              <w:rPr>
                <w:w w:val="105"/>
                <w:sz w:val="15"/>
              </w:rPr>
              <w:t>.11.2022</w:t>
            </w:r>
          </w:p>
          <w:p w:rsidR="003147F9" w:rsidRPr="00E85698" w:rsidRDefault="004D6B8E" w:rsidP="00A047B0">
            <w:pPr>
              <w:pStyle w:val="TableParagraph"/>
              <w:spacing w:before="20"/>
              <w:ind w:left="79"/>
              <w:rPr>
                <w:sz w:val="15"/>
              </w:rPr>
            </w:pPr>
            <w:r>
              <w:rPr>
                <w:w w:val="105"/>
                <w:sz w:val="15"/>
              </w:rPr>
              <w:t>21.11</w:t>
            </w:r>
            <w:r w:rsidR="003147F9" w:rsidRPr="00E85698">
              <w:rPr>
                <w:w w:val="105"/>
                <w:sz w:val="15"/>
              </w:rPr>
              <w:t>.2022</w:t>
            </w:r>
          </w:p>
        </w:tc>
        <w:tc>
          <w:tcPr>
            <w:tcW w:w="4022" w:type="dxa"/>
          </w:tcPr>
          <w:p w:rsidR="003147F9" w:rsidRPr="00E85698" w:rsidRDefault="003147F9" w:rsidP="00A047B0">
            <w:pPr>
              <w:pStyle w:val="TableParagraph"/>
              <w:spacing w:before="64" w:line="266" w:lineRule="auto"/>
              <w:ind w:left="79" w:right="2404"/>
              <w:rPr>
                <w:sz w:val="15"/>
              </w:rPr>
            </w:pPr>
            <w:r w:rsidRPr="00E85698">
              <w:rPr>
                <w:spacing w:val="-1"/>
                <w:w w:val="105"/>
                <w:sz w:val="15"/>
              </w:rPr>
              <w:t>Распознавать эпитеты;</w:t>
            </w:r>
            <w:r w:rsidRPr="00E85698">
              <w:rPr>
                <w:spacing w:val="-37"/>
                <w:w w:val="105"/>
                <w:sz w:val="15"/>
              </w:rPr>
              <w:t xml:space="preserve"> </w:t>
            </w:r>
            <w:r w:rsidRPr="00E85698">
              <w:rPr>
                <w:w w:val="105"/>
                <w:sz w:val="15"/>
              </w:rPr>
              <w:t>метафоры;</w:t>
            </w:r>
          </w:p>
          <w:p w:rsidR="003147F9" w:rsidRPr="00E85698" w:rsidRDefault="003147F9" w:rsidP="00A047B0">
            <w:pPr>
              <w:pStyle w:val="TableParagraph"/>
              <w:spacing w:before="2"/>
              <w:ind w:left="79"/>
              <w:rPr>
                <w:sz w:val="15"/>
              </w:rPr>
            </w:pPr>
            <w:r w:rsidRPr="00E85698">
              <w:rPr>
                <w:w w:val="104"/>
                <w:sz w:val="15"/>
              </w:rPr>
              <w:t>;</w:t>
            </w:r>
          </w:p>
          <w:p w:rsidR="003147F9" w:rsidRPr="00E85698" w:rsidRDefault="003147F9" w:rsidP="00A047B0">
            <w:pPr>
              <w:pStyle w:val="TableParagraph"/>
              <w:spacing w:before="19" w:line="266" w:lineRule="auto"/>
              <w:ind w:left="79" w:right="1295"/>
              <w:rPr>
                <w:sz w:val="15"/>
              </w:rPr>
            </w:pPr>
            <w:r w:rsidRPr="00E85698">
              <w:rPr>
                <w:spacing w:val="-1"/>
                <w:w w:val="105"/>
                <w:sz w:val="15"/>
              </w:rPr>
              <w:t xml:space="preserve">олицетворения; понимать </w:t>
            </w:r>
            <w:r w:rsidRPr="00E85698">
              <w:rPr>
                <w:w w:val="105"/>
                <w:sz w:val="15"/>
              </w:rPr>
              <w:t>их основное;</w:t>
            </w:r>
            <w:r w:rsidRPr="00E85698">
              <w:rPr>
                <w:spacing w:val="-38"/>
                <w:w w:val="105"/>
                <w:sz w:val="15"/>
              </w:rPr>
              <w:t xml:space="preserve"> </w:t>
            </w:r>
            <w:r w:rsidRPr="00E85698">
              <w:rPr>
                <w:w w:val="105"/>
                <w:sz w:val="15"/>
              </w:rPr>
              <w:t>коммуникативное назначение в;</w:t>
            </w:r>
            <w:r w:rsidRPr="00E85698">
              <w:rPr>
                <w:spacing w:val="1"/>
                <w:w w:val="105"/>
                <w:sz w:val="15"/>
              </w:rPr>
              <w:t xml:space="preserve"> </w:t>
            </w:r>
            <w:r w:rsidRPr="00E85698">
              <w:rPr>
                <w:w w:val="105"/>
                <w:sz w:val="15"/>
              </w:rPr>
              <w:t>художественном</w:t>
            </w:r>
            <w:r w:rsidRPr="00E85698">
              <w:rPr>
                <w:spacing w:val="-3"/>
                <w:w w:val="105"/>
                <w:sz w:val="15"/>
              </w:rPr>
              <w:t xml:space="preserve"> </w:t>
            </w:r>
            <w:r w:rsidRPr="00E85698">
              <w:rPr>
                <w:w w:val="105"/>
                <w:sz w:val="15"/>
              </w:rPr>
              <w:t>тексте.;</w:t>
            </w:r>
          </w:p>
          <w:p w:rsidR="003147F9" w:rsidRPr="00E85698" w:rsidRDefault="003147F9" w:rsidP="00A047B0">
            <w:pPr>
              <w:pStyle w:val="TableParagraph"/>
              <w:spacing w:before="2" w:line="266" w:lineRule="auto"/>
              <w:ind w:left="79" w:right="607"/>
              <w:rPr>
                <w:sz w:val="15"/>
              </w:rPr>
            </w:pPr>
            <w:r w:rsidRPr="00E85698">
              <w:rPr>
                <w:spacing w:val="-1"/>
                <w:w w:val="105"/>
                <w:sz w:val="15"/>
              </w:rPr>
              <w:t>Определять</w:t>
            </w:r>
            <w:r w:rsidRPr="00E85698">
              <w:rPr>
                <w:spacing w:val="-9"/>
                <w:w w:val="105"/>
                <w:sz w:val="15"/>
              </w:rPr>
              <w:t xml:space="preserve"> </w:t>
            </w:r>
            <w:r w:rsidRPr="00E85698">
              <w:rPr>
                <w:w w:val="105"/>
                <w:sz w:val="15"/>
              </w:rPr>
              <w:t>основания</w:t>
            </w:r>
            <w:r w:rsidRPr="00E85698">
              <w:rPr>
                <w:spacing w:val="-9"/>
                <w:w w:val="105"/>
                <w:sz w:val="15"/>
              </w:rPr>
              <w:t xml:space="preserve"> </w:t>
            </w:r>
            <w:r w:rsidRPr="00E85698">
              <w:rPr>
                <w:w w:val="105"/>
                <w:sz w:val="15"/>
              </w:rPr>
              <w:t>для</w:t>
            </w:r>
            <w:r w:rsidRPr="00E85698">
              <w:rPr>
                <w:spacing w:val="-9"/>
                <w:w w:val="105"/>
                <w:sz w:val="15"/>
              </w:rPr>
              <w:t xml:space="preserve"> </w:t>
            </w:r>
            <w:r w:rsidRPr="00E85698">
              <w:rPr>
                <w:w w:val="105"/>
                <w:sz w:val="15"/>
              </w:rPr>
              <w:t>сравнения</w:t>
            </w:r>
            <w:r w:rsidRPr="00E85698">
              <w:rPr>
                <w:spacing w:val="-8"/>
                <w:w w:val="105"/>
                <w:sz w:val="15"/>
              </w:rPr>
              <w:t xml:space="preserve"> </w:t>
            </w:r>
            <w:r w:rsidRPr="00E85698">
              <w:rPr>
                <w:w w:val="105"/>
                <w:sz w:val="15"/>
              </w:rPr>
              <w:t>и;</w:t>
            </w:r>
            <w:r w:rsidRPr="00E85698">
              <w:rPr>
                <w:spacing w:val="-37"/>
                <w:w w:val="105"/>
                <w:sz w:val="15"/>
              </w:rPr>
              <w:t xml:space="preserve"> </w:t>
            </w:r>
            <w:r w:rsidRPr="00E85698">
              <w:rPr>
                <w:w w:val="105"/>
                <w:sz w:val="15"/>
              </w:rPr>
              <w:t>сравнивать</w:t>
            </w:r>
            <w:r w:rsidRPr="00E85698">
              <w:rPr>
                <w:spacing w:val="-2"/>
                <w:w w:val="105"/>
                <w:sz w:val="15"/>
              </w:rPr>
              <w:t xml:space="preserve"> </w:t>
            </w:r>
            <w:r w:rsidRPr="00E85698">
              <w:rPr>
                <w:w w:val="105"/>
                <w:sz w:val="15"/>
              </w:rPr>
              <w:t>эпитеты;</w:t>
            </w:r>
          </w:p>
          <w:p w:rsidR="003147F9" w:rsidRPr="00E85698" w:rsidRDefault="003147F9" w:rsidP="00A047B0">
            <w:pPr>
              <w:pStyle w:val="TableParagraph"/>
              <w:spacing w:before="1"/>
              <w:ind w:left="79"/>
              <w:rPr>
                <w:sz w:val="15"/>
              </w:rPr>
            </w:pPr>
            <w:r w:rsidRPr="00E85698">
              <w:rPr>
                <w:w w:val="105"/>
                <w:sz w:val="15"/>
              </w:rPr>
              <w:t>метафоры;</w:t>
            </w:r>
          </w:p>
          <w:p w:rsidR="003147F9" w:rsidRPr="00E85698" w:rsidRDefault="003147F9" w:rsidP="00A047B0">
            <w:pPr>
              <w:pStyle w:val="TableParagraph"/>
              <w:spacing w:before="20"/>
              <w:ind w:left="79"/>
              <w:rPr>
                <w:sz w:val="15"/>
              </w:rPr>
            </w:pPr>
            <w:r w:rsidRPr="00E85698">
              <w:rPr>
                <w:w w:val="104"/>
                <w:sz w:val="15"/>
              </w:rPr>
              <w:t>;</w:t>
            </w:r>
          </w:p>
          <w:p w:rsidR="003147F9" w:rsidRPr="00E85698" w:rsidRDefault="003147F9" w:rsidP="00A047B0">
            <w:pPr>
              <w:pStyle w:val="TableParagraph"/>
              <w:spacing w:before="20"/>
              <w:ind w:left="79"/>
              <w:rPr>
                <w:sz w:val="15"/>
              </w:rPr>
            </w:pPr>
            <w:r w:rsidRPr="00E85698">
              <w:rPr>
                <w:w w:val="105"/>
                <w:sz w:val="15"/>
              </w:rPr>
              <w:t>олицетворения.;</w:t>
            </w:r>
          </w:p>
          <w:p w:rsidR="003147F9" w:rsidRPr="00E85698" w:rsidRDefault="003147F9" w:rsidP="00A047B0">
            <w:pPr>
              <w:pStyle w:val="TableParagraph"/>
              <w:spacing w:before="19" w:line="266" w:lineRule="auto"/>
              <w:ind w:left="79" w:right="607"/>
              <w:rPr>
                <w:sz w:val="15"/>
              </w:rPr>
            </w:pPr>
            <w:r w:rsidRPr="00E85698">
              <w:rPr>
                <w:w w:val="105"/>
                <w:sz w:val="15"/>
              </w:rPr>
              <w:t>Проводить лексический анализ слов.;</w:t>
            </w:r>
            <w:r w:rsidRPr="00E85698">
              <w:rPr>
                <w:spacing w:val="-37"/>
                <w:w w:val="105"/>
                <w:sz w:val="15"/>
              </w:rPr>
              <w:t xml:space="preserve"> </w:t>
            </w:r>
            <w:r w:rsidRPr="00E85698">
              <w:rPr>
                <w:spacing w:val="-2"/>
                <w:w w:val="105"/>
                <w:sz w:val="15"/>
              </w:rPr>
              <w:t>Распознавать</w:t>
            </w:r>
            <w:r w:rsidRPr="00E85698">
              <w:rPr>
                <w:spacing w:val="1"/>
                <w:w w:val="105"/>
                <w:sz w:val="15"/>
              </w:rPr>
              <w:t xml:space="preserve"> </w:t>
            </w:r>
            <w:r w:rsidRPr="00E85698">
              <w:rPr>
                <w:spacing w:val="-1"/>
                <w:w w:val="105"/>
                <w:sz w:val="15"/>
              </w:rPr>
              <w:t>в</w:t>
            </w:r>
            <w:r w:rsidRPr="00E85698">
              <w:rPr>
                <w:spacing w:val="-6"/>
                <w:w w:val="105"/>
                <w:sz w:val="15"/>
              </w:rPr>
              <w:t xml:space="preserve"> </w:t>
            </w:r>
            <w:r w:rsidRPr="00E85698">
              <w:rPr>
                <w:spacing w:val="-1"/>
                <w:w w:val="105"/>
                <w:sz w:val="15"/>
              </w:rPr>
              <w:t>тексте</w:t>
            </w:r>
            <w:r w:rsidRPr="00E85698">
              <w:rPr>
                <w:spacing w:val="-3"/>
                <w:w w:val="105"/>
                <w:sz w:val="15"/>
              </w:rPr>
              <w:t xml:space="preserve"> </w:t>
            </w:r>
            <w:r w:rsidRPr="00E85698">
              <w:rPr>
                <w:spacing w:val="-1"/>
                <w:w w:val="105"/>
                <w:sz w:val="15"/>
              </w:rPr>
              <w:t>фразеологизмы;</w:t>
            </w:r>
          </w:p>
          <w:p w:rsidR="003147F9" w:rsidRPr="00E85698" w:rsidRDefault="003147F9" w:rsidP="00A047B0">
            <w:pPr>
              <w:pStyle w:val="TableParagraph"/>
              <w:spacing w:before="2"/>
              <w:ind w:left="79"/>
              <w:rPr>
                <w:sz w:val="15"/>
              </w:rPr>
            </w:pPr>
            <w:r w:rsidRPr="00E85698">
              <w:rPr>
                <w:w w:val="104"/>
                <w:sz w:val="15"/>
              </w:rPr>
              <w:t>;</w:t>
            </w:r>
          </w:p>
          <w:p w:rsidR="003147F9" w:rsidRPr="00E85698" w:rsidRDefault="003147F9" w:rsidP="00A047B0">
            <w:pPr>
              <w:pStyle w:val="TableParagraph"/>
              <w:spacing w:before="19"/>
              <w:ind w:left="79"/>
              <w:rPr>
                <w:sz w:val="15"/>
              </w:rPr>
            </w:pPr>
            <w:r w:rsidRPr="00E85698">
              <w:rPr>
                <w:w w:val="105"/>
                <w:sz w:val="15"/>
              </w:rPr>
              <w:t>уметь</w:t>
            </w:r>
            <w:r w:rsidRPr="00E85698">
              <w:rPr>
                <w:spacing w:val="-10"/>
                <w:w w:val="105"/>
                <w:sz w:val="15"/>
              </w:rPr>
              <w:t xml:space="preserve"> </w:t>
            </w:r>
            <w:r w:rsidRPr="00E85698">
              <w:rPr>
                <w:w w:val="105"/>
                <w:sz w:val="15"/>
              </w:rPr>
              <w:t>определять</w:t>
            </w:r>
            <w:r w:rsidRPr="00E85698">
              <w:rPr>
                <w:spacing w:val="-9"/>
                <w:w w:val="105"/>
                <w:sz w:val="15"/>
              </w:rPr>
              <w:t xml:space="preserve"> </w:t>
            </w:r>
            <w:r w:rsidRPr="00E85698">
              <w:rPr>
                <w:w w:val="105"/>
                <w:sz w:val="15"/>
              </w:rPr>
              <w:t>их</w:t>
            </w:r>
            <w:r w:rsidRPr="00E85698">
              <w:rPr>
                <w:spacing w:val="-10"/>
                <w:w w:val="105"/>
                <w:sz w:val="15"/>
              </w:rPr>
              <w:t xml:space="preserve"> </w:t>
            </w:r>
            <w:r w:rsidRPr="00E85698">
              <w:rPr>
                <w:w w:val="105"/>
                <w:sz w:val="15"/>
              </w:rPr>
              <w:t>значение;</w:t>
            </w:r>
          </w:p>
          <w:p w:rsidR="003147F9" w:rsidRPr="00E85698" w:rsidRDefault="003147F9" w:rsidP="00A047B0">
            <w:pPr>
              <w:pStyle w:val="TableParagraph"/>
              <w:spacing w:before="20"/>
              <w:ind w:left="79"/>
              <w:rPr>
                <w:sz w:val="15"/>
              </w:rPr>
            </w:pPr>
            <w:r w:rsidRPr="00E85698">
              <w:rPr>
                <w:w w:val="104"/>
                <w:sz w:val="15"/>
              </w:rPr>
              <w:t>;</w:t>
            </w:r>
          </w:p>
          <w:p w:rsidR="003147F9" w:rsidRPr="00E85698" w:rsidRDefault="003147F9" w:rsidP="00A047B0">
            <w:pPr>
              <w:pStyle w:val="TableParagraph"/>
              <w:spacing w:before="20" w:line="266" w:lineRule="auto"/>
              <w:ind w:left="79" w:right="1552"/>
              <w:jc w:val="both"/>
              <w:rPr>
                <w:sz w:val="15"/>
              </w:rPr>
            </w:pPr>
            <w:r w:rsidRPr="00E85698">
              <w:rPr>
                <w:w w:val="105"/>
                <w:sz w:val="15"/>
              </w:rPr>
              <w:t>речевую ситуацию употребления.;</w:t>
            </w:r>
            <w:r w:rsidRPr="00E85698">
              <w:rPr>
                <w:spacing w:val="1"/>
                <w:w w:val="105"/>
                <w:sz w:val="15"/>
              </w:rPr>
              <w:t xml:space="preserve"> </w:t>
            </w:r>
            <w:r w:rsidRPr="00E85698">
              <w:rPr>
                <w:w w:val="105"/>
                <w:sz w:val="15"/>
              </w:rPr>
              <w:t>Выбирать лексические средства в;</w:t>
            </w:r>
            <w:r w:rsidRPr="00E85698">
              <w:rPr>
                <w:spacing w:val="1"/>
                <w:w w:val="105"/>
                <w:sz w:val="15"/>
              </w:rPr>
              <w:t xml:space="preserve"> </w:t>
            </w:r>
            <w:r w:rsidRPr="00E85698">
              <w:rPr>
                <w:spacing w:val="-1"/>
                <w:w w:val="105"/>
                <w:sz w:val="15"/>
              </w:rPr>
              <w:t>соответствии</w:t>
            </w:r>
            <w:r w:rsidRPr="00E85698">
              <w:rPr>
                <w:spacing w:val="-8"/>
                <w:w w:val="105"/>
                <w:sz w:val="15"/>
              </w:rPr>
              <w:t xml:space="preserve"> </w:t>
            </w:r>
            <w:r w:rsidRPr="00E85698">
              <w:rPr>
                <w:spacing w:val="-1"/>
                <w:w w:val="105"/>
                <w:sz w:val="15"/>
              </w:rPr>
              <w:t>с</w:t>
            </w:r>
            <w:r w:rsidRPr="00E85698">
              <w:rPr>
                <w:spacing w:val="-7"/>
                <w:w w:val="105"/>
                <w:sz w:val="15"/>
              </w:rPr>
              <w:t xml:space="preserve"> </w:t>
            </w:r>
            <w:r w:rsidRPr="00E85698">
              <w:rPr>
                <w:spacing w:val="-1"/>
                <w:w w:val="105"/>
                <w:sz w:val="15"/>
              </w:rPr>
              <w:t>речевой</w:t>
            </w:r>
            <w:r w:rsidRPr="00E85698">
              <w:rPr>
                <w:spacing w:val="-7"/>
                <w:w w:val="105"/>
                <w:sz w:val="15"/>
              </w:rPr>
              <w:t xml:space="preserve"> </w:t>
            </w:r>
            <w:r w:rsidRPr="00E85698">
              <w:rPr>
                <w:w w:val="105"/>
                <w:sz w:val="15"/>
              </w:rPr>
              <w:t>ситуацией;;</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r w:rsidRPr="00E85698">
              <w:rPr>
                <w:spacing w:val="1"/>
                <w:w w:val="105"/>
                <w:sz w:val="15"/>
              </w:rPr>
              <w:t xml:space="preserve"> </w:t>
            </w:r>
            <w:r w:rsidRPr="00E85698">
              <w:rPr>
                <w:w w:val="105"/>
                <w:sz w:val="15"/>
              </w:rPr>
              <w:t>ВПР;</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https://resh.edu.ru/subject/lesson/6942/start/325461/</w:t>
            </w:r>
          </w:p>
        </w:tc>
      </w:tr>
      <w:tr w:rsidR="003147F9" w:rsidRPr="00E85698" w:rsidTr="00A047B0">
        <w:trPr>
          <w:trHeight w:val="2254"/>
        </w:trPr>
        <w:tc>
          <w:tcPr>
            <w:tcW w:w="468" w:type="dxa"/>
          </w:tcPr>
          <w:p w:rsidR="003147F9" w:rsidRPr="00E85698" w:rsidRDefault="003147F9" w:rsidP="00A047B0">
            <w:pPr>
              <w:pStyle w:val="TableParagraph"/>
              <w:spacing w:before="64"/>
              <w:rPr>
                <w:sz w:val="15"/>
              </w:rPr>
            </w:pPr>
            <w:r w:rsidRPr="00E85698">
              <w:rPr>
                <w:w w:val="105"/>
                <w:sz w:val="15"/>
              </w:rPr>
              <w:t>6.6.</w:t>
            </w:r>
          </w:p>
        </w:tc>
        <w:tc>
          <w:tcPr>
            <w:tcW w:w="2833" w:type="dxa"/>
          </w:tcPr>
          <w:p w:rsidR="003147F9" w:rsidRPr="00E85698" w:rsidRDefault="003147F9" w:rsidP="00A047B0">
            <w:pPr>
              <w:pStyle w:val="TableParagraph"/>
              <w:spacing w:before="64"/>
              <w:rPr>
                <w:sz w:val="15"/>
              </w:rPr>
            </w:pPr>
            <w:r w:rsidRPr="00E85698">
              <w:rPr>
                <w:spacing w:val="-1"/>
                <w:w w:val="105"/>
                <w:sz w:val="15"/>
              </w:rPr>
              <w:t>Лексические</w:t>
            </w:r>
            <w:r w:rsidRPr="00E85698">
              <w:rPr>
                <w:spacing w:val="-8"/>
                <w:w w:val="105"/>
                <w:sz w:val="15"/>
              </w:rPr>
              <w:t xml:space="preserve"> </w:t>
            </w:r>
            <w:r w:rsidRPr="00E85698">
              <w:rPr>
                <w:w w:val="105"/>
                <w:sz w:val="15"/>
              </w:rPr>
              <w:t>словари</w:t>
            </w:r>
          </w:p>
        </w:tc>
        <w:tc>
          <w:tcPr>
            <w:tcW w:w="528" w:type="dxa"/>
          </w:tcPr>
          <w:p w:rsidR="003147F9" w:rsidRPr="00E85698" w:rsidRDefault="003147F9" w:rsidP="00A047B0">
            <w:pPr>
              <w:pStyle w:val="TableParagraph"/>
              <w:spacing w:before="64"/>
              <w:ind w:left="77"/>
              <w:rPr>
                <w:sz w:val="15"/>
              </w:rPr>
            </w:pPr>
            <w:r w:rsidRPr="00E85698">
              <w:rPr>
                <w:w w:val="104"/>
                <w:sz w:val="15"/>
              </w:rPr>
              <w:t>2</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22.11</w:t>
            </w:r>
            <w:r w:rsidR="003147F9" w:rsidRPr="00E85698">
              <w:rPr>
                <w:w w:val="105"/>
                <w:sz w:val="15"/>
              </w:rPr>
              <w:t>.2022</w:t>
            </w:r>
          </w:p>
          <w:p w:rsidR="003147F9" w:rsidRPr="00E85698" w:rsidRDefault="004D6B8E" w:rsidP="00A047B0">
            <w:pPr>
              <w:pStyle w:val="TableParagraph"/>
              <w:spacing w:before="20"/>
              <w:ind w:left="79"/>
              <w:rPr>
                <w:sz w:val="15"/>
              </w:rPr>
            </w:pPr>
            <w:r>
              <w:rPr>
                <w:w w:val="105"/>
                <w:sz w:val="15"/>
              </w:rPr>
              <w:t>22.11</w:t>
            </w:r>
            <w:r w:rsidR="003147F9" w:rsidRPr="00E85698">
              <w:rPr>
                <w:w w:val="105"/>
                <w:sz w:val="15"/>
              </w:rPr>
              <w:t>.2022</w:t>
            </w:r>
          </w:p>
        </w:tc>
        <w:tc>
          <w:tcPr>
            <w:tcW w:w="4022" w:type="dxa"/>
          </w:tcPr>
          <w:p w:rsidR="003147F9" w:rsidRPr="00E85698" w:rsidRDefault="003147F9" w:rsidP="00A047B0">
            <w:pPr>
              <w:pStyle w:val="TableParagraph"/>
              <w:spacing w:before="64" w:line="266" w:lineRule="auto"/>
              <w:ind w:left="79" w:right="1344"/>
              <w:rPr>
                <w:sz w:val="15"/>
              </w:rPr>
            </w:pPr>
            <w:r w:rsidRPr="00E85698">
              <w:rPr>
                <w:spacing w:val="-1"/>
                <w:w w:val="105"/>
                <w:sz w:val="15"/>
              </w:rPr>
              <w:t>пользоваться словарями иностранных;</w:t>
            </w:r>
            <w:r w:rsidRPr="00E85698">
              <w:rPr>
                <w:spacing w:val="-37"/>
                <w:w w:val="105"/>
                <w:sz w:val="15"/>
              </w:rPr>
              <w:t xml:space="preserve"> </w:t>
            </w:r>
            <w:r w:rsidRPr="00E85698">
              <w:rPr>
                <w:w w:val="105"/>
                <w:sz w:val="15"/>
              </w:rPr>
              <w:t>слов;</w:t>
            </w:r>
          </w:p>
          <w:p w:rsidR="003147F9" w:rsidRPr="00E85698" w:rsidRDefault="003147F9" w:rsidP="00A047B0">
            <w:pPr>
              <w:pStyle w:val="TableParagraph"/>
              <w:spacing w:before="2"/>
              <w:ind w:left="79"/>
              <w:rPr>
                <w:sz w:val="15"/>
              </w:rPr>
            </w:pPr>
            <w:r w:rsidRPr="00E85698">
              <w:rPr>
                <w:spacing w:val="-1"/>
                <w:w w:val="105"/>
                <w:sz w:val="15"/>
              </w:rPr>
              <w:t>устаревших</w:t>
            </w:r>
            <w:r w:rsidRPr="00E85698">
              <w:rPr>
                <w:spacing w:val="-8"/>
                <w:w w:val="105"/>
                <w:sz w:val="15"/>
              </w:rPr>
              <w:t xml:space="preserve"> </w:t>
            </w:r>
            <w:r w:rsidRPr="00E85698">
              <w:rPr>
                <w:w w:val="105"/>
                <w:sz w:val="15"/>
              </w:rPr>
              <w:t>слов;</w:t>
            </w:r>
            <w:r w:rsidRPr="00E85698">
              <w:rPr>
                <w:spacing w:val="-8"/>
                <w:w w:val="105"/>
                <w:sz w:val="15"/>
              </w:rPr>
              <w:t xml:space="preserve"> </w:t>
            </w:r>
            <w:r w:rsidRPr="00E85698">
              <w:rPr>
                <w:w w:val="105"/>
                <w:sz w:val="15"/>
              </w:rPr>
              <w:t>оценивать</w:t>
            </w:r>
            <w:r w:rsidRPr="00E85698">
              <w:rPr>
                <w:spacing w:val="-8"/>
                <w:w w:val="105"/>
                <w:sz w:val="15"/>
              </w:rPr>
              <w:t xml:space="preserve"> </w:t>
            </w:r>
            <w:r w:rsidRPr="00E85698">
              <w:rPr>
                <w:w w:val="105"/>
                <w:sz w:val="15"/>
              </w:rPr>
              <w:t>свою;</w:t>
            </w:r>
          </w:p>
          <w:p w:rsidR="003147F9" w:rsidRPr="00E85698" w:rsidRDefault="003147F9" w:rsidP="00A047B0">
            <w:pPr>
              <w:pStyle w:val="TableParagraph"/>
              <w:spacing w:before="19"/>
              <w:ind w:left="79"/>
              <w:rPr>
                <w:sz w:val="15"/>
              </w:rPr>
            </w:pPr>
            <w:r w:rsidRPr="00E85698">
              <w:rPr>
                <w:w w:val="105"/>
                <w:sz w:val="15"/>
              </w:rPr>
              <w:t>и</w:t>
            </w:r>
            <w:r w:rsidRPr="00E85698">
              <w:rPr>
                <w:spacing w:val="-6"/>
                <w:w w:val="105"/>
                <w:sz w:val="15"/>
              </w:rPr>
              <w:t xml:space="preserve"> </w:t>
            </w:r>
            <w:r w:rsidRPr="00E85698">
              <w:rPr>
                <w:w w:val="105"/>
                <w:sz w:val="15"/>
              </w:rPr>
              <w:t>чужую</w:t>
            </w:r>
            <w:r w:rsidRPr="00E85698">
              <w:rPr>
                <w:spacing w:val="-6"/>
                <w:w w:val="105"/>
                <w:sz w:val="15"/>
              </w:rPr>
              <w:t xml:space="preserve"> </w:t>
            </w:r>
            <w:r w:rsidRPr="00E85698">
              <w:rPr>
                <w:w w:val="105"/>
                <w:sz w:val="15"/>
              </w:rPr>
              <w:t>речь</w:t>
            </w:r>
            <w:r w:rsidRPr="00E85698">
              <w:rPr>
                <w:spacing w:val="-6"/>
                <w:w w:val="105"/>
                <w:sz w:val="15"/>
              </w:rPr>
              <w:t xml:space="preserve"> </w:t>
            </w:r>
            <w:r w:rsidRPr="00E85698">
              <w:rPr>
                <w:w w:val="105"/>
                <w:sz w:val="15"/>
              </w:rPr>
              <w:t>с</w:t>
            </w:r>
            <w:r w:rsidRPr="00E85698">
              <w:rPr>
                <w:spacing w:val="-6"/>
                <w:w w:val="105"/>
                <w:sz w:val="15"/>
              </w:rPr>
              <w:t xml:space="preserve"> </w:t>
            </w:r>
            <w:r w:rsidRPr="00E85698">
              <w:rPr>
                <w:w w:val="105"/>
                <w:sz w:val="15"/>
              </w:rPr>
              <w:t>точки</w:t>
            </w:r>
            <w:r w:rsidRPr="00E85698">
              <w:rPr>
                <w:spacing w:val="-5"/>
                <w:w w:val="105"/>
                <w:sz w:val="15"/>
              </w:rPr>
              <w:t xml:space="preserve"> </w:t>
            </w:r>
            <w:r w:rsidRPr="00E85698">
              <w:rPr>
                <w:w w:val="105"/>
                <w:sz w:val="15"/>
              </w:rPr>
              <w:t>зрения</w:t>
            </w:r>
            <w:r w:rsidRPr="00E85698">
              <w:rPr>
                <w:spacing w:val="-6"/>
                <w:w w:val="105"/>
                <w:sz w:val="15"/>
              </w:rPr>
              <w:t xml:space="preserve"> </w:t>
            </w:r>
            <w:r w:rsidRPr="00E85698">
              <w:rPr>
                <w:w w:val="105"/>
                <w:sz w:val="15"/>
              </w:rPr>
              <w:t>точного;</w:t>
            </w:r>
          </w:p>
          <w:p w:rsidR="003147F9" w:rsidRPr="00E85698" w:rsidRDefault="003147F9" w:rsidP="00A047B0">
            <w:pPr>
              <w:pStyle w:val="TableParagraph"/>
              <w:spacing w:before="20"/>
              <w:ind w:left="79"/>
              <w:rPr>
                <w:sz w:val="15"/>
              </w:rPr>
            </w:pPr>
            <w:r w:rsidRPr="00E85698">
              <w:rPr>
                <w:w w:val="104"/>
                <w:sz w:val="15"/>
              </w:rPr>
              <w:t>;</w:t>
            </w:r>
          </w:p>
          <w:p w:rsidR="003147F9" w:rsidRPr="00E85698" w:rsidRDefault="003147F9" w:rsidP="00A047B0">
            <w:pPr>
              <w:pStyle w:val="TableParagraph"/>
              <w:spacing w:before="19" w:line="266" w:lineRule="auto"/>
              <w:ind w:left="79" w:right="1610"/>
              <w:rPr>
                <w:sz w:val="15"/>
              </w:rPr>
            </w:pPr>
            <w:r w:rsidRPr="00E85698">
              <w:rPr>
                <w:w w:val="105"/>
                <w:sz w:val="15"/>
              </w:rPr>
              <w:t>уместного и выразительного;</w:t>
            </w:r>
            <w:r w:rsidRPr="00E85698">
              <w:rPr>
                <w:spacing w:val="1"/>
                <w:w w:val="105"/>
                <w:sz w:val="15"/>
              </w:rPr>
              <w:t xml:space="preserve"> </w:t>
            </w:r>
            <w:r w:rsidRPr="00E85698">
              <w:rPr>
                <w:spacing w:val="-1"/>
                <w:w w:val="105"/>
                <w:sz w:val="15"/>
              </w:rPr>
              <w:t>словоупотребления; использовать;</w:t>
            </w:r>
            <w:r w:rsidRPr="00E85698">
              <w:rPr>
                <w:spacing w:val="-37"/>
                <w:w w:val="105"/>
                <w:sz w:val="15"/>
              </w:rPr>
              <w:t xml:space="preserve"> </w:t>
            </w:r>
            <w:r w:rsidRPr="00E85698">
              <w:rPr>
                <w:w w:val="105"/>
                <w:sz w:val="15"/>
              </w:rPr>
              <w:t>толковые</w:t>
            </w:r>
            <w:r w:rsidRPr="00E85698">
              <w:rPr>
                <w:spacing w:val="-2"/>
                <w:w w:val="105"/>
                <w:sz w:val="15"/>
              </w:rPr>
              <w:t xml:space="preserve"> </w:t>
            </w:r>
            <w:r w:rsidRPr="00E85698">
              <w:rPr>
                <w:w w:val="105"/>
                <w:sz w:val="15"/>
              </w:rPr>
              <w:t>словари.;</w:t>
            </w:r>
          </w:p>
          <w:p w:rsidR="003147F9" w:rsidRPr="00E85698" w:rsidRDefault="003147F9" w:rsidP="00A047B0">
            <w:pPr>
              <w:pStyle w:val="TableParagraph"/>
              <w:spacing w:before="2" w:line="266" w:lineRule="auto"/>
              <w:ind w:left="79" w:right="1382"/>
              <w:jc w:val="both"/>
              <w:rPr>
                <w:sz w:val="15"/>
              </w:rPr>
            </w:pPr>
            <w:r w:rsidRPr="00E85698">
              <w:rPr>
                <w:spacing w:val="-1"/>
                <w:w w:val="105"/>
                <w:sz w:val="15"/>
              </w:rPr>
              <w:t xml:space="preserve">Редактировать </w:t>
            </w:r>
            <w:r w:rsidRPr="00E85698">
              <w:rPr>
                <w:w w:val="105"/>
                <w:sz w:val="15"/>
              </w:rPr>
              <w:t>собственные тексты с;</w:t>
            </w:r>
            <w:r w:rsidRPr="00E85698">
              <w:rPr>
                <w:spacing w:val="-37"/>
                <w:w w:val="105"/>
                <w:sz w:val="15"/>
              </w:rPr>
              <w:t xml:space="preserve"> </w:t>
            </w:r>
            <w:r w:rsidRPr="00E85698">
              <w:rPr>
                <w:w w:val="105"/>
                <w:sz w:val="15"/>
              </w:rPr>
              <w:t>опорой</w:t>
            </w:r>
            <w:r w:rsidRPr="00E85698">
              <w:rPr>
                <w:spacing w:val="-10"/>
                <w:w w:val="105"/>
                <w:sz w:val="15"/>
              </w:rPr>
              <w:t xml:space="preserve"> </w:t>
            </w:r>
            <w:r w:rsidRPr="00E85698">
              <w:rPr>
                <w:w w:val="105"/>
                <w:sz w:val="15"/>
              </w:rPr>
              <w:t>на</w:t>
            </w:r>
            <w:r w:rsidRPr="00E85698">
              <w:rPr>
                <w:spacing w:val="-9"/>
                <w:w w:val="105"/>
                <w:sz w:val="15"/>
              </w:rPr>
              <w:t xml:space="preserve"> </w:t>
            </w:r>
            <w:r w:rsidRPr="00E85698">
              <w:rPr>
                <w:w w:val="105"/>
                <w:sz w:val="15"/>
              </w:rPr>
              <w:t>знание</w:t>
            </w:r>
            <w:r w:rsidRPr="00E85698">
              <w:rPr>
                <w:spacing w:val="-9"/>
                <w:w w:val="105"/>
                <w:sz w:val="15"/>
              </w:rPr>
              <w:t xml:space="preserve"> </w:t>
            </w:r>
            <w:r w:rsidRPr="00E85698">
              <w:rPr>
                <w:w w:val="105"/>
                <w:sz w:val="15"/>
              </w:rPr>
              <w:t>норм</w:t>
            </w:r>
            <w:r w:rsidRPr="00E85698">
              <w:rPr>
                <w:spacing w:val="-9"/>
                <w:w w:val="105"/>
                <w:sz w:val="15"/>
              </w:rPr>
              <w:t xml:space="preserve"> </w:t>
            </w:r>
            <w:r w:rsidRPr="00E85698">
              <w:rPr>
                <w:w w:val="105"/>
                <w:sz w:val="15"/>
              </w:rPr>
              <w:t>современного;</w:t>
            </w:r>
            <w:r w:rsidRPr="00E85698">
              <w:rPr>
                <w:spacing w:val="-37"/>
                <w:w w:val="105"/>
                <w:sz w:val="15"/>
              </w:rPr>
              <w:t xml:space="preserve"> </w:t>
            </w:r>
            <w:r w:rsidRPr="00E85698">
              <w:rPr>
                <w:w w:val="105"/>
                <w:sz w:val="15"/>
              </w:rPr>
              <w:t>русского</w:t>
            </w:r>
            <w:r w:rsidRPr="00E85698">
              <w:rPr>
                <w:spacing w:val="-4"/>
                <w:w w:val="105"/>
                <w:sz w:val="15"/>
              </w:rPr>
              <w:t xml:space="preserve"> </w:t>
            </w:r>
            <w:r w:rsidRPr="00E85698">
              <w:rPr>
                <w:w w:val="105"/>
                <w:sz w:val="15"/>
              </w:rPr>
              <w:t>литературного</w:t>
            </w:r>
            <w:r w:rsidRPr="00E85698">
              <w:rPr>
                <w:spacing w:val="-3"/>
                <w:w w:val="105"/>
                <w:sz w:val="15"/>
              </w:rPr>
              <w:t xml:space="preserve"> </w:t>
            </w:r>
            <w:r w:rsidRPr="00E85698">
              <w:rPr>
                <w:w w:val="105"/>
                <w:sz w:val="15"/>
              </w:rPr>
              <w:t>языка;</w:t>
            </w:r>
          </w:p>
        </w:tc>
        <w:tc>
          <w:tcPr>
            <w:tcW w:w="1116" w:type="dxa"/>
          </w:tcPr>
          <w:p w:rsidR="003147F9" w:rsidRPr="00E85698" w:rsidRDefault="003147F9" w:rsidP="00A047B0">
            <w:pPr>
              <w:pStyle w:val="TableParagraph"/>
              <w:spacing w:before="64" w:line="266" w:lineRule="auto"/>
              <w:ind w:left="79" w:right="69"/>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тестирование;</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https://resh.edu.ru/subject/lesson/6948/start/259455/</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20</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0959" w:type="dxa"/>
            <w:gridSpan w:val="7"/>
          </w:tcPr>
          <w:p w:rsidR="003147F9" w:rsidRPr="00E85698" w:rsidRDefault="003147F9" w:rsidP="00A047B0">
            <w:pPr>
              <w:pStyle w:val="TableParagraph"/>
              <w:spacing w:before="64"/>
              <w:rPr>
                <w:b/>
                <w:sz w:val="15"/>
              </w:rPr>
            </w:pPr>
            <w:r w:rsidRPr="00E85698">
              <w:rPr>
                <w:b/>
                <w:spacing w:val="-1"/>
                <w:w w:val="105"/>
                <w:sz w:val="15"/>
              </w:rPr>
              <w:t>Раздел</w:t>
            </w:r>
            <w:r w:rsidRPr="00E85698">
              <w:rPr>
                <w:b/>
                <w:spacing w:val="-9"/>
                <w:w w:val="105"/>
                <w:sz w:val="15"/>
              </w:rPr>
              <w:t xml:space="preserve"> </w:t>
            </w:r>
            <w:r w:rsidRPr="00E85698">
              <w:rPr>
                <w:b/>
                <w:spacing w:val="-1"/>
                <w:w w:val="105"/>
                <w:sz w:val="15"/>
              </w:rPr>
              <w:t>7.</w:t>
            </w:r>
            <w:r w:rsidRPr="00E85698">
              <w:rPr>
                <w:b/>
                <w:spacing w:val="-8"/>
                <w:w w:val="105"/>
                <w:sz w:val="15"/>
              </w:rPr>
              <w:t xml:space="preserve"> </w:t>
            </w:r>
            <w:r w:rsidRPr="00E85698">
              <w:rPr>
                <w:b/>
                <w:spacing w:val="-1"/>
                <w:w w:val="105"/>
                <w:sz w:val="15"/>
              </w:rPr>
              <w:t>СИСТЕМА</w:t>
            </w:r>
            <w:r w:rsidRPr="00E85698">
              <w:rPr>
                <w:b/>
                <w:spacing w:val="-9"/>
                <w:w w:val="105"/>
                <w:sz w:val="15"/>
              </w:rPr>
              <w:t xml:space="preserve"> </w:t>
            </w:r>
            <w:r w:rsidRPr="00E85698">
              <w:rPr>
                <w:b/>
                <w:spacing w:val="-1"/>
                <w:w w:val="105"/>
                <w:sz w:val="15"/>
              </w:rPr>
              <w:t>ЯЗЫКА:</w:t>
            </w:r>
            <w:r w:rsidRPr="00E85698">
              <w:rPr>
                <w:b/>
                <w:spacing w:val="-8"/>
                <w:w w:val="105"/>
                <w:sz w:val="15"/>
              </w:rPr>
              <w:t xml:space="preserve"> </w:t>
            </w:r>
            <w:r w:rsidRPr="00E85698">
              <w:rPr>
                <w:b/>
                <w:spacing w:val="-1"/>
                <w:w w:val="105"/>
                <w:sz w:val="15"/>
              </w:rPr>
              <w:t>СЛОВООБРАЗОВАНИЕ.</w:t>
            </w:r>
            <w:r w:rsidRPr="00E85698">
              <w:rPr>
                <w:b/>
                <w:spacing w:val="-8"/>
                <w:w w:val="105"/>
                <w:sz w:val="15"/>
              </w:rPr>
              <w:t xml:space="preserve"> </w:t>
            </w:r>
            <w:r w:rsidRPr="00E85698">
              <w:rPr>
                <w:b/>
                <w:spacing w:val="-1"/>
                <w:w w:val="105"/>
                <w:sz w:val="15"/>
              </w:rPr>
              <w:t>КУЛЬТУРА</w:t>
            </w:r>
            <w:r w:rsidRPr="00E85698">
              <w:rPr>
                <w:b/>
                <w:spacing w:val="-9"/>
                <w:w w:val="105"/>
                <w:sz w:val="15"/>
              </w:rPr>
              <w:t xml:space="preserve"> </w:t>
            </w:r>
            <w:r w:rsidRPr="00E85698">
              <w:rPr>
                <w:b/>
                <w:w w:val="105"/>
                <w:sz w:val="15"/>
              </w:rPr>
              <w:t>РЕЧИ.</w:t>
            </w:r>
            <w:r w:rsidRPr="00E85698">
              <w:rPr>
                <w:b/>
                <w:spacing w:val="-8"/>
                <w:w w:val="105"/>
                <w:sz w:val="15"/>
              </w:rPr>
              <w:t xml:space="preserve"> </w:t>
            </w:r>
            <w:r w:rsidRPr="00E85698">
              <w:rPr>
                <w:b/>
                <w:w w:val="105"/>
                <w:sz w:val="15"/>
              </w:rPr>
              <w:t>ОРФОГРАФИЯ</w:t>
            </w:r>
          </w:p>
        </w:tc>
        <w:tc>
          <w:tcPr>
            <w:tcW w:w="1116" w:type="dxa"/>
          </w:tcPr>
          <w:p w:rsidR="003147F9" w:rsidRPr="00E85698" w:rsidRDefault="003147F9" w:rsidP="00A047B0">
            <w:pPr>
              <w:pStyle w:val="TableParagraph"/>
              <w:rPr>
                <w:sz w:val="14"/>
              </w:rPr>
            </w:pPr>
          </w:p>
        </w:tc>
        <w:tc>
          <w:tcPr>
            <w:tcW w:w="3421" w:type="dxa"/>
          </w:tcPr>
          <w:p w:rsidR="003147F9" w:rsidRPr="00E85698" w:rsidRDefault="003147F9" w:rsidP="00A047B0">
            <w:pPr>
              <w:pStyle w:val="TableParagraph"/>
              <w:rPr>
                <w:sz w:val="14"/>
              </w:rPr>
            </w:pPr>
          </w:p>
        </w:tc>
      </w:tr>
      <w:tr w:rsidR="003147F9" w:rsidRPr="00E85698" w:rsidTr="00A047B0">
        <w:trPr>
          <w:trHeight w:val="525"/>
        </w:trPr>
        <w:tc>
          <w:tcPr>
            <w:tcW w:w="468" w:type="dxa"/>
          </w:tcPr>
          <w:p w:rsidR="003147F9" w:rsidRPr="00E85698" w:rsidRDefault="003147F9" w:rsidP="00A047B0">
            <w:pPr>
              <w:pStyle w:val="TableParagraph"/>
              <w:spacing w:before="64"/>
              <w:rPr>
                <w:sz w:val="15"/>
              </w:rPr>
            </w:pPr>
            <w:r w:rsidRPr="00E85698">
              <w:rPr>
                <w:w w:val="105"/>
                <w:sz w:val="15"/>
              </w:rPr>
              <w:t>7.1.</w:t>
            </w:r>
          </w:p>
        </w:tc>
        <w:tc>
          <w:tcPr>
            <w:tcW w:w="2833" w:type="dxa"/>
          </w:tcPr>
          <w:p w:rsidR="003147F9" w:rsidRPr="00E85698" w:rsidRDefault="003147F9" w:rsidP="00A047B0">
            <w:pPr>
              <w:pStyle w:val="TableParagraph"/>
              <w:spacing w:before="64"/>
              <w:rPr>
                <w:sz w:val="15"/>
              </w:rPr>
            </w:pPr>
            <w:r w:rsidRPr="00E85698">
              <w:rPr>
                <w:w w:val="105"/>
                <w:sz w:val="15"/>
              </w:rPr>
              <w:t>Виды</w:t>
            </w:r>
            <w:r w:rsidRPr="00E85698">
              <w:rPr>
                <w:spacing w:val="-8"/>
                <w:w w:val="105"/>
                <w:sz w:val="15"/>
              </w:rPr>
              <w:t xml:space="preserve"> </w:t>
            </w:r>
            <w:r w:rsidRPr="00E85698">
              <w:rPr>
                <w:w w:val="105"/>
                <w:sz w:val="15"/>
              </w:rPr>
              <w:t>морфем.</w:t>
            </w:r>
          </w:p>
        </w:tc>
        <w:tc>
          <w:tcPr>
            <w:tcW w:w="528" w:type="dxa"/>
          </w:tcPr>
          <w:p w:rsidR="003147F9" w:rsidRPr="00E85698" w:rsidRDefault="003147F9" w:rsidP="00A047B0">
            <w:pPr>
              <w:pStyle w:val="TableParagraph"/>
              <w:spacing w:before="64"/>
              <w:ind w:left="77"/>
              <w:rPr>
                <w:sz w:val="15"/>
              </w:rPr>
            </w:pPr>
            <w:r w:rsidRPr="00E85698">
              <w:rPr>
                <w:w w:val="104"/>
                <w:sz w:val="15"/>
              </w:rPr>
              <w:t>2</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23</w:t>
            </w:r>
            <w:r w:rsidR="003147F9" w:rsidRPr="00E85698">
              <w:rPr>
                <w:w w:val="105"/>
                <w:sz w:val="15"/>
              </w:rPr>
              <w:t>.</w:t>
            </w:r>
            <w:r>
              <w:rPr>
                <w:w w:val="105"/>
                <w:sz w:val="15"/>
              </w:rPr>
              <w:t>11</w:t>
            </w:r>
            <w:r w:rsidR="003147F9" w:rsidRPr="00E85698">
              <w:rPr>
                <w:w w:val="105"/>
                <w:sz w:val="15"/>
              </w:rPr>
              <w:t>.2022</w:t>
            </w:r>
          </w:p>
          <w:p w:rsidR="003147F9" w:rsidRPr="00E85698" w:rsidRDefault="004D6B8E" w:rsidP="00A047B0">
            <w:pPr>
              <w:pStyle w:val="TableParagraph"/>
              <w:spacing w:before="20"/>
              <w:ind w:left="79"/>
              <w:rPr>
                <w:sz w:val="15"/>
              </w:rPr>
            </w:pPr>
            <w:r>
              <w:rPr>
                <w:w w:val="105"/>
                <w:sz w:val="15"/>
              </w:rPr>
              <w:t>24.11</w:t>
            </w:r>
            <w:r w:rsidR="003147F9" w:rsidRPr="00E85698">
              <w:rPr>
                <w:w w:val="105"/>
                <w:sz w:val="15"/>
              </w:rPr>
              <w:t>.2022</w:t>
            </w:r>
          </w:p>
        </w:tc>
        <w:tc>
          <w:tcPr>
            <w:tcW w:w="4022" w:type="dxa"/>
          </w:tcPr>
          <w:p w:rsidR="003147F9" w:rsidRPr="00E85698" w:rsidRDefault="003147F9" w:rsidP="00A047B0">
            <w:pPr>
              <w:pStyle w:val="TableParagraph"/>
              <w:spacing w:before="64" w:line="266" w:lineRule="auto"/>
              <w:ind w:left="79" w:right="358"/>
              <w:rPr>
                <w:sz w:val="15"/>
              </w:rPr>
            </w:pPr>
            <w:r w:rsidRPr="00E85698">
              <w:rPr>
                <w:spacing w:val="-1"/>
                <w:w w:val="105"/>
                <w:sz w:val="15"/>
              </w:rPr>
              <w:t>Распознавать формообразующие и словообразующие</w:t>
            </w:r>
            <w:r w:rsidRPr="00E85698">
              <w:rPr>
                <w:spacing w:val="-37"/>
                <w:w w:val="105"/>
                <w:sz w:val="15"/>
              </w:rPr>
              <w:t xml:space="preserve"> </w:t>
            </w:r>
            <w:r w:rsidRPr="00E85698">
              <w:rPr>
                <w:w w:val="105"/>
                <w:sz w:val="15"/>
              </w:rPr>
              <w:t>морфемы</w:t>
            </w:r>
            <w:r w:rsidRPr="00E85698">
              <w:rPr>
                <w:spacing w:val="-8"/>
                <w:w w:val="105"/>
                <w:sz w:val="15"/>
              </w:rPr>
              <w:t xml:space="preserve"> </w:t>
            </w:r>
            <w:r w:rsidRPr="00E85698">
              <w:rPr>
                <w:w w:val="105"/>
                <w:sz w:val="15"/>
              </w:rPr>
              <w:t>в</w:t>
            </w:r>
            <w:r w:rsidRPr="00E85698">
              <w:rPr>
                <w:spacing w:val="-7"/>
                <w:w w:val="105"/>
                <w:sz w:val="15"/>
              </w:rPr>
              <w:t xml:space="preserve"> </w:t>
            </w:r>
            <w:r w:rsidRPr="00E85698">
              <w:rPr>
                <w:w w:val="105"/>
                <w:sz w:val="15"/>
              </w:rPr>
              <w:t>слове;</w:t>
            </w:r>
            <w:r w:rsidRPr="00E85698">
              <w:rPr>
                <w:spacing w:val="-8"/>
                <w:w w:val="105"/>
                <w:sz w:val="15"/>
              </w:rPr>
              <w:t xml:space="preserve"> </w:t>
            </w:r>
            <w:r w:rsidRPr="00E85698">
              <w:rPr>
                <w:w w:val="105"/>
                <w:sz w:val="15"/>
              </w:rPr>
              <w:t>выделять</w:t>
            </w:r>
            <w:r w:rsidRPr="00E85698">
              <w:rPr>
                <w:spacing w:val="-7"/>
                <w:w w:val="105"/>
                <w:sz w:val="15"/>
              </w:rPr>
              <w:t xml:space="preserve"> </w:t>
            </w:r>
            <w:r w:rsidRPr="00E85698">
              <w:rPr>
                <w:w w:val="105"/>
                <w:sz w:val="15"/>
              </w:rPr>
              <w:t>производящую</w:t>
            </w:r>
            <w:r w:rsidRPr="00E85698">
              <w:rPr>
                <w:spacing w:val="-8"/>
                <w:w w:val="105"/>
                <w:sz w:val="15"/>
              </w:rPr>
              <w:t xml:space="preserve"> </w:t>
            </w:r>
            <w:r w:rsidRPr="00E85698">
              <w:rPr>
                <w:w w:val="105"/>
                <w:sz w:val="15"/>
              </w:rPr>
              <w:t>основу.;</w:t>
            </w:r>
          </w:p>
        </w:tc>
        <w:tc>
          <w:tcPr>
            <w:tcW w:w="1116" w:type="dxa"/>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https://resh.edu.ru/subject/lesson/6953/start/260416/</w:t>
            </w:r>
          </w:p>
        </w:tc>
      </w:tr>
    </w:tbl>
    <w:p w:rsidR="003147F9" w:rsidRPr="00E85698" w:rsidRDefault="003147F9" w:rsidP="003147F9">
      <w:pPr>
        <w:jc w:val="center"/>
        <w:rPr>
          <w:sz w:val="15"/>
        </w:rPr>
        <w:sectPr w:rsidR="003147F9" w:rsidRPr="00E85698">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3599"/>
        </w:trPr>
        <w:tc>
          <w:tcPr>
            <w:tcW w:w="468" w:type="dxa"/>
          </w:tcPr>
          <w:p w:rsidR="003147F9" w:rsidRPr="00E85698" w:rsidRDefault="003147F9" w:rsidP="00A047B0">
            <w:pPr>
              <w:pStyle w:val="TableParagraph"/>
              <w:spacing w:before="64"/>
              <w:rPr>
                <w:sz w:val="15"/>
              </w:rPr>
            </w:pPr>
            <w:r w:rsidRPr="00E85698">
              <w:rPr>
                <w:w w:val="105"/>
                <w:sz w:val="15"/>
              </w:rPr>
              <w:lastRenderedPageBreak/>
              <w:t>7.2.</w:t>
            </w:r>
          </w:p>
        </w:tc>
        <w:tc>
          <w:tcPr>
            <w:tcW w:w="2833" w:type="dxa"/>
          </w:tcPr>
          <w:p w:rsidR="003147F9" w:rsidRPr="00E85698" w:rsidRDefault="003147F9" w:rsidP="00A047B0">
            <w:pPr>
              <w:pStyle w:val="TableParagraph"/>
              <w:spacing w:before="64" w:line="266" w:lineRule="auto"/>
              <w:ind w:right="593"/>
              <w:rPr>
                <w:sz w:val="15"/>
              </w:rPr>
            </w:pPr>
            <w:r w:rsidRPr="00E85698">
              <w:rPr>
                <w:spacing w:val="-1"/>
                <w:w w:val="105"/>
                <w:sz w:val="15"/>
              </w:rPr>
              <w:t>Основные</w:t>
            </w:r>
            <w:r w:rsidRPr="00E85698">
              <w:rPr>
                <w:spacing w:val="-9"/>
                <w:w w:val="105"/>
                <w:sz w:val="15"/>
              </w:rPr>
              <w:t xml:space="preserve"> </w:t>
            </w:r>
            <w:r w:rsidRPr="00E85698">
              <w:rPr>
                <w:spacing w:val="-1"/>
                <w:w w:val="105"/>
                <w:sz w:val="15"/>
              </w:rPr>
              <w:t>способы</w:t>
            </w:r>
            <w:r w:rsidRPr="00E85698">
              <w:rPr>
                <w:spacing w:val="-9"/>
                <w:w w:val="105"/>
                <w:sz w:val="15"/>
              </w:rPr>
              <w:t xml:space="preserve"> </w:t>
            </w:r>
            <w:r w:rsidRPr="00E85698">
              <w:rPr>
                <w:w w:val="105"/>
                <w:sz w:val="15"/>
              </w:rPr>
              <w:t>образования</w:t>
            </w:r>
            <w:r w:rsidRPr="00E85698">
              <w:rPr>
                <w:spacing w:val="-36"/>
                <w:w w:val="105"/>
                <w:sz w:val="15"/>
              </w:rPr>
              <w:t xml:space="preserve"> </w:t>
            </w:r>
            <w:r w:rsidRPr="00E85698">
              <w:rPr>
                <w:w w:val="105"/>
                <w:sz w:val="15"/>
              </w:rPr>
              <w:t>слов</w:t>
            </w:r>
            <w:r w:rsidRPr="00E85698">
              <w:rPr>
                <w:spacing w:val="-2"/>
                <w:w w:val="105"/>
                <w:sz w:val="15"/>
              </w:rPr>
              <w:t xml:space="preserve"> </w:t>
            </w:r>
            <w:r w:rsidRPr="00E85698">
              <w:rPr>
                <w:w w:val="105"/>
                <w:sz w:val="15"/>
              </w:rPr>
              <w:t>в</w:t>
            </w:r>
            <w:r w:rsidRPr="00E85698">
              <w:rPr>
                <w:spacing w:val="-2"/>
                <w:w w:val="105"/>
                <w:sz w:val="15"/>
              </w:rPr>
              <w:t xml:space="preserve"> </w:t>
            </w:r>
            <w:r w:rsidRPr="00E85698">
              <w:rPr>
                <w:w w:val="105"/>
                <w:sz w:val="15"/>
              </w:rPr>
              <w:t>русском</w:t>
            </w:r>
            <w:r w:rsidRPr="00E85698">
              <w:rPr>
                <w:spacing w:val="-2"/>
                <w:w w:val="105"/>
                <w:sz w:val="15"/>
              </w:rPr>
              <w:t xml:space="preserve"> </w:t>
            </w:r>
            <w:r w:rsidRPr="00E85698">
              <w:rPr>
                <w:w w:val="105"/>
                <w:sz w:val="15"/>
              </w:rPr>
              <w:t>языке.</w:t>
            </w:r>
          </w:p>
        </w:tc>
        <w:tc>
          <w:tcPr>
            <w:tcW w:w="528" w:type="dxa"/>
          </w:tcPr>
          <w:p w:rsidR="003147F9" w:rsidRPr="00E85698" w:rsidRDefault="003147F9" w:rsidP="00A047B0">
            <w:pPr>
              <w:pStyle w:val="TableParagraph"/>
              <w:spacing w:before="64"/>
              <w:ind w:left="77"/>
              <w:rPr>
                <w:sz w:val="15"/>
              </w:rPr>
            </w:pPr>
            <w:r w:rsidRPr="00E85698">
              <w:rPr>
                <w:w w:val="104"/>
                <w:sz w:val="15"/>
              </w:rPr>
              <w:t>9</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25.11</w:t>
            </w:r>
            <w:r w:rsidR="003147F9" w:rsidRPr="00E85698">
              <w:rPr>
                <w:w w:val="105"/>
                <w:sz w:val="15"/>
              </w:rPr>
              <w:t>.2022</w:t>
            </w:r>
          </w:p>
          <w:p w:rsidR="003147F9" w:rsidRPr="00E85698" w:rsidRDefault="003147F9" w:rsidP="00A047B0">
            <w:pPr>
              <w:pStyle w:val="TableParagraph"/>
              <w:spacing w:before="20"/>
              <w:ind w:left="79"/>
              <w:rPr>
                <w:sz w:val="15"/>
              </w:rPr>
            </w:pPr>
            <w:r w:rsidRPr="00E85698">
              <w:rPr>
                <w:w w:val="105"/>
                <w:sz w:val="15"/>
              </w:rPr>
              <w:t>6.12.2022</w:t>
            </w:r>
          </w:p>
        </w:tc>
        <w:tc>
          <w:tcPr>
            <w:tcW w:w="4022" w:type="dxa"/>
          </w:tcPr>
          <w:p w:rsidR="003147F9" w:rsidRPr="00E85698" w:rsidRDefault="003147F9" w:rsidP="00A047B0">
            <w:pPr>
              <w:pStyle w:val="TableParagraph"/>
              <w:spacing w:before="64" w:line="266" w:lineRule="auto"/>
              <w:ind w:left="79" w:right="210"/>
              <w:rPr>
                <w:sz w:val="15"/>
              </w:rPr>
            </w:pPr>
            <w:r w:rsidRPr="00E85698">
              <w:rPr>
                <w:w w:val="105"/>
                <w:sz w:val="15"/>
              </w:rPr>
              <w:t>Распознавать формообразующие и словообразующие</w:t>
            </w:r>
            <w:r w:rsidRPr="00E85698">
              <w:rPr>
                <w:spacing w:val="1"/>
                <w:w w:val="105"/>
                <w:sz w:val="15"/>
              </w:rPr>
              <w:t xml:space="preserve"> </w:t>
            </w:r>
            <w:r w:rsidRPr="00E85698">
              <w:rPr>
                <w:w w:val="105"/>
                <w:sz w:val="15"/>
              </w:rPr>
              <w:t>морфемы в слове; выделять производящую основу.;</w:t>
            </w:r>
            <w:r w:rsidRPr="00E85698">
              <w:rPr>
                <w:spacing w:val="1"/>
                <w:w w:val="105"/>
                <w:sz w:val="15"/>
              </w:rPr>
              <w:t xml:space="preserve"> </w:t>
            </w:r>
            <w:r w:rsidRPr="00E85698">
              <w:rPr>
                <w:spacing w:val="-1"/>
                <w:w w:val="105"/>
                <w:sz w:val="15"/>
              </w:rPr>
              <w:t>Определять способы словообразования (приставочный;</w:t>
            </w:r>
            <w:r w:rsidRPr="00E85698">
              <w:rPr>
                <w:spacing w:val="-37"/>
                <w:w w:val="105"/>
                <w:sz w:val="15"/>
              </w:rPr>
              <w:t xml:space="preserve"> </w:t>
            </w:r>
            <w:r w:rsidRPr="00E85698">
              <w:rPr>
                <w:w w:val="105"/>
                <w:sz w:val="15"/>
              </w:rPr>
              <w:t>суффиксальный;</w:t>
            </w:r>
          </w:p>
          <w:p w:rsidR="003147F9" w:rsidRPr="00E85698" w:rsidRDefault="003147F9" w:rsidP="00A047B0">
            <w:pPr>
              <w:pStyle w:val="TableParagraph"/>
              <w:spacing w:before="3" w:line="266" w:lineRule="auto"/>
              <w:ind w:left="79" w:right="1908"/>
              <w:rPr>
                <w:sz w:val="15"/>
              </w:rPr>
            </w:pPr>
            <w:r w:rsidRPr="00E85698">
              <w:rPr>
                <w:spacing w:val="-1"/>
                <w:w w:val="105"/>
                <w:sz w:val="15"/>
              </w:rPr>
              <w:t>приставочно-суффиксальный;</w:t>
            </w:r>
            <w:r w:rsidRPr="00E85698">
              <w:rPr>
                <w:spacing w:val="-37"/>
                <w:w w:val="105"/>
                <w:sz w:val="15"/>
              </w:rPr>
              <w:t xml:space="preserve"> </w:t>
            </w:r>
            <w:proofErr w:type="spellStart"/>
            <w:r w:rsidRPr="00E85698">
              <w:rPr>
                <w:w w:val="105"/>
                <w:sz w:val="15"/>
              </w:rPr>
              <w:t>бессуффиксный</w:t>
            </w:r>
            <w:proofErr w:type="spellEnd"/>
            <w:r w:rsidRPr="00E85698">
              <w:rPr>
                <w:w w:val="105"/>
                <w:sz w:val="15"/>
              </w:rPr>
              <w:t>;</w:t>
            </w:r>
          </w:p>
          <w:p w:rsidR="003147F9" w:rsidRPr="00E85698" w:rsidRDefault="003147F9" w:rsidP="00A047B0">
            <w:pPr>
              <w:pStyle w:val="TableParagraph"/>
              <w:spacing w:before="1"/>
              <w:ind w:left="79"/>
              <w:rPr>
                <w:sz w:val="15"/>
              </w:rPr>
            </w:pPr>
            <w:r w:rsidRPr="00E85698">
              <w:rPr>
                <w:w w:val="105"/>
                <w:sz w:val="15"/>
              </w:rPr>
              <w:t>сложение;</w:t>
            </w:r>
          </w:p>
          <w:p w:rsidR="003147F9" w:rsidRPr="00E85698" w:rsidRDefault="003147F9" w:rsidP="00A047B0">
            <w:pPr>
              <w:pStyle w:val="TableParagraph"/>
              <w:spacing w:before="20"/>
              <w:ind w:left="79"/>
              <w:rPr>
                <w:sz w:val="15"/>
              </w:rPr>
            </w:pPr>
            <w:r w:rsidRPr="00E85698">
              <w:rPr>
                <w:w w:val="105"/>
                <w:sz w:val="15"/>
              </w:rPr>
              <w:t>переход</w:t>
            </w:r>
            <w:r w:rsidRPr="00E85698">
              <w:rPr>
                <w:spacing w:val="-7"/>
                <w:w w:val="105"/>
                <w:sz w:val="15"/>
              </w:rPr>
              <w:t xml:space="preserve"> </w:t>
            </w:r>
            <w:r w:rsidRPr="00E85698">
              <w:rPr>
                <w:w w:val="105"/>
                <w:sz w:val="15"/>
              </w:rPr>
              <w:t>из</w:t>
            </w:r>
            <w:r w:rsidRPr="00E85698">
              <w:rPr>
                <w:spacing w:val="-6"/>
                <w:w w:val="105"/>
                <w:sz w:val="15"/>
              </w:rPr>
              <w:t xml:space="preserve"> </w:t>
            </w:r>
            <w:r w:rsidRPr="00E85698">
              <w:rPr>
                <w:w w:val="105"/>
                <w:sz w:val="15"/>
              </w:rPr>
              <w:t>одной</w:t>
            </w:r>
            <w:r w:rsidRPr="00E85698">
              <w:rPr>
                <w:spacing w:val="-6"/>
                <w:w w:val="105"/>
                <w:sz w:val="15"/>
              </w:rPr>
              <w:t xml:space="preserve"> </w:t>
            </w:r>
            <w:r w:rsidRPr="00E85698">
              <w:rPr>
                <w:w w:val="105"/>
                <w:sz w:val="15"/>
              </w:rPr>
              <w:t>части</w:t>
            </w:r>
            <w:r w:rsidRPr="00E85698">
              <w:rPr>
                <w:spacing w:val="-6"/>
                <w:w w:val="105"/>
                <w:sz w:val="15"/>
              </w:rPr>
              <w:t xml:space="preserve"> </w:t>
            </w:r>
            <w:r w:rsidRPr="00E85698">
              <w:rPr>
                <w:w w:val="105"/>
                <w:sz w:val="15"/>
              </w:rPr>
              <w:t>речи</w:t>
            </w:r>
            <w:r w:rsidRPr="00E85698">
              <w:rPr>
                <w:spacing w:val="-6"/>
                <w:w w:val="105"/>
                <w:sz w:val="15"/>
              </w:rPr>
              <w:t xml:space="preserve"> </w:t>
            </w:r>
            <w:r w:rsidRPr="00E85698">
              <w:rPr>
                <w:w w:val="105"/>
                <w:sz w:val="15"/>
              </w:rPr>
              <w:t>в</w:t>
            </w:r>
            <w:r w:rsidRPr="00E85698">
              <w:rPr>
                <w:spacing w:val="-6"/>
                <w:w w:val="105"/>
                <w:sz w:val="15"/>
              </w:rPr>
              <w:t xml:space="preserve"> </w:t>
            </w:r>
            <w:r w:rsidRPr="00E85698">
              <w:rPr>
                <w:w w:val="105"/>
                <w:sz w:val="15"/>
              </w:rPr>
              <w:t>другую).;</w:t>
            </w:r>
          </w:p>
          <w:p w:rsidR="003147F9" w:rsidRPr="00E85698" w:rsidRDefault="003147F9" w:rsidP="00A047B0">
            <w:pPr>
              <w:pStyle w:val="TableParagraph"/>
              <w:spacing w:before="19" w:line="266" w:lineRule="auto"/>
              <w:ind w:left="79" w:right="69"/>
              <w:rPr>
                <w:sz w:val="15"/>
              </w:rPr>
            </w:pPr>
            <w:r w:rsidRPr="00E85698">
              <w:rPr>
                <w:spacing w:val="-1"/>
                <w:w w:val="105"/>
                <w:sz w:val="15"/>
              </w:rPr>
              <w:t xml:space="preserve">Определять основания для сравнения и сравнивать </w:t>
            </w:r>
            <w:r w:rsidRPr="00E85698">
              <w:rPr>
                <w:w w:val="105"/>
                <w:sz w:val="15"/>
              </w:rPr>
              <w:t>слова;</w:t>
            </w:r>
            <w:r w:rsidRPr="00E85698">
              <w:rPr>
                <w:spacing w:val="-37"/>
                <w:w w:val="105"/>
                <w:sz w:val="15"/>
              </w:rPr>
              <w:t xml:space="preserve"> </w:t>
            </w:r>
            <w:r w:rsidRPr="00E85698">
              <w:rPr>
                <w:w w:val="105"/>
                <w:sz w:val="15"/>
              </w:rPr>
              <w:t>образованные</w:t>
            </w:r>
            <w:r w:rsidRPr="00E85698">
              <w:rPr>
                <w:spacing w:val="-2"/>
                <w:w w:val="105"/>
                <w:sz w:val="15"/>
              </w:rPr>
              <w:t xml:space="preserve"> </w:t>
            </w:r>
            <w:r w:rsidRPr="00E85698">
              <w:rPr>
                <w:w w:val="105"/>
                <w:sz w:val="15"/>
              </w:rPr>
              <w:t>разными</w:t>
            </w:r>
            <w:r w:rsidRPr="00E85698">
              <w:rPr>
                <w:spacing w:val="-2"/>
                <w:w w:val="105"/>
                <w:sz w:val="15"/>
              </w:rPr>
              <w:t xml:space="preserve"> </w:t>
            </w:r>
            <w:r w:rsidRPr="00E85698">
              <w:rPr>
                <w:w w:val="105"/>
                <w:sz w:val="15"/>
              </w:rPr>
              <w:t>способами.;</w:t>
            </w:r>
          </w:p>
          <w:p w:rsidR="003147F9" w:rsidRPr="00E85698" w:rsidRDefault="003147F9" w:rsidP="00A047B0">
            <w:pPr>
              <w:pStyle w:val="TableParagraph"/>
              <w:spacing w:before="2" w:line="266" w:lineRule="auto"/>
              <w:ind w:left="79" w:right="190"/>
              <w:rPr>
                <w:sz w:val="15"/>
              </w:rPr>
            </w:pPr>
            <w:r w:rsidRPr="00E85698">
              <w:rPr>
                <w:spacing w:val="-1"/>
                <w:w w:val="105"/>
                <w:sz w:val="15"/>
              </w:rPr>
              <w:t xml:space="preserve">Проводить морфемный и словообразовательный </w:t>
            </w:r>
            <w:r w:rsidRPr="00E85698">
              <w:rPr>
                <w:w w:val="105"/>
                <w:sz w:val="15"/>
              </w:rPr>
              <w:t>анализ</w:t>
            </w:r>
            <w:r w:rsidRPr="00E85698">
              <w:rPr>
                <w:spacing w:val="-37"/>
                <w:w w:val="105"/>
                <w:sz w:val="15"/>
              </w:rPr>
              <w:t xml:space="preserve"> </w:t>
            </w:r>
            <w:r w:rsidRPr="00E85698">
              <w:rPr>
                <w:w w:val="105"/>
                <w:sz w:val="15"/>
              </w:rPr>
              <w:t>слов.;</w:t>
            </w:r>
          </w:p>
          <w:p w:rsidR="003147F9" w:rsidRPr="00E85698" w:rsidRDefault="003147F9" w:rsidP="00A047B0">
            <w:pPr>
              <w:pStyle w:val="TableParagraph"/>
              <w:spacing w:before="1" w:line="266" w:lineRule="auto"/>
              <w:ind w:left="79" w:right="613"/>
              <w:rPr>
                <w:sz w:val="15"/>
              </w:rPr>
            </w:pPr>
            <w:r w:rsidRPr="00E85698">
              <w:rPr>
                <w:spacing w:val="-1"/>
                <w:w w:val="105"/>
                <w:sz w:val="15"/>
              </w:rPr>
              <w:t xml:space="preserve">Распознавать изученные орфограммы; </w:t>
            </w:r>
            <w:r w:rsidRPr="00E85698">
              <w:rPr>
                <w:w w:val="105"/>
                <w:sz w:val="15"/>
              </w:rPr>
              <w:t>проводить</w:t>
            </w:r>
            <w:r w:rsidRPr="00E85698">
              <w:rPr>
                <w:spacing w:val="-37"/>
                <w:w w:val="105"/>
                <w:sz w:val="15"/>
              </w:rPr>
              <w:t xml:space="preserve"> </w:t>
            </w:r>
            <w:r w:rsidRPr="00E85698">
              <w:rPr>
                <w:w w:val="105"/>
                <w:sz w:val="15"/>
              </w:rPr>
              <w:t>орфографический</w:t>
            </w:r>
            <w:r w:rsidRPr="00E85698">
              <w:rPr>
                <w:spacing w:val="-2"/>
                <w:w w:val="105"/>
                <w:sz w:val="15"/>
              </w:rPr>
              <w:t xml:space="preserve"> </w:t>
            </w:r>
            <w:r w:rsidRPr="00E85698">
              <w:rPr>
                <w:w w:val="105"/>
                <w:sz w:val="15"/>
              </w:rPr>
              <w:t>анализ</w:t>
            </w:r>
            <w:r w:rsidRPr="00E85698">
              <w:rPr>
                <w:spacing w:val="-2"/>
                <w:w w:val="105"/>
                <w:sz w:val="15"/>
              </w:rPr>
              <w:t xml:space="preserve"> </w:t>
            </w:r>
            <w:r w:rsidRPr="00E85698">
              <w:rPr>
                <w:w w:val="105"/>
                <w:sz w:val="15"/>
              </w:rPr>
              <w:t>слов.;</w:t>
            </w:r>
          </w:p>
          <w:p w:rsidR="003147F9" w:rsidRPr="00E85698" w:rsidRDefault="003147F9" w:rsidP="00A047B0">
            <w:pPr>
              <w:pStyle w:val="TableParagraph"/>
              <w:spacing w:before="1" w:line="266" w:lineRule="auto"/>
              <w:ind w:left="79"/>
              <w:rPr>
                <w:sz w:val="15"/>
              </w:rPr>
            </w:pPr>
            <w:r w:rsidRPr="00E85698">
              <w:rPr>
                <w:w w:val="105"/>
                <w:sz w:val="15"/>
              </w:rPr>
              <w:t>Проводить орфографический анализ сложных и</w:t>
            </w:r>
            <w:r w:rsidRPr="00E85698">
              <w:rPr>
                <w:spacing w:val="1"/>
                <w:w w:val="105"/>
                <w:sz w:val="15"/>
              </w:rPr>
              <w:t xml:space="preserve"> </w:t>
            </w:r>
            <w:r w:rsidRPr="00E85698">
              <w:rPr>
                <w:spacing w:val="-1"/>
                <w:w w:val="105"/>
                <w:sz w:val="15"/>
              </w:rPr>
              <w:t xml:space="preserve">сложносокращённых слов. Проводить </w:t>
            </w:r>
            <w:r w:rsidRPr="00E85698">
              <w:rPr>
                <w:w w:val="105"/>
                <w:sz w:val="15"/>
              </w:rPr>
              <w:t>орфографический</w:t>
            </w:r>
            <w:r w:rsidRPr="00E85698">
              <w:rPr>
                <w:spacing w:val="-37"/>
                <w:w w:val="105"/>
                <w:sz w:val="15"/>
              </w:rPr>
              <w:t xml:space="preserve"> </w:t>
            </w:r>
            <w:r w:rsidRPr="00E85698">
              <w:rPr>
                <w:w w:val="105"/>
                <w:sz w:val="15"/>
              </w:rPr>
              <w:t>анализ</w:t>
            </w:r>
            <w:r w:rsidRPr="00E85698">
              <w:rPr>
                <w:spacing w:val="-6"/>
                <w:w w:val="105"/>
                <w:sz w:val="15"/>
              </w:rPr>
              <w:t xml:space="preserve"> </w:t>
            </w:r>
            <w:r w:rsidRPr="00E85698">
              <w:rPr>
                <w:w w:val="105"/>
                <w:sz w:val="15"/>
              </w:rPr>
              <w:t>слов</w:t>
            </w:r>
            <w:r w:rsidRPr="00E85698">
              <w:rPr>
                <w:spacing w:val="-6"/>
                <w:w w:val="105"/>
                <w:sz w:val="15"/>
              </w:rPr>
              <w:t xml:space="preserve"> </w:t>
            </w:r>
            <w:r w:rsidRPr="00E85698">
              <w:rPr>
                <w:w w:val="105"/>
                <w:sz w:val="15"/>
              </w:rPr>
              <w:t>с</w:t>
            </w:r>
            <w:r w:rsidRPr="00E85698">
              <w:rPr>
                <w:spacing w:val="-6"/>
                <w:w w:val="105"/>
                <w:sz w:val="15"/>
              </w:rPr>
              <w:t xml:space="preserve"> </w:t>
            </w:r>
            <w:r w:rsidRPr="00E85698">
              <w:rPr>
                <w:w w:val="105"/>
                <w:sz w:val="15"/>
              </w:rPr>
              <w:t>корнем</w:t>
            </w:r>
            <w:r w:rsidRPr="00E85698">
              <w:rPr>
                <w:spacing w:val="-5"/>
                <w:w w:val="105"/>
                <w:sz w:val="15"/>
              </w:rPr>
              <w:t xml:space="preserve"> </w:t>
            </w:r>
            <w:r w:rsidRPr="00E85698">
              <w:rPr>
                <w:w w:val="105"/>
                <w:sz w:val="15"/>
              </w:rPr>
              <w:t>-</w:t>
            </w:r>
            <w:proofErr w:type="spellStart"/>
            <w:r w:rsidRPr="00E85698">
              <w:rPr>
                <w:w w:val="105"/>
                <w:sz w:val="15"/>
              </w:rPr>
              <w:t>кас</w:t>
            </w:r>
            <w:proofErr w:type="spellEnd"/>
            <w:r w:rsidRPr="00E85698">
              <w:rPr>
                <w:w w:val="105"/>
                <w:sz w:val="15"/>
              </w:rPr>
              <w:t>-</w:t>
            </w:r>
            <w:r w:rsidRPr="00E85698">
              <w:rPr>
                <w:spacing w:val="-6"/>
                <w:w w:val="105"/>
                <w:sz w:val="15"/>
              </w:rPr>
              <w:t xml:space="preserve"> </w:t>
            </w:r>
            <w:r w:rsidRPr="00E85698">
              <w:rPr>
                <w:w w:val="105"/>
                <w:sz w:val="15"/>
              </w:rPr>
              <w:t>—</w:t>
            </w:r>
            <w:r w:rsidRPr="00E85698">
              <w:rPr>
                <w:spacing w:val="-6"/>
                <w:w w:val="105"/>
                <w:sz w:val="15"/>
              </w:rPr>
              <w:t xml:space="preserve"> </w:t>
            </w:r>
            <w:r w:rsidRPr="00E85698">
              <w:rPr>
                <w:w w:val="105"/>
                <w:sz w:val="15"/>
              </w:rPr>
              <w:t>-кос-</w:t>
            </w:r>
            <w:r w:rsidRPr="00E85698">
              <w:rPr>
                <w:spacing w:val="-6"/>
                <w:w w:val="105"/>
                <w:sz w:val="15"/>
              </w:rPr>
              <w:t xml:space="preserve"> </w:t>
            </w:r>
            <w:r w:rsidRPr="00E85698">
              <w:rPr>
                <w:w w:val="105"/>
                <w:sz w:val="15"/>
              </w:rPr>
              <w:t>с</w:t>
            </w:r>
            <w:r w:rsidRPr="00E85698">
              <w:rPr>
                <w:spacing w:val="-5"/>
                <w:w w:val="105"/>
                <w:sz w:val="15"/>
              </w:rPr>
              <w:t xml:space="preserve"> </w:t>
            </w:r>
            <w:r w:rsidRPr="00E85698">
              <w:rPr>
                <w:w w:val="105"/>
                <w:sz w:val="15"/>
              </w:rPr>
              <w:t>чередованием</w:t>
            </w:r>
            <w:r w:rsidRPr="00E85698">
              <w:rPr>
                <w:spacing w:val="-6"/>
                <w:w w:val="105"/>
                <w:sz w:val="15"/>
              </w:rPr>
              <w:t xml:space="preserve"> </w:t>
            </w:r>
            <w:r w:rsidRPr="00E85698">
              <w:rPr>
                <w:w w:val="105"/>
                <w:sz w:val="15"/>
              </w:rPr>
              <w:t>а</w:t>
            </w:r>
            <w:r w:rsidRPr="00E85698">
              <w:rPr>
                <w:spacing w:val="-6"/>
                <w:w w:val="105"/>
                <w:sz w:val="15"/>
              </w:rPr>
              <w:t xml:space="preserve"> </w:t>
            </w:r>
            <w:r w:rsidRPr="00E85698">
              <w:rPr>
                <w:w w:val="105"/>
                <w:sz w:val="15"/>
              </w:rPr>
              <w:t>//</w:t>
            </w:r>
            <w:r w:rsidRPr="00E85698">
              <w:rPr>
                <w:spacing w:val="-5"/>
                <w:w w:val="105"/>
                <w:sz w:val="15"/>
              </w:rPr>
              <w:t xml:space="preserve"> </w:t>
            </w:r>
            <w:r w:rsidRPr="00E85698">
              <w:rPr>
                <w:w w:val="105"/>
                <w:sz w:val="15"/>
              </w:rPr>
              <w:t>о;</w:t>
            </w:r>
            <w:r w:rsidRPr="00E85698">
              <w:rPr>
                <w:spacing w:val="-37"/>
                <w:w w:val="105"/>
                <w:sz w:val="15"/>
              </w:rPr>
              <w:t xml:space="preserve"> </w:t>
            </w:r>
            <w:r w:rsidRPr="00E85698">
              <w:rPr>
                <w:w w:val="105"/>
                <w:sz w:val="15"/>
              </w:rPr>
              <w:t>слов</w:t>
            </w:r>
            <w:r w:rsidRPr="00E85698">
              <w:rPr>
                <w:spacing w:val="-4"/>
                <w:w w:val="105"/>
                <w:sz w:val="15"/>
              </w:rPr>
              <w:t xml:space="preserve"> </w:t>
            </w:r>
            <w:r w:rsidRPr="00E85698">
              <w:rPr>
                <w:w w:val="105"/>
                <w:sz w:val="15"/>
              </w:rPr>
              <w:t>с</w:t>
            </w:r>
            <w:r w:rsidRPr="00E85698">
              <w:rPr>
                <w:spacing w:val="-2"/>
                <w:w w:val="105"/>
                <w:sz w:val="15"/>
              </w:rPr>
              <w:t xml:space="preserve"> </w:t>
            </w:r>
            <w:r w:rsidRPr="00E85698">
              <w:rPr>
                <w:w w:val="105"/>
                <w:sz w:val="15"/>
              </w:rPr>
              <w:t>приставками</w:t>
            </w:r>
            <w:r w:rsidRPr="00E85698">
              <w:rPr>
                <w:spacing w:val="-1"/>
                <w:w w:val="105"/>
                <w:sz w:val="15"/>
              </w:rPr>
              <w:t xml:space="preserve"> </w:t>
            </w:r>
            <w:r w:rsidRPr="00E85698">
              <w:rPr>
                <w:w w:val="105"/>
                <w:sz w:val="15"/>
              </w:rPr>
              <w:t>пре-</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при-;</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https://resh.edu.ru/subject/lesson/6955/start/259176/</w:t>
            </w:r>
          </w:p>
        </w:tc>
      </w:tr>
      <w:tr w:rsidR="003147F9" w:rsidRPr="00E85698" w:rsidTr="00A047B0">
        <w:trPr>
          <w:trHeight w:val="909"/>
        </w:trPr>
        <w:tc>
          <w:tcPr>
            <w:tcW w:w="468" w:type="dxa"/>
          </w:tcPr>
          <w:p w:rsidR="003147F9" w:rsidRPr="00E85698" w:rsidRDefault="003147F9" w:rsidP="00A047B0">
            <w:pPr>
              <w:pStyle w:val="TableParagraph"/>
              <w:spacing w:before="64"/>
              <w:rPr>
                <w:sz w:val="15"/>
              </w:rPr>
            </w:pPr>
            <w:r w:rsidRPr="00E85698">
              <w:rPr>
                <w:w w:val="105"/>
                <w:sz w:val="15"/>
              </w:rPr>
              <w:t>7.3.</w:t>
            </w:r>
          </w:p>
        </w:tc>
        <w:tc>
          <w:tcPr>
            <w:tcW w:w="2833" w:type="dxa"/>
          </w:tcPr>
          <w:p w:rsidR="003147F9" w:rsidRPr="00E85698" w:rsidRDefault="003147F9" w:rsidP="00A047B0">
            <w:pPr>
              <w:pStyle w:val="TableParagraph"/>
              <w:spacing w:before="64" w:line="266" w:lineRule="auto"/>
              <w:ind w:right="953"/>
              <w:rPr>
                <w:sz w:val="15"/>
              </w:rPr>
            </w:pPr>
            <w:r w:rsidRPr="00E85698">
              <w:rPr>
                <w:w w:val="105"/>
                <w:sz w:val="15"/>
              </w:rPr>
              <w:t>Правописание сложных и</w:t>
            </w:r>
            <w:r w:rsidRPr="00E85698">
              <w:rPr>
                <w:spacing w:val="1"/>
                <w:w w:val="105"/>
                <w:sz w:val="15"/>
              </w:rPr>
              <w:t xml:space="preserve"> </w:t>
            </w:r>
            <w:r w:rsidRPr="00E85698">
              <w:rPr>
                <w:spacing w:val="-1"/>
                <w:w w:val="105"/>
                <w:sz w:val="15"/>
              </w:rPr>
              <w:t>сложносокращённых</w:t>
            </w:r>
            <w:r w:rsidRPr="00E85698">
              <w:rPr>
                <w:spacing w:val="-7"/>
                <w:w w:val="105"/>
                <w:sz w:val="15"/>
              </w:rPr>
              <w:t xml:space="preserve"> </w:t>
            </w:r>
            <w:r w:rsidRPr="00E85698">
              <w:rPr>
                <w:spacing w:val="-1"/>
                <w:w w:val="105"/>
                <w:sz w:val="15"/>
              </w:rPr>
              <w:t>слов.</w:t>
            </w:r>
          </w:p>
        </w:tc>
        <w:tc>
          <w:tcPr>
            <w:tcW w:w="528" w:type="dxa"/>
          </w:tcPr>
          <w:p w:rsidR="003147F9" w:rsidRPr="00E85698" w:rsidRDefault="003147F9" w:rsidP="00A047B0">
            <w:pPr>
              <w:pStyle w:val="TableParagraph"/>
              <w:spacing w:before="64"/>
              <w:ind w:left="77"/>
              <w:rPr>
                <w:sz w:val="15"/>
              </w:rPr>
            </w:pPr>
            <w:r w:rsidRPr="00E85698">
              <w:rPr>
                <w:w w:val="104"/>
                <w:sz w:val="15"/>
              </w:rPr>
              <w:t>3</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6</w:t>
            </w:r>
            <w:r w:rsidR="003147F9" w:rsidRPr="00E85698">
              <w:rPr>
                <w:w w:val="105"/>
                <w:sz w:val="15"/>
              </w:rPr>
              <w:t>.12.2022</w:t>
            </w:r>
          </w:p>
          <w:p w:rsidR="003147F9" w:rsidRPr="00E85698" w:rsidRDefault="004D6B8E" w:rsidP="00A047B0">
            <w:pPr>
              <w:pStyle w:val="TableParagraph"/>
              <w:spacing w:before="20"/>
              <w:ind w:left="79"/>
              <w:rPr>
                <w:sz w:val="15"/>
              </w:rPr>
            </w:pPr>
            <w:r>
              <w:rPr>
                <w:w w:val="105"/>
                <w:sz w:val="15"/>
              </w:rPr>
              <w:t>8</w:t>
            </w:r>
            <w:r w:rsidR="003147F9" w:rsidRPr="00E85698">
              <w:rPr>
                <w:w w:val="105"/>
                <w:sz w:val="15"/>
              </w:rPr>
              <w:t>.12.2022</w:t>
            </w:r>
          </w:p>
        </w:tc>
        <w:tc>
          <w:tcPr>
            <w:tcW w:w="4022" w:type="dxa"/>
          </w:tcPr>
          <w:p w:rsidR="003147F9" w:rsidRPr="00E85698" w:rsidRDefault="003147F9" w:rsidP="00A047B0">
            <w:pPr>
              <w:pStyle w:val="TableParagraph"/>
              <w:spacing w:before="64" w:line="266" w:lineRule="auto"/>
              <w:ind w:left="79"/>
              <w:rPr>
                <w:sz w:val="15"/>
              </w:rPr>
            </w:pPr>
            <w:r w:rsidRPr="00E85698">
              <w:rPr>
                <w:spacing w:val="-1"/>
                <w:w w:val="105"/>
                <w:sz w:val="15"/>
              </w:rPr>
              <w:t>Проводить</w:t>
            </w:r>
            <w:r w:rsidRPr="00E85698">
              <w:rPr>
                <w:spacing w:val="-7"/>
                <w:w w:val="105"/>
                <w:sz w:val="15"/>
              </w:rPr>
              <w:t xml:space="preserve"> </w:t>
            </w:r>
            <w:r w:rsidRPr="00E85698">
              <w:rPr>
                <w:spacing w:val="-1"/>
                <w:w w:val="105"/>
                <w:sz w:val="15"/>
              </w:rPr>
              <w:t>орфографический</w:t>
            </w:r>
            <w:r w:rsidRPr="00E85698">
              <w:rPr>
                <w:spacing w:val="-7"/>
                <w:w w:val="105"/>
                <w:sz w:val="15"/>
              </w:rPr>
              <w:t xml:space="preserve"> </w:t>
            </w:r>
            <w:r w:rsidRPr="00E85698">
              <w:rPr>
                <w:w w:val="105"/>
                <w:sz w:val="15"/>
              </w:rPr>
              <w:t>анализ</w:t>
            </w:r>
            <w:r w:rsidRPr="00E85698">
              <w:rPr>
                <w:spacing w:val="-7"/>
                <w:w w:val="105"/>
                <w:sz w:val="15"/>
              </w:rPr>
              <w:t xml:space="preserve"> </w:t>
            </w:r>
            <w:r w:rsidRPr="00E85698">
              <w:rPr>
                <w:w w:val="105"/>
                <w:sz w:val="15"/>
              </w:rPr>
              <w:t>сложных</w:t>
            </w:r>
            <w:r w:rsidRPr="00E85698">
              <w:rPr>
                <w:spacing w:val="-6"/>
                <w:w w:val="105"/>
                <w:sz w:val="15"/>
              </w:rPr>
              <w:t xml:space="preserve"> </w:t>
            </w:r>
            <w:r w:rsidRPr="00E85698">
              <w:rPr>
                <w:w w:val="105"/>
                <w:sz w:val="15"/>
              </w:rPr>
              <w:t>и</w:t>
            </w:r>
            <w:r w:rsidRPr="00E85698">
              <w:rPr>
                <w:spacing w:val="-37"/>
                <w:w w:val="105"/>
                <w:sz w:val="15"/>
              </w:rPr>
              <w:t xml:space="preserve"> </w:t>
            </w:r>
            <w:r w:rsidRPr="00E85698">
              <w:rPr>
                <w:w w:val="105"/>
                <w:sz w:val="15"/>
              </w:rPr>
              <w:t>сложносокращённых</w:t>
            </w:r>
            <w:r w:rsidRPr="00E85698">
              <w:rPr>
                <w:spacing w:val="-2"/>
                <w:w w:val="105"/>
                <w:sz w:val="15"/>
              </w:rPr>
              <w:t xml:space="preserve"> </w:t>
            </w:r>
            <w:r w:rsidRPr="00E85698">
              <w:rPr>
                <w:w w:val="105"/>
                <w:sz w:val="15"/>
              </w:rPr>
              <w:t>слов.</w:t>
            </w:r>
            <w:r w:rsidRPr="00E85698">
              <w:rPr>
                <w:spacing w:val="-2"/>
                <w:w w:val="105"/>
                <w:sz w:val="15"/>
              </w:rPr>
              <w:t xml:space="preserve"> </w:t>
            </w:r>
            <w:r w:rsidRPr="00E85698">
              <w:rPr>
                <w:w w:val="105"/>
                <w:sz w:val="15"/>
              </w:rPr>
              <w:t>;</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https://resh.edu.ru/subject/lesson/6961/start/258680/</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14</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spacing w:val="-1"/>
                <w:w w:val="105"/>
                <w:sz w:val="15"/>
              </w:rPr>
              <w:t>Раздел</w:t>
            </w:r>
            <w:r w:rsidRPr="00E85698">
              <w:rPr>
                <w:b/>
                <w:spacing w:val="-9"/>
                <w:w w:val="105"/>
                <w:sz w:val="15"/>
              </w:rPr>
              <w:t xml:space="preserve"> </w:t>
            </w:r>
            <w:r w:rsidRPr="00E85698">
              <w:rPr>
                <w:b/>
                <w:spacing w:val="-1"/>
                <w:w w:val="105"/>
                <w:sz w:val="15"/>
              </w:rPr>
              <w:t>8.</w:t>
            </w:r>
            <w:r w:rsidRPr="00E85698">
              <w:rPr>
                <w:b/>
                <w:spacing w:val="-9"/>
                <w:w w:val="105"/>
                <w:sz w:val="15"/>
              </w:rPr>
              <w:t xml:space="preserve"> </w:t>
            </w:r>
            <w:r w:rsidRPr="00E85698">
              <w:rPr>
                <w:b/>
                <w:spacing w:val="-1"/>
                <w:w w:val="105"/>
                <w:sz w:val="15"/>
              </w:rPr>
              <w:t>СИСТЕМА</w:t>
            </w:r>
            <w:r w:rsidRPr="00E85698">
              <w:rPr>
                <w:b/>
                <w:spacing w:val="-9"/>
                <w:w w:val="105"/>
                <w:sz w:val="15"/>
              </w:rPr>
              <w:t xml:space="preserve"> </w:t>
            </w:r>
            <w:r w:rsidRPr="00E85698">
              <w:rPr>
                <w:b/>
                <w:spacing w:val="-1"/>
                <w:w w:val="105"/>
                <w:sz w:val="15"/>
              </w:rPr>
              <w:t>ЯЗЫКА:</w:t>
            </w:r>
            <w:r w:rsidRPr="00E85698">
              <w:rPr>
                <w:b/>
                <w:spacing w:val="-8"/>
                <w:w w:val="105"/>
                <w:sz w:val="15"/>
              </w:rPr>
              <w:t xml:space="preserve"> </w:t>
            </w:r>
            <w:r w:rsidRPr="00E85698">
              <w:rPr>
                <w:b/>
                <w:spacing w:val="-1"/>
                <w:w w:val="105"/>
                <w:sz w:val="15"/>
              </w:rPr>
              <w:t>МОРФОЛОГИЯ.</w:t>
            </w:r>
            <w:r w:rsidRPr="00E85698">
              <w:rPr>
                <w:b/>
                <w:spacing w:val="-9"/>
                <w:w w:val="105"/>
                <w:sz w:val="15"/>
              </w:rPr>
              <w:t xml:space="preserve"> </w:t>
            </w:r>
            <w:r w:rsidRPr="00E85698">
              <w:rPr>
                <w:b/>
                <w:w w:val="105"/>
                <w:sz w:val="15"/>
              </w:rPr>
              <w:t>КУЛЬТУРА</w:t>
            </w:r>
            <w:r w:rsidRPr="00E85698">
              <w:rPr>
                <w:b/>
                <w:spacing w:val="-9"/>
                <w:w w:val="105"/>
                <w:sz w:val="15"/>
              </w:rPr>
              <w:t xml:space="preserve"> </w:t>
            </w:r>
            <w:r w:rsidRPr="00E85698">
              <w:rPr>
                <w:b/>
                <w:w w:val="105"/>
                <w:sz w:val="15"/>
              </w:rPr>
              <w:t>РЕЧИ.</w:t>
            </w:r>
            <w:r w:rsidRPr="00E85698">
              <w:rPr>
                <w:b/>
                <w:spacing w:val="-8"/>
                <w:w w:val="105"/>
                <w:sz w:val="15"/>
              </w:rPr>
              <w:t xml:space="preserve"> </w:t>
            </w:r>
            <w:r w:rsidRPr="00E85698">
              <w:rPr>
                <w:b/>
                <w:w w:val="105"/>
                <w:sz w:val="15"/>
              </w:rPr>
              <w:t>ОРФОГРАФИЯ</w:t>
            </w:r>
          </w:p>
        </w:tc>
      </w:tr>
      <w:tr w:rsidR="003147F9" w:rsidRPr="00E85698" w:rsidTr="00A047B0">
        <w:trPr>
          <w:trHeight w:val="2254"/>
        </w:trPr>
        <w:tc>
          <w:tcPr>
            <w:tcW w:w="468" w:type="dxa"/>
          </w:tcPr>
          <w:p w:rsidR="003147F9" w:rsidRPr="00E85698" w:rsidRDefault="003147F9" w:rsidP="00A047B0">
            <w:pPr>
              <w:pStyle w:val="TableParagraph"/>
              <w:spacing w:before="64"/>
              <w:rPr>
                <w:sz w:val="15"/>
              </w:rPr>
            </w:pPr>
            <w:r w:rsidRPr="00E85698">
              <w:rPr>
                <w:w w:val="105"/>
                <w:sz w:val="15"/>
              </w:rPr>
              <w:t>8.1.</w:t>
            </w:r>
          </w:p>
        </w:tc>
        <w:tc>
          <w:tcPr>
            <w:tcW w:w="2833" w:type="dxa"/>
          </w:tcPr>
          <w:p w:rsidR="003147F9" w:rsidRPr="00E85698" w:rsidRDefault="003147F9" w:rsidP="00A047B0">
            <w:pPr>
              <w:pStyle w:val="TableParagraph"/>
              <w:spacing w:before="64"/>
              <w:rPr>
                <w:sz w:val="15"/>
              </w:rPr>
            </w:pPr>
            <w:r w:rsidRPr="00E85698">
              <w:rPr>
                <w:spacing w:val="-1"/>
                <w:w w:val="105"/>
                <w:sz w:val="15"/>
              </w:rPr>
              <w:t>Имя</w:t>
            </w:r>
            <w:r w:rsidRPr="00E85698">
              <w:rPr>
                <w:spacing w:val="-5"/>
                <w:w w:val="105"/>
                <w:sz w:val="15"/>
              </w:rPr>
              <w:t xml:space="preserve"> </w:t>
            </w:r>
            <w:r w:rsidRPr="00E85698">
              <w:rPr>
                <w:spacing w:val="-1"/>
                <w:w w:val="105"/>
                <w:sz w:val="15"/>
              </w:rPr>
              <w:t>существительное</w:t>
            </w:r>
          </w:p>
        </w:tc>
        <w:tc>
          <w:tcPr>
            <w:tcW w:w="528" w:type="dxa"/>
          </w:tcPr>
          <w:p w:rsidR="003147F9" w:rsidRPr="00E85698" w:rsidRDefault="003147F9" w:rsidP="00A047B0">
            <w:pPr>
              <w:pStyle w:val="TableParagraph"/>
              <w:spacing w:before="64"/>
              <w:ind w:left="77"/>
              <w:rPr>
                <w:sz w:val="15"/>
              </w:rPr>
            </w:pPr>
            <w:r w:rsidRPr="00E85698">
              <w:rPr>
                <w:w w:val="105"/>
                <w:sz w:val="15"/>
              </w:rPr>
              <w:t>10</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9</w:t>
            </w:r>
            <w:r w:rsidR="003147F9" w:rsidRPr="00E85698">
              <w:rPr>
                <w:w w:val="105"/>
                <w:sz w:val="15"/>
              </w:rPr>
              <w:t>.12.2022</w:t>
            </w:r>
          </w:p>
          <w:p w:rsidR="003147F9" w:rsidRPr="00E85698" w:rsidRDefault="004D6B8E" w:rsidP="00A047B0">
            <w:pPr>
              <w:pStyle w:val="TableParagraph"/>
              <w:spacing w:before="20"/>
              <w:ind w:left="79"/>
              <w:rPr>
                <w:sz w:val="15"/>
              </w:rPr>
            </w:pPr>
            <w:r>
              <w:rPr>
                <w:w w:val="105"/>
                <w:sz w:val="15"/>
              </w:rPr>
              <w:t>20.</w:t>
            </w:r>
            <w:r w:rsidR="003147F9" w:rsidRPr="00E85698">
              <w:rPr>
                <w:w w:val="105"/>
                <w:sz w:val="15"/>
              </w:rPr>
              <w:t>1</w:t>
            </w:r>
            <w:r>
              <w:rPr>
                <w:w w:val="105"/>
                <w:sz w:val="15"/>
              </w:rPr>
              <w:t>2</w:t>
            </w:r>
            <w:r w:rsidR="003147F9" w:rsidRPr="00E85698">
              <w:rPr>
                <w:w w:val="105"/>
                <w:sz w:val="15"/>
              </w:rPr>
              <w:t>.202</w:t>
            </w:r>
            <w:r>
              <w:rPr>
                <w:w w:val="105"/>
                <w:sz w:val="15"/>
              </w:rPr>
              <w:t>2</w:t>
            </w:r>
          </w:p>
        </w:tc>
        <w:tc>
          <w:tcPr>
            <w:tcW w:w="4022" w:type="dxa"/>
          </w:tcPr>
          <w:p w:rsidR="003147F9" w:rsidRPr="00E85698" w:rsidRDefault="003147F9" w:rsidP="00A047B0">
            <w:pPr>
              <w:pStyle w:val="TableParagraph"/>
              <w:spacing w:before="64" w:line="266" w:lineRule="auto"/>
              <w:ind w:left="79" w:right="298"/>
              <w:rPr>
                <w:sz w:val="15"/>
              </w:rPr>
            </w:pPr>
            <w:r w:rsidRPr="00E85698">
              <w:rPr>
                <w:spacing w:val="-1"/>
                <w:w w:val="105"/>
                <w:sz w:val="15"/>
              </w:rPr>
              <w:t xml:space="preserve">Характеризовать особенности словообразования </w:t>
            </w:r>
            <w:r w:rsidRPr="00E85698">
              <w:rPr>
                <w:w w:val="105"/>
                <w:sz w:val="15"/>
              </w:rPr>
              <w:t>имён</w:t>
            </w:r>
            <w:r w:rsidRPr="00E85698">
              <w:rPr>
                <w:spacing w:val="-37"/>
                <w:w w:val="105"/>
                <w:sz w:val="15"/>
              </w:rPr>
              <w:t xml:space="preserve"> </w:t>
            </w:r>
            <w:r w:rsidRPr="00E85698">
              <w:rPr>
                <w:spacing w:val="-1"/>
                <w:w w:val="105"/>
                <w:sz w:val="15"/>
              </w:rPr>
              <w:t xml:space="preserve">существительных. </w:t>
            </w:r>
            <w:r w:rsidRPr="00E85698">
              <w:rPr>
                <w:w w:val="105"/>
                <w:sz w:val="15"/>
              </w:rPr>
              <w:t>Проводить орфоэпический анализ</w:t>
            </w:r>
            <w:r w:rsidRPr="00E85698">
              <w:rPr>
                <w:spacing w:val="1"/>
                <w:w w:val="105"/>
                <w:sz w:val="15"/>
              </w:rPr>
              <w:t xml:space="preserve"> </w:t>
            </w:r>
            <w:r w:rsidRPr="00E85698">
              <w:rPr>
                <w:w w:val="105"/>
                <w:sz w:val="15"/>
              </w:rPr>
              <w:t>имён существительных (выявлять особенности</w:t>
            </w:r>
            <w:r w:rsidRPr="00E85698">
              <w:rPr>
                <w:spacing w:val="1"/>
                <w:w w:val="105"/>
                <w:sz w:val="15"/>
              </w:rPr>
              <w:t xml:space="preserve"> </w:t>
            </w:r>
            <w:r w:rsidRPr="00E85698">
              <w:rPr>
                <w:w w:val="105"/>
                <w:sz w:val="15"/>
              </w:rPr>
              <w:t>произношения;</w:t>
            </w:r>
          </w:p>
          <w:p w:rsidR="003147F9" w:rsidRPr="00E85698" w:rsidRDefault="003147F9" w:rsidP="00A047B0">
            <w:pPr>
              <w:pStyle w:val="TableParagraph"/>
              <w:spacing w:before="3" w:line="266" w:lineRule="auto"/>
              <w:ind w:left="79" w:right="577"/>
              <w:rPr>
                <w:sz w:val="15"/>
              </w:rPr>
            </w:pPr>
            <w:r w:rsidRPr="00E85698">
              <w:rPr>
                <w:w w:val="105"/>
                <w:sz w:val="15"/>
              </w:rPr>
              <w:t xml:space="preserve">постановки </w:t>
            </w:r>
            <w:proofErr w:type="gramStart"/>
            <w:r w:rsidRPr="00E85698">
              <w:rPr>
                <w:w w:val="105"/>
                <w:sz w:val="15"/>
              </w:rPr>
              <w:t xml:space="preserve">ударе- </w:t>
            </w:r>
            <w:proofErr w:type="spellStart"/>
            <w:r w:rsidRPr="00E85698">
              <w:rPr>
                <w:w w:val="105"/>
                <w:sz w:val="15"/>
              </w:rPr>
              <w:t>ния</w:t>
            </w:r>
            <w:proofErr w:type="spellEnd"/>
            <w:proofErr w:type="gramEnd"/>
            <w:r w:rsidRPr="00E85698">
              <w:rPr>
                <w:w w:val="105"/>
                <w:sz w:val="15"/>
              </w:rPr>
              <w:t xml:space="preserve"> (в рамках изученного);</w:t>
            </w:r>
            <w:r w:rsidRPr="00E85698">
              <w:rPr>
                <w:spacing w:val="1"/>
                <w:w w:val="105"/>
                <w:sz w:val="15"/>
              </w:rPr>
              <w:t xml:space="preserve"> </w:t>
            </w:r>
            <w:r w:rsidRPr="00E85698">
              <w:rPr>
                <w:spacing w:val="-1"/>
                <w:w w:val="105"/>
                <w:sz w:val="15"/>
              </w:rPr>
              <w:t xml:space="preserve">анализировать особенности словоизменения </w:t>
            </w:r>
            <w:r w:rsidRPr="00E85698">
              <w:rPr>
                <w:w w:val="105"/>
                <w:sz w:val="15"/>
              </w:rPr>
              <w:t>имён</w:t>
            </w:r>
            <w:r w:rsidRPr="00E85698">
              <w:rPr>
                <w:spacing w:val="-37"/>
                <w:w w:val="105"/>
                <w:sz w:val="15"/>
              </w:rPr>
              <w:t xml:space="preserve"> </w:t>
            </w:r>
            <w:r w:rsidRPr="00E85698">
              <w:rPr>
                <w:w w:val="105"/>
                <w:sz w:val="15"/>
              </w:rPr>
              <w:t>существительных.;</w:t>
            </w:r>
          </w:p>
          <w:p w:rsidR="003147F9" w:rsidRPr="00E85698" w:rsidRDefault="003147F9" w:rsidP="00A047B0">
            <w:pPr>
              <w:pStyle w:val="TableParagraph"/>
              <w:spacing w:before="2" w:line="266" w:lineRule="auto"/>
              <w:ind w:left="79" w:right="106"/>
              <w:rPr>
                <w:sz w:val="15"/>
              </w:rPr>
            </w:pPr>
            <w:r w:rsidRPr="00E85698">
              <w:rPr>
                <w:spacing w:val="-1"/>
                <w:w w:val="105"/>
                <w:sz w:val="15"/>
              </w:rPr>
              <w:t>Соблюдать</w:t>
            </w:r>
            <w:r w:rsidRPr="00E85698">
              <w:rPr>
                <w:spacing w:val="-9"/>
                <w:w w:val="105"/>
                <w:sz w:val="15"/>
              </w:rPr>
              <w:t xml:space="preserve"> </w:t>
            </w:r>
            <w:r w:rsidRPr="00E85698">
              <w:rPr>
                <w:w w:val="105"/>
                <w:sz w:val="15"/>
              </w:rPr>
              <w:t>нормы</w:t>
            </w:r>
            <w:r w:rsidRPr="00E85698">
              <w:rPr>
                <w:spacing w:val="-9"/>
                <w:w w:val="105"/>
                <w:sz w:val="15"/>
              </w:rPr>
              <w:t xml:space="preserve"> </w:t>
            </w:r>
            <w:r w:rsidRPr="00E85698">
              <w:rPr>
                <w:w w:val="105"/>
                <w:sz w:val="15"/>
              </w:rPr>
              <w:t>слитного</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дефисного</w:t>
            </w:r>
            <w:r w:rsidRPr="00E85698">
              <w:rPr>
                <w:spacing w:val="-9"/>
                <w:w w:val="105"/>
                <w:sz w:val="15"/>
              </w:rPr>
              <w:t xml:space="preserve"> </w:t>
            </w:r>
            <w:r w:rsidRPr="00E85698">
              <w:rPr>
                <w:w w:val="105"/>
                <w:sz w:val="15"/>
              </w:rPr>
              <w:t>написания</w:t>
            </w:r>
            <w:r w:rsidRPr="00E85698">
              <w:rPr>
                <w:spacing w:val="-8"/>
                <w:w w:val="105"/>
                <w:sz w:val="15"/>
              </w:rPr>
              <w:t xml:space="preserve"> </w:t>
            </w:r>
            <w:proofErr w:type="gramStart"/>
            <w:r w:rsidRPr="00E85698">
              <w:rPr>
                <w:w w:val="105"/>
                <w:sz w:val="15"/>
              </w:rPr>
              <w:t>пол-</w:t>
            </w:r>
            <w:r w:rsidRPr="00E85698">
              <w:rPr>
                <w:spacing w:val="-37"/>
                <w:w w:val="105"/>
                <w:sz w:val="15"/>
              </w:rPr>
              <w:t xml:space="preserve"> </w:t>
            </w:r>
            <w:r w:rsidRPr="00E85698">
              <w:rPr>
                <w:w w:val="105"/>
                <w:sz w:val="15"/>
              </w:rPr>
              <w:t>и</w:t>
            </w:r>
            <w:proofErr w:type="gramEnd"/>
            <w:r w:rsidRPr="00E85698">
              <w:rPr>
                <w:spacing w:val="-2"/>
                <w:w w:val="105"/>
                <w:sz w:val="15"/>
              </w:rPr>
              <w:t xml:space="preserve"> </w:t>
            </w:r>
            <w:r w:rsidRPr="00E85698">
              <w:rPr>
                <w:w w:val="105"/>
                <w:sz w:val="15"/>
              </w:rPr>
              <w:t>полу-</w:t>
            </w:r>
            <w:r w:rsidRPr="00E85698">
              <w:rPr>
                <w:spacing w:val="-1"/>
                <w:w w:val="105"/>
                <w:sz w:val="15"/>
              </w:rPr>
              <w:t xml:space="preserve"> </w:t>
            </w:r>
            <w:r w:rsidRPr="00E85698">
              <w:rPr>
                <w:w w:val="105"/>
                <w:sz w:val="15"/>
              </w:rPr>
              <w:t>со</w:t>
            </w:r>
            <w:r w:rsidRPr="00E85698">
              <w:rPr>
                <w:spacing w:val="-1"/>
                <w:w w:val="105"/>
                <w:sz w:val="15"/>
              </w:rPr>
              <w:t xml:space="preserve"> </w:t>
            </w:r>
            <w:r w:rsidRPr="00E85698">
              <w:rPr>
                <w:w w:val="105"/>
                <w:sz w:val="15"/>
              </w:rPr>
              <w:t>словами.;</w:t>
            </w:r>
          </w:p>
          <w:p w:rsidR="003147F9" w:rsidRPr="00E85698" w:rsidRDefault="003147F9" w:rsidP="00A047B0">
            <w:pPr>
              <w:pStyle w:val="TableParagraph"/>
              <w:spacing w:before="1" w:line="266" w:lineRule="auto"/>
              <w:ind w:left="79"/>
              <w:rPr>
                <w:sz w:val="15"/>
              </w:rPr>
            </w:pPr>
            <w:r w:rsidRPr="00E85698">
              <w:rPr>
                <w:spacing w:val="-1"/>
                <w:w w:val="105"/>
                <w:sz w:val="15"/>
              </w:rPr>
              <w:t>Проводить</w:t>
            </w:r>
            <w:r w:rsidRPr="00E85698">
              <w:rPr>
                <w:spacing w:val="-8"/>
                <w:w w:val="105"/>
                <w:sz w:val="15"/>
              </w:rPr>
              <w:t xml:space="preserve"> </w:t>
            </w:r>
            <w:r w:rsidRPr="00E85698">
              <w:rPr>
                <w:spacing w:val="-1"/>
                <w:w w:val="105"/>
                <w:sz w:val="15"/>
              </w:rPr>
              <w:t>морфологический</w:t>
            </w:r>
            <w:r w:rsidRPr="00E85698">
              <w:rPr>
                <w:spacing w:val="-7"/>
                <w:w w:val="105"/>
                <w:sz w:val="15"/>
              </w:rPr>
              <w:t xml:space="preserve"> </w:t>
            </w:r>
            <w:r w:rsidRPr="00E85698">
              <w:rPr>
                <w:w w:val="105"/>
                <w:sz w:val="15"/>
              </w:rPr>
              <w:t>анализ</w:t>
            </w:r>
            <w:r w:rsidRPr="00E85698">
              <w:rPr>
                <w:spacing w:val="-7"/>
                <w:w w:val="105"/>
                <w:sz w:val="15"/>
              </w:rPr>
              <w:t xml:space="preserve"> </w:t>
            </w:r>
            <w:r w:rsidRPr="00E85698">
              <w:rPr>
                <w:w w:val="105"/>
                <w:sz w:val="15"/>
              </w:rPr>
              <w:t>имён</w:t>
            </w:r>
            <w:r w:rsidRPr="00E85698">
              <w:rPr>
                <w:spacing w:val="-37"/>
                <w:w w:val="105"/>
                <w:sz w:val="15"/>
              </w:rPr>
              <w:t xml:space="preserve"> </w:t>
            </w:r>
            <w:r w:rsidRPr="00E85698">
              <w:rPr>
                <w:w w:val="105"/>
                <w:sz w:val="15"/>
              </w:rPr>
              <w:t>существительных;</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https://resh.edu.ru/subject/lesson/6969/start/295565/</w:t>
            </w:r>
          </w:p>
        </w:tc>
      </w:tr>
      <w:tr w:rsidR="003147F9" w:rsidRPr="00E85698" w:rsidTr="00A047B0">
        <w:trPr>
          <w:trHeight w:val="3058"/>
        </w:trPr>
        <w:tc>
          <w:tcPr>
            <w:tcW w:w="468" w:type="dxa"/>
          </w:tcPr>
          <w:p w:rsidR="003147F9" w:rsidRPr="00E85698" w:rsidRDefault="003147F9" w:rsidP="00A047B0">
            <w:pPr>
              <w:pStyle w:val="TableParagraph"/>
              <w:spacing w:before="64"/>
              <w:rPr>
                <w:sz w:val="15"/>
              </w:rPr>
            </w:pPr>
            <w:r w:rsidRPr="00E85698">
              <w:rPr>
                <w:w w:val="105"/>
                <w:sz w:val="15"/>
              </w:rPr>
              <w:t>8.2.</w:t>
            </w:r>
          </w:p>
        </w:tc>
        <w:tc>
          <w:tcPr>
            <w:tcW w:w="2833" w:type="dxa"/>
          </w:tcPr>
          <w:p w:rsidR="003147F9" w:rsidRPr="00E85698" w:rsidRDefault="003147F9" w:rsidP="00A047B0">
            <w:pPr>
              <w:pStyle w:val="TableParagraph"/>
              <w:spacing w:before="64"/>
              <w:rPr>
                <w:sz w:val="15"/>
              </w:rPr>
            </w:pPr>
            <w:r w:rsidRPr="00E85698">
              <w:rPr>
                <w:spacing w:val="-1"/>
                <w:w w:val="105"/>
                <w:sz w:val="15"/>
              </w:rPr>
              <w:t>Имя</w:t>
            </w:r>
            <w:r w:rsidRPr="00E85698">
              <w:rPr>
                <w:spacing w:val="-5"/>
                <w:w w:val="105"/>
                <w:sz w:val="15"/>
              </w:rPr>
              <w:t xml:space="preserve"> </w:t>
            </w:r>
            <w:r w:rsidRPr="00E85698">
              <w:rPr>
                <w:spacing w:val="-1"/>
                <w:w w:val="105"/>
                <w:sz w:val="15"/>
              </w:rPr>
              <w:t>прилагательное</w:t>
            </w:r>
          </w:p>
        </w:tc>
        <w:tc>
          <w:tcPr>
            <w:tcW w:w="528" w:type="dxa"/>
          </w:tcPr>
          <w:p w:rsidR="003147F9" w:rsidRPr="00E85698" w:rsidRDefault="003147F9" w:rsidP="00A047B0">
            <w:pPr>
              <w:pStyle w:val="TableParagraph"/>
              <w:spacing w:before="64"/>
              <w:ind w:left="77"/>
              <w:rPr>
                <w:sz w:val="15"/>
              </w:rPr>
            </w:pPr>
            <w:r w:rsidRPr="00E85698">
              <w:rPr>
                <w:w w:val="105"/>
                <w:sz w:val="15"/>
              </w:rPr>
              <w:t>16</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4D6B8E" w:rsidRPr="00E85698" w:rsidRDefault="004D6B8E" w:rsidP="004D6B8E">
            <w:pPr>
              <w:pStyle w:val="TableParagraph"/>
              <w:spacing w:before="64"/>
              <w:ind w:left="79"/>
              <w:rPr>
                <w:sz w:val="15"/>
              </w:rPr>
            </w:pPr>
            <w:r>
              <w:rPr>
                <w:w w:val="105"/>
                <w:sz w:val="15"/>
              </w:rPr>
              <w:t>21.12-17.01</w:t>
            </w:r>
          </w:p>
          <w:p w:rsidR="003147F9" w:rsidRPr="00E85698" w:rsidRDefault="003147F9" w:rsidP="00A047B0">
            <w:pPr>
              <w:pStyle w:val="TableParagraph"/>
              <w:spacing w:before="20"/>
              <w:ind w:left="79"/>
              <w:rPr>
                <w:sz w:val="15"/>
              </w:rPr>
            </w:pPr>
          </w:p>
        </w:tc>
        <w:tc>
          <w:tcPr>
            <w:tcW w:w="4022" w:type="dxa"/>
          </w:tcPr>
          <w:p w:rsidR="003147F9" w:rsidRPr="00E85698" w:rsidRDefault="003147F9" w:rsidP="00A047B0">
            <w:pPr>
              <w:pStyle w:val="TableParagraph"/>
              <w:spacing w:before="64"/>
              <w:ind w:left="79"/>
              <w:rPr>
                <w:sz w:val="15"/>
              </w:rPr>
            </w:pPr>
            <w:r w:rsidRPr="00E85698">
              <w:rPr>
                <w:spacing w:val="-1"/>
                <w:w w:val="105"/>
                <w:sz w:val="15"/>
              </w:rPr>
              <w:t>Распознавать</w:t>
            </w:r>
            <w:r w:rsidRPr="00E85698">
              <w:rPr>
                <w:spacing w:val="-7"/>
                <w:w w:val="105"/>
                <w:sz w:val="15"/>
              </w:rPr>
              <w:t xml:space="preserve"> </w:t>
            </w:r>
            <w:r w:rsidRPr="00E85698">
              <w:rPr>
                <w:spacing w:val="-1"/>
                <w:w w:val="105"/>
                <w:sz w:val="15"/>
              </w:rPr>
              <w:t>качественные;</w:t>
            </w:r>
          </w:p>
          <w:p w:rsidR="003147F9" w:rsidRPr="00E85698" w:rsidRDefault="003147F9" w:rsidP="00A047B0">
            <w:pPr>
              <w:pStyle w:val="TableParagraph"/>
              <w:spacing w:before="20" w:line="266" w:lineRule="auto"/>
              <w:ind w:left="79" w:right="41"/>
              <w:rPr>
                <w:sz w:val="15"/>
              </w:rPr>
            </w:pPr>
            <w:r w:rsidRPr="00E85698">
              <w:rPr>
                <w:spacing w:val="-1"/>
                <w:w w:val="105"/>
                <w:sz w:val="15"/>
              </w:rPr>
              <w:t xml:space="preserve">относительные и притяжательные имена </w:t>
            </w:r>
            <w:r w:rsidRPr="00E85698">
              <w:rPr>
                <w:w w:val="105"/>
                <w:sz w:val="15"/>
              </w:rPr>
              <w:t>прилагательные;</w:t>
            </w:r>
            <w:r w:rsidRPr="00E85698">
              <w:rPr>
                <w:spacing w:val="-38"/>
                <w:w w:val="105"/>
                <w:sz w:val="15"/>
              </w:rPr>
              <w:t xml:space="preserve"> </w:t>
            </w:r>
            <w:r w:rsidRPr="00E85698">
              <w:rPr>
                <w:spacing w:val="-1"/>
                <w:w w:val="105"/>
                <w:sz w:val="15"/>
              </w:rPr>
              <w:t xml:space="preserve">степени сравнения </w:t>
            </w:r>
            <w:r w:rsidRPr="00E85698">
              <w:rPr>
                <w:w w:val="105"/>
                <w:sz w:val="15"/>
              </w:rPr>
              <w:t>качественных имён прилагательных.;</w:t>
            </w:r>
            <w:r w:rsidRPr="00E85698">
              <w:rPr>
                <w:spacing w:val="1"/>
                <w:w w:val="105"/>
                <w:sz w:val="15"/>
              </w:rPr>
              <w:t xml:space="preserve"> </w:t>
            </w:r>
            <w:r w:rsidRPr="00E85698">
              <w:rPr>
                <w:w w:val="105"/>
                <w:sz w:val="15"/>
              </w:rPr>
              <w:t>Анализировать особенности словообразования имён</w:t>
            </w:r>
            <w:r w:rsidRPr="00E85698">
              <w:rPr>
                <w:spacing w:val="1"/>
                <w:w w:val="105"/>
                <w:sz w:val="15"/>
              </w:rPr>
              <w:t xml:space="preserve"> </w:t>
            </w:r>
            <w:r w:rsidRPr="00E85698">
              <w:rPr>
                <w:w w:val="105"/>
                <w:sz w:val="15"/>
              </w:rPr>
              <w:t>прилагательных.;</w:t>
            </w:r>
          </w:p>
          <w:p w:rsidR="003147F9" w:rsidRPr="00E85698" w:rsidRDefault="003147F9" w:rsidP="00A047B0">
            <w:pPr>
              <w:pStyle w:val="TableParagraph"/>
              <w:spacing w:before="3" w:line="266" w:lineRule="auto"/>
              <w:ind w:left="79"/>
              <w:rPr>
                <w:sz w:val="15"/>
              </w:rPr>
            </w:pPr>
            <w:r w:rsidRPr="00E85698">
              <w:rPr>
                <w:spacing w:val="-1"/>
                <w:w w:val="105"/>
                <w:sz w:val="15"/>
              </w:rPr>
              <w:t>Проводить</w:t>
            </w:r>
            <w:r w:rsidRPr="00E85698">
              <w:rPr>
                <w:spacing w:val="-9"/>
                <w:w w:val="105"/>
                <w:sz w:val="15"/>
              </w:rPr>
              <w:t xml:space="preserve"> </w:t>
            </w:r>
            <w:r w:rsidRPr="00E85698">
              <w:rPr>
                <w:spacing w:val="-1"/>
                <w:w w:val="105"/>
                <w:sz w:val="15"/>
              </w:rPr>
              <w:t>орфоэпический</w:t>
            </w:r>
            <w:r w:rsidRPr="00E85698">
              <w:rPr>
                <w:spacing w:val="-9"/>
                <w:w w:val="105"/>
                <w:sz w:val="15"/>
              </w:rPr>
              <w:t xml:space="preserve"> </w:t>
            </w:r>
            <w:r w:rsidRPr="00E85698">
              <w:rPr>
                <w:spacing w:val="-1"/>
                <w:w w:val="105"/>
                <w:sz w:val="15"/>
              </w:rPr>
              <w:t>анализ</w:t>
            </w:r>
            <w:r w:rsidRPr="00E85698">
              <w:rPr>
                <w:spacing w:val="-8"/>
                <w:w w:val="105"/>
                <w:sz w:val="15"/>
              </w:rPr>
              <w:t xml:space="preserve"> </w:t>
            </w:r>
            <w:r w:rsidRPr="00E85698">
              <w:rPr>
                <w:w w:val="105"/>
                <w:sz w:val="15"/>
              </w:rPr>
              <w:t>имён</w:t>
            </w:r>
            <w:r w:rsidRPr="00E85698">
              <w:rPr>
                <w:spacing w:val="-9"/>
                <w:w w:val="105"/>
                <w:sz w:val="15"/>
              </w:rPr>
              <w:t xml:space="preserve"> </w:t>
            </w:r>
            <w:r w:rsidRPr="00E85698">
              <w:rPr>
                <w:w w:val="105"/>
                <w:sz w:val="15"/>
              </w:rPr>
              <w:t>прилагательных;</w:t>
            </w:r>
            <w:r w:rsidRPr="00E85698">
              <w:rPr>
                <w:spacing w:val="-36"/>
                <w:w w:val="105"/>
                <w:sz w:val="15"/>
              </w:rPr>
              <w:t xml:space="preserve"> </w:t>
            </w:r>
            <w:r w:rsidRPr="00E85698">
              <w:rPr>
                <w:w w:val="105"/>
                <w:sz w:val="15"/>
              </w:rPr>
              <w:t>выявлять особенности произношения имён</w:t>
            </w:r>
            <w:r w:rsidRPr="00E85698">
              <w:rPr>
                <w:spacing w:val="1"/>
                <w:w w:val="105"/>
                <w:sz w:val="15"/>
              </w:rPr>
              <w:t xml:space="preserve"> </w:t>
            </w:r>
            <w:r w:rsidRPr="00E85698">
              <w:rPr>
                <w:w w:val="105"/>
                <w:sz w:val="15"/>
              </w:rPr>
              <w:t>прилагательных;</w:t>
            </w:r>
          </w:p>
          <w:p w:rsidR="003147F9" w:rsidRPr="00E85698" w:rsidRDefault="003147F9" w:rsidP="00A047B0">
            <w:pPr>
              <w:pStyle w:val="TableParagraph"/>
              <w:spacing w:before="1" w:line="266" w:lineRule="auto"/>
              <w:ind w:left="79" w:right="1097"/>
              <w:rPr>
                <w:sz w:val="15"/>
              </w:rPr>
            </w:pPr>
            <w:r w:rsidRPr="00E85698">
              <w:rPr>
                <w:w w:val="105"/>
                <w:sz w:val="15"/>
              </w:rPr>
              <w:t>ударения (в рамках изученного).;</w:t>
            </w:r>
            <w:r w:rsidRPr="00E85698">
              <w:rPr>
                <w:spacing w:val="1"/>
                <w:w w:val="105"/>
                <w:sz w:val="15"/>
              </w:rPr>
              <w:t xml:space="preserve"> </w:t>
            </w:r>
            <w:r w:rsidRPr="00E85698">
              <w:rPr>
                <w:spacing w:val="-1"/>
                <w:w w:val="105"/>
                <w:sz w:val="15"/>
              </w:rPr>
              <w:t xml:space="preserve">Проводить орфографический </w:t>
            </w:r>
            <w:r w:rsidRPr="00E85698">
              <w:rPr>
                <w:w w:val="105"/>
                <w:sz w:val="15"/>
              </w:rPr>
              <w:t>анализ имён</w:t>
            </w:r>
            <w:r w:rsidRPr="00E85698">
              <w:rPr>
                <w:spacing w:val="-38"/>
                <w:w w:val="105"/>
                <w:sz w:val="15"/>
              </w:rPr>
              <w:t xml:space="preserve"> </w:t>
            </w:r>
            <w:r w:rsidRPr="00E85698">
              <w:rPr>
                <w:w w:val="105"/>
                <w:sz w:val="15"/>
              </w:rPr>
              <w:t>прилагательных</w:t>
            </w:r>
            <w:r w:rsidRPr="00E85698">
              <w:rPr>
                <w:spacing w:val="-2"/>
                <w:w w:val="105"/>
                <w:sz w:val="15"/>
              </w:rPr>
              <w:t xml:space="preserve"> </w:t>
            </w:r>
            <w:r w:rsidRPr="00E85698">
              <w:rPr>
                <w:w w:val="105"/>
                <w:sz w:val="15"/>
              </w:rPr>
              <w:t>с</w:t>
            </w:r>
            <w:r w:rsidRPr="00E85698">
              <w:rPr>
                <w:spacing w:val="-2"/>
                <w:w w:val="105"/>
                <w:sz w:val="15"/>
              </w:rPr>
              <w:t xml:space="preserve"> </w:t>
            </w:r>
            <w:r w:rsidRPr="00E85698">
              <w:rPr>
                <w:w w:val="105"/>
                <w:sz w:val="15"/>
              </w:rPr>
              <w:t>н</w:t>
            </w:r>
            <w:r w:rsidRPr="00E85698">
              <w:rPr>
                <w:spacing w:val="-1"/>
                <w:w w:val="105"/>
                <w:sz w:val="15"/>
              </w:rPr>
              <w:t xml:space="preserve"> </w:t>
            </w:r>
            <w:r w:rsidRPr="00E85698">
              <w:rPr>
                <w:w w:val="105"/>
                <w:sz w:val="15"/>
              </w:rPr>
              <w:t>и</w:t>
            </w:r>
            <w:r w:rsidRPr="00E85698">
              <w:rPr>
                <w:spacing w:val="-2"/>
                <w:w w:val="105"/>
                <w:sz w:val="15"/>
              </w:rPr>
              <w:t xml:space="preserve"> </w:t>
            </w:r>
            <w:proofErr w:type="spellStart"/>
            <w:r w:rsidRPr="00E85698">
              <w:rPr>
                <w:w w:val="105"/>
                <w:sz w:val="15"/>
              </w:rPr>
              <w:t>нн</w:t>
            </w:r>
            <w:proofErr w:type="spellEnd"/>
            <w:r w:rsidRPr="00E85698">
              <w:rPr>
                <w:w w:val="105"/>
                <w:sz w:val="15"/>
              </w:rPr>
              <w:t>;</w:t>
            </w:r>
          </w:p>
          <w:p w:rsidR="003147F9" w:rsidRPr="00E85698" w:rsidRDefault="003147F9" w:rsidP="00A047B0">
            <w:pPr>
              <w:pStyle w:val="TableParagraph"/>
              <w:spacing w:before="2"/>
              <w:ind w:left="79"/>
              <w:rPr>
                <w:sz w:val="15"/>
              </w:rPr>
            </w:pPr>
            <w:r w:rsidRPr="00E85698">
              <w:rPr>
                <w:w w:val="105"/>
                <w:sz w:val="15"/>
              </w:rPr>
              <w:t>имён</w:t>
            </w:r>
            <w:r w:rsidRPr="00E85698">
              <w:rPr>
                <w:spacing w:val="-9"/>
                <w:w w:val="105"/>
                <w:sz w:val="15"/>
              </w:rPr>
              <w:t xml:space="preserve"> </w:t>
            </w:r>
            <w:r w:rsidRPr="00E85698">
              <w:rPr>
                <w:w w:val="105"/>
                <w:sz w:val="15"/>
              </w:rPr>
              <w:t>прилагательных</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суффиксами</w:t>
            </w:r>
            <w:r w:rsidRPr="00E85698">
              <w:rPr>
                <w:spacing w:val="-9"/>
                <w:w w:val="105"/>
                <w:sz w:val="15"/>
              </w:rPr>
              <w:t xml:space="preserve"> </w:t>
            </w:r>
            <w:r w:rsidRPr="00E85698">
              <w:rPr>
                <w:w w:val="105"/>
                <w:sz w:val="15"/>
              </w:rPr>
              <w:t>-к-</w:t>
            </w:r>
            <w:r w:rsidRPr="00E85698">
              <w:rPr>
                <w:spacing w:val="-8"/>
                <w:w w:val="105"/>
                <w:sz w:val="15"/>
              </w:rPr>
              <w:t xml:space="preserve"> </w:t>
            </w:r>
            <w:r w:rsidRPr="00E85698">
              <w:rPr>
                <w:w w:val="105"/>
                <w:sz w:val="15"/>
              </w:rPr>
              <w:t>и;</w:t>
            </w:r>
          </w:p>
          <w:p w:rsidR="003147F9" w:rsidRPr="00E85698" w:rsidRDefault="003147F9" w:rsidP="00A047B0">
            <w:pPr>
              <w:pStyle w:val="TableParagraph"/>
              <w:spacing w:before="20"/>
              <w:ind w:left="79"/>
              <w:rPr>
                <w:sz w:val="15"/>
              </w:rPr>
            </w:pPr>
            <w:r w:rsidRPr="00E85698">
              <w:rPr>
                <w:w w:val="105"/>
                <w:sz w:val="15"/>
              </w:rPr>
              <w:t>-</w:t>
            </w:r>
            <w:proofErr w:type="spellStart"/>
            <w:r w:rsidRPr="00E85698">
              <w:rPr>
                <w:w w:val="105"/>
                <w:sz w:val="15"/>
              </w:rPr>
              <w:t>ск</w:t>
            </w:r>
            <w:proofErr w:type="spellEnd"/>
            <w:r w:rsidRPr="00E85698">
              <w:rPr>
                <w:w w:val="105"/>
                <w:sz w:val="15"/>
              </w:rPr>
              <w:t>-;</w:t>
            </w:r>
          </w:p>
          <w:p w:rsidR="003147F9" w:rsidRPr="00E85698" w:rsidRDefault="003147F9" w:rsidP="00A047B0">
            <w:pPr>
              <w:pStyle w:val="TableParagraph"/>
              <w:spacing w:before="20" w:line="266" w:lineRule="auto"/>
              <w:ind w:left="79"/>
              <w:rPr>
                <w:sz w:val="15"/>
              </w:rPr>
            </w:pPr>
            <w:r w:rsidRPr="00E85698">
              <w:rPr>
                <w:w w:val="105"/>
                <w:sz w:val="15"/>
              </w:rPr>
              <w:t>сложных имён прилагательных. Проводить</w:t>
            </w:r>
            <w:r w:rsidRPr="00E85698">
              <w:rPr>
                <w:spacing w:val="1"/>
                <w:w w:val="105"/>
                <w:sz w:val="15"/>
              </w:rPr>
              <w:t xml:space="preserve"> </w:t>
            </w:r>
            <w:r w:rsidRPr="00E85698">
              <w:rPr>
                <w:spacing w:val="-1"/>
                <w:w w:val="105"/>
                <w:sz w:val="15"/>
              </w:rPr>
              <w:t>морфологический</w:t>
            </w:r>
            <w:r w:rsidRPr="00E85698">
              <w:rPr>
                <w:spacing w:val="-6"/>
                <w:w w:val="105"/>
                <w:sz w:val="15"/>
              </w:rPr>
              <w:t xml:space="preserve"> </w:t>
            </w:r>
            <w:r w:rsidRPr="00E85698">
              <w:rPr>
                <w:spacing w:val="-1"/>
                <w:w w:val="105"/>
                <w:sz w:val="15"/>
              </w:rPr>
              <w:t>анализ</w:t>
            </w:r>
            <w:r w:rsidRPr="00E85698">
              <w:rPr>
                <w:spacing w:val="-5"/>
                <w:w w:val="105"/>
                <w:sz w:val="15"/>
              </w:rPr>
              <w:t xml:space="preserve"> </w:t>
            </w:r>
            <w:r w:rsidRPr="00E85698">
              <w:rPr>
                <w:spacing w:val="-1"/>
                <w:w w:val="105"/>
                <w:sz w:val="15"/>
              </w:rPr>
              <w:t>имён</w:t>
            </w:r>
            <w:r w:rsidRPr="00E85698">
              <w:rPr>
                <w:spacing w:val="-5"/>
                <w:w w:val="105"/>
                <w:sz w:val="15"/>
              </w:rPr>
              <w:t xml:space="preserve"> </w:t>
            </w:r>
            <w:r w:rsidRPr="00E85698">
              <w:rPr>
                <w:spacing w:val="-1"/>
                <w:w w:val="105"/>
                <w:sz w:val="15"/>
              </w:rPr>
              <w:t>прилагательных;</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https://resh.edu.ru/subject/lesson/6974/start/258990/</w:t>
            </w:r>
          </w:p>
        </w:tc>
      </w:tr>
    </w:tbl>
    <w:p w:rsidR="003147F9" w:rsidRPr="00E85698" w:rsidRDefault="003147F9" w:rsidP="003147F9">
      <w:pPr>
        <w:jc w:val="center"/>
        <w:rPr>
          <w:sz w:val="15"/>
        </w:rPr>
        <w:sectPr w:rsidR="003147F9" w:rsidRPr="00E85698">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4751"/>
        </w:trPr>
        <w:tc>
          <w:tcPr>
            <w:tcW w:w="468" w:type="dxa"/>
          </w:tcPr>
          <w:p w:rsidR="003147F9" w:rsidRPr="00E85698" w:rsidRDefault="003147F9" w:rsidP="00A047B0">
            <w:pPr>
              <w:pStyle w:val="TableParagraph"/>
              <w:spacing w:before="64"/>
              <w:rPr>
                <w:sz w:val="15"/>
              </w:rPr>
            </w:pPr>
            <w:r w:rsidRPr="00E85698">
              <w:rPr>
                <w:w w:val="105"/>
                <w:sz w:val="15"/>
              </w:rPr>
              <w:lastRenderedPageBreak/>
              <w:t>8.3.</w:t>
            </w:r>
          </w:p>
        </w:tc>
        <w:tc>
          <w:tcPr>
            <w:tcW w:w="2833" w:type="dxa"/>
          </w:tcPr>
          <w:p w:rsidR="003147F9" w:rsidRPr="00E85698" w:rsidRDefault="003147F9" w:rsidP="00A047B0">
            <w:pPr>
              <w:pStyle w:val="TableParagraph"/>
              <w:spacing w:before="64"/>
              <w:rPr>
                <w:sz w:val="15"/>
              </w:rPr>
            </w:pPr>
            <w:r w:rsidRPr="00E85698">
              <w:rPr>
                <w:spacing w:val="-1"/>
                <w:w w:val="105"/>
                <w:sz w:val="15"/>
              </w:rPr>
              <w:t>Имя</w:t>
            </w:r>
            <w:r w:rsidRPr="00E85698">
              <w:rPr>
                <w:spacing w:val="-5"/>
                <w:w w:val="105"/>
                <w:sz w:val="15"/>
              </w:rPr>
              <w:t xml:space="preserve"> </w:t>
            </w:r>
            <w:r w:rsidRPr="00E85698">
              <w:rPr>
                <w:spacing w:val="-1"/>
                <w:w w:val="105"/>
                <w:sz w:val="15"/>
              </w:rPr>
              <w:t>числительное</w:t>
            </w:r>
          </w:p>
        </w:tc>
        <w:tc>
          <w:tcPr>
            <w:tcW w:w="528" w:type="dxa"/>
          </w:tcPr>
          <w:p w:rsidR="003147F9" w:rsidRPr="00E85698" w:rsidRDefault="003147F9" w:rsidP="00A047B0">
            <w:pPr>
              <w:pStyle w:val="TableParagraph"/>
              <w:spacing w:before="64"/>
              <w:ind w:left="77"/>
              <w:rPr>
                <w:sz w:val="15"/>
              </w:rPr>
            </w:pPr>
            <w:r w:rsidRPr="00E85698">
              <w:rPr>
                <w:w w:val="105"/>
                <w:sz w:val="15"/>
              </w:rPr>
              <w:t>23</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1</w:t>
            </w:r>
            <w:r w:rsidR="003147F9" w:rsidRPr="00E85698">
              <w:rPr>
                <w:w w:val="105"/>
                <w:sz w:val="15"/>
              </w:rPr>
              <w:t>8.01.2023</w:t>
            </w:r>
          </w:p>
          <w:p w:rsidR="003147F9" w:rsidRPr="00E85698" w:rsidRDefault="004D6B8E" w:rsidP="00A047B0">
            <w:pPr>
              <w:pStyle w:val="TableParagraph"/>
              <w:spacing w:before="20"/>
              <w:ind w:left="79"/>
              <w:rPr>
                <w:sz w:val="15"/>
              </w:rPr>
            </w:pPr>
            <w:r>
              <w:rPr>
                <w:w w:val="105"/>
                <w:sz w:val="15"/>
              </w:rPr>
              <w:t>14.02</w:t>
            </w:r>
            <w:r w:rsidR="003147F9" w:rsidRPr="00E85698">
              <w:rPr>
                <w:w w:val="105"/>
                <w:sz w:val="15"/>
              </w:rPr>
              <w:t>.2023</w:t>
            </w:r>
          </w:p>
        </w:tc>
        <w:tc>
          <w:tcPr>
            <w:tcW w:w="4022" w:type="dxa"/>
          </w:tcPr>
          <w:p w:rsidR="003147F9" w:rsidRPr="00E85698" w:rsidRDefault="003147F9" w:rsidP="00A047B0">
            <w:pPr>
              <w:pStyle w:val="TableParagraph"/>
              <w:spacing w:before="64" w:line="266" w:lineRule="auto"/>
              <w:ind w:left="79" w:right="692"/>
              <w:rPr>
                <w:sz w:val="15"/>
              </w:rPr>
            </w:pPr>
            <w:r w:rsidRPr="00E85698">
              <w:rPr>
                <w:spacing w:val="-1"/>
                <w:w w:val="105"/>
                <w:sz w:val="15"/>
              </w:rPr>
              <w:t xml:space="preserve">Распознавать </w:t>
            </w:r>
            <w:r w:rsidRPr="00E85698">
              <w:rPr>
                <w:w w:val="105"/>
                <w:sz w:val="15"/>
              </w:rPr>
              <w:t>числительные; определять общее</w:t>
            </w:r>
            <w:r w:rsidRPr="00E85698">
              <w:rPr>
                <w:spacing w:val="1"/>
                <w:w w:val="105"/>
                <w:sz w:val="15"/>
              </w:rPr>
              <w:t xml:space="preserve"> </w:t>
            </w:r>
            <w:r w:rsidRPr="00E85698">
              <w:rPr>
                <w:spacing w:val="-1"/>
                <w:w w:val="105"/>
                <w:sz w:val="15"/>
              </w:rPr>
              <w:t>грамматическое значение имени числительного;</w:t>
            </w:r>
            <w:r w:rsidRPr="00E85698">
              <w:rPr>
                <w:spacing w:val="-37"/>
                <w:w w:val="105"/>
                <w:sz w:val="15"/>
              </w:rPr>
              <w:t xml:space="preserve"> </w:t>
            </w:r>
            <w:r w:rsidRPr="00E85698">
              <w:rPr>
                <w:w w:val="105"/>
                <w:sz w:val="15"/>
              </w:rPr>
              <w:t>различать</w:t>
            </w:r>
            <w:r w:rsidRPr="00E85698">
              <w:rPr>
                <w:spacing w:val="-3"/>
                <w:w w:val="105"/>
                <w:sz w:val="15"/>
              </w:rPr>
              <w:t xml:space="preserve"> </w:t>
            </w:r>
            <w:r w:rsidRPr="00E85698">
              <w:rPr>
                <w:w w:val="105"/>
                <w:sz w:val="15"/>
              </w:rPr>
              <w:t>количественные</w:t>
            </w:r>
            <w:r w:rsidRPr="00E85698">
              <w:rPr>
                <w:spacing w:val="-3"/>
                <w:w w:val="105"/>
                <w:sz w:val="15"/>
              </w:rPr>
              <w:t xml:space="preserve"> </w:t>
            </w:r>
            <w:r w:rsidRPr="00E85698">
              <w:rPr>
                <w:w w:val="105"/>
                <w:sz w:val="15"/>
              </w:rPr>
              <w:t>(целые;</w:t>
            </w:r>
          </w:p>
          <w:p w:rsidR="003147F9" w:rsidRPr="00E85698" w:rsidRDefault="003147F9" w:rsidP="00A047B0">
            <w:pPr>
              <w:pStyle w:val="TableParagraph"/>
              <w:spacing w:before="2"/>
              <w:ind w:left="79"/>
              <w:rPr>
                <w:sz w:val="15"/>
              </w:rPr>
            </w:pPr>
            <w:r w:rsidRPr="00E85698">
              <w:rPr>
                <w:w w:val="105"/>
                <w:sz w:val="15"/>
              </w:rPr>
              <w:t>дробные;</w:t>
            </w:r>
          </w:p>
          <w:p w:rsidR="003147F9" w:rsidRPr="00E85698" w:rsidRDefault="003147F9" w:rsidP="00A047B0">
            <w:pPr>
              <w:pStyle w:val="TableParagraph"/>
              <w:spacing w:before="20" w:line="266" w:lineRule="auto"/>
              <w:ind w:left="79"/>
              <w:rPr>
                <w:sz w:val="15"/>
              </w:rPr>
            </w:pPr>
            <w:r w:rsidRPr="00E85698">
              <w:rPr>
                <w:spacing w:val="-1"/>
                <w:w w:val="105"/>
                <w:sz w:val="15"/>
              </w:rPr>
              <w:t>собирательные)</w:t>
            </w:r>
            <w:r w:rsidRPr="00E85698">
              <w:rPr>
                <w:spacing w:val="-9"/>
                <w:w w:val="105"/>
                <w:sz w:val="15"/>
              </w:rPr>
              <w:t xml:space="preserve"> </w:t>
            </w:r>
            <w:r w:rsidRPr="00E85698">
              <w:rPr>
                <w:spacing w:val="-1"/>
                <w:w w:val="105"/>
                <w:sz w:val="15"/>
              </w:rPr>
              <w:t>и</w:t>
            </w:r>
            <w:r w:rsidRPr="00E85698">
              <w:rPr>
                <w:spacing w:val="-8"/>
                <w:w w:val="105"/>
                <w:sz w:val="15"/>
              </w:rPr>
              <w:t xml:space="preserve"> </w:t>
            </w:r>
            <w:r w:rsidRPr="00E85698">
              <w:rPr>
                <w:spacing w:val="-1"/>
                <w:w w:val="105"/>
                <w:sz w:val="15"/>
              </w:rPr>
              <w:t>порядковые</w:t>
            </w:r>
            <w:r w:rsidRPr="00E85698">
              <w:rPr>
                <w:spacing w:val="-8"/>
                <w:w w:val="105"/>
                <w:sz w:val="15"/>
              </w:rPr>
              <w:t xml:space="preserve"> </w:t>
            </w:r>
            <w:r w:rsidRPr="00E85698">
              <w:rPr>
                <w:w w:val="105"/>
                <w:sz w:val="15"/>
              </w:rPr>
              <w:t>имена</w:t>
            </w:r>
            <w:r w:rsidRPr="00E85698">
              <w:rPr>
                <w:spacing w:val="-8"/>
                <w:w w:val="105"/>
                <w:sz w:val="15"/>
              </w:rPr>
              <w:t xml:space="preserve"> </w:t>
            </w:r>
            <w:r w:rsidRPr="00E85698">
              <w:rPr>
                <w:w w:val="105"/>
                <w:sz w:val="15"/>
              </w:rPr>
              <w:t>числительные.;</w:t>
            </w:r>
            <w:r w:rsidRPr="00E85698">
              <w:rPr>
                <w:spacing w:val="-36"/>
                <w:w w:val="105"/>
                <w:sz w:val="15"/>
              </w:rPr>
              <w:t xml:space="preserve"> </w:t>
            </w:r>
            <w:r w:rsidRPr="00E85698">
              <w:rPr>
                <w:w w:val="105"/>
                <w:sz w:val="15"/>
              </w:rPr>
              <w:t>Различать</w:t>
            </w:r>
            <w:r w:rsidRPr="00E85698">
              <w:rPr>
                <w:spacing w:val="-2"/>
                <w:w w:val="105"/>
                <w:sz w:val="15"/>
              </w:rPr>
              <w:t xml:space="preserve"> </w:t>
            </w:r>
            <w:r w:rsidRPr="00E85698">
              <w:rPr>
                <w:w w:val="105"/>
                <w:sz w:val="15"/>
              </w:rPr>
              <w:t>простые;</w:t>
            </w:r>
          </w:p>
          <w:p w:rsidR="003147F9" w:rsidRPr="00E85698" w:rsidRDefault="003147F9" w:rsidP="00A047B0">
            <w:pPr>
              <w:pStyle w:val="TableParagraph"/>
              <w:spacing w:before="1"/>
              <w:ind w:left="79"/>
              <w:rPr>
                <w:sz w:val="15"/>
              </w:rPr>
            </w:pPr>
            <w:r w:rsidRPr="00E85698">
              <w:rPr>
                <w:w w:val="105"/>
                <w:sz w:val="15"/>
              </w:rPr>
              <w:t>сложные;</w:t>
            </w:r>
          </w:p>
          <w:p w:rsidR="003147F9" w:rsidRPr="00E85698" w:rsidRDefault="003147F9" w:rsidP="00A047B0">
            <w:pPr>
              <w:pStyle w:val="TableParagraph"/>
              <w:spacing w:before="20"/>
              <w:ind w:left="79"/>
              <w:rPr>
                <w:sz w:val="15"/>
              </w:rPr>
            </w:pPr>
            <w:r w:rsidRPr="00E85698">
              <w:rPr>
                <w:spacing w:val="-1"/>
                <w:w w:val="105"/>
                <w:sz w:val="15"/>
              </w:rPr>
              <w:t>составные</w:t>
            </w:r>
            <w:r w:rsidRPr="00E85698">
              <w:rPr>
                <w:spacing w:val="-9"/>
                <w:w w:val="105"/>
                <w:sz w:val="15"/>
              </w:rPr>
              <w:t xml:space="preserve"> </w:t>
            </w:r>
            <w:r w:rsidRPr="00E85698">
              <w:rPr>
                <w:spacing w:val="-1"/>
                <w:w w:val="105"/>
                <w:sz w:val="15"/>
              </w:rPr>
              <w:t>имена</w:t>
            </w:r>
            <w:r w:rsidRPr="00E85698">
              <w:rPr>
                <w:spacing w:val="-9"/>
                <w:w w:val="105"/>
                <w:sz w:val="15"/>
              </w:rPr>
              <w:t xml:space="preserve"> </w:t>
            </w:r>
            <w:r w:rsidRPr="00E85698">
              <w:rPr>
                <w:w w:val="105"/>
                <w:sz w:val="15"/>
              </w:rPr>
              <w:t>числительные.;</w:t>
            </w:r>
          </w:p>
          <w:p w:rsidR="003147F9" w:rsidRPr="00E85698" w:rsidRDefault="003147F9" w:rsidP="00A047B0">
            <w:pPr>
              <w:pStyle w:val="TableParagraph"/>
              <w:spacing w:before="19" w:line="266" w:lineRule="auto"/>
              <w:ind w:left="79" w:right="175"/>
              <w:rPr>
                <w:sz w:val="15"/>
              </w:rPr>
            </w:pPr>
            <w:r w:rsidRPr="00E85698">
              <w:rPr>
                <w:spacing w:val="-1"/>
                <w:w w:val="105"/>
                <w:sz w:val="15"/>
              </w:rPr>
              <w:t xml:space="preserve">Склонять числительные и характеризовать </w:t>
            </w:r>
            <w:r w:rsidRPr="00E85698">
              <w:rPr>
                <w:w w:val="105"/>
                <w:sz w:val="15"/>
              </w:rPr>
              <w:t>особенности</w:t>
            </w:r>
            <w:r w:rsidRPr="00E85698">
              <w:rPr>
                <w:spacing w:val="-37"/>
                <w:w w:val="105"/>
                <w:sz w:val="15"/>
              </w:rPr>
              <w:t xml:space="preserve"> </w:t>
            </w:r>
            <w:r w:rsidRPr="00E85698">
              <w:rPr>
                <w:w w:val="105"/>
                <w:sz w:val="15"/>
              </w:rPr>
              <w:t>склонения;</w:t>
            </w:r>
          </w:p>
          <w:p w:rsidR="003147F9" w:rsidRPr="00E85698" w:rsidRDefault="003147F9" w:rsidP="00A047B0">
            <w:pPr>
              <w:pStyle w:val="TableParagraph"/>
              <w:spacing w:before="2" w:line="266" w:lineRule="auto"/>
              <w:ind w:left="79" w:right="864"/>
              <w:rPr>
                <w:sz w:val="15"/>
              </w:rPr>
            </w:pPr>
            <w:r w:rsidRPr="00E85698">
              <w:rPr>
                <w:spacing w:val="-1"/>
                <w:w w:val="105"/>
                <w:sz w:val="15"/>
              </w:rPr>
              <w:t xml:space="preserve">словообразования и синтаксических </w:t>
            </w:r>
            <w:r w:rsidRPr="00E85698">
              <w:rPr>
                <w:w w:val="105"/>
                <w:sz w:val="15"/>
              </w:rPr>
              <w:t>функций</w:t>
            </w:r>
            <w:r w:rsidRPr="00E85698">
              <w:rPr>
                <w:spacing w:val="-37"/>
                <w:w w:val="105"/>
                <w:sz w:val="15"/>
              </w:rPr>
              <w:t xml:space="preserve"> </w:t>
            </w:r>
            <w:r w:rsidRPr="00E85698">
              <w:rPr>
                <w:w w:val="105"/>
                <w:sz w:val="15"/>
              </w:rPr>
              <w:t>числительных.;</w:t>
            </w:r>
          </w:p>
          <w:p w:rsidR="003147F9" w:rsidRPr="00E85698" w:rsidRDefault="003147F9" w:rsidP="00A047B0">
            <w:pPr>
              <w:pStyle w:val="TableParagraph"/>
              <w:spacing w:before="1" w:line="266" w:lineRule="auto"/>
              <w:ind w:left="79" w:right="532"/>
              <w:rPr>
                <w:sz w:val="15"/>
              </w:rPr>
            </w:pPr>
            <w:r w:rsidRPr="00E85698">
              <w:rPr>
                <w:spacing w:val="-1"/>
                <w:w w:val="105"/>
                <w:sz w:val="15"/>
              </w:rPr>
              <w:t>Характеризовать</w:t>
            </w:r>
            <w:r w:rsidRPr="00E85698">
              <w:rPr>
                <w:spacing w:val="-8"/>
                <w:w w:val="105"/>
                <w:sz w:val="15"/>
              </w:rPr>
              <w:t xml:space="preserve"> </w:t>
            </w:r>
            <w:r w:rsidRPr="00E85698">
              <w:rPr>
                <w:w w:val="105"/>
                <w:sz w:val="15"/>
              </w:rPr>
              <w:t>роль</w:t>
            </w:r>
            <w:r w:rsidRPr="00E85698">
              <w:rPr>
                <w:spacing w:val="-8"/>
                <w:w w:val="105"/>
                <w:sz w:val="15"/>
              </w:rPr>
              <w:t xml:space="preserve"> </w:t>
            </w:r>
            <w:r w:rsidRPr="00E85698">
              <w:rPr>
                <w:w w:val="105"/>
                <w:sz w:val="15"/>
              </w:rPr>
              <w:t>имён</w:t>
            </w:r>
            <w:r w:rsidRPr="00E85698">
              <w:rPr>
                <w:spacing w:val="-8"/>
                <w:w w:val="105"/>
                <w:sz w:val="15"/>
              </w:rPr>
              <w:t xml:space="preserve"> </w:t>
            </w:r>
            <w:r w:rsidRPr="00E85698">
              <w:rPr>
                <w:w w:val="105"/>
                <w:sz w:val="15"/>
              </w:rPr>
              <w:t>числительных</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речи;</w:t>
            </w:r>
            <w:r w:rsidRPr="00E85698">
              <w:rPr>
                <w:spacing w:val="-37"/>
                <w:w w:val="105"/>
                <w:sz w:val="15"/>
              </w:rPr>
              <w:t xml:space="preserve"> </w:t>
            </w:r>
            <w:r w:rsidRPr="00E85698">
              <w:rPr>
                <w:w w:val="105"/>
                <w:sz w:val="15"/>
              </w:rPr>
              <w:t>особенности употребления в научных текстах;</w:t>
            </w:r>
            <w:r w:rsidRPr="00E85698">
              <w:rPr>
                <w:spacing w:val="1"/>
                <w:w w:val="105"/>
                <w:sz w:val="15"/>
              </w:rPr>
              <w:t xml:space="preserve"> </w:t>
            </w:r>
            <w:r w:rsidRPr="00E85698">
              <w:rPr>
                <w:w w:val="105"/>
                <w:sz w:val="15"/>
              </w:rPr>
              <w:t>деловой</w:t>
            </w:r>
            <w:r w:rsidRPr="00E85698">
              <w:rPr>
                <w:spacing w:val="-2"/>
                <w:w w:val="105"/>
                <w:sz w:val="15"/>
              </w:rPr>
              <w:t xml:space="preserve"> </w:t>
            </w:r>
            <w:r w:rsidRPr="00E85698">
              <w:rPr>
                <w:w w:val="105"/>
                <w:sz w:val="15"/>
              </w:rPr>
              <w:t>речи.;</w:t>
            </w:r>
          </w:p>
          <w:p w:rsidR="003147F9" w:rsidRPr="00E85698" w:rsidRDefault="003147F9" w:rsidP="00A047B0">
            <w:pPr>
              <w:pStyle w:val="TableParagraph"/>
              <w:spacing w:before="2" w:line="266" w:lineRule="auto"/>
              <w:ind w:left="79" w:right="267"/>
              <w:rPr>
                <w:sz w:val="15"/>
              </w:rPr>
            </w:pPr>
            <w:r w:rsidRPr="00E85698">
              <w:rPr>
                <w:spacing w:val="-1"/>
                <w:w w:val="105"/>
                <w:sz w:val="15"/>
              </w:rPr>
              <w:t>Анализировать примеры употребления собирательных</w:t>
            </w:r>
            <w:r w:rsidRPr="00E85698">
              <w:rPr>
                <w:spacing w:val="-37"/>
                <w:w w:val="105"/>
                <w:sz w:val="15"/>
              </w:rPr>
              <w:t xml:space="preserve"> </w:t>
            </w:r>
            <w:r w:rsidRPr="00E85698">
              <w:rPr>
                <w:w w:val="105"/>
                <w:sz w:val="15"/>
              </w:rPr>
              <w:t>имён</w:t>
            </w:r>
            <w:r w:rsidRPr="00E85698">
              <w:rPr>
                <w:spacing w:val="-2"/>
                <w:w w:val="105"/>
                <w:sz w:val="15"/>
              </w:rPr>
              <w:t xml:space="preserve"> </w:t>
            </w:r>
            <w:r w:rsidRPr="00E85698">
              <w:rPr>
                <w:w w:val="105"/>
                <w:sz w:val="15"/>
              </w:rPr>
              <w:t>числительных.;</w:t>
            </w:r>
          </w:p>
          <w:p w:rsidR="003147F9" w:rsidRPr="00E85698" w:rsidRDefault="003147F9" w:rsidP="00A047B0">
            <w:pPr>
              <w:pStyle w:val="TableParagraph"/>
              <w:spacing w:before="1" w:line="266" w:lineRule="auto"/>
              <w:ind w:left="79" w:right="69"/>
              <w:rPr>
                <w:sz w:val="15"/>
              </w:rPr>
            </w:pPr>
            <w:r w:rsidRPr="00E85698">
              <w:rPr>
                <w:spacing w:val="-1"/>
                <w:w w:val="105"/>
                <w:sz w:val="15"/>
              </w:rPr>
              <w:t>Проводить</w:t>
            </w:r>
            <w:r w:rsidRPr="00E85698">
              <w:rPr>
                <w:spacing w:val="-9"/>
                <w:w w:val="105"/>
                <w:sz w:val="15"/>
              </w:rPr>
              <w:t xml:space="preserve"> </w:t>
            </w:r>
            <w:r w:rsidRPr="00E85698">
              <w:rPr>
                <w:spacing w:val="-1"/>
                <w:w w:val="105"/>
                <w:sz w:val="15"/>
              </w:rPr>
              <w:t>орфографический</w:t>
            </w:r>
            <w:r w:rsidRPr="00E85698">
              <w:rPr>
                <w:spacing w:val="-6"/>
                <w:w w:val="105"/>
                <w:sz w:val="15"/>
              </w:rPr>
              <w:t xml:space="preserve"> </w:t>
            </w:r>
            <w:r w:rsidRPr="00E85698">
              <w:rPr>
                <w:spacing w:val="-1"/>
                <w:w w:val="105"/>
                <w:sz w:val="15"/>
              </w:rPr>
              <w:t>анализ</w:t>
            </w:r>
            <w:r w:rsidRPr="00E85698">
              <w:rPr>
                <w:spacing w:val="-8"/>
                <w:w w:val="105"/>
                <w:sz w:val="15"/>
              </w:rPr>
              <w:t xml:space="preserve"> </w:t>
            </w:r>
            <w:r w:rsidRPr="00E85698">
              <w:rPr>
                <w:w w:val="105"/>
                <w:sz w:val="15"/>
              </w:rPr>
              <w:t>имён</w:t>
            </w:r>
            <w:r w:rsidRPr="00E85698">
              <w:rPr>
                <w:spacing w:val="-9"/>
                <w:w w:val="105"/>
                <w:sz w:val="15"/>
              </w:rPr>
              <w:t xml:space="preserve"> </w:t>
            </w:r>
            <w:r w:rsidRPr="00E85698">
              <w:rPr>
                <w:w w:val="105"/>
                <w:sz w:val="15"/>
              </w:rPr>
              <w:t>числительных;</w:t>
            </w:r>
            <w:r w:rsidRPr="00E85698">
              <w:rPr>
                <w:spacing w:val="-36"/>
                <w:w w:val="105"/>
                <w:sz w:val="15"/>
              </w:rPr>
              <w:t xml:space="preserve"> </w:t>
            </w:r>
            <w:r w:rsidRPr="00E85698">
              <w:rPr>
                <w:w w:val="105"/>
                <w:sz w:val="15"/>
              </w:rPr>
              <w:t>в том числе написание ь в именах числительных;</w:t>
            </w:r>
            <w:r w:rsidRPr="00E85698">
              <w:rPr>
                <w:spacing w:val="1"/>
                <w:w w:val="105"/>
                <w:sz w:val="15"/>
              </w:rPr>
              <w:t xml:space="preserve"> </w:t>
            </w:r>
            <w:r w:rsidRPr="00E85698">
              <w:rPr>
                <w:w w:val="105"/>
                <w:sz w:val="15"/>
              </w:rPr>
              <w:t>написание</w:t>
            </w:r>
            <w:r w:rsidRPr="00E85698">
              <w:rPr>
                <w:spacing w:val="-3"/>
                <w:w w:val="105"/>
                <w:sz w:val="15"/>
              </w:rPr>
              <w:t xml:space="preserve"> </w:t>
            </w:r>
            <w:r w:rsidRPr="00E85698">
              <w:rPr>
                <w:w w:val="105"/>
                <w:sz w:val="15"/>
              </w:rPr>
              <w:t>двойных</w:t>
            </w:r>
            <w:r w:rsidRPr="00E85698">
              <w:rPr>
                <w:spacing w:val="-2"/>
                <w:w w:val="105"/>
                <w:sz w:val="15"/>
              </w:rPr>
              <w:t xml:space="preserve"> </w:t>
            </w:r>
            <w:r w:rsidRPr="00E85698">
              <w:rPr>
                <w:w w:val="105"/>
                <w:sz w:val="15"/>
              </w:rPr>
              <w:t>согласных;</w:t>
            </w:r>
            <w:r w:rsidRPr="00E85698">
              <w:rPr>
                <w:spacing w:val="-2"/>
                <w:w w:val="105"/>
                <w:sz w:val="15"/>
              </w:rPr>
              <w:t xml:space="preserve"> </w:t>
            </w:r>
            <w:r w:rsidRPr="00E85698">
              <w:rPr>
                <w:w w:val="105"/>
                <w:sz w:val="15"/>
              </w:rPr>
              <w:t>слитное;</w:t>
            </w:r>
          </w:p>
          <w:p w:rsidR="003147F9" w:rsidRPr="00E85698" w:rsidRDefault="003147F9" w:rsidP="00A047B0">
            <w:pPr>
              <w:pStyle w:val="TableParagraph"/>
              <w:spacing w:before="2"/>
              <w:ind w:left="79"/>
              <w:rPr>
                <w:sz w:val="15"/>
              </w:rPr>
            </w:pPr>
            <w:r w:rsidRPr="00E85698">
              <w:rPr>
                <w:w w:val="105"/>
                <w:sz w:val="15"/>
              </w:rPr>
              <w:t>раздельное;</w:t>
            </w:r>
          </w:p>
          <w:p w:rsidR="003147F9" w:rsidRPr="00E85698" w:rsidRDefault="003147F9" w:rsidP="00A047B0">
            <w:pPr>
              <w:pStyle w:val="TableParagraph"/>
              <w:spacing w:before="20" w:line="266" w:lineRule="auto"/>
              <w:ind w:left="79" w:right="132"/>
              <w:rPr>
                <w:sz w:val="15"/>
              </w:rPr>
            </w:pPr>
            <w:r w:rsidRPr="00E85698">
              <w:rPr>
                <w:spacing w:val="-1"/>
                <w:w w:val="105"/>
                <w:sz w:val="15"/>
              </w:rPr>
              <w:t>дефисное</w:t>
            </w:r>
            <w:r w:rsidRPr="00E85698">
              <w:rPr>
                <w:spacing w:val="-9"/>
                <w:w w:val="105"/>
                <w:sz w:val="15"/>
              </w:rPr>
              <w:t xml:space="preserve"> </w:t>
            </w:r>
            <w:r w:rsidRPr="00E85698">
              <w:rPr>
                <w:spacing w:val="-1"/>
                <w:w w:val="105"/>
                <w:sz w:val="15"/>
              </w:rPr>
              <w:t>написание</w:t>
            </w:r>
            <w:r w:rsidRPr="00E85698">
              <w:rPr>
                <w:spacing w:val="-8"/>
                <w:w w:val="105"/>
                <w:sz w:val="15"/>
              </w:rPr>
              <w:t xml:space="preserve"> </w:t>
            </w:r>
            <w:proofErr w:type="gramStart"/>
            <w:r w:rsidRPr="00E85698">
              <w:rPr>
                <w:spacing w:val="-1"/>
                <w:w w:val="105"/>
                <w:sz w:val="15"/>
              </w:rPr>
              <w:t>числи-</w:t>
            </w:r>
            <w:r w:rsidRPr="00E85698">
              <w:rPr>
                <w:spacing w:val="-9"/>
                <w:w w:val="105"/>
                <w:sz w:val="15"/>
              </w:rPr>
              <w:t xml:space="preserve"> </w:t>
            </w:r>
            <w:r w:rsidRPr="00E85698">
              <w:rPr>
                <w:w w:val="105"/>
                <w:sz w:val="15"/>
              </w:rPr>
              <w:t>тельных</w:t>
            </w:r>
            <w:proofErr w:type="gramEnd"/>
            <w:r w:rsidRPr="00E85698">
              <w:rPr>
                <w:w w:val="105"/>
                <w:sz w:val="15"/>
              </w:rPr>
              <w:t>;</w:t>
            </w:r>
            <w:r w:rsidRPr="00E85698">
              <w:rPr>
                <w:spacing w:val="-8"/>
                <w:w w:val="105"/>
                <w:sz w:val="15"/>
              </w:rPr>
              <w:t xml:space="preserve"> </w:t>
            </w:r>
            <w:r w:rsidRPr="00E85698">
              <w:rPr>
                <w:w w:val="105"/>
                <w:sz w:val="15"/>
              </w:rPr>
              <w:t>написание</w:t>
            </w:r>
            <w:r w:rsidRPr="00E85698">
              <w:rPr>
                <w:spacing w:val="-36"/>
                <w:w w:val="105"/>
                <w:sz w:val="15"/>
              </w:rPr>
              <w:t xml:space="preserve"> </w:t>
            </w:r>
            <w:r w:rsidRPr="00E85698">
              <w:rPr>
                <w:w w:val="105"/>
                <w:sz w:val="15"/>
              </w:rPr>
              <w:t>окончаний</w:t>
            </w:r>
            <w:r w:rsidRPr="00E85698">
              <w:rPr>
                <w:spacing w:val="-2"/>
                <w:w w:val="105"/>
                <w:sz w:val="15"/>
              </w:rPr>
              <w:t xml:space="preserve"> </w:t>
            </w:r>
            <w:r w:rsidRPr="00E85698">
              <w:rPr>
                <w:w w:val="105"/>
                <w:sz w:val="15"/>
              </w:rPr>
              <w:t>числительных.;</w:t>
            </w:r>
          </w:p>
          <w:p w:rsidR="003147F9" w:rsidRPr="00E85698" w:rsidRDefault="003147F9" w:rsidP="00A047B0">
            <w:pPr>
              <w:pStyle w:val="TableParagraph"/>
              <w:spacing w:before="1"/>
              <w:ind w:left="79"/>
              <w:rPr>
                <w:sz w:val="15"/>
              </w:rPr>
            </w:pPr>
            <w:r w:rsidRPr="00E85698">
              <w:rPr>
                <w:spacing w:val="-1"/>
                <w:w w:val="105"/>
                <w:sz w:val="15"/>
              </w:rPr>
              <w:t>Проводить</w:t>
            </w:r>
            <w:r w:rsidRPr="00E85698">
              <w:rPr>
                <w:spacing w:val="-8"/>
                <w:w w:val="105"/>
                <w:sz w:val="15"/>
              </w:rPr>
              <w:t xml:space="preserve"> </w:t>
            </w:r>
            <w:r w:rsidRPr="00E85698">
              <w:rPr>
                <w:spacing w:val="-1"/>
                <w:w w:val="105"/>
                <w:sz w:val="15"/>
              </w:rPr>
              <w:t>морфологический</w:t>
            </w:r>
            <w:r w:rsidRPr="00E85698">
              <w:rPr>
                <w:spacing w:val="-8"/>
                <w:w w:val="105"/>
                <w:sz w:val="15"/>
              </w:rPr>
              <w:t xml:space="preserve"> </w:t>
            </w:r>
            <w:r w:rsidRPr="00E85698">
              <w:rPr>
                <w:spacing w:val="-1"/>
                <w:w w:val="105"/>
                <w:sz w:val="15"/>
              </w:rPr>
              <w:t>анализ</w:t>
            </w:r>
            <w:r w:rsidRPr="00E85698">
              <w:rPr>
                <w:spacing w:val="-8"/>
                <w:w w:val="105"/>
                <w:sz w:val="15"/>
              </w:rPr>
              <w:t xml:space="preserve"> </w:t>
            </w:r>
            <w:r w:rsidRPr="00E85698">
              <w:rPr>
                <w:w w:val="105"/>
                <w:sz w:val="15"/>
              </w:rPr>
              <w:t>имён</w:t>
            </w:r>
            <w:r w:rsidRPr="00E85698">
              <w:rPr>
                <w:spacing w:val="-7"/>
                <w:w w:val="105"/>
                <w:sz w:val="15"/>
              </w:rPr>
              <w:t xml:space="preserve"> </w:t>
            </w:r>
            <w:r w:rsidRPr="00E85698">
              <w:rPr>
                <w:w w:val="105"/>
                <w:sz w:val="15"/>
              </w:rPr>
              <w:t>числительных;</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https://resh.edu.ru/subject/lesson/6995/start/258494/</w:t>
            </w:r>
          </w:p>
        </w:tc>
      </w:tr>
      <w:tr w:rsidR="003147F9" w:rsidRPr="00E85698" w:rsidTr="00A047B0">
        <w:trPr>
          <w:trHeight w:val="4175"/>
        </w:trPr>
        <w:tc>
          <w:tcPr>
            <w:tcW w:w="468" w:type="dxa"/>
          </w:tcPr>
          <w:p w:rsidR="003147F9" w:rsidRPr="00E85698" w:rsidRDefault="003147F9" w:rsidP="00A047B0">
            <w:pPr>
              <w:pStyle w:val="TableParagraph"/>
              <w:spacing w:before="64"/>
              <w:rPr>
                <w:sz w:val="15"/>
              </w:rPr>
            </w:pPr>
            <w:r w:rsidRPr="00E85698">
              <w:rPr>
                <w:w w:val="105"/>
                <w:sz w:val="15"/>
              </w:rPr>
              <w:t>8.4.</w:t>
            </w:r>
          </w:p>
        </w:tc>
        <w:tc>
          <w:tcPr>
            <w:tcW w:w="2833" w:type="dxa"/>
          </w:tcPr>
          <w:p w:rsidR="003147F9" w:rsidRPr="00E85698" w:rsidRDefault="003147F9" w:rsidP="00A047B0">
            <w:pPr>
              <w:pStyle w:val="TableParagraph"/>
              <w:spacing w:before="64"/>
              <w:rPr>
                <w:sz w:val="15"/>
              </w:rPr>
            </w:pPr>
            <w:proofErr w:type="spellStart"/>
            <w:r w:rsidRPr="00E85698">
              <w:rPr>
                <w:w w:val="105"/>
                <w:sz w:val="15"/>
              </w:rPr>
              <w:t>Местоименение</w:t>
            </w:r>
            <w:proofErr w:type="spellEnd"/>
          </w:p>
        </w:tc>
        <w:tc>
          <w:tcPr>
            <w:tcW w:w="528" w:type="dxa"/>
          </w:tcPr>
          <w:p w:rsidR="003147F9" w:rsidRPr="00E85698" w:rsidRDefault="003147F9" w:rsidP="00A047B0">
            <w:pPr>
              <w:pStyle w:val="TableParagraph"/>
              <w:spacing w:before="64"/>
              <w:ind w:left="77"/>
              <w:rPr>
                <w:sz w:val="15"/>
              </w:rPr>
            </w:pPr>
            <w:r w:rsidRPr="00E85698">
              <w:rPr>
                <w:w w:val="105"/>
                <w:sz w:val="15"/>
              </w:rPr>
              <w:t>15</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14.02</w:t>
            </w:r>
            <w:r w:rsidR="003147F9" w:rsidRPr="00E85698">
              <w:rPr>
                <w:w w:val="105"/>
                <w:sz w:val="15"/>
              </w:rPr>
              <w:t>.2023</w:t>
            </w:r>
          </w:p>
          <w:p w:rsidR="003147F9" w:rsidRPr="00E85698" w:rsidRDefault="004D6B8E" w:rsidP="00A047B0">
            <w:pPr>
              <w:pStyle w:val="TableParagraph"/>
              <w:spacing w:before="20"/>
              <w:ind w:left="79"/>
              <w:rPr>
                <w:sz w:val="15"/>
              </w:rPr>
            </w:pPr>
            <w:r>
              <w:rPr>
                <w:w w:val="105"/>
                <w:sz w:val="15"/>
              </w:rPr>
              <w:t>3.03</w:t>
            </w:r>
            <w:r w:rsidR="003147F9" w:rsidRPr="00E85698">
              <w:rPr>
                <w:w w:val="105"/>
                <w:sz w:val="15"/>
              </w:rPr>
              <w:t>.2023</w:t>
            </w:r>
          </w:p>
        </w:tc>
        <w:tc>
          <w:tcPr>
            <w:tcW w:w="4022" w:type="dxa"/>
          </w:tcPr>
          <w:p w:rsidR="003147F9" w:rsidRPr="00E85698" w:rsidRDefault="003147F9" w:rsidP="00A047B0">
            <w:pPr>
              <w:pStyle w:val="TableParagraph"/>
              <w:spacing w:before="64" w:line="266" w:lineRule="auto"/>
              <w:ind w:left="79" w:right="545"/>
              <w:rPr>
                <w:sz w:val="15"/>
              </w:rPr>
            </w:pPr>
            <w:r w:rsidRPr="00E85698">
              <w:rPr>
                <w:w w:val="105"/>
                <w:sz w:val="15"/>
              </w:rPr>
              <w:t>Распознавать местоимения; определять общее</w:t>
            </w:r>
            <w:r w:rsidRPr="00E85698">
              <w:rPr>
                <w:spacing w:val="1"/>
                <w:w w:val="105"/>
                <w:sz w:val="15"/>
              </w:rPr>
              <w:t xml:space="preserve"> </w:t>
            </w:r>
            <w:r w:rsidRPr="00E85698">
              <w:rPr>
                <w:w w:val="105"/>
                <w:sz w:val="15"/>
              </w:rPr>
              <w:t>грамматическое значение местоимения.;</w:t>
            </w:r>
            <w:r w:rsidRPr="00E85698">
              <w:rPr>
                <w:spacing w:val="1"/>
                <w:w w:val="105"/>
                <w:sz w:val="15"/>
              </w:rPr>
              <w:t xml:space="preserve"> </w:t>
            </w:r>
            <w:r w:rsidRPr="00E85698">
              <w:rPr>
                <w:spacing w:val="-1"/>
                <w:w w:val="105"/>
                <w:sz w:val="15"/>
              </w:rPr>
              <w:t>Различать разряды местоимений. Характеризовать</w:t>
            </w:r>
            <w:r w:rsidRPr="00E85698">
              <w:rPr>
                <w:spacing w:val="-37"/>
                <w:w w:val="105"/>
                <w:sz w:val="15"/>
              </w:rPr>
              <w:t xml:space="preserve"> </w:t>
            </w:r>
            <w:r w:rsidRPr="00E85698">
              <w:rPr>
                <w:w w:val="105"/>
                <w:sz w:val="15"/>
              </w:rPr>
              <w:t>особенности склонения местоимений;</w:t>
            </w:r>
            <w:r w:rsidRPr="00E85698">
              <w:rPr>
                <w:spacing w:val="1"/>
                <w:w w:val="105"/>
                <w:sz w:val="15"/>
              </w:rPr>
              <w:t xml:space="preserve"> </w:t>
            </w:r>
            <w:r w:rsidRPr="00E85698">
              <w:rPr>
                <w:w w:val="105"/>
                <w:sz w:val="15"/>
              </w:rPr>
              <w:t>словообразования</w:t>
            </w:r>
            <w:r w:rsidRPr="00E85698">
              <w:rPr>
                <w:spacing w:val="-3"/>
                <w:w w:val="105"/>
                <w:sz w:val="15"/>
              </w:rPr>
              <w:t xml:space="preserve"> </w:t>
            </w:r>
            <w:r w:rsidRPr="00E85698">
              <w:rPr>
                <w:w w:val="105"/>
                <w:sz w:val="15"/>
              </w:rPr>
              <w:t>местоимений;</w:t>
            </w:r>
          </w:p>
          <w:p w:rsidR="003147F9" w:rsidRPr="00E85698" w:rsidRDefault="003147F9" w:rsidP="00A047B0">
            <w:pPr>
              <w:pStyle w:val="TableParagraph"/>
              <w:spacing w:before="4" w:line="266" w:lineRule="auto"/>
              <w:ind w:left="79" w:right="1265"/>
              <w:rPr>
                <w:sz w:val="15"/>
              </w:rPr>
            </w:pPr>
            <w:r w:rsidRPr="00E85698">
              <w:rPr>
                <w:spacing w:val="-1"/>
                <w:w w:val="105"/>
                <w:sz w:val="15"/>
              </w:rPr>
              <w:t>синтаксических функций местоимений;</w:t>
            </w:r>
            <w:r w:rsidRPr="00E85698">
              <w:rPr>
                <w:spacing w:val="-37"/>
                <w:w w:val="105"/>
                <w:sz w:val="15"/>
              </w:rPr>
              <w:t xml:space="preserve"> </w:t>
            </w:r>
            <w:r w:rsidRPr="00E85698">
              <w:rPr>
                <w:w w:val="105"/>
                <w:sz w:val="15"/>
              </w:rPr>
              <w:t>роли</w:t>
            </w:r>
            <w:r w:rsidRPr="00E85698">
              <w:rPr>
                <w:spacing w:val="-2"/>
                <w:w w:val="105"/>
                <w:sz w:val="15"/>
              </w:rPr>
              <w:t xml:space="preserve"> </w:t>
            </w:r>
            <w:r w:rsidRPr="00E85698">
              <w:rPr>
                <w:w w:val="105"/>
                <w:sz w:val="15"/>
              </w:rPr>
              <w:t>в</w:t>
            </w:r>
            <w:r w:rsidRPr="00E85698">
              <w:rPr>
                <w:spacing w:val="-1"/>
                <w:w w:val="105"/>
                <w:sz w:val="15"/>
              </w:rPr>
              <w:t xml:space="preserve"> </w:t>
            </w:r>
            <w:r w:rsidRPr="00E85698">
              <w:rPr>
                <w:w w:val="105"/>
                <w:sz w:val="15"/>
              </w:rPr>
              <w:t>речи.;</w:t>
            </w:r>
          </w:p>
          <w:p w:rsidR="003147F9" w:rsidRPr="00E85698" w:rsidRDefault="003147F9" w:rsidP="00A047B0">
            <w:pPr>
              <w:pStyle w:val="TableParagraph"/>
              <w:spacing w:before="1" w:line="266" w:lineRule="auto"/>
              <w:ind w:left="79" w:right="271"/>
              <w:rPr>
                <w:sz w:val="15"/>
              </w:rPr>
            </w:pPr>
            <w:r w:rsidRPr="00E85698">
              <w:rPr>
                <w:spacing w:val="-1"/>
                <w:w w:val="105"/>
                <w:sz w:val="15"/>
              </w:rPr>
              <w:t xml:space="preserve">Анализировать примеры употребления </w:t>
            </w:r>
            <w:r w:rsidRPr="00E85698">
              <w:rPr>
                <w:w w:val="105"/>
                <w:sz w:val="15"/>
              </w:rPr>
              <w:t>местоимений с</w:t>
            </w:r>
            <w:r w:rsidRPr="00E85698">
              <w:rPr>
                <w:spacing w:val="-38"/>
                <w:w w:val="105"/>
                <w:sz w:val="15"/>
              </w:rPr>
              <w:t xml:space="preserve"> </w:t>
            </w:r>
            <w:r w:rsidRPr="00E85698">
              <w:rPr>
                <w:w w:val="105"/>
                <w:sz w:val="15"/>
              </w:rPr>
              <w:t>точки зрения соответствия требованиям русского</w:t>
            </w:r>
            <w:r w:rsidRPr="00E85698">
              <w:rPr>
                <w:spacing w:val="1"/>
                <w:w w:val="105"/>
                <w:sz w:val="15"/>
              </w:rPr>
              <w:t xml:space="preserve"> </w:t>
            </w:r>
            <w:r w:rsidRPr="00E85698">
              <w:rPr>
                <w:w w:val="105"/>
                <w:sz w:val="15"/>
              </w:rPr>
              <w:t>речевого</w:t>
            </w:r>
            <w:r w:rsidRPr="00E85698">
              <w:rPr>
                <w:spacing w:val="-2"/>
                <w:w w:val="105"/>
                <w:sz w:val="15"/>
              </w:rPr>
              <w:t xml:space="preserve"> </w:t>
            </w:r>
            <w:r w:rsidRPr="00E85698">
              <w:rPr>
                <w:w w:val="105"/>
                <w:sz w:val="15"/>
              </w:rPr>
              <w:t>этикета.;</w:t>
            </w:r>
          </w:p>
          <w:p w:rsidR="003147F9" w:rsidRPr="00E85698" w:rsidRDefault="003147F9" w:rsidP="00A047B0">
            <w:pPr>
              <w:pStyle w:val="TableParagraph"/>
              <w:spacing w:before="2" w:line="266" w:lineRule="auto"/>
              <w:ind w:left="79"/>
              <w:rPr>
                <w:sz w:val="15"/>
              </w:rPr>
            </w:pPr>
            <w:r w:rsidRPr="00E85698">
              <w:rPr>
                <w:spacing w:val="-1"/>
                <w:w w:val="105"/>
                <w:sz w:val="15"/>
              </w:rPr>
              <w:t>Анализировать</w:t>
            </w:r>
            <w:r w:rsidRPr="00E85698">
              <w:rPr>
                <w:spacing w:val="-8"/>
                <w:w w:val="105"/>
                <w:sz w:val="15"/>
              </w:rPr>
              <w:t xml:space="preserve"> </w:t>
            </w:r>
            <w:r w:rsidRPr="00E85698">
              <w:rPr>
                <w:spacing w:val="-1"/>
                <w:w w:val="105"/>
                <w:sz w:val="15"/>
              </w:rPr>
              <w:t>примеры</w:t>
            </w:r>
            <w:r w:rsidRPr="00E85698">
              <w:rPr>
                <w:spacing w:val="-8"/>
                <w:w w:val="105"/>
                <w:sz w:val="15"/>
              </w:rPr>
              <w:t xml:space="preserve"> </w:t>
            </w:r>
            <w:r w:rsidRPr="00E85698">
              <w:rPr>
                <w:spacing w:val="-1"/>
                <w:w w:val="105"/>
                <w:sz w:val="15"/>
              </w:rPr>
              <w:t>употребления</w:t>
            </w:r>
            <w:r w:rsidRPr="00E85698">
              <w:rPr>
                <w:spacing w:val="-8"/>
                <w:w w:val="105"/>
                <w:sz w:val="15"/>
              </w:rPr>
              <w:t xml:space="preserve"> </w:t>
            </w:r>
            <w:r w:rsidRPr="00E85698">
              <w:rPr>
                <w:w w:val="105"/>
                <w:sz w:val="15"/>
              </w:rPr>
              <w:t>местоимения</w:t>
            </w:r>
            <w:r w:rsidRPr="00E85698">
              <w:rPr>
                <w:spacing w:val="-8"/>
                <w:w w:val="105"/>
                <w:sz w:val="15"/>
              </w:rPr>
              <w:t xml:space="preserve"> </w:t>
            </w:r>
            <w:r w:rsidRPr="00E85698">
              <w:rPr>
                <w:w w:val="105"/>
                <w:sz w:val="15"/>
              </w:rPr>
              <w:t>3-го</w:t>
            </w:r>
            <w:r w:rsidRPr="00E85698">
              <w:rPr>
                <w:spacing w:val="-36"/>
                <w:w w:val="105"/>
                <w:sz w:val="15"/>
              </w:rPr>
              <w:t xml:space="preserve"> </w:t>
            </w:r>
            <w:r w:rsidRPr="00E85698">
              <w:rPr>
                <w:w w:val="105"/>
                <w:sz w:val="15"/>
              </w:rPr>
              <w:t>лица с точки зрения соответствия смыслу</w:t>
            </w:r>
            <w:r w:rsidRPr="00E85698">
              <w:rPr>
                <w:spacing w:val="1"/>
                <w:w w:val="105"/>
                <w:sz w:val="15"/>
              </w:rPr>
              <w:t xml:space="preserve"> </w:t>
            </w:r>
            <w:r w:rsidRPr="00E85698">
              <w:rPr>
                <w:w w:val="105"/>
                <w:sz w:val="15"/>
              </w:rPr>
              <w:t>предшествующего</w:t>
            </w:r>
            <w:r w:rsidRPr="00E85698">
              <w:rPr>
                <w:spacing w:val="-2"/>
                <w:w w:val="105"/>
                <w:sz w:val="15"/>
              </w:rPr>
              <w:t xml:space="preserve"> </w:t>
            </w:r>
            <w:r w:rsidRPr="00E85698">
              <w:rPr>
                <w:w w:val="105"/>
                <w:sz w:val="15"/>
              </w:rPr>
              <w:t>текста.;</w:t>
            </w:r>
          </w:p>
          <w:p w:rsidR="003147F9" w:rsidRPr="00E85698" w:rsidRDefault="003147F9" w:rsidP="00A047B0">
            <w:pPr>
              <w:pStyle w:val="TableParagraph"/>
              <w:spacing w:before="2"/>
              <w:ind w:left="79"/>
              <w:rPr>
                <w:sz w:val="15"/>
              </w:rPr>
            </w:pPr>
            <w:r w:rsidRPr="00E85698">
              <w:rPr>
                <w:spacing w:val="-1"/>
                <w:w w:val="105"/>
                <w:sz w:val="15"/>
              </w:rPr>
              <w:t>Редактировать</w:t>
            </w:r>
            <w:r w:rsidRPr="00E85698">
              <w:rPr>
                <w:spacing w:val="-7"/>
                <w:w w:val="105"/>
                <w:sz w:val="15"/>
              </w:rPr>
              <w:t xml:space="preserve"> </w:t>
            </w:r>
            <w:r w:rsidRPr="00E85698">
              <w:rPr>
                <w:spacing w:val="-1"/>
                <w:w w:val="105"/>
                <w:sz w:val="15"/>
              </w:rPr>
              <w:t>небольшие</w:t>
            </w:r>
            <w:r w:rsidRPr="00E85698">
              <w:rPr>
                <w:spacing w:val="-7"/>
                <w:w w:val="105"/>
                <w:sz w:val="15"/>
              </w:rPr>
              <w:t xml:space="preserve"> </w:t>
            </w:r>
            <w:r w:rsidRPr="00E85698">
              <w:rPr>
                <w:w w:val="105"/>
                <w:sz w:val="15"/>
              </w:rPr>
              <w:t>тексты;</w:t>
            </w:r>
          </w:p>
          <w:p w:rsidR="003147F9" w:rsidRPr="00E85698" w:rsidRDefault="003147F9" w:rsidP="00A047B0">
            <w:pPr>
              <w:pStyle w:val="TableParagraph"/>
              <w:spacing w:before="19" w:line="266" w:lineRule="auto"/>
              <w:ind w:left="79" w:right="132"/>
              <w:rPr>
                <w:sz w:val="15"/>
              </w:rPr>
            </w:pPr>
            <w:r w:rsidRPr="00E85698">
              <w:rPr>
                <w:spacing w:val="-1"/>
                <w:w w:val="105"/>
                <w:sz w:val="15"/>
              </w:rPr>
              <w:t>где</w:t>
            </w:r>
            <w:r w:rsidRPr="00E85698">
              <w:rPr>
                <w:spacing w:val="-9"/>
                <w:w w:val="105"/>
                <w:sz w:val="15"/>
              </w:rPr>
              <w:t xml:space="preserve"> </w:t>
            </w:r>
            <w:r w:rsidRPr="00E85698">
              <w:rPr>
                <w:spacing w:val="-1"/>
                <w:w w:val="105"/>
                <w:sz w:val="15"/>
              </w:rPr>
              <w:t>употребление</w:t>
            </w:r>
            <w:r w:rsidRPr="00E85698">
              <w:rPr>
                <w:spacing w:val="-8"/>
                <w:w w:val="105"/>
                <w:sz w:val="15"/>
              </w:rPr>
              <w:t xml:space="preserve"> </w:t>
            </w:r>
            <w:r w:rsidRPr="00E85698">
              <w:rPr>
                <w:w w:val="105"/>
                <w:sz w:val="15"/>
              </w:rPr>
              <w:t>местоимения</w:t>
            </w:r>
            <w:r w:rsidRPr="00E85698">
              <w:rPr>
                <w:spacing w:val="-8"/>
                <w:w w:val="105"/>
                <w:sz w:val="15"/>
              </w:rPr>
              <w:t xml:space="preserve"> </w:t>
            </w:r>
            <w:r w:rsidRPr="00E85698">
              <w:rPr>
                <w:w w:val="105"/>
                <w:sz w:val="15"/>
              </w:rPr>
              <w:t>приводит</w:t>
            </w:r>
            <w:r w:rsidRPr="00E85698">
              <w:rPr>
                <w:spacing w:val="-8"/>
                <w:w w:val="105"/>
                <w:sz w:val="15"/>
              </w:rPr>
              <w:t xml:space="preserve"> </w:t>
            </w:r>
            <w:r w:rsidRPr="00E85698">
              <w:rPr>
                <w:w w:val="105"/>
                <w:sz w:val="15"/>
              </w:rPr>
              <w:t>к</w:t>
            </w:r>
            <w:r w:rsidRPr="00E85698">
              <w:rPr>
                <w:spacing w:val="-8"/>
                <w:w w:val="105"/>
                <w:sz w:val="15"/>
              </w:rPr>
              <w:t xml:space="preserve"> </w:t>
            </w:r>
            <w:r w:rsidRPr="00E85698">
              <w:rPr>
                <w:w w:val="105"/>
                <w:sz w:val="15"/>
              </w:rPr>
              <w:t>речевой</w:t>
            </w:r>
            <w:r w:rsidRPr="00E85698">
              <w:rPr>
                <w:spacing w:val="-37"/>
                <w:w w:val="105"/>
                <w:sz w:val="15"/>
              </w:rPr>
              <w:t xml:space="preserve"> </w:t>
            </w:r>
            <w:r w:rsidRPr="00E85698">
              <w:rPr>
                <w:w w:val="105"/>
                <w:sz w:val="15"/>
              </w:rPr>
              <w:t>ошибке</w:t>
            </w:r>
            <w:r w:rsidRPr="00E85698">
              <w:rPr>
                <w:spacing w:val="-3"/>
                <w:w w:val="105"/>
                <w:sz w:val="15"/>
              </w:rPr>
              <w:t xml:space="preserve"> </w:t>
            </w:r>
            <w:r w:rsidRPr="00E85698">
              <w:rPr>
                <w:w w:val="105"/>
                <w:sz w:val="15"/>
              </w:rPr>
              <w:t>(устранять</w:t>
            </w:r>
            <w:r w:rsidRPr="00E85698">
              <w:rPr>
                <w:spacing w:val="-3"/>
                <w:w w:val="105"/>
                <w:sz w:val="15"/>
              </w:rPr>
              <w:t xml:space="preserve"> </w:t>
            </w:r>
            <w:r w:rsidRPr="00E85698">
              <w:rPr>
                <w:w w:val="105"/>
                <w:sz w:val="15"/>
              </w:rPr>
              <w:t>двусмысленность;</w:t>
            </w:r>
          </w:p>
          <w:p w:rsidR="003147F9" w:rsidRPr="00E85698" w:rsidRDefault="003147F9" w:rsidP="00A047B0">
            <w:pPr>
              <w:pStyle w:val="TableParagraph"/>
              <w:spacing w:before="2"/>
              <w:ind w:left="79"/>
              <w:rPr>
                <w:sz w:val="15"/>
              </w:rPr>
            </w:pPr>
            <w:r w:rsidRPr="00E85698">
              <w:rPr>
                <w:w w:val="105"/>
                <w:sz w:val="15"/>
              </w:rPr>
              <w:t>неточность).;</w:t>
            </w:r>
          </w:p>
          <w:p w:rsidR="003147F9" w:rsidRPr="00E85698" w:rsidRDefault="003147F9" w:rsidP="00A047B0">
            <w:pPr>
              <w:pStyle w:val="TableParagraph"/>
              <w:spacing w:before="19" w:line="266" w:lineRule="auto"/>
              <w:ind w:left="79"/>
              <w:rPr>
                <w:sz w:val="15"/>
              </w:rPr>
            </w:pPr>
            <w:r w:rsidRPr="00E85698">
              <w:rPr>
                <w:spacing w:val="-1"/>
                <w:w w:val="105"/>
                <w:sz w:val="15"/>
              </w:rPr>
              <w:t>Проводить</w:t>
            </w:r>
            <w:r w:rsidRPr="00E85698">
              <w:rPr>
                <w:spacing w:val="-9"/>
                <w:w w:val="105"/>
                <w:sz w:val="15"/>
              </w:rPr>
              <w:t xml:space="preserve"> </w:t>
            </w:r>
            <w:r w:rsidRPr="00E85698">
              <w:rPr>
                <w:w w:val="105"/>
                <w:sz w:val="15"/>
              </w:rPr>
              <w:t>орфографический</w:t>
            </w:r>
            <w:r w:rsidRPr="00E85698">
              <w:rPr>
                <w:spacing w:val="-9"/>
                <w:w w:val="105"/>
                <w:sz w:val="15"/>
              </w:rPr>
              <w:t xml:space="preserve"> </w:t>
            </w:r>
            <w:r w:rsidRPr="00E85698">
              <w:rPr>
                <w:w w:val="105"/>
                <w:sz w:val="15"/>
              </w:rPr>
              <w:t>анализ</w:t>
            </w:r>
            <w:r w:rsidRPr="00E85698">
              <w:rPr>
                <w:spacing w:val="-8"/>
                <w:w w:val="105"/>
                <w:sz w:val="15"/>
              </w:rPr>
              <w:t xml:space="preserve"> </w:t>
            </w:r>
            <w:r w:rsidRPr="00E85698">
              <w:rPr>
                <w:w w:val="105"/>
                <w:sz w:val="15"/>
              </w:rPr>
              <w:t>местоимений</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не</w:t>
            </w:r>
            <w:r w:rsidRPr="00E85698">
              <w:rPr>
                <w:spacing w:val="-9"/>
                <w:w w:val="105"/>
                <w:sz w:val="15"/>
              </w:rPr>
              <w:t xml:space="preserve"> </w:t>
            </w:r>
            <w:r w:rsidRPr="00E85698">
              <w:rPr>
                <w:w w:val="105"/>
                <w:sz w:val="15"/>
              </w:rPr>
              <w:t>и</w:t>
            </w:r>
            <w:r w:rsidRPr="00E85698">
              <w:rPr>
                <w:spacing w:val="-36"/>
                <w:w w:val="105"/>
                <w:sz w:val="15"/>
              </w:rPr>
              <w:t xml:space="preserve"> </w:t>
            </w:r>
            <w:r w:rsidRPr="00E85698">
              <w:rPr>
                <w:w w:val="105"/>
                <w:sz w:val="15"/>
              </w:rPr>
              <w:t>ни;</w:t>
            </w:r>
            <w:r w:rsidRPr="00E85698">
              <w:rPr>
                <w:spacing w:val="-3"/>
                <w:w w:val="105"/>
                <w:sz w:val="15"/>
              </w:rPr>
              <w:t xml:space="preserve"> </w:t>
            </w:r>
            <w:r w:rsidRPr="00E85698">
              <w:rPr>
                <w:w w:val="105"/>
                <w:sz w:val="15"/>
              </w:rPr>
              <w:t>анализировать</w:t>
            </w:r>
            <w:r w:rsidRPr="00E85698">
              <w:rPr>
                <w:spacing w:val="-2"/>
                <w:w w:val="105"/>
                <w:sz w:val="15"/>
              </w:rPr>
              <w:t xml:space="preserve"> </w:t>
            </w:r>
            <w:r w:rsidRPr="00E85698">
              <w:rPr>
                <w:w w:val="105"/>
                <w:sz w:val="15"/>
              </w:rPr>
              <w:t>примеры</w:t>
            </w:r>
            <w:r w:rsidRPr="00E85698">
              <w:rPr>
                <w:spacing w:val="-2"/>
                <w:w w:val="105"/>
                <w:sz w:val="15"/>
              </w:rPr>
              <w:t xml:space="preserve"> </w:t>
            </w:r>
            <w:r w:rsidRPr="00E85698">
              <w:rPr>
                <w:w w:val="105"/>
                <w:sz w:val="15"/>
              </w:rPr>
              <w:t>слитного;</w:t>
            </w:r>
          </w:p>
          <w:p w:rsidR="003147F9" w:rsidRPr="00E85698" w:rsidRDefault="003147F9" w:rsidP="00A047B0">
            <w:pPr>
              <w:pStyle w:val="TableParagraph"/>
              <w:spacing w:before="2" w:line="266" w:lineRule="auto"/>
              <w:ind w:left="79" w:right="489"/>
              <w:rPr>
                <w:sz w:val="15"/>
              </w:rPr>
            </w:pPr>
            <w:r w:rsidRPr="00E85698">
              <w:rPr>
                <w:spacing w:val="-1"/>
                <w:w w:val="105"/>
                <w:sz w:val="15"/>
              </w:rPr>
              <w:t xml:space="preserve">раздельного и дефисного написания </w:t>
            </w:r>
            <w:r w:rsidRPr="00E85698">
              <w:rPr>
                <w:w w:val="105"/>
                <w:sz w:val="15"/>
              </w:rPr>
              <w:t>местоимений.;</w:t>
            </w:r>
            <w:r w:rsidRPr="00E85698">
              <w:rPr>
                <w:spacing w:val="-37"/>
                <w:w w:val="105"/>
                <w:sz w:val="15"/>
              </w:rPr>
              <w:t xml:space="preserve"> </w:t>
            </w:r>
            <w:r w:rsidRPr="00E85698">
              <w:rPr>
                <w:spacing w:val="-1"/>
                <w:w w:val="105"/>
                <w:sz w:val="15"/>
              </w:rPr>
              <w:t>Проводить</w:t>
            </w:r>
            <w:r w:rsidRPr="00E85698">
              <w:rPr>
                <w:spacing w:val="-9"/>
                <w:w w:val="105"/>
                <w:sz w:val="15"/>
              </w:rPr>
              <w:t xml:space="preserve"> </w:t>
            </w:r>
            <w:r w:rsidRPr="00E85698">
              <w:rPr>
                <w:spacing w:val="-1"/>
                <w:w w:val="105"/>
                <w:sz w:val="15"/>
              </w:rPr>
              <w:t>морфологический</w:t>
            </w:r>
            <w:r w:rsidRPr="00E85698">
              <w:rPr>
                <w:spacing w:val="-8"/>
                <w:w w:val="105"/>
                <w:sz w:val="15"/>
              </w:rPr>
              <w:t xml:space="preserve"> </w:t>
            </w:r>
            <w:r w:rsidRPr="00E85698">
              <w:rPr>
                <w:spacing w:val="-1"/>
                <w:w w:val="105"/>
                <w:sz w:val="15"/>
              </w:rPr>
              <w:t>анализ</w:t>
            </w:r>
            <w:r w:rsidRPr="00E85698">
              <w:rPr>
                <w:spacing w:val="-8"/>
                <w:w w:val="105"/>
                <w:sz w:val="15"/>
              </w:rPr>
              <w:t xml:space="preserve"> </w:t>
            </w:r>
            <w:r w:rsidRPr="00E85698">
              <w:rPr>
                <w:w w:val="105"/>
                <w:sz w:val="15"/>
              </w:rPr>
              <w:t>местоимений;</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https://resh.edu.ru/subject/lesson/6998/start/282348/</w:t>
            </w:r>
          </w:p>
        </w:tc>
      </w:tr>
    </w:tbl>
    <w:p w:rsidR="003147F9" w:rsidRPr="00E85698" w:rsidRDefault="003147F9" w:rsidP="003147F9">
      <w:pPr>
        <w:jc w:val="center"/>
        <w:rPr>
          <w:sz w:val="15"/>
        </w:rPr>
        <w:sectPr w:rsidR="003147F9" w:rsidRPr="00E85698">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33"/>
        <w:gridCol w:w="528"/>
        <w:gridCol w:w="1104"/>
        <w:gridCol w:w="1140"/>
        <w:gridCol w:w="864"/>
        <w:gridCol w:w="4022"/>
        <w:gridCol w:w="1116"/>
        <w:gridCol w:w="3421"/>
      </w:tblGrid>
      <w:tr w:rsidR="003147F9" w:rsidRPr="00E85698" w:rsidTr="00A047B0">
        <w:trPr>
          <w:trHeight w:val="2482"/>
        </w:trPr>
        <w:tc>
          <w:tcPr>
            <w:tcW w:w="468" w:type="dxa"/>
          </w:tcPr>
          <w:p w:rsidR="003147F9" w:rsidRPr="00E85698" w:rsidRDefault="003147F9" w:rsidP="00A047B0">
            <w:pPr>
              <w:pStyle w:val="TableParagraph"/>
              <w:spacing w:before="64"/>
              <w:ind w:left="55" w:right="118"/>
              <w:jc w:val="center"/>
              <w:rPr>
                <w:sz w:val="15"/>
              </w:rPr>
            </w:pPr>
            <w:r w:rsidRPr="00E85698">
              <w:rPr>
                <w:w w:val="105"/>
                <w:sz w:val="15"/>
              </w:rPr>
              <w:lastRenderedPageBreak/>
              <w:t>8.5.</w:t>
            </w:r>
          </w:p>
        </w:tc>
        <w:tc>
          <w:tcPr>
            <w:tcW w:w="2833" w:type="dxa"/>
          </w:tcPr>
          <w:p w:rsidR="003147F9" w:rsidRPr="00E85698" w:rsidRDefault="003147F9" w:rsidP="00A047B0">
            <w:pPr>
              <w:pStyle w:val="TableParagraph"/>
              <w:spacing w:before="64"/>
              <w:rPr>
                <w:sz w:val="15"/>
              </w:rPr>
            </w:pPr>
            <w:r w:rsidRPr="00E85698">
              <w:rPr>
                <w:w w:val="105"/>
                <w:sz w:val="15"/>
              </w:rPr>
              <w:t>Глагол</w:t>
            </w:r>
          </w:p>
        </w:tc>
        <w:tc>
          <w:tcPr>
            <w:tcW w:w="528" w:type="dxa"/>
          </w:tcPr>
          <w:p w:rsidR="003147F9" w:rsidRPr="00E85698" w:rsidRDefault="003147F9" w:rsidP="00A047B0">
            <w:pPr>
              <w:pStyle w:val="TableParagraph"/>
              <w:spacing w:before="64"/>
              <w:ind w:left="77"/>
              <w:rPr>
                <w:sz w:val="15"/>
              </w:rPr>
            </w:pPr>
            <w:r w:rsidRPr="00E85698">
              <w:rPr>
                <w:w w:val="105"/>
                <w:sz w:val="15"/>
              </w:rPr>
              <w:t>35</w:t>
            </w:r>
          </w:p>
        </w:tc>
        <w:tc>
          <w:tcPr>
            <w:tcW w:w="1104" w:type="dxa"/>
          </w:tcPr>
          <w:p w:rsidR="003147F9" w:rsidRPr="00E85698" w:rsidRDefault="003147F9" w:rsidP="00A047B0">
            <w:pPr>
              <w:pStyle w:val="TableParagraph"/>
              <w:spacing w:before="64"/>
              <w:ind w:left="77"/>
              <w:rPr>
                <w:sz w:val="15"/>
              </w:rPr>
            </w:pPr>
            <w:r w:rsidRPr="00E85698">
              <w:rPr>
                <w:w w:val="104"/>
                <w:sz w:val="15"/>
              </w:rPr>
              <w:t>2</w:t>
            </w:r>
          </w:p>
        </w:tc>
        <w:tc>
          <w:tcPr>
            <w:tcW w:w="1140" w:type="dxa"/>
          </w:tcPr>
          <w:p w:rsidR="003147F9" w:rsidRPr="00E85698" w:rsidRDefault="003147F9" w:rsidP="00A047B0">
            <w:pPr>
              <w:pStyle w:val="TableParagraph"/>
              <w:spacing w:before="64"/>
              <w:ind w:left="78"/>
              <w:rPr>
                <w:sz w:val="15"/>
              </w:rPr>
            </w:pPr>
            <w:r w:rsidRPr="00E85698">
              <w:rPr>
                <w:w w:val="104"/>
                <w:sz w:val="15"/>
              </w:rPr>
              <w:t>1</w:t>
            </w:r>
          </w:p>
        </w:tc>
        <w:tc>
          <w:tcPr>
            <w:tcW w:w="864" w:type="dxa"/>
          </w:tcPr>
          <w:p w:rsidR="003147F9" w:rsidRPr="00E85698" w:rsidRDefault="004D6B8E" w:rsidP="00A047B0">
            <w:pPr>
              <w:pStyle w:val="TableParagraph"/>
              <w:spacing w:before="64"/>
              <w:ind w:left="79"/>
              <w:rPr>
                <w:sz w:val="15"/>
              </w:rPr>
            </w:pPr>
            <w:r>
              <w:rPr>
                <w:w w:val="105"/>
                <w:sz w:val="15"/>
              </w:rPr>
              <w:t>6</w:t>
            </w:r>
            <w:r w:rsidR="003147F9" w:rsidRPr="00E85698">
              <w:rPr>
                <w:w w:val="105"/>
                <w:sz w:val="15"/>
              </w:rPr>
              <w:t>.03.2023</w:t>
            </w:r>
          </w:p>
          <w:p w:rsidR="003147F9" w:rsidRPr="00E85698" w:rsidRDefault="004D6B8E" w:rsidP="00A047B0">
            <w:pPr>
              <w:pStyle w:val="TableParagraph"/>
              <w:spacing w:before="20"/>
              <w:ind w:left="79"/>
              <w:rPr>
                <w:sz w:val="15"/>
              </w:rPr>
            </w:pPr>
            <w:r>
              <w:rPr>
                <w:w w:val="105"/>
                <w:sz w:val="15"/>
              </w:rPr>
              <w:t>24.04</w:t>
            </w:r>
            <w:r w:rsidR="003147F9" w:rsidRPr="00E85698">
              <w:rPr>
                <w:w w:val="105"/>
                <w:sz w:val="15"/>
              </w:rPr>
              <w:t>.2023</w:t>
            </w:r>
          </w:p>
        </w:tc>
        <w:tc>
          <w:tcPr>
            <w:tcW w:w="4022" w:type="dxa"/>
          </w:tcPr>
          <w:p w:rsidR="003147F9" w:rsidRPr="00E85698" w:rsidRDefault="003147F9" w:rsidP="00A047B0">
            <w:pPr>
              <w:pStyle w:val="TableParagraph"/>
              <w:spacing w:before="64" w:line="266" w:lineRule="auto"/>
              <w:ind w:left="79" w:right="132"/>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переходные</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непереходные</w:t>
            </w:r>
            <w:r w:rsidRPr="00E85698">
              <w:rPr>
                <w:spacing w:val="-8"/>
                <w:w w:val="105"/>
                <w:sz w:val="15"/>
              </w:rPr>
              <w:t xml:space="preserve"> </w:t>
            </w:r>
            <w:r w:rsidRPr="00E85698">
              <w:rPr>
                <w:w w:val="105"/>
                <w:sz w:val="15"/>
              </w:rPr>
              <w:t>глаголы;</w:t>
            </w:r>
            <w:r w:rsidRPr="00E85698">
              <w:rPr>
                <w:spacing w:val="-36"/>
                <w:w w:val="105"/>
                <w:sz w:val="15"/>
              </w:rPr>
              <w:t xml:space="preserve"> </w:t>
            </w:r>
            <w:r w:rsidRPr="00E85698">
              <w:rPr>
                <w:spacing w:val="-1"/>
                <w:w w:val="105"/>
                <w:sz w:val="15"/>
              </w:rPr>
              <w:t xml:space="preserve">разноспрягаемые </w:t>
            </w:r>
            <w:r w:rsidRPr="00E85698">
              <w:rPr>
                <w:w w:val="105"/>
                <w:sz w:val="15"/>
              </w:rPr>
              <w:t>глаголы; определять наклонение</w:t>
            </w:r>
            <w:r w:rsidRPr="00E85698">
              <w:rPr>
                <w:spacing w:val="1"/>
                <w:w w:val="105"/>
                <w:sz w:val="15"/>
              </w:rPr>
              <w:t xml:space="preserve"> </w:t>
            </w:r>
            <w:r w:rsidRPr="00E85698">
              <w:rPr>
                <w:w w:val="105"/>
                <w:sz w:val="15"/>
              </w:rPr>
              <w:t>глагола;</w:t>
            </w:r>
          </w:p>
          <w:p w:rsidR="003147F9" w:rsidRPr="00E85698" w:rsidRDefault="003147F9" w:rsidP="00A047B0">
            <w:pPr>
              <w:pStyle w:val="TableParagraph"/>
              <w:spacing w:before="2"/>
              <w:ind w:left="79"/>
              <w:rPr>
                <w:sz w:val="15"/>
              </w:rPr>
            </w:pPr>
            <w:r w:rsidRPr="00E85698">
              <w:rPr>
                <w:spacing w:val="-1"/>
                <w:w w:val="105"/>
                <w:sz w:val="15"/>
              </w:rPr>
              <w:t>значение</w:t>
            </w:r>
            <w:r w:rsidRPr="00E85698">
              <w:rPr>
                <w:spacing w:val="-8"/>
                <w:w w:val="105"/>
                <w:sz w:val="15"/>
              </w:rPr>
              <w:t xml:space="preserve"> </w:t>
            </w:r>
            <w:r w:rsidRPr="00E85698">
              <w:rPr>
                <w:spacing w:val="-1"/>
                <w:w w:val="105"/>
                <w:sz w:val="15"/>
              </w:rPr>
              <w:t>глаголов</w:t>
            </w:r>
            <w:r w:rsidRPr="00E85698">
              <w:rPr>
                <w:spacing w:val="-8"/>
                <w:w w:val="105"/>
                <w:sz w:val="15"/>
              </w:rPr>
              <w:t xml:space="preserve"> </w:t>
            </w:r>
            <w:r w:rsidRPr="00E85698">
              <w:rPr>
                <w:w w:val="105"/>
                <w:sz w:val="15"/>
              </w:rPr>
              <w:t>в</w:t>
            </w:r>
            <w:r w:rsidRPr="00E85698">
              <w:rPr>
                <w:spacing w:val="-7"/>
                <w:w w:val="105"/>
                <w:sz w:val="15"/>
              </w:rPr>
              <w:t xml:space="preserve"> </w:t>
            </w:r>
            <w:r w:rsidRPr="00E85698">
              <w:rPr>
                <w:w w:val="105"/>
                <w:sz w:val="15"/>
              </w:rPr>
              <w:t>изъявительном;</w:t>
            </w:r>
          </w:p>
          <w:p w:rsidR="003147F9" w:rsidRPr="00E85698" w:rsidRDefault="003147F9" w:rsidP="00A047B0">
            <w:pPr>
              <w:pStyle w:val="TableParagraph"/>
              <w:spacing w:before="20" w:line="266" w:lineRule="auto"/>
              <w:ind w:left="79" w:right="69"/>
              <w:rPr>
                <w:sz w:val="15"/>
              </w:rPr>
            </w:pPr>
            <w:r w:rsidRPr="00E85698">
              <w:rPr>
                <w:w w:val="105"/>
                <w:sz w:val="15"/>
              </w:rPr>
              <w:t>условном и повелительном наклонении; различать</w:t>
            </w:r>
            <w:r w:rsidRPr="00E85698">
              <w:rPr>
                <w:spacing w:val="1"/>
                <w:w w:val="105"/>
                <w:sz w:val="15"/>
              </w:rPr>
              <w:t xml:space="preserve"> </w:t>
            </w:r>
            <w:r w:rsidRPr="00E85698">
              <w:rPr>
                <w:w w:val="105"/>
                <w:sz w:val="15"/>
              </w:rPr>
              <w:t>безличные и личные глаголы; анализировать примеры</w:t>
            </w:r>
            <w:r w:rsidRPr="00E85698">
              <w:rPr>
                <w:spacing w:val="1"/>
                <w:w w:val="105"/>
                <w:sz w:val="15"/>
              </w:rPr>
              <w:t xml:space="preserve"> </w:t>
            </w:r>
            <w:r w:rsidRPr="00E85698">
              <w:rPr>
                <w:spacing w:val="-1"/>
                <w:w w:val="105"/>
                <w:sz w:val="15"/>
              </w:rPr>
              <w:t>использования</w:t>
            </w:r>
            <w:r w:rsidRPr="00E85698">
              <w:rPr>
                <w:spacing w:val="-9"/>
                <w:w w:val="105"/>
                <w:sz w:val="15"/>
              </w:rPr>
              <w:t xml:space="preserve"> </w:t>
            </w:r>
            <w:r w:rsidRPr="00E85698">
              <w:rPr>
                <w:w w:val="105"/>
                <w:sz w:val="15"/>
              </w:rPr>
              <w:t>личных</w:t>
            </w:r>
            <w:r w:rsidRPr="00E85698">
              <w:rPr>
                <w:spacing w:val="-9"/>
                <w:w w:val="105"/>
                <w:sz w:val="15"/>
              </w:rPr>
              <w:t xml:space="preserve"> </w:t>
            </w:r>
            <w:r w:rsidRPr="00E85698">
              <w:rPr>
                <w:w w:val="105"/>
                <w:sz w:val="15"/>
              </w:rPr>
              <w:t>глаголов</w:t>
            </w:r>
            <w:r w:rsidRPr="00E85698">
              <w:rPr>
                <w:spacing w:val="-8"/>
                <w:w w:val="105"/>
                <w:sz w:val="15"/>
              </w:rPr>
              <w:t xml:space="preserve"> </w:t>
            </w:r>
            <w:r w:rsidRPr="00E85698">
              <w:rPr>
                <w:w w:val="105"/>
                <w:sz w:val="15"/>
              </w:rPr>
              <w:t>в</w:t>
            </w:r>
            <w:r w:rsidRPr="00E85698">
              <w:rPr>
                <w:spacing w:val="-9"/>
                <w:w w:val="105"/>
                <w:sz w:val="15"/>
              </w:rPr>
              <w:t xml:space="preserve"> </w:t>
            </w:r>
            <w:proofErr w:type="gramStart"/>
            <w:r w:rsidRPr="00E85698">
              <w:rPr>
                <w:w w:val="105"/>
                <w:sz w:val="15"/>
              </w:rPr>
              <w:t>без-</w:t>
            </w:r>
            <w:r w:rsidRPr="00E85698">
              <w:rPr>
                <w:spacing w:val="-8"/>
                <w:w w:val="105"/>
                <w:sz w:val="15"/>
              </w:rPr>
              <w:t xml:space="preserve"> </w:t>
            </w:r>
            <w:r w:rsidRPr="00E85698">
              <w:rPr>
                <w:w w:val="105"/>
                <w:sz w:val="15"/>
              </w:rPr>
              <w:t>личном</w:t>
            </w:r>
            <w:proofErr w:type="gramEnd"/>
            <w:r w:rsidRPr="00E85698">
              <w:rPr>
                <w:spacing w:val="-9"/>
                <w:w w:val="105"/>
                <w:sz w:val="15"/>
              </w:rPr>
              <w:t xml:space="preserve"> </w:t>
            </w:r>
            <w:r w:rsidRPr="00E85698">
              <w:rPr>
                <w:w w:val="105"/>
                <w:sz w:val="15"/>
              </w:rPr>
              <w:t>значении.;</w:t>
            </w:r>
            <w:r w:rsidRPr="00E85698">
              <w:rPr>
                <w:spacing w:val="-36"/>
                <w:w w:val="105"/>
                <w:sz w:val="15"/>
              </w:rPr>
              <w:t xml:space="preserve"> </w:t>
            </w:r>
            <w:r w:rsidRPr="00E85698">
              <w:rPr>
                <w:w w:val="105"/>
                <w:sz w:val="15"/>
              </w:rPr>
              <w:t>Проводить орфографический анализ глаголов с ь в</w:t>
            </w:r>
            <w:r w:rsidRPr="00E85698">
              <w:rPr>
                <w:spacing w:val="1"/>
                <w:w w:val="105"/>
                <w:sz w:val="15"/>
              </w:rPr>
              <w:t xml:space="preserve"> </w:t>
            </w:r>
            <w:r w:rsidRPr="00E85698">
              <w:rPr>
                <w:w w:val="105"/>
                <w:sz w:val="15"/>
              </w:rPr>
              <w:t>формах</w:t>
            </w:r>
            <w:r w:rsidRPr="00E85698">
              <w:rPr>
                <w:spacing w:val="-3"/>
                <w:w w:val="105"/>
                <w:sz w:val="15"/>
              </w:rPr>
              <w:t xml:space="preserve"> </w:t>
            </w:r>
            <w:r w:rsidRPr="00E85698">
              <w:rPr>
                <w:w w:val="105"/>
                <w:sz w:val="15"/>
              </w:rPr>
              <w:t>повелительного</w:t>
            </w:r>
            <w:r w:rsidRPr="00E85698">
              <w:rPr>
                <w:spacing w:val="-2"/>
                <w:w w:val="105"/>
                <w:sz w:val="15"/>
              </w:rPr>
              <w:t xml:space="preserve"> </w:t>
            </w:r>
            <w:r w:rsidRPr="00E85698">
              <w:rPr>
                <w:w w:val="105"/>
                <w:sz w:val="15"/>
              </w:rPr>
              <w:t>наклонения.;</w:t>
            </w:r>
          </w:p>
          <w:p w:rsidR="003147F9" w:rsidRPr="00E85698" w:rsidRDefault="003147F9" w:rsidP="00A047B0">
            <w:pPr>
              <w:pStyle w:val="TableParagraph"/>
              <w:spacing w:before="3" w:line="266" w:lineRule="auto"/>
              <w:ind w:left="79"/>
              <w:rPr>
                <w:sz w:val="15"/>
              </w:rPr>
            </w:pPr>
            <w:r w:rsidRPr="00E85698">
              <w:rPr>
                <w:spacing w:val="-1"/>
                <w:w w:val="105"/>
                <w:sz w:val="15"/>
              </w:rPr>
              <w:t>Применять</w:t>
            </w:r>
            <w:r w:rsidRPr="00E85698">
              <w:rPr>
                <w:spacing w:val="-8"/>
                <w:w w:val="105"/>
                <w:sz w:val="15"/>
              </w:rPr>
              <w:t xml:space="preserve"> </w:t>
            </w:r>
            <w:r w:rsidRPr="00E85698">
              <w:rPr>
                <w:spacing w:val="-1"/>
                <w:w w:val="105"/>
                <w:sz w:val="15"/>
              </w:rPr>
              <w:t>нормы</w:t>
            </w:r>
            <w:r w:rsidRPr="00E85698">
              <w:rPr>
                <w:spacing w:val="-7"/>
                <w:w w:val="105"/>
                <w:sz w:val="15"/>
              </w:rPr>
              <w:t xml:space="preserve"> </w:t>
            </w:r>
            <w:r w:rsidRPr="00E85698">
              <w:rPr>
                <w:spacing w:val="-1"/>
                <w:w w:val="105"/>
                <w:sz w:val="15"/>
              </w:rPr>
              <w:t>правописания</w:t>
            </w:r>
            <w:r w:rsidRPr="00E85698">
              <w:rPr>
                <w:spacing w:val="-7"/>
                <w:w w:val="105"/>
                <w:sz w:val="15"/>
              </w:rPr>
              <w:t xml:space="preserve"> </w:t>
            </w:r>
            <w:r w:rsidRPr="00E85698">
              <w:rPr>
                <w:w w:val="105"/>
                <w:sz w:val="15"/>
              </w:rPr>
              <w:t>глаголов</w:t>
            </w:r>
            <w:r w:rsidRPr="00E85698">
              <w:rPr>
                <w:spacing w:val="-7"/>
                <w:w w:val="105"/>
                <w:sz w:val="15"/>
              </w:rPr>
              <w:t xml:space="preserve"> </w:t>
            </w:r>
            <w:r w:rsidRPr="00E85698">
              <w:rPr>
                <w:w w:val="105"/>
                <w:sz w:val="15"/>
              </w:rPr>
              <w:t>с</w:t>
            </w:r>
            <w:r w:rsidRPr="00E85698">
              <w:rPr>
                <w:spacing w:val="-7"/>
                <w:w w:val="105"/>
                <w:sz w:val="15"/>
              </w:rPr>
              <w:t xml:space="preserve"> </w:t>
            </w:r>
            <w:r w:rsidRPr="00E85698">
              <w:rPr>
                <w:w w:val="105"/>
                <w:sz w:val="15"/>
              </w:rPr>
              <w:t>изученными</w:t>
            </w:r>
            <w:r w:rsidRPr="00E85698">
              <w:rPr>
                <w:spacing w:val="-36"/>
                <w:w w:val="105"/>
                <w:sz w:val="15"/>
              </w:rPr>
              <w:t xml:space="preserve"> </w:t>
            </w:r>
            <w:r w:rsidRPr="00E85698">
              <w:rPr>
                <w:w w:val="105"/>
                <w:sz w:val="15"/>
              </w:rPr>
              <w:t>орфограммами.;</w:t>
            </w:r>
          </w:p>
          <w:p w:rsidR="003147F9" w:rsidRPr="00E85698" w:rsidRDefault="003147F9" w:rsidP="00A047B0">
            <w:pPr>
              <w:pStyle w:val="TableParagraph"/>
              <w:spacing w:before="1"/>
              <w:ind w:left="79"/>
              <w:rPr>
                <w:sz w:val="15"/>
              </w:rPr>
            </w:pPr>
            <w:r w:rsidRPr="00E85698">
              <w:rPr>
                <w:spacing w:val="-1"/>
                <w:w w:val="105"/>
                <w:sz w:val="15"/>
              </w:rPr>
              <w:t>Проводить</w:t>
            </w:r>
            <w:r w:rsidRPr="00E85698">
              <w:rPr>
                <w:spacing w:val="-8"/>
                <w:w w:val="105"/>
                <w:sz w:val="15"/>
              </w:rPr>
              <w:t xml:space="preserve"> </w:t>
            </w:r>
            <w:r w:rsidRPr="00E85698">
              <w:rPr>
                <w:spacing w:val="-1"/>
                <w:w w:val="105"/>
                <w:sz w:val="15"/>
              </w:rPr>
              <w:t>морфологический</w:t>
            </w:r>
            <w:r w:rsidRPr="00E85698">
              <w:rPr>
                <w:spacing w:val="-8"/>
                <w:w w:val="105"/>
                <w:sz w:val="15"/>
              </w:rPr>
              <w:t xml:space="preserve"> </w:t>
            </w:r>
            <w:r w:rsidRPr="00E85698">
              <w:rPr>
                <w:w w:val="105"/>
                <w:sz w:val="15"/>
              </w:rPr>
              <w:t>анализ</w:t>
            </w:r>
            <w:r w:rsidRPr="00E85698">
              <w:rPr>
                <w:spacing w:val="-7"/>
                <w:w w:val="105"/>
                <w:sz w:val="15"/>
              </w:rPr>
              <w:t xml:space="preserve"> </w:t>
            </w:r>
            <w:r w:rsidRPr="00E85698">
              <w:rPr>
                <w:w w:val="105"/>
                <w:sz w:val="15"/>
              </w:rPr>
              <w:t>глаголов;</w:t>
            </w:r>
          </w:p>
        </w:tc>
        <w:tc>
          <w:tcPr>
            <w:tcW w:w="1116" w:type="dxa"/>
          </w:tcPr>
          <w:p w:rsidR="003147F9" w:rsidRPr="00E85698" w:rsidRDefault="003147F9" w:rsidP="00A047B0">
            <w:pPr>
              <w:pStyle w:val="TableParagraph"/>
              <w:spacing w:before="64" w:line="266" w:lineRule="auto"/>
              <w:ind w:left="79" w:right="173"/>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https://resh.edu.ru/subject/lesson/7009/start/290331/</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99</w:t>
            </w:r>
          </w:p>
        </w:tc>
        <w:tc>
          <w:tcPr>
            <w:tcW w:w="1104" w:type="dxa"/>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64" w:type="dxa"/>
          </w:tcPr>
          <w:p w:rsidR="003147F9" w:rsidRPr="00E85698" w:rsidRDefault="003147F9" w:rsidP="00A047B0">
            <w:pPr>
              <w:pStyle w:val="TableParagraph"/>
              <w:rPr>
                <w:sz w:val="14"/>
              </w:rPr>
            </w:pPr>
          </w:p>
        </w:tc>
        <w:tc>
          <w:tcPr>
            <w:tcW w:w="4022" w:type="dxa"/>
          </w:tcPr>
          <w:p w:rsidR="003147F9" w:rsidRPr="00E85698" w:rsidRDefault="003147F9" w:rsidP="00A047B0">
            <w:pPr>
              <w:pStyle w:val="TableParagraph"/>
              <w:rPr>
                <w:sz w:val="14"/>
              </w:rPr>
            </w:pPr>
          </w:p>
        </w:tc>
        <w:tc>
          <w:tcPr>
            <w:tcW w:w="1116" w:type="dxa"/>
          </w:tcPr>
          <w:p w:rsidR="003147F9" w:rsidRPr="00E85698" w:rsidRDefault="003147F9" w:rsidP="00A047B0">
            <w:pPr>
              <w:pStyle w:val="TableParagraph"/>
              <w:rPr>
                <w:sz w:val="14"/>
              </w:rPr>
            </w:pPr>
          </w:p>
        </w:tc>
        <w:tc>
          <w:tcPr>
            <w:tcW w:w="3421" w:type="dxa"/>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w w:val="105"/>
                <w:sz w:val="15"/>
              </w:rPr>
              <w:t>Раздел</w:t>
            </w:r>
            <w:r w:rsidRPr="00E85698">
              <w:rPr>
                <w:b/>
                <w:spacing w:val="-10"/>
                <w:w w:val="105"/>
                <w:sz w:val="15"/>
              </w:rPr>
              <w:t xml:space="preserve"> </w:t>
            </w:r>
            <w:r w:rsidRPr="00E85698">
              <w:rPr>
                <w:b/>
                <w:w w:val="105"/>
                <w:sz w:val="15"/>
              </w:rPr>
              <w:t>9.</w:t>
            </w:r>
            <w:r w:rsidRPr="00E85698">
              <w:rPr>
                <w:b/>
                <w:spacing w:val="-9"/>
                <w:w w:val="105"/>
                <w:sz w:val="15"/>
              </w:rPr>
              <w:t xml:space="preserve"> </w:t>
            </w:r>
            <w:r w:rsidRPr="00E85698">
              <w:rPr>
                <w:b/>
                <w:w w:val="105"/>
                <w:sz w:val="15"/>
              </w:rPr>
              <w:t>ПОВТОРЕНИЕ</w:t>
            </w:r>
          </w:p>
        </w:tc>
      </w:tr>
      <w:tr w:rsidR="003147F9" w:rsidRPr="00E85698" w:rsidTr="00A047B0">
        <w:trPr>
          <w:trHeight w:val="909"/>
        </w:trPr>
        <w:tc>
          <w:tcPr>
            <w:tcW w:w="468" w:type="dxa"/>
          </w:tcPr>
          <w:p w:rsidR="003147F9" w:rsidRPr="00E85698" w:rsidRDefault="003147F9" w:rsidP="00A047B0">
            <w:pPr>
              <w:pStyle w:val="TableParagraph"/>
              <w:spacing w:before="64"/>
              <w:ind w:left="55" w:right="118"/>
              <w:jc w:val="center"/>
              <w:rPr>
                <w:sz w:val="15"/>
              </w:rPr>
            </w:pPr>
            <w:r w:rsidRPr="00E85698">
              <w:rPr>
                <w:w w:val="105"/>
                <w:sz w:val="15"/>
              </w:rPr>
              <w:t>9.1.</w:t>
            </w:r>
          </w:p>
        </w:tc>
        <w:tc>
          <w:tcPr>
            <w:tcW w:w="2833" w:type="dxa"/>
          </w:tcPr>
          <w:p w:rsidR="003147F9" w:rsidRPr="00E85698" w:rsidRDefault="003147F9" w:rsidP="00A047B0">
            <w:pPr>
              <w:pStyle w:val="TableParagraph"/>
              <w:spacing w:before="64"/>
              <w:rPr>
                <w:sz w:val="15"/>
              </w:rPr>
            </w:pPr>
            <w:r w:rsidRPr="00E85698">
              <w:rPr>
                <w:spacing w:val="-1"/>
                <w:w w:val="105"/>
                <w:sz w:val="15"/>
              </w:rPr>
              <w:t>Повторение</w:t>
            </w:r>
            <w:r w:rsidRPr="00E85698">
              <w:rPr>
                <w:spacing w:val="-7"/>
                <w:w w:val="105"/>
                <w:sz w:val="15"/>
              </w:rPr>
              <w:t xml:space="preserve"> </w:t>
            </w:r>
            <w:r w:rsidRPr="00E85698">
              <w:rPr>
                <w:spacing w:val="-1"/>
                <w:w w:val="105"/>
                <w:sz w:val="15"/>
              </w:rPr>
              <w:t>пройденного</w:t>
            </w:r>
            <w:r w:rsidRPr="00E85698">
              <w:rPr>
                <w:spacing w:val="-7"/>
                <w:w w:val="105"/>
                <w:sz w:val="15"/>
              </w:rPr>
              <w:t xml:space="preserve"> </w:t>
            </w:r>
            <w:r w:rsidRPr="00E85698">
              <w:rPr>
                <w:w w:val="105"/>
                <w:sz w:val="15"/>
              </w:rPr>
              <w:t>материала</w:t>
            </w:r>
          </w:p>
        </w:tc>
        <w:tc>
          <w:tcPr>
            <w:tcW w:w="528" w:type="dxa"/>
          </w:tcPr>
          <w:p w:rsidR="003147F9" w:rsidRPr="00E85698" w:rsidRDefault="003147F9" w:rsidP="00A047B0">
            <w:pPr>
              <w:pStyle w:val="TableParagraph"/>
              <w:spacing w:before="64"/>
              <w:ind w:left="77"/>
              <w:rPr>
                <w:sz w:val="15"/>
              </w:rPr>
            </w:pPr>
            <w:r w:rsidRPr="00E85698">
              <w:rPr>
                <w:w w:val="104"/>
                <w:sz w:val="15"/>
              </w:rPr>
              <w:t>6</w:t>
            </w:r>
          </w:p>
        </w:tc>
        <w:tc>
          <w:tcPr>
            <w:tcW w:w="1104" w:type="dxa"/>
          </w:tcPr>
          <w:p w:rsidR="003147F9" w:rsidRPr="00E85698" w:rsidRDefault="003147F9" w:rsidP="00A047B0">
            <w:pPr>
              <w:pStyle w:val="TableParagraph"/>
              <w:spacing w:before="64"/>
              <w:ind w:left="77"/>
              <w:rPr>
                <w:sz w:val="15"/>
              </w:rPr>
            </w:pPr>
            <w:r w:rsidRPr="00E85698">
              <w:rPr>
                <w:w w:val="104"/>
                <w:sz w:val="15"/>
              </w:rPr>
              <w:t>1</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4D6B8E" w:rsidP="00A047B0">
            <w:pPr>
              <w:pStyle w:val="TableParagraph"/>
              <w:spacing w:before="64"/>
              <w:ind w:left="79"/>
              <w:rPr>
                <w:sz w:val="15"/>
              </w:rPr>
            </w:pPr>
            <w:r>
              <w:rPr>
                <w:w w:val="105"/>
                <w:sz w:val="15"/>
              </w:rPr>
              <w:t>25.04</w:t>
            </w:r>
            <w:r w:rsidR="003147F9" w:rsidRPr="00E85698">
              <w:rPr>
                <w:w w:val="105"/>
                <w:sz w:val="15"/>
              </w:rPr>
              <w:t>.2023</w:t>
            </w:r>
          </w:p>
          <w:p w:rsidR="003147F9" w:rsidRPr="00E85698" w:rsidRDefault="004D6B8E" w:rsidP="00A047B0">
            <w:pPr>
              <w:pStyle w:val="TableParagraph"/>
              <w:spacing w:before="20"/>
              <w:ind w:left="79"/>
              <w:rPr>
                <w:sz w:val="15"/>
              </w:rPr>
            </w:pPr>
            <w:r>
              <w:rPr>
                <w:w w:val="105"/>
                <w:sz w:val="15"/>
              </w:rPr>
              <w:t>2</w:t>
            </w:r>
            <w:r w:rsidR="003147F9" w:rsidRPr="00E85698">
              <w:rPr>
                <w:w w:val="105"/>
                <w:sz w:val="15"/>
              </w:rPr>
              <w:t>.05.2023</w:t>
            </w:r>
          </w:p>
        </w:tc>
        <w:tc>
          <w:tcPr>
            <w:tcW w:w="4022" w:type="dxa"/>
          </w:tcPr>
          <w:p w:rsidR="003147F9" w:rsidRPr="00E85698" w:rsidRDefault="003147F9" w:rsidP="00A047B0">
            <w:pPr>
              <w:pStyle w:val="TableParagraph"/>
              <w:spacing w:before="64"/>
              <w:ind w:left="79"/>
              <w:rPr>
                <w:sz w:val="15"/>
              </w:rPr>
            </w:pPr>
            <w:r w:rsidRPr="00E85698">
              <w:rPr>
                <w:spacing w:val="-1"/>
                <w:w w:val="105"/>
                <w:sz w:val="15"/>
              </w:rPr>
              <w:t>Повторение</w:t>
            </w:r>
            <w:r w:rsidRPr="00E85698">
              <w:rPr>
                <w:spacing w:val="-7"/>
                <w:w w:val="105"/>
                <w:sz w:val="15"/>
              </w:rPr>
              <w:t xml:space="preserve"> </w:t>
            </w:r>
            <w:r w:rsidRPr="00E85698">
              <w:rPr>
                <w:spacing w:val="-1"/>
                <w:w w:val="105"/>
                <w:sz w:val="15"/>
              </w:rPr>
              <w:t>пройденного</w:t>
            </w:r>
            <w:r w:rsidRPr="00E85698">
              <w:rPr>
                <w:spacing w:val="-7"/>
                <w:w w:val="105"/>
                <w:sz w:val="15"/>
              </w:rPr>
              <w:t xml:space="preserve"> </w:t>
            </w:r>
            <w:r w:rsidRPr="00E85698">
              <w:rPr>
                <w:w w:val="105"/>
                <w:sz w:val="15"/>
              </w:rPr>
              <w:t>материала</w:t>
            </w:r>
          </w:p>
        </w:tc>
        <w:tc>
          <w:tcPr>
            <w:tcW w:w="1116" w:type="dxa"/>
          </w:tcPr>
          <w:p w:rsidR="003147F9" w:rsidRPr="00E85698" w:rsidRDefault="003147F9" w:rsidP="00A047B0">
            <w:pPr>
              <w:pStyle w:val="TableParagraph"/>
              <w:spacing w:before="64" w:line="266" w:lineRule="auto"/>
              <w:ind w:left="79" w:right="170"/>
              <w:rPr>
                <w:sz w:val="15"/>
              </w:rPr>
            </w:pP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spacing w:val="-1"/>
                <w:w w:val="105"/>
                <w:sz w:val="15"/>
              </w:rPr>
              <w:t>контрольная</w:t>
            </w:r>
            <w:r w:rsidRPr="00E85698">
              <w:rPr>
                <w:spacing w:val="-37"/>
                <w:w w:val="105"/>
                <w:sz w:val="15"/>
              </w:rPr>
              <w:t xml:space="preserve"> </w:t>
            </w:r>
            <w:r w:rsidRPr="00E85698">
              <w:rPr>
                <w:w w:val="105"/>
                <w:sz w:val="15"/>
              </w:rPr>
              <w:t>работа;</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https://resh.edu.ru/subject/lesson/7023/start/290568/</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4"/>
                <w:sz w:val="15"/>
              </w:rPr>
              <w:t>6</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333"/>
        </w:trPr>
        <w:tc>
          <w:tcPr>
            <w:tcW w:w="15496" w:type="dxa"/>
            <w:gridSpan w:val="9"/>
          </w:tcPr>
          <w:p w:rsidR="003147F9" w:rsidRPr="00E85698" w:rsidRDefault="003147F9" w:rsidP="00A047B0">
            <w:pPr>
              <w:pStyle w:val="TableParagraph"/>
              <w:spacing w:before="64"/>
              <w:rPr>
                <w:b/>
                <w:sz w:val="15"/>
              </w:rPr>
            </w:pPr>
            <w:r w:rsidRPr="00E85698">
              <w:rPr>
                <w:b/>
                <w:spacing w:val="-1"/>
                <w:w w:val="105"/>
                <w:sz w:val="15"/>
              </w:rPr>
              <w:t>Раздел</w:t>
            </w:r>
            <w:r w:rsidRPr="00E85698">
              <w:rPr>
                <w:b/>
                <w:spacing w:val="-9"/>
                <w:w w:val="105"/>
                <w:sz w:val="15"/>
              </w:rPr>
              <w:t xml:space="preserve"> </w:t>
            </w:r>
            <w:r w:rsidRPr="00E85698">
              <w:rPr>
                <w:b/>
                <w:spacing w:val="-1"/>
                <w:w w:val="105"/>
                <w:sz w:val="15"/>
              </w:rPr>
              <w:t>10.</w:t>
            </w:r>
            <w:r w:rsidRPr="00E85698">
              <w:rPr>
                <w:b/>
                <w:spacing w:val="-8"/>
                <w:w w:val="105"/>
                <w:sz w:val="15"/>
              </w:rPr>
              <w:t xml:space="preserve"> </w:t>
            </w:r>
            <w:r w:rsidRPr="00E85698">
              <w:rPr>
                <w:b/>
                <w:w w:val="105"/>
                <w:sz w:val="15"/>
              </w:rPr>
              <w:t>ИТОГОВЫЙ</w:t>
            </w:r>
            <w:r w:rsidRPr="00E85698">
              <w:rPr>
                <w:b/>
                <w:spacing w:val="-8"/>
                <w:w w:val="105"/>
                <w:sz w:val="15"/>
              </w:rPr>
              <w:t xml:space="preserve"> </w:t>
            </w:r>
            <w:r w:rsidRPr="00E85698">
              <w:rPr>
                <w:b/>
                <w:w w:val="105"/>
                <w:sz w:val="15"/>
              </w:rPr>
              <w:t>КОНТРОЛЬ</w:t>
            </w:r>
          </w:p>
        </w:tc>
      </w:tr>
      <w:tr w:rsidR="003147F9" w:rsidRPr="00E85698" w:rsidTr="00A047B0">
        <w:trPr>
          <w:trHeight w:val="525"/>
        </w:trPr>
        <w:tc>
          <w:tcPr>
            <w:tcW w:w="468" w:type="dxa"/>
          </w:tcPr>
          <w:p w:rsidR="003147F9" w:rsidRPr="00E85698" w:rsidRDefault="003147F9" w:rsidP="00A047B0">
            <w:pPr>
              <w:pStyle w:val="TableParagraph"/>
              <w:spacing w:before="64"/>
              <w:ind w:left="55" w:right="43"/>
              <w:jc w:val="center"/>
              <w:rPr>
                <w:sz w:val="15"/>
              </w:rPr>
            </w:pPr>
            <w:r w:rsidRPr="00E85698">
              <w:rPr>
                <w:w w:val="105"/>
                <w:sz w:val="15"/>
              </w:rPr>
              <w:t>10.1.</w:t>
            </w:r>
          </w:p>
        </w:tc>
        <w:tc>
          <w:tcPr>
            <w:tcW w:w="2833" w:type="dxa"/>
          </w:tcPr>
          <w:p w:rsidR="003147F9" w:rsidRPr="00E85698" w:rsidRDefault="003147F9" w:rsidP="00A047B0">
            <w:pPr>
              <w:pStyle w:val="TableParagraph"/>
              <w:spacing w:before="64"/>
              <w:rPr>
                <w:sz w:val="15"/>
              </w:rPr>
            </w:pPr>
            <w:r w:rsidRPr="00E85698">
              <w:rPr>
                <w:w w:val="105"/>
                <w:sz w:val="15"/>
              </w:rPr>
              <w:t>Сочинения</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3147F9" w:rsidP="00A047B0">
            <w:pPr>
              <w:pStyle w:val="TableParagraph"/>
              <w:spacing w:before="20"/>
              <w:ind w:left="79"/>
              <w:rPr>
                <w:sz w:val="15"/>
              </w:rPr>
            </w:pPr>
          </w:p>
        </w:tc>
        <w:tc>
          <w:tcPr>
            <w:tcW w:w="4022" w:type="dxa"/>
          </w:tcPr>
          <w:p w:rsidR="003147F9" w:rsidRPr="00E85698" w:rsidRDefault="003147F9" w:rsidP="00A047B0">
            <w:pPr>
              <w:pStyle w:val="TableParagraph"/>
              <w:spacing w:before="64"/>
              <w:ind w:left="79"/>
              <w:rPr>
                <w:sz w:val="15"/>
              </w:rPr>
            </w:pPr>
            <w:r w:rsidRPr="00E85698">
              <w:rPr>
                <w:spacing w:val="-1"/>
                <w:w w:val="105"/>
                <w:sz w:val="15"/>
              </w:rPr>
              <w:t>Написание</w:t>
            </w:r>
            <w:r w:rsidRPr="00E85698">
              <w:rPr>
                <w:spacing w:val="-6"/>
                <w:w w:val="105"/>
                <w:sz w:val="15"/>
              </w:rPr>
              <w:t xml:space="preserve"> </w:t>
            </w:r>
            <w:r w:rsidRPr="00E85698">
              <w:rPr>
                <w:spacing w:val="-1"/>
                <w:w w:val="105"/>
                <w:sz w:val="15"/>
              </w:rPr>
              <w:t>сочинений</w:t>
            </w:r>
          </w:p>
        </w:tc>
        <w:tc>
          <w:tcPr>
            <w:tcW w:w="1116" w:type="dxa"/>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https://resh.edu.ru/subject/lesson/7015/start/258773/</w:t>
            </w:r>
          </w:p>
        </w:tc>
      </w:tr>
      <w:tr w:rsidR="003147F9" w:rsidRPr="00E85698" w:rsidTr="00A047B0">
        <w:trPr>
          <w:trHeight w:val="525"/>
        </w:trPr>
        <w:tc>
          <w:tcPr>
            <w:tcW w:w="468" w:type="dxa"/>
          </w:tcPr>
          <w:p w:rsidR="003147F9" w:rsidRPr="00E85698" w:rsidRDefault="003147F9" w:rsidP="00A047B0">
            <w:pPr>
              <w:pStyle w:val="TableParagraph"/>
              <w:spacing w:before="64"/>
              <w:ind w:left="55" w:right="43"/>
              <w:jc w:val="center"/>
              <w:rPr>
                <w:sz w:val="15"/>
              </w:rPr>
            </w:pPr>
            <w:r w:rsidRPr="00E85698">
              <w:rPr>
                <w:w w:val="105"/>
                <w:sz w:val="15"/>
              </w:rPr>
              <w:t>10.2.</w:t>
            </w:r>
          </w:p>
        </w:tc>
        <w:tc>
          <w:tcPr>
            <w:tcW w:w="2833" w:type="dxa"/>
          </w:tcPr>
          <w:p w:rsidR="003147F9" w:rsidRPr="00E85698" w:rsidRDefault="003147F9" w:rsidP="00A047B0">
            <w:pPr>
              <w:pStyle w:val="TableParagraph"/>
              <w:spacing w:before="64"/>
              <w:rPr>
                <w:sz w:val="15"/>
              </w:rPr>
            </w:pPr>
            <w:r w:rsidRPr="00E85698">
              <w:rPr>
                <w:w w:val="105"/>
                <w:sz w:val="15"/>
              </w:rPr>
              <w:t>Изложения</w:t>
            </w:r>
          </w:p>
        </w:tc>
        <w:tc>
          <w:tcPr>
            <w:tcW w:w="528" w:type="dxa"/>
          </w:tcPr>
          <w:p w:rsidR="003147F9" w:rsidRPr="00E85698" w:rsidRDefault="003147F9" w:rsidP="00A047B0">
            <w:pPr>
              <w:pStyle w:val="TableParagraph"/>
              <w:spacing w:before="64"/>
              <w:ind w:left="77"/>
              <w:rPr>
                <w:sz w:val="15"/>
              </w:rPr>
            </w:pPr>
            <w:r w:rsidRPr="00E85698">
              <w:rPr>
                <w:w w:val="104"/>
                <w:sz w:val="15"/>
              </w:rPr>
              <w:t>3</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3147F9" w:rsidP="00A047B0">
            <w:pPr>
              <w:pStyle w:val="TableParagraph"/>
              <w:spacing w:before="20"/>
              <w:ind w:left="79"/>
              <w:rPr>
                <w:sz w:val="15"/>
              </w:rPr>
            </w:pPr>
          </w:p>
        </w:tc>
        <w:tc>
          <w:tcPr>
            <w:tcW w:w="4022" w:type="dxa"/>
          </w:tcPr>
          <w:p w:rsidR="003147F9" w:rsidRPr="00E85698" w:rsidRDefault="003147F9" w:rsidP="00A047B0">
            <w:pPr>
              <w:pStyle w:val="TableParagraph"/>
              <w:spacing w:before="64"/>
              <w:ind w:left="79"/>
              <w:rPr>
                <w:sz w:val="15"/>
              </w:rPr>
            </w:pPr>
            <w:r w:rsidRPr="00E85698">
              <w:rPr>
                <w:spacing w:val="-1"/>
                <w:w w:val="105"/>
                <w:sz w:val="15"/>
              </w:rPr>
              <w:t>Написание</w:t>
            </w:r>
            <w:r w:rsidRPr="00E85698">
              <w:rPr>
                <w:spacing w:val="-6"/>
                <w:w w:val="105"/>
                <w:sz w:val="15"/>
              </w:rPr>
              <w:t xml:space="preserve"> </w:t>
            </w:r>
            <w:r w:rsidRPr="00E85698">
              <w:rPr>
                <w:spacing w:val="-1"/>
                <w:w w:val="105"/>
                <w:sz w:val="15"/>
              </w:rPr>
              <w:t>изложений</w:t>
            </w:r>
          </w:p>
        </w:tc>
        <w:tc>
          <w:tcPr>
            <w:tcW w:w="1116" w:type="dxa"/>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https://resh.edu.ru/subject/lesson/6940/start/258525/</w:t>
            </w:r>
          </w:p>
        </w:tc>
      </w:tr>
      <w:tr w:rsidR="003147F9" w:rsidRPr="00E85698" w:rsidTr="00A047B0">
        <w:trPr>
          <w:trHeight w:val="1101"/>
        </w:trPr>
        <w:tc>
          <w:tcPr>
            <w:tcW w:w="468" w:type="dxa"/>
          </w:tcPr>
          <w:p w:rsidR="003147F9" w:rsidRPr="00E85698" w:rsidRDefault="003147F9" w:rsidP="00A047B0">
            <w:pPr>
              <w:pStyle w:val="TableParagraph"/>
              <w:spacing w:before="64"/>
              <w:ind w:left="55" w:right="43"/>
              <w:jc w:val="center"/>
              <w:rPr>
                <w:sz w:val="15"/>
              </w:rPr>
            </w:pPr>
            <w:r w:rsidRPr="00E85698">
              <w:rPr>
                <w:w w:val="105"/>
                <w:sz w:val="15"/>
              </w:rPr>
              <w:t>10.3.</w:t>
            </w:r>
          </w:p>
        </w:tc>
        <w:tc>
          <w:tcPr>
            <w:tcW w:w="2833" w:type="dxa"/>
          </w:tcPr>
          <w:p w:rsidR="003147F9" w:rsidRPr="00E85698" w:rsidRDefault="003147F9" w:rsidP="00A047B0">
            <w:pPr>
              <w:pStyle w:val="TableParagraph"/>
              <w:spacing w:before="64"/>
              <w:rPr>
                <w:sz w:val="15"/>
              </w:rPr>
            </w:pPr>
            <w:r w:rsidRPr="00E85698">
              <w:rPr>
                <w:w w:val="105"/>
                <w:sz w:val="15"/>
              </w:rPr>
              <w:t>Контрольные</w:t>
            </w:r>
            <w:r w:rsidRPr="00E85698">
              <w:rPr>
                <w:spacing w:val="-10"/>
                <w:w w:val="105"/>
                <w:sz w:val="15"/>
              </w:rPr>
              <w:t xml:space="preserve"> </w:t>
            </w:r>
            <w:r w:rsidRPr="00E85698">
              <w:rPr>
                <w:w w:val="105"/>
                <w:sz w:val="15"/>
              </w:rPr>
              <w:t>и</w:t>
            </w:r>
            <w:r w:rsidRPr="00E85698">
              <w:rPr>
                <w:spacing w:val="-9"/>
                <w:w w:val="105"/>
                <w:sz w:val="15"/>
              </w:rPr>
              <w:t xml:space="preserve"> </w:t>
            </w:r>
            <w:r w:rsidRPr="00E85698">
              <w:rPr>
                <w:w w:val="105"/>
                <w:sz w:val="15"/>
              </w:rPr>
              <w:t>проверочные</w:t>
            </w:r>
            <w:r w:rsidRPr="00E85698">
              <w:rPr>
                <w:spacing w:val="-9"/>
                <w:w w:val="105"/>
                <w:sz w:val="15"/>
              </w:rPr>
              <w:t xml:space="preserve"> </w:t>
            </w:r>
            <w:r w:rsidRPr="00E85698">
              <w:rPr>
                <w:w w:val="105"/>
                <w:sz w:val="15"/>
              </w:rPr>
              <w:t>работы</w:t>
            </w:r>
          </w:p>
        </w:tc>
        <w:tc>
          <w:tcPr>
            <w:tcW w:w="528" w:type="dxa"/>
          </w:tcPr>
          <w:p w:rsidR="003147F9" w:rsidRPr="00E85698" w:rsidRDefault="003147F9" w:rsidP="00A047B0">
            <w:pPr>
              <w:pStyle w:val="TableParagraph"/>
              <w:spacing w:before="64"/>
              <w:ind w:left="77"/>
              <w:rPr>
                <w:sz w:val="15"/>
              </w:rPr>
            </w:pPr>
            <w:r w:rsidRPr="00E85698">
              <w:rPr>
                <w:w w:val="104"/>
                <w:sz w:val="15"/>
              </w:rPr>
              <w:t>9</w:t>
            </w:r>
          </w:p>
        </w:tc>
        <w:tc>
          <w:tcPr>
            <w:tcW w:w="1104" w:type="dxa"/>
          </w:tcPr>
          <w:p w:rsidR="003147F9" w:rsidRPr="00E85698" w:rsidRDefault="003147F9" w:rsidP="00A047B0">
            <w:pPr>
              <w:pStyle w:val="TableParagraph"/>
              <w:spacing w:before="64"/>
              <w:ind w:left="77"/>
              <w:rPr>
                <w:sz w:val="15"/>
              </w:rPr>
            </w:pPr>
            <w:r w:rsidRPr="00E85698">
              <w:rPr>
                <w:w w:val="104"/>
                <w:sz w:val="15"/>
              </w:rPr>
              <w:t>0</w:t>
            </w:r>
          </w:p>
        </w:tc>
        <w:tc>
          <w:tcPr>
            <w:tcW w:w="1140" w:type="dxa"/>
          </w:tcPr>
          <w:p w:rsidR="003147F9" w:rsidRPr="00E85698" w:rsidRDefault="003147F9" w:rsidP="00A047B0">
            <w:pPr>
              <w:pStyle w:val="TableParagraph"/>
              <w:spacing w:before="64"/>
              <w:ind w:left="78"/>
              <w:rPr>
                <w:sz w:val="15"/>
              </w:rPr>
            </w:pPr>
            <w:r w:rsidRPr="00E85698">
              <w:rPr>
                <w:w w:val="104"/>
                <w:sz w:val="15"/>
              </w:rPr>
              <w:t>0</w:t>
            </w:r>
          </w:p>
        </w:tc>
        <w:tc>
          <w:tcPr>
            <w:tcW w:w="864" w:type="dxa"/>
          </w:tcPr>
          <w:p w:rsidR="003147F9" w:rsidRPr="00E85698" w:rsidRDefault="003147F9" w:rsidP="00A047B0">
            <w:pPr>
              <w:pStyle w:val="TableParagraph"/>
              <w:spacing w:before="20"/>
              <w:ind w:left="79"/>
              <w:rPr>
                <w:sz w:val="15"/>
              </w:rPr>
            </w:pPr>
          </w:p>
        </w:tc>
        <w:tc>
          <w:tcPr>
            <w:tcW w:w="4022" w:type="dxa"/>
          </w:tcPr>
          <w:p w:rsidR="003147F9" w:rsidRPr="00E85698" w:rsidRDefault="003147F9" w:rsidP="00A047B0">
            <w:pPr>
              <w:pStyle w:val="TableParagraph"/>
              <w:spacing w:before="64"/>
              <w:ind w:left="79"/>
              <w:rPr>
                <w:sz w:val="15"/>
              </w:rPr>
            </w:pPr>
            <w:r w:rsidRPr="00E85698">
              <w:rPr>
                <w:w w:val="105"/>
                <w:sz w:val="15"/>
              </w:rPr>
              <w:t>Контрольные</w:t>
            </w:r>
            <w:r w:rsidRPr="00E85698">
              <w:rPr>
                <w:spacing w:val="-8"/>
                <w:w w:val="105"/>
                <w:sz w:val="15"/>
              </w:rPr>
              <w:t xml:space="preserve"> </w:t>
            </w:r>
            <w:r w:rsidRPr="00E85698">
              <w:rPr>
                <w:w w:val="105"/>
                <w:sz w:val="15"/>
              </w:rPr>
              <w:t>работы</w:t>
            </w:r>
            <w:r w:rsidRPr="00E85698">
              <w:rPr>
                <w:spacing w:val="-7"/>
                <w:w w:val="105"/>
                <w:sz w:val="15"/>
              </w:rPr>
              <w:t xml:space="preserve"> </w:t>
            </w:r>
            <w:r w:rsidRPr="00E85698">
              <w:rPr>
                <w:w w:val="105"/>
                <w:sz w:val="15"/>
              </w:rPr>
              <w:t>и</w:t>
            </w:r>
            <w:r w:rsidRPr="00E85698">
              <w:rPr>
                <w:spacing w:val="-7"/>
                <w:w w:val="105"/>
                <w:sz w:val="15"/>
              </w:rPr>
              <w:t xml:space="preserve"> </w:t>
            </w:r>
            <w:r w:rsidRPr="00E85698">
              <w:rPr>
                <w:w w:val="105"/>
                <w:sz w:val="15"/>
              </w:rPr>
              <w:t>их</w:t>
            </w:r>
            <w:r w:rsidRPr="00E85698">
              <w:rPr>
                <w:spacing w:val="-7"/>
                <w:w w:val="105"/>
                <w:sz w:val="15"/>
              </w:rPr>
              <w:t xml:space="preserve"> </w:t>
            </w:r>
            <w:r w:rsidRPr="00E85698">
              <w:rPr>
                <w:w w:val="105"/>
                <w:sz w:val="15"/>
              </w:rPr>
              <w:t>анализ</w:t>
            </w:r>
          </w:p>
        </w:tc>
        <w:tc>
          <w:tcPr>
            <w:tcW w:w="1116" w:type="dxa"/>
          </w:tcPr>
          <w:p w:rsidR="003147F9" w:rsidRPr="00E85698" w:rsidRDefault="003147F9" w:rsidP="00A047B0">
            <w:pPr>
              <w:pStyle w:val="TableParagraph"/>
              <w:spacing w:before="64" w:line="266" w:lineRule="auto"/>
              <w:ind w:left="79" w:right="41"/>
              <w:rPr>
                <w:sz w:val="15"/>
              </w:rPr>
            </w:pP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Диктант;</w:t>
            </w:r>
            <w:r w:rsidRPr="00E85698">
              <w:rPr>
                <w:spacing w:val="1"/>
                <w:w w:val="105"/>
                <w:sz w:val="15"/>
              </w:rPr>
              <w:t xml:space="preserve"> </w:t>
            </w:r>
            <w:r w:rsidRPr="00E85698">
              <w:rPr>
                <w:spacing w:val="-1"/>
                <w:w w:val="105"/>
                <w:sz w:val="15"/>
              </w:rPr>
              <w:t>Тестирование;</w:t>
            </w:r>
            <w:r w:rsidRPr="00E85698">
              <w:rPr>
                <w:spacing w:val="-37"/>
                <w:w w:val="105"/>
                <w:sz w:val="15"/>
              </w:rPr>
              <w:t xml:space="preserve"> </w:t>
            </w:r>
            <w:r w:rsidRPr="00E85698">
              <w:rPr>
                <w:w w:val="105"/>
                <w:sz w:val="15"/>
              </w:rPr>
              <w:t>ВПР;</w:t>
            </w:r>
          </w:p>
        </w:tc>
        <w:tc>
          <w:tcPr>
            <w:tcW w:w="3421" w:type="dxa"/>
          </w:tcPr>
          <w:p w:rsidR="003147F9" w:rsidRPr="00E85698" w:rsidRDefault="003147F9" w:rsidP="00A047B0">
            <w:pPr>
              <w:pStyle w:val="TableParagraph"/>
              <w:spacing w:before="64"/>
              <w:ind w:left="44" w:right="22"/>
              <w:jc w:val="center"/>
              <w:rPr>
                <w:sz w:val="15"/>
              </w:rPr>
            </w:pPr>
            <w:r w:rsidRPr="00E85698">
              <w:rPr>
                <w:w w:val="105"/>
                <w:sz w:val="15"/>
              </w:rPr>
              <w:t>https://resh.edu.ru/subject/lesson/7020/start/282630/</w:t>
            </w:r>
          </w:p>
        </w:tc>
      </w:tr>
      <w:tr w:rsidR="003147F9" w:rsidRPr="00E85698" w:rsidTr="00A047B0">
        <w:trPr>
          <w:trHeight w:val="333"/>
        </w:trPr>
        <w:tc>
          <w:tcPr>
            <w:tcW w:w="3301" w:type="dxa"/>
            <w:gridSpan w:val="2"/>
          </w:tcPr>
          <w:p w:rsidR="003147F9" w:rsidRPr="00E85698" w:rsidRDefault="003147F9" w:rsidP="00A047B0">
            <w:pPr>
              <w:pStyle w:val="TableParagraph"/>
              <w:spacing w:before="64"/>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16</w:t>
            </w:r>
          </w:p>
        </w:tc>
        <w:tc>
          <w:tcPr>
            <w:tcW w:w="11667" w:type="dxa"/>
            <w:gridSpan w:val="6"/>
          </w:tcPr>
          <w:p w:rsidR="003147F9" w:rsidRPr="00E85698" w:rsidRDefault="003147F9" w:rsidP="00A047B0">
            <w:pPr>
              <w:pStyle w:val="TableParagraph"/>
              <w:rPr>
                <w:sz w:val="14"/>
              </w:rPr>
            </w:pPr>
          </w:p>
        </w:tc>
      </w:tr>
      <w:tr w:rsidR="003147F9" w:rsidRPr="00E85698" w:rsidTr="00A047B0">
        <w:trPr>
          <w:trHeight w:val="525"/>
        </w:trPr>
        <w:tc>
          <w:tcPr>
            <w:tcW w:w="3301" w:type="dxa"/>
            <w:gridSpan w:val="2"/>
          </w:tcPr>
          <w:p w:rsidR="003147F9" w:rsidRPr="00E85698" w:rsidRDefault="003147F9" w:rsidP="00A047B0">
            <w:pPr>
              <w:pStyle w:val="TableParagraph"/>
              <w:spacing w:before="64" w:line="266" w:lineRule="auto"/>
              <w:ind w:right="730"/>
              <w:rPr>
                <w:sz w:val="15"/>
              </w:rPr>
            </w:pPr>
            <w:r w:rsidRPr="00E85698">
              <w:rPr>
                <w:spacing w:val="-1"/>
                <w:w w:val="105"/>
                <w:sz w:val="15"/>
              </w:rPr>
              <w:t>ОБЩЕЕ</w:t>
            </w:r>
            <w:r w:rsidRPr="00E85698">
              <w:rPr>
                <w:spacing w:val="-8"/>
                <w:w w:val="105"/>
                <w:sz w:val="15"/>
              </w:rPr>
              <w:t xml:space="preserve"> </w:t>
            </w:r>
            <w:r w:rsidRPr="00E85698">
              <w:rPr>
                <w:spacing w:val="-1"/>
                <w:w w:val="105"/>
                <w:sz w:val="15"/>
              </w:rPr>
              <w:t>КОЛИЧЕСТВО</w:t>
            </w:r>
            <w:r w:rsidRPr="00E85698">
              <w:rPr>
                <w:spacing w:val="-8"/>
                <w:w w:val="105"/>
                <w:sz w:val="15"/>
              </w:rPr>
              <w:t xml:space="preserve"> </w:t>
            </w:r>
            <w:r w:rsidRPr="00E85698">
              <w:rPr>
                <w:w w:val="105"/>
                <w:sz w:val="15"/>
              </w:rPr>
              <w:t>ЧАСОВ</w:t>
            </w:r>
            <w:r w:rsidRPr="00E85698">
              <w:rPr>
                <w:spacing w:val="-8"/>
                <w:w w:val="105"/>
                <w:sz w:val="15"/>
              </w:rPr>
              <w:t xml:space="preserve"> </w:t>
            </w:r>
            <w:r w:rsidRPr="00E85698">
              <w:rPr>
                <w:w w:val="105"/>
                <w:sz w:val="15"/>
              </w:rPr>
              <w:t>ПО</w:t>
            </w:r>
            <w:r w:rsidRPr="00E85698">
              <w:rPr>
                <w:spacing w:val="-36"/>
                <w:w w:val="105"/>
                <w:sz w:val="15"/>
              </w:rPr>
              <w:t xml:space="preserve"> </w:t>
            </w:r>
            <w:r w:rsidRPr="00E85698">
              <w:rPr>
                <w:w w:val="105"/>
                <w:sz w:val="15"/>
              </w:rPr>
              <w:t>ПРОГРАММЕ</w:t>
            </w:r>
          </w:p>
        </w:tc>
        <w:tc>
          <w:tcPr>
            <w:tcW w:w="528" w:type="dxa"/>
          </w:tcPr>
          <w:p w:rsidR="003147F9" w:rsidRPr="00E85698" w:rsidRDefault="003147F9" w:rsidP="00A047B0">
            <w:pPr>
              <w:pStyle w:val="TableParagraph"/>
              <w:spacing w:before="64"/>
              <w:ind w:left="77"/>
              <w:rPr>
                <w:sz w:val="15"/>
              </w:rPr>
            </w:pPr>
            <w:r w:rsidRPr="00E85698">
              <w:rPr>
                <w:w w:val="105"/>
                <w:sz w:val="15"/>
              </w:rPr>
              <w:t>204</w:t>
            </w:r>
          </w:p>
        </w:tc>
        <w:tc>
          <w:tcPr>
            <w:tcW w:w="1104" w:type="dxa"/>
          </w:tcPr>
          <w:p w:rsidR="003147F9" w:rsidRPr="00E85698" w:rsidRDefault="003147F9" w:rsidP="00A047B0">
            <w:pPr>
              <w:pStyle w:val="TableParagraph"/>
              <w:spacing w:before="64"/>
              <w:ind w:left="77"/>
              <w:rPr>
                <w:sz w:val="15"/>
              </w:rPr>
            </w:pPr>
            <w:r w:rsidRPr="00E85698">
              <w:rPr>
                <w:w w:val="104"/>
                <w:sz w:val="15"/>
              </w:rPr>
              <w:t>9</w:t>
            </w:r>
          </w:p>
        </w:tc>
        <w:tc>
          <w:tcPr>
            <w:tcW w:w="1140" w:type="dxa"/>
          </w:tcPr>
          <w:p w:rsidR="003147F9" w:rsidRPr="00E85698" w:rsidRDefault="003147F9" w:rsidP="00A047B0">
            <w:pPr>
              <w:pStyle w:val="TableParagraph"/>
              <w:spacing w:before="64"/>
              <w:ind w:left="78"/>
              <w:rPr>
                <w:sz w:val="15"/>
              </w:rPr>
            </w:pPr>
            <w:r w:rsidRPr="00E85698">
              <w:rPr>
                <w:w w:val="104"/>
                <w:sz w:val="15"/>
              </w:rPr>
              <w:t>7</w:t>
            </w:r>
          </w:p>
        </w:tc>
        <w:tc>
          <w:tcPr>
            <w:tcW w:w="9423" w:type="dxa"/>
            <w:gridSpan w:val="4"/>
          </w:tcPr>
          <w:p w:rsidR="003147F9" w:rsidRPr="00E85698" w:rsidRDefault="003147F9" w:rsidP="00A047B0">
            <w:pPr>
              <w:pStyle w:val="TableParagraph"/>
              <w:rPr>
                <w:sz w:val="14"/>
              </w:rPr>
            </w:pPr>
          </w:p>
        </w:tc>
      </w:tr>
    </w:tbl>
    <w:p w:rsidR="003147F9" w:rsidRPr="00E85698" w:rsidRDefault="003147F9" w:rsidP="003147F9">
      <w:pPr>
        <w:rPr>
          <w:sz w:val="14"/>
        </w:rPr>
        <w:sectPr w:rsidR="003147F9" w:rsidRPr="00E85698">
          <w:pgSz w:w="16840" w:h="11900" w:orient="landscape"/>
          <w:pgMar w:top="580" w:right="540" w:bottom="280" w:left="560" w:header="720" w:footer="720" w:gutter="0"/>
          <w:cols w:space="720"/>
        </w:sectPr>
      </w:pPr>
    </w:p>
    <w:p w:rsidR="003147F9" w:rsidRPr="00E85698" w:rsidRDefault="00942243" w:rsidP="003147F9">
      <w:pPr>
        <w:spacing w:before="80"/>
        <w:ind w:left="106"/>
        <w:rPr>
          <w:b/>
          <w:sz w:val="19"/>
        </w:rPr>
      </w:pPr>
      <w:r>
        <w:lastRenderedPageBreak/>
        <w:pict>
          <v:rect id="_x0000_s1039" style="position:absolute;left:0;text-align:left;margin-left:33.3pt;margin-top:17.65pt;width:775.65pt;height:.6pt;z-index:-15721984;mso-wrap-distance-left:0;mso-wrap-distance-right:0;mso-position-horizontal-relative:page" fillcolor="black" stroked="f">
            <w10:wrap type="topAndBottom" anchorx="page"/>
          </v:rect>
        </w:pict>
      </w:r>
      <w:r w:rsidR="003147F9" w:rsidRPr="00E85698">
        <w:rPr>
          <w:b/>
          <w:sz w:val="19"/>
        </w:rPr>
        <w:t>ТЕМАТИЧЕСКОЕ</w:t>
      </w:r>
      <w:r w:rsidR="003147F9" w:rsidRPr="00E85698">
        <w:rPr>
          <w:b/>
          <w:spacing w:val="9"/>
          <w:sz w:val="19"/>
        </w:rPr>
        <w:t xml:space="preserve"> </w:t>
      </w:r>
      <w:r w:rsidR="003147F9" w:rsidRPr="00E85698">
        <w:rPr>
          <w:b/>
          <w:sz w:val="19"/>
        </w:rPr>
        <w:t>ПЛАНИРОВАНИЕ</w:t>
      </w:r>
    </w:p>
    <w:p w:rsidR="003147F9" w:rsidRPr="00E85698" w:rsidRDefault="003147F9" w:rsidP="003147F9">
      <w:pPr>
        <w:tabs>
          <w:tab w:val="left" w:pos="242"/>
        </w:tabs>
        <w:spacing w:before="151"/>
        <w:ind w:left="105"/>
        <w:rPr>
          <w:b/>
          <w:sz w:val="18"/>
        </w:rPr>
      </w:pPr>
      <w:r w:rsidRPr="00E85698">
        <w:rPr>
          <w:b/>
          <w:sz w:val="18"/>
        </w:rPr>
        <w:t>7 КЛАСС</w:t>
      </w:r>
    </w:p>
    <w:p w:rsidR="003147F9" w:rsidRPr="00E85698" w:rsidRDefault="003147F9" w:rsidP="003147F9">
      <w:pPr>
        <w:rPr>
          <w:sz w:val="16"/>
        </w:rPr>
      </w:pPr>
    </w:p>
    <w:p w:rsidR="003147F9" w:rsidRPr="00E85698" w:rsidRDefault="003147F9" w:rsidP="003147F9">
      <w:pPr>
        <w:rPr>
          <w:sz w:val="16"/>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
        <w:gridCol w:w="129"/>
        <w:gridCol w:w="284"/>
        <w:gridCol w:w="55"/>
        <w:gridCol w:w="86"/>
        <w:gridCol w:w="2771"/>
        <w:gridCol w:w="64"/>
        <w:gridCol w:w="426"/>
        <w:gridCol w:w="38"/>
        <w:gridCol w:w="1096"/>
        <w:gridCol w:w="8"/>
        <w:gridCol w:w="133"/>
        <w:gridCol w:w="993"/>
        <w:gridCol w:w="14"/>
        <w:gridCol w:w="127"/>
        <w:gridCol w:w="677"/>
        <w:gridCol w:w="32"/>
        <w:gridCol w:w="142"/>
        <w:gridCol w:w="5493"/>
        <w:gridCol w:w="35"/>
        <w:gridCol w:w="142"/>
        <w:gridCol w:w="939"/>
        <w:gridCol w:w="53"/>
        <w:gridCol w:w="1701"/>
        <w:gridCol w:w="58"/>
      </w:tblGrid>
      <w:tr w:rsidR="003147F9" w:rsidRPr="00E85698" w:rsidTr="00A047B0">
        <w:trPr>
          <w:gridBefore w:val="1"/>
          <w:wBefore w:w="13" w:type="dxa"/>
          <w:trHeight w:val="333"/>
        </w:trPr>
        <w:tc>
          <w:tcPr>
            <w:tcW w:w="468" w:type="dxa"/>
            <w:gridSpan w:val="3"/>
            <w:vMerge w:val="restart"/>
          </w:tcPr>
          <w:p w:rsidR="003147F9" w:rsidRPr="00E85698" w:rsidRDefault="00942243" w:rsidP="00A047B0">
            <w:pPr>
              <w:pStyle w:val="TableParagraph"/>
              <w:spacing w:before="74" w:line="266" w:lineRule="auto"/>
              <w:ind w:left="76" w:right="134"/>
              <w:rPr>
                <w:b/>
                <w:sz w:val="15"/>
              </w:rPr>
            </w:pPr>
            <w:r>
              <w:pict>
                <v:rect id="_x0000_s1040" style="position:absolute;left:0;text-align:left;margin-left:33.3pt;margin-top:17.65pt;width:775.65pt;height:.6pt;z-index:-15719936;mso-wrap-distance-left:0;mso-wrap-distance-right:0;mso-position-horizontal-relative:page" fillcolor="black" stroked="f">
                  <w10:wrap type="topAndBottom" anchorx="page"/>
                </v:rect>
              </w:pict>
            </w:r>
            <w:r w:rsidR="003147F9" w:rsidRPr="00E85698">
              <w:rPr>
                <w:b/>
                <w:w w:val="105"/>
                <w:sz w:val="15"/>
              </w:rPr>
              <w:t>№</w:t>
            </w:r>
            <w:r w:rsidR="003147F9" w:rsidRPr="00E85698">
              <w:rPr>
                <w:b/>
                <w:spacing w:val="1"/>
                <w:w w:val="105"/>
                <w:sz w:val="15"/>
              </w:rPr>
              <w:t xml:space="preserve"> </w:t>
            </w:r>
            <w:r w:rsidR="003147F9" w:rsidRPr="00E85698">
              <w:rPr>
                <w:b/>
                <w:spacing w:val="-1"/>
                <w:w w:val="105"/>
                <w:sz w:val="15"/>
              </w:rPr>
              <w:t>п/п</w:t>
            </w:r>
          </w:p>
        </w:tc>
        <w:tc>
          <w:tcPr>
            <w:tcW w:w="2857" w:type="dxa"/>
            <w:gridSpan w:val="2"/>
            <w:vMerge w:val="restart"/>
          </w:tcPr>
          <w:p w:rsidR="003147F9" w:rsidRPr="00E85698" w:rsidRDefault="003147F9" w:rsidP="00A047B0">
            <w:pPr>
              <w:pStyle w:val="TableParagraph"/>
              <w:spacing w:before="74" w:line="266" w:lineRule="auto"/>
              <w:ind w:left="76" w:right="630"/>
              <w:rPr>
                <w:b/>
                <w:sz w:val="15"/>
              </w:rPr>
            </w:pPr>
            <w:r w:rsidRPr="00E85698">
              <w:rPr>
                <w:b/>
                <w:spacing w:val="-1"/>
                <w:w w:val="105"/>
                <w:sz w:val="15"/>
              </w:rPr>
              <w:t>Наименование</w:t>
            </w:r>
            <w:r w:rsidRPr="00E85698">
              <w:rPr>
                <w:b/>
                <w:spacing w:val="-7"/>
                <w:w w:val="105"/>
                <w:sz w:val="15"/>
              </w:rPr>
              <w:t xml:space="preserve"> </w:t>
            </w:r>
            <w:r w:rsidRPr="00E85698">
              <w:rPr>
                <w:b/>
                <w:w w:val="105"/>
                <w:sz w:val="15"/>
              </w:rPr>
              <w:t>разделов</w:t>
            </w:r>
            <w:r w:rsidRPr="00E85698">
              <w:rPr>
                <w:b/>
                <w:spacing w:val="-7"/>
                <w:w w:val="105"/>
                <w:sz w:val="15"/>
              </w:rPr>
              <w:t xml:space="preserve"> </w:t>
            </w:r>
            <w:r w:rsidRPr="00E85698">
              <w:rPr>
                <w:b/>
                <w:w w:val="105"/>
                <w:sz w:val="15"/>
              </w:rPr>
              <w:t>и</w:t>
            </w:r>
            <w:r w:rsidRPr="00E85698">
              <w:rPr>
                <w:b/>
                <w:spacing w:val="-7"/>
                <w:w w:val="105"/>
                <w:sz w:val="15"/>
              </w:rPr>
              <w:t xml:space="preserve"> </w:t>
            </w:r>
            <w:r w:rsidRPr="00E85698">
              <w:rPr>
                <w:b/>
                <w:w w:val="105"/>
                <w:sz w:val="15"/>
              </w:rPr>
              <w:t>тем</w:t>
            </w:r>
            <w:r w:rsidRPr="00E85698">
              <w:rPr>
                <w:b/>
                <w:spacing w:val="-37"/>
                <w:w w:val="105"/>
                <w:sz w:val="15"/>
              </w:rPr>
              <w:t xml:space="preserve"> </w:t>
            </w:r>
            <w:r w:rsidRPr="00E85698">
              <w:rPr>
                <w:b/>
                <w:w w:val="105"/>
                <w:sz w:val="15"/>
              </w:rPr>
              <w:t>программы</w:t>
            </w:r>
          </w:p>
        </w:tc>
        <w:tc>
          <w:tcPr>
            <w:tcW w:w="2772" w:type="dxa"/>
            <w:gridSpan w:val="8"/>
          </w:tcPr>
          <w:p w:rsidR="003147F9" w:rsidRPr="00E85698" w:rsidRDefault="003147F9" w:rsidP="00A047B0">
            <w:pPr>
              <w:pStyle w:val="TableParagraph"/>
              <w:spacing w:before="74"/>
              <w:ind w:left="77"/>
              <w:rPr>
                <w:b/>
                <w:sz w:val="15"/>
              </w:rPr>
            </w:pPr>
            <w:r w:rsidRPr="00E85698">
              <w:rPr>
                <w:b/>
                <w:spacing w:val="-1"/>
                <w:w w:val="105"/>
                <w:sz w:val="15"/>
              </w:rPr>
              <w:t>Количество</w:t>
            </w:r>
            <w:r w:rsidRPr="00E85698">
              <w:rPr>
                <w:b/>
                <w:spacing w:val="-6"/>
                <w:w w:val="105"/>
                <w:sz w:val="15"/>
              </w:rPr>
              <w:t xml:space="preserve"> </w:t>
            </w:r>
            <w:r w:rsidRPr="00E85698">
              <w:rPr>
                <w:b/>
                <w:w w:val="105"/>
                <w:sz w:val="15"/>
              </w:rPr>
              <w:t>часов</w:t>
            </w:r>
          </w:p>
        </w:tc>
        <w:tc>
          <w:tcPr>
            <w:tcW w:w="804" w:type="dxa"/>
            <w:gridSpan w:val="2"/>
            <w:vMerge w:val="restart"/>
          </w:tcPr>
          <w:p w:rsidR="003147F9" w:rsidRPr="00E85698" w:rsidRDefault="003147F9" w:rsidP="00A047B0">
            <w:pPr>
              <w:pStyle w:val="TableParagraph"/>
              <w:spacing w:before="74" w:line="266" w:lineRule="auto"/>
              <w:ind w:left="79" w:right="39"/>
              <w:rPr>
                <w:b/>
                <w:sz w:val="15"/>
              </w:rPr>
            </w:pPr>
            <w:r w:rsidRPr="00E85698">
              <w:rPr>
                <w:b/>
                <w:w w:val="105"/>
                <w:sz w:val="15"/>
              </w:rPr>
              <w:t>Дата</w:t>
            </w:r>
            <w:r w:rsidRPr="00E85698">
              <w:rPr>
                <w:b/>
                <w:spacing w:val="1"/>
                <w:w w:val="105"/>
                <w:sz w:val="15"/>
              </w:rPr>
              <w:t xml:space="preserve"> </w:t>
            </w:r>
            <w:r w:rsidRPr="00E85698">
              <w:rPr>
                <w:b/>
                <w:spacing w:val="-1"/>
                <w:w w:val="105"/>
                <w:sz w:val="15"/>
              </w:rPr>
              <w:t>изучения</w:t>
            </w:r>
          </w:p>
        </w:tc>
        <w:tc>
          <w:tcPr>
            <w:tcW w:w="5667" w:type="dxa"/>
            <w:gridSpan w:val="3"/>
            <w:vMerge w:val="restart"/>
          </w:tcPr>
          <w:p w:rsidR="003147F9" w:rsidRPr="00E85698" w:rsidRDefault="003147F9" w:rsidP="00A047B0">
            <w:pPr>
              <w:pStyle w:val="TableParagraph"/>
              <w:spacing w:before="74"/>
              <w:ind w:left="79"/>
              <w:rPr>
                <w:b/>
                <w:sz w:val="15"/>
              </w:rPr>
            </w:pPr>
            <w:r w:rsidRPr="00E85698">
              <w:rPr>
                <w:b/>
                <w:spacing w:val="-1"/>
                <w:w w:val="105"/>
                <w:sz w:val="15"/>
              </w:rPr>
              <w:t>Виды</w:t>
            </w:r>
            <w:r w:rsidRPr="00E85698">
              <w:rPr>
                <w:b/>
                <w:spacing w:val="-5"/>
                <w:w w:val="105"/>
                <w:sz w:val="15"/>
              </w:rPr>
              <w:t xml:space="preserve"> </w:t>
            </w:r>
            <w:r w:rsidRPr="00E85698">
              <w:rPr>
                <w:b/>
                <w:spacing w:val="-1"/>
                <w:w w:val="105"/>
                <w:sz w:val="15"/>
              </w:rPr>
              <w:t>деятельности</w:t>
            </w:r>
          </w:p>
        </w:tc>
        <w:tc>
          <w:tcPr>
            <w:tcW w:w="1116" w:type="dxa"/>
            <w:gridSpan w:val="3"/>
            <w:vMerge w:val="restart"/>
          </w:tcPr>
          <w:p w:rsidR="003147F9" w:rsidRPr="00E85698" w:rsidRDefault="003147F9" w:rsidP="00A047B0">
            <w:pPr>
              <w:pStyle w:val="TableParagraph"/>
              <w:spacing w:before="74" w:line="266" w:lineRule="auto"/>
              <w:ind w:left="79" w:right="332"/>
              <w:rPr>
                <w:b/>
                <w:sz w:val="15"/>
              </w:rPr>
            </w:pPr>
            <w:r w:rsidRPr="00E85698">
              <w:rPr>
                <w:b/>
                <w:w w:val="105"/>
                <w:sz w:val="15"/>
              </w:rPr>
              <w:t>Виды,</w:t>
            </w:r>
            <w:r w:rsidRPr="00E85698">
              <w:rPr>
                <w:b/>
                <w:spacing w:val="1"/>
                <w:w w:val="105"/>
                <w:sz w:val="15"/>
              </w:rPr>
              <w:t xml:space="preserve"> </w:t>
            </w:r>
            <w:r w:rsidRPr="00E85698">
              <w:rPr>
                <w:b/>
                <w:w w:val="105"/>
                <w:sz w:val="15"/>
              </w:rPr>
              <w:t>формы</w:t>
            </w:r>
            <w:r w:rsidRPr="00E85698">
              <w:rPr>
                <w:b/>
                <w:spacing w:val="1"/>
                <w:w w:val="105"/>
                <w:sz w:val="15"/>
              </w:rPr>
              <w:t xml:space="preserve"> </w:t>
            </w:r>
            <w:r w:rsidRPr="00E85698">
              <w:rPr>
                <w:b/>
                <w:spacing w:val="-1"/>
                <w:w w:val="105"/>
                <w:sz w:val="15"/>
              </w:rPr>
              <w:t>контроля</w:t>
            </w:r>
          </w:p>
        </w:tc>
        <w:tc>
          <w:tcPr>
            <w:tcW w:w="1812" w:type="dxa"/>
            <w:gridSpan w:val="3"/>
            <w:vMerge w:val="restart"/>
          </w:tcPr>
          <w:p w:rsidR="003147F9" w:rsidRPr="00E85698" w:rsidRDefault="003147F9" w:rsidP="00A047B0">
            <w:pPr>
              <w:pStyle w:val="TableParagraph"/>
              <w:spacing w:before="74" w:line="266" w:lineRule="auto"/>
              <w:ind w:left="80" w:right="479"/>
              <w:rPr>
                <w:b/>
                <w:sz w:val="15"/>
              </w:rPr>
            </w:pPr>
            <w:r w:rsidRPr="00E85698">
              <w:rPr>
                <w:b/>
                <w:w w:val="105"/>
                <w:sz w:val="15"/>
              </w:rPr>
              <w:t>Электронные</w:t>
            </w:r>
            <w:r w:rsidRPr="00E85698">
              <w:rPr>
                <w:b/>
                <w:spacing w:val="1"/>
                <w:w w:val="105"/>
                <w:sz w:val="15"/>
              </w:rPr>
              <w:t xml:space="preserve"> </w:t>
            </w:r>
            <w:r w:rsidRPr="00E85698">
              <w:rPr>
                <w:b/>
                <w:w w:val="105"/>
                <w:sz w:val="15"/>
              </w:rPr>
              <w:t>(цифровые)</w:t>
            </w:r>
            <w:r w:rsidRPr="00E85698">
              <w:rPr>
                <w:b/>
                <w:spacing w:val="1"/>
                <w:w w:val="105"/>
                <w:sz w:val="15"/>
              </w:rPr>
              <w:t xml:space="preserve"> </w:t>
            </w:r>
            <w:r w:rsidRPr="00E85698">
              <w:rPr>
                <w:b/>
                <w:spacing w:val="-1"/>
                <w:w w:val="105"/>
                <w:sz w:val="15"/>
              </w:rPr>
              <w:t>образовательные</w:t>
            </w:r>
            <w:r w:rsidRPr="00E85698">
              <w:rPr>
                <w:b/>
                <w:spacing w:val="-37"/>
                <w:w w:val="105"/>
                <w:sz w:val="15"/>
              </w:rPr>
              <w:t xml:space="preserve"> </w:t>
            </w:r>
            <w:r w:rsidRPr="00E85698">
              <w:rPr>
                <w:b/>
                <w:w w:val="105"/>
                <w:sz w:val="15"/>
              </w:rPr>
              <w:t>ресурсы</w:t>
            </w:r>
          </w:p>
        </w:tc>
      </w:tr>
      <w:tr w:rsidR="003147F9" w:rsidRPr="00E85698" w:rsidTr="00A047B0">
        <w:trPr>
          <w:gridBefore w:val="1"/>
          <w:wBefore w:w="13" w:type="dxa"/>
          <w:trHeight w:val="561"/>
        </w:trPr>
        <w:tc>
          <w:tcPr>
            <w:tcW w:w="468" w:type="dxa"/>
            <w:gridSpan w:val="3"/>
            <w:vMerge/>
            <w:tcBorders>
              <w:top w:val="nil"/>
            </w:tcBorders>
          </w:tcPr>
          <w:p w:rsidR="003147F9" w:rsidRPr="00E85698" w:rsidRDefault="003147F9" w:rsidP="00A047B0">
            <w:pPr>
              <w:rPr>
                <w:sz w:val="2"/>
                <w:szCs w:val="2"/>
              </w:rPr>
            </w:pPr>
          </w:p>
        </w:tc>
        <w:tc>
          <w:tcPr>
            <w:tcW w:w="2857" w:type="dxa"/>
            <w:gridSpan w:val="2"/>
            <w:vMerge/>
            <w:tcBorders>
              <w:top w:val="nil"/>
            </w:tcBorders>
          </w:tcPr>
          <w:p w:rsidR="003147F9" w:rsidRPr="00E85698" w:rsidRDefault="003147F9" w:rsidP="00A047B0">
            <w:pPr>
              <w:rPr>
                <w:sz w:val="2"/>
                <w:szCs w:val="2"/>
              </w:rPr>
            </w:pPr>
          </w:p>
        </w:tc>
        <w:tc>
          <w:tcPr>
            <w:tcW w:w="528" w:type="dxa"/>
            <w:gridSpan w:val="3"/>
          </w:tcPr>
          <w:p w:rsidR="003147F9" w:rsidRPr="00E85698" w:rsidRDefault="003147F9" w:rsidP="00A047B0">
            <w:pPr>
              <w:pStyle w:val="TableParagraph"/>
              <w:spacing w:before="74"/>
              <w:ind w:left="77"/>
              <w:rPr>
                <w:b/>
                <w:sz w:val="15"/>
              </w:rPr>
            </w:pPr>
            <w:r w:rsidRPr="00E85698">
              <w:rPr>
                <w:b/>
                <w:w w:val="105"/>
                <w:sz w:val="15"/>
              </w:rPr>
              <w:t>всего</w:t>
            </w:r>
          </w:p>
        </w:tc>
        <w:tc>
          <w:tcPr>
            <w:tcW w:w="1104" w:type="dxa"/>
            <w:gridSpan w:val="2"/>
          </w:tcPr>
          <w:p w:rsidR="003147F9" w:rsidRPr="00E85698" w:rsidRDefault="003147F9" w:rsidP="00A047B0">
            <w:pPr>
              <w:pStyle w:val="TableParagraph"/>
              <w:spacing w:before="74" w:line="266" w:lineRule="auto"/>
              <w:ind w:left="77" w:right="43"/>
              <w:rPr>
                <w:b/>
                <w:sz w:val="15"/>
              </w:rPr>
            </w:pPr>
            <w:r w:rsidRPr="00E85698">
              <w:rPr>
                <w:b/>
                <w:spacing w:val="-1"/>
                <w:w w:val="105"/>
                <w:sz w:val="15"/>
              </w:rPr>
              <w:t>контрольные</w:t>
            </w:r>
            <w:r w:rsidRPr="00E85698">
              <w:rPr>
                <w:b/>
                <w:spacing w:val="-37"/>
                <w:w w:val="105"/>
                <w:sz w:val="15"/>
              </w:rPr>
              <w:t xml:space="preserve"> </w:t>
            </w:r>
            <w:r w:rsidRPr="00E85698">
              <w:rPr>
                <w:b/>
                <w:w w:val="105"/>
                <w:sz w:val="15"/>
              </w:rPr>
              <w:t>работы</w:t>
            </w:r>
          </w:p>
        </w:tc>
        <w:tc>
          <w:tcPr>
            <w:tcW w:w="1140" w:type="dxa"/>
            <w:gridSpan w:val="3"/>
          </w:tcPr>
          <w:p w:rsidR="003147F9" w:rsidRPr="00E85698" w:rsidRDefault="003147F9" w:rsidP="00A047B0">
            <w:pPr>
              <w:pStyle w:val="TableParagraph"/>
              <w:spacing w:before="74" w:line="266" w:lineRule="auto"/>
              <w:ind w:left="78" w:right="43"/>
              <w:rPr>
                <w:b/>
                <w:sz w:val="15"/>
              </w:rPr>
            </w:pPr>
            <w:r w:rsidRPr="00E85698">
              <w:rPr>
                <w:b/>
                <w:spacing w:val="-1"/>
                <w:w w:val="105"/>
                <w:sz w:val="15"/>
              </w:rPr>
              <w:t>практические</w:t>
            </w:r>
            <w:r w:rsidRPr="00E85698">
              <w:rPr>
                <w:b/>
                <w:spacing w:val="-37"/>
                <w:w w:val="105"/>
                <w:sz w:val="15"/>
              </w:rPr>
              <w:t xml:space="preserve"> </w:t>
            </w:r>
            <w:r w:rsidRPr="00E85698">
              <w:rPr>
                <w:b/>
                <w:w w:val="105"/>
                <w:sz w:val="15"/>
              </w:rPr>
              <w:t>работы</w:t>
            </w:r>
          </w:p>
        </w:tc>
        <w:tc>
          <w:tcPr>
            <w:tcW w:w="804" w:type="dxa"/>
            <w:gridSpan w:val="2"/>
            <w:vMerge/>
            <w:tcBorders>
              <w:top w:val="nil"/>
            </w:tcBorders>
          </w:tcPr>
          <w:p w:rsidR="003147F9" w:rsidRPr="00E85698" w:rsidRDefault="003147F9" w:rsidP="00A047B0">
            <w:pPr>
              <w:rPr>
                <w:sz w:val="2"/>
                <w:szCs w:val="2"/>
              </w:rPr>
            </w:pPr>
          </w:p>
        </w:tc>
        <w:tc>
          <w:tcPr>
            <w:tcW w:w="5667" w:type="dxa"/>
            <w:gridSpan w:val="3"/>
            <w:vMerge/>
            <w:tcBorders>
              <w:top w:val="nil"/>
            </w:tcBorders>
          </w:tcPr>
          <w:p w:rsidR="003147F9" w:rsidRPr="00E85698" w:rsidRDefault="003147F9" w:rsidP="00A047B0">
            <w:pPr>
              <w:rPr>
                <w:sz w:val="2"/>
                <w:szCs w:val="2"/>
              </w:rPr>
            </w:pPr>
          </w:p>
        </w:tc>
        <w:tc>
          <w:tcPr>
            <w:tcW w:w="1116" w:type="dxa"/>
            <w:gridSpan w:val="3"/>
            <w:vMerge/>
            <w:tcBorders>
              <w:top w:val="nil"/>
            </w:tcBorders>
          </w:tcPr>
          <w:p w:rsidR="003147F9" w:rsidRPr="00E85698" w:rsidRDefault="003147F9" w:rsidP="00A047B0">
            <w:pPr>
              <w:rPr>
                <w:sz w:val="2"/>
                <w:szCs w:val="2"/>
              </w:rPr>
            </w:pPr>
          </w:p>
        </w:tc>
        <w:tc>
          <w:tcPr>
            <w:tcW w:w="1812" w:type="dxa"/>
            <w:gridSpan w:val="3"/>
            <w:vMerge/>
            <w:tcBorders>
              <w:top w:val="nil"/>
            </w:tcBorders>
          </w:tcPr>
          <w:p w:rsidR="003147F9" w:rsidRPr="00E85698" w:rsidRDefault="003147F9" w:rsidP="00A047B0">
            <w:pPr>
              <w:rPr>
                <w:sz w:val="2"/>
                <w:szCs w:val="2"/>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74"/>
              <w:ind w:left="76"/>
              <w:rPr>
                <w:b/>
                <w:sz w:val="15"/>
              </w:rPr>
            </w:pPr>
            <w:r w:rsidRPr="00E85698">
              <w:rPr>
                <w:b/>
                <w:w w:val="105"/>
                <w:sz w:val="15"/>
              </w:rPr>
              <w:t>Раздел</w:t>
            </w:r>
            <w:r w:rsidRPr="00E85698">
              <w:rPr>
                <w:b/>
                <w:spacing w:val="-10"/>
                <w:w w:val="105"/>
                <w:sz w:val="15"/>
              </w:rPr>
              <w:t xml:space="preserve"> </w:t>
            </w:r>
            <w:r w:rsidRPr="00E85698">
              <w:rPr>
                <w:b/>
                <w:w w:val="105"/>
                <w:sz w:val="15"/>
              </w:rPr>
              <w:t>1.</w:t>
            </w:r>
            <w:r w:rsidRPr="00E85698">
              <w:rPr>
                <w:b/>
                <w:spacing w:val="-9"/>
                <w:w w:val="105"/>
                <w:sz w:val="15"/>
              </w:rPr>
              <w:t xml:space="preserve"> </w:t>
            </w:r>
            <w:r w:rsidRPr="00E85698">
              <w:rPr>
                <w:b/>
                <w:w w:val="105"/>
                <w:sz w:val="15"/>
              </w:rPr>
              <w:t>ПОВТОРЕНИЕ</w:t>
            </w:r>
          </w:p>
        </w:tc>
      </w:tr>
      <w:tr w:rsidR="003147F9" w:rsidRPr="00E85698" w:rsidTr="00A047B0">
        <w:trPr>
          <w:gridBefore w:val="1"/>
          <w:wBefore w:w="13" w:type="dxa"/>
          <w:trHeight w:val="717"/>
        </w:trPr>
        <w:tc>
          <w:tcPr>
            <w:tcW w:w="468" w:type="dxa"/>
            <w:gridSpan w:val="3"/>
          </w:tcPr>
          <w:p w:rsidR="003147F9" w:rsidRPr="00E85698" w:rsidRDefault="003147F9" w:rsidP="00A047B0">
            <w:pPr>
              <w:pStyle w:val="TableParagraph"/>
              <w:spacing w:before="74"/>
              <w:ind w:left="76"/>
              <w:rPr>
                <w:sz w:val="15"/>
              </w:rPr>
            </w:pPr>
            <w:r w:rsidRPr="00E85698">
              <w:rPr>
                <w:w w:val="105"/>
                <w:sz w:val="15"/>
              </w:rPr>
              <w:t>1.1.</w:t>
            </w:r>
          </w:p>
        </w:tc>
        <w:tc>
          <w:tcPr>
            <w:tcW w:w="2857" w:type="dxa"/>
            <w:gridSpan w:val="2"/>
          </w:tcPr>
          <w:p w:rsidR="003147F9" w:rsidRPr="00E85698" w:rsidRDefault="003147F9" w:rsidP="00A047B0">
            <w:pPr>
              <w:pStyle w:val="TableParagraph"/>
              <w:spacing w:before="74"/>
              <w:ind w:left="76"/>
              <w:rPr>
                <w:sz w:val="15"/>
              </w:rPr>
            </w:pPr>
            <w:r w:rsidRPr="00E85698">
              <w:rPr>
                <w:spacing w:val="-1"/>
                <w:w w:val="105"/>
                <w:sz w:val="15"/>
              </w:rPr>
              <w:t>Повторение</w:t>
            </w:r>
            <w:r w:rsidRPr="00E85698">
              <w:rPr>
                <w:spacing w:val="-7"/>
                <w:w w:val="105"/>
                <w:sz w:val="15"/>
              </w:rPr>
              <w:t xml:space="preserve"> </w:t>
            </w:r>
            <w:r w:rsidRPr="00E85698">
              <w:rPr>
                <w:spacing w:val="-1"/>
                <w:w w:val="105"/>
                <w:sz w:val="15"/>
              </w:rPr>
              <w:t>пройденного</w:t>
            </w:r>
            <w:r w:rsidRPr="00E85698">
              <w:rPr>
                <w:spacing w:val="-7"/>
                <w:w w:val="105"/>
                <w:sz w:val="15"/>
              </w:rPr>
              <w:t xml:space="preserve"> </w:t>
            </w:r>
            <w:r w:rsidRPr="00E85698">
              <w:rPr>
                <w:w w:val="105"/>
                <w:sz w:val="15"/>
              </w:rPr>
              <w:t>материала</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4</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2.09-7.09</w:t>
            </w:r>
          </w:p>
        </w:tc>
        <w:tc>
          <w:tcPr>
            <w:tcW w:w="5667" w:type="dxa"/>
            <w:gridSpan w:val="3"/>
          </w:tcPr>
          <w:p w:rsidR="003147F9" w:rsidRPr="00E85698" w:rsidRDefault="003147F9" w:rsidP="00A047B0">
            <w:pPr>
              <w:pStyle w:val="TableParagraph"/>
              <w:spacing w:before="74" w:line="266" w:lineRule="auto"/>
              <w:ind w:left="79" w:right="3898"/>
              <w:rPr>
                <w:sz w:val="15"/>
              </w:rPr>
            </w:pPr>
            <w:r w:rsidRPr="00E85698">
              <w:rPr>
                <w:w w:val="105"/>
                <w:sz w:val="15"/>
              </w:rPr>
              <w:t>Работа с текстом.</w:t>
            </w:r>
            <w:r w:rsidRPr="00E85698">
              <w:rPr>
                <w:spacing w:val="1"/>
                <w:w w:val="105"/>
                <w:sz w:val="15"/>
              </w:rPr>
              <w:t xml:space="preserve"> </w:t>
            </w:r>
            <w:r w:rsidRPr="00E85698">
              <w:rPr>
                <w:spacing w:val="-1"/>
                <w:w w:val="105"/>
                <w:sz w:val="15"/>
              </w:rPr>
              <w:t>Значение</w:t>
            </w:r>
            <w:r w:rsidRPr="00E85698">
              <w:rPr>
                <w:spacing w:val="-6"/>
                <w:w w:val="105"/>
                <w:sz w:val="15"/>
              </w:rPr>
              <w:t xml:space="preserve"> </w:t>
            </w:r>
            <w:r w:rsidRPr="00E85698">
              <w:rPr>
                <w:spacing w:val="-1"/>
                <w:w w:val="105"/>
                <w:sz w:val="15"/>
              </w:rPr>
              <w:t>русского</w:t>
            </w:r>
            <w:r w:rsidRPr="00E85698">
              <w:rPr>
                <w:spacing w:val="-6"/>
                <w:w w:val="105"/>
                <w:sz w:val="15"/>
              </w:rPr>
              <w:t xml:space="preserve"> </w:t>
            </w:r>
            <w:r w:rsidRPr="00E85698">
              <w:rPr>
                <w:w w:val="105"/>
                <w:sz w:val="15"/>
              </w:rPr>
              <w:t>языка</w:t>
            </w:r>
          </w:p>
        </w:tc>
        <w:tc>
          <w:tcPr>
            <w:tcW w:w="1116" w:type="dxa"/>
            <w:gridSpan w:val="3"/>
          </w:tcPr>
          <w:p w:rsidR="003147F9" w:rsidRPr="00E85698" w:rsidRDefault="003147F9" w:rsidP="00A047B0">
            <w:pPr>
              <w:pStyle w:val="TableParagraph"/>
              <w:spacing w:before="74"/>
              <w:ind w:left="79"/>
              <w:rPr>
                <w:sz w:val="15"/>
              </w:rPr>
            </w:pPr>
            <w:r w:rsidRPr="00E85698">
              <w:rPr>
                <w:w w:val="105"/>
                <w:sz w:val="15"/>
              </w:rPr>
              <w:t>Диктант;</w:t>
            </w:r>
          </w:p>
        </w:tc>
        <w:tc>
          <w:tcPr>
            <w:tcW w:w="1812" w:type="dxa"/>
            <w:gridSpan w:val="3"/>
          </w:tcPr>
          <w:p w:rsidR="003147F9" w:rsidRPr="00E85698" w:rsidRDefault="00942243" w:rsidP="00A047B0">
            <w:pPr>
              <w:pStyle w:val="TableParagraph"/>
              <w:spacing w:before="74" w:line="266" w:lineRule="auto"/>
              <w:ind w:left="80" w:right="52"/>
              <w:rPr>
                <w:sz w:val="15"/>
              </w:rPr>
            </w:pPr>
            <w:hyperlink r:id="rId8">
              <w:r w:rsidR="003147F9" w:rsidRPr="00E85698">
                <w:rPr>
                  <w:w w:val="105"/>
                  <w:sz w:val="15"/>
                </w:rPr>
                <w:t>http://rus.1september.ru</w:t>
              </w:r>
            </w:hyperlink>
            <w:r w:rsidR="003147F9" w:rsidRPr="00E85698">
              <w:rPr>
                <w:spacing w:val="1"/>
                <w:w w:val="105"/>
                <w:sz w:val="15"/>
              </w:rPr>
              <w:t xml:space="preserve"> </w:t>
            </w:r>
            <w:hyperlink r:id="rId9">
              <w:r w:rsidR="003147F9" w:rsidRPr="00E85698">
                <w:rPr>
                  <w:spacing w:val="-1"/>
                  <w:w w:val="105"/>
                  <w:sz w:val="15"/>
                </w:rPr>
                <w:t>http://pedsovet.su/load/27,</w:t>
              </w:r>
            </w:hyperlink>
            <w:r w:rsidR="003147F9" w:rsidRPr="00E85698">
              <w:rPr>
                <w:spacing w:val="-37"/>
                <w:w w:val="105"/>
                <w:sz w:val="15"/>
              </w:rPr>
              <w:t xml:space="preserve"> </w:t>
            </w:r>
            <w:hyperlink r:id="rId10">
              <w:r w:rsidR="003147F9" w:rsidRPr="00E85698">
                <w:rPr>
                  <w:w w:val="105"/>
                  <w:sz w:val="15"/>
                </w:rPr>
                <w:t>http://www.proshkolu.ru</w:t>
              </w:r>
            </w:hyperlink>
          </w:p>
        </w:tc>
      </w:tr>
      <w:tr w:rsidR="003147F9" w:rsidRPr="00E85698" w:rsidTr="00A047B0">
        <w:trPr>
          <w:gridBefore w:val="1"/>
          <w:wBefore w:w="13" w:type="dxa"/>
          <w:trHeight w:val="333"/>
        </w:trPr>
        <w:tc>
          <w:tcPr>
            <w:tcW w:w="3325" w:type="dxa"/>
            <w:gridSpan w:val="5"/>
          </w:tcPr>
          <w:p w:rsidR="003147F9" w:rsidRPr="00E85698" w:rsidRDefault="003147F9" w:rsidP="00A047B0">
            <w:pPr>
              <w:pStyle w:val="TableParagraph"/>
              <w:spacing w:before="7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4</w:t>
            </w:r>
          </w:p>
        </w:tc>
        <w:tc>
          <w:tcPr>
            <w:tcW w:w="11643" w:type="dxa"/>
            <w:gridSpan w:val="16"/>
          </w:tcPr>
          <w:p w:rsidR="003147F9" w:rsidRPr="00E85698" w:rsidRDefault="003147F9" w:rsidP="00A047B0">
            <w:pPr>
              <w:pStyle w:val="TableParagraph"/>
              <w:rPr>
                <w:sz w:val="14"/>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74"/>
              <w:ind w:left="76"/>
              <w:rPr>
                <w:b/>
                <w:sz w:val="15"/>
              </w:rPr>
            </w:pPr>
            <w:r w:rsidRPr="00E85698">
              <w:rPr>
                <w:b/>
                <w:w w:val="105"/>
                <w:sz w:val="15"/>
              </w:rPr>
              <w:t>Раздел</w:t>
            </w:r>
            <w:r w:rsidRPr="00E85698">
              <w:rPr>
                <w:b/>
                <w:spacing w:val="-6"/>
                <w:w w:val="105"/>
                <w:sz w:val="15"/>
              </w:rPr>
              <w:t xml:space="preserve"> </w:t>
            </w:r>
            <w:r w:rsidRPr="00E85698">
              <w:rPr>
                <w:b/>
                <w:w w:val="105"/>
                <w:sz w:val="15"/>
              </w:rPr>
              <w:t>2.</w:t>
            </w:r>
            <w:r w:rsidRPr="00E85698">
              <w:rPr>
                <w:b/>
                <w:spacing w:val="-6"/>
                <w:w w:val="105"/>
                <w:sz w:val="15"/>
              </w:rPr>
              <w:t xml:space="preserve"> </w:t>
            </w:r>
            <w:r w:rsidRPr="00E85698">
              <w:rPr>
                <w:b/>
                <w:w w:val="105"/>
                <w:sz w:val="15"/>
              </w:rPr>
              <w:t>ОБЩИЕ</w:t>
            </w:r>
            <w:r w:rsidRPr="00E85698">
              <w:rPr>
                <w:b/>
                <w:spacing w:val="28"/>
                <w:w w:val="105"/>
                <w:sz w:val="15"/>
              </w:rPr>
              <w:t xml:space="preserve"> </w:t>
            </w:r>
            <w:r w:rsidRPr="00E85698">
              <w:rPr>
                <w:b/>
                <w:w w:val="105"/>
                <w:sz w:val="15"/>
              </w:rPr>
              <w:t>СВЕДЕНИЯ</w:t>
            </w:r>
            <w:r w:rsidRPr="00E85698">
              <w:rPr>
                <w:b/>
                <w:spacing w:val="29"/>
                <w:w w:val="105"/>
                <w:sz w:val="15"/>
              </w:rPr>
              <w:t xml:space="preserve"> </w:t>
            </w:r>
            <w:r w:rsidRPr="00E85698">
              <w:rPr>
                <w:b/>
                <w:w w:val="105"/>
                <w:sz w:val="15"/>
              </w:rPr>
              <w:t>О</w:t>
            </w:r>
            <w:r w:rsidRPr="00E85698">
              <w:rPr>
                <w:b/>
                <w:spacing w:val="29"/>
                <w:w w:val="105"/>
                <w:sz w:val="15"/>
              </w:rPr>
              <w:t xml:space="preserve"> </w:t>
            </w:r>
            <w:r w:rsidRPr="00E85698">
              <w:rPr>
                <w:b/>
                <w:w w:val="105"/>
                <w:sz w:val="15"/>
              </w:rPr>
              <w:t>ЯЗЫКЕ</w:t>
            </w:r>
          </w:p>
        </w:tc>
      </w:tr>
      <w:tr w:rsidR="003147F9" w:rsidRPr="00E85698" w:rsidTr="00A047B0">
        <w:trPr>
          <w:gridBefore w:val="1"/>
          <w:wBefore w:w="13" w:type="dxa"/>
          <w:trHeight w:val="1101"/>
        </w:trPr>
        <w:tc>
          <w:tcPr>
            <w:tcW w:w="468" w:type="dxa"/>
            <w:gridSpan w:val="3"/>
          </w:tcPr>
          <w:p w:rsidR="003147F9" w:rsidRPr="00E85698" w:rsidRDefault="003147F9" w:rsidP="00A047B0">
            <w:pPr>
              <w:pStyle w:val="TableParagraph"/>
              <w:spacing w:before="74"/>
              <w:ind w:left="76"/>
              <w:rPr>
                <w:sz w:val="15"/>
              </w:rPr>
            </w:pPr>
            <w:r w:rsidRPr="00E85698">
              <w:rPr>
                <w:w w:val="105"/>
                <w:sz w:val="15"/>
              </w:rPr>
              <w:t>2.1.</w:t>
            </w:r>
          </w:p>
        </w:tc>
        <w:tc>
          <w:tcPr>
            <w:tcW w:w="2857" w:type="dxa"/>
            <w:gridSpan w:val="2"/>
          </w:tcPr>
          <w:p w:rsidR="003147F9" w:rsidRPr="00E85698" w:rsidRDefault="003147F9" w:rsidP="00A047B0">
            <w:pPr>
              <w:pStyle w:val="TableParagraph"/>
              <w:spacing w:before="74"/>
              <w:ind w:left="76"/>
              <w:rPr>
                <w:sz w:val="15"/>
              </w:rPr>
            </w:pPr>
            <w:r w:rsidRPr="00E85698">
              <w:rPr>
                <w:spacing w:val="-1"/>
                <w:w w:val="105"/>
                <w:sz w:val="15"/>
              </w:rPr>
              <w:t>Язык</w:t>
            </w:r>
            <w:r w:rsidRPr="00E85698">
              <w:rPr>
                <w:spacing w:val="-9"/>
                <w:w w:val="105"/>
                <w:sz w:val="15"/>
              </w:rPr>
              <w:t xml:space="preserve"> </w:t>
            </w:r>
            <w:r w:rsidRPr="00E85698">
              <w:rPr>
                <w:spacing w:val="-1"/>
                <w:w w:val="105"/>
                <w:sz w:val="15"/>
              </w:rPr>
              <w:t>как</w:t>
            </w:r>
            <w:r w:rsidRPr="00E85698">
              <w:rPr>
                <w:spacing w:val="-9"/>
                <w:w w:val="105"/>
                <w:sz w:val="15"/>
              </w:rPr>
              <w:t xml:space="preserve"> </w:t>
            </w:r>
            <w:r w:rsidRPr="00E85698">
              <w:rPr>
                <w:w w:val="105"/>
                <w:sz w:val="15"/>
              </w:rPr>
              <w:t>развивающееся</w:t>
            </w:r>
            <w:r w:rsidRPr="00E85698">
              <w:rPr>
                <w:spacing w:val="-8"/>
                <w:w w:val="105"/>
                <w:sz w:val="15"/>
              </w:rPr>
              <w:t xml:space="preserve"> </w:t>
            </w:r>
            <w:r w:rsidRPr="00E85698">
              <w:rPr>
                <w:w w:val="105"/>
                <w:sz w:val="15"/>
              </w:rPr>
              <w:t>явление</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1</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8.09</w:t>
            </w:r>
          </w:p>
        </w:tc>
        <w:tc>
          <w:tcPr>
            <w:tcW w:w="5667" w:type="dxa"/>
            <w:gridSpan w:val="3"/>
          </w:tcPr>
          <w:p w:rsidR="003147F9" w:rsidRPr="00E85698" w:rsidRDefault="003147F9" w:rsidP="00A047B0">
            <w:pPr>
              <w:pStyle w:val="TableParagraph"/>
              <w:spacing w:before="74" w:line="266" w:lineRule="auto"/>
              <w:ind w:left="79" w:right="96"/>
              <w:rPr>
                <w:sz w:val="15"/>
              </w:rPr>
            </w:pPr>
            <w:r w:rsidRPr="00E85698">
              <w:rPr>
                <w:spacing w:val="-1"/>
                <w:w w:val="105"/>
                <w:sz w:val="15"/>
              </w:rPr>
              <w:t>Характеризовать</w:t>
            </w:r>
            <w:r w:rsidRPr="00E85698">
              <w:rPr>
                <w:spacing w:val="-9"/>
                <w:w w:val="105"/>
                <w:sz w:val="15"/>
              </w:rPr>
              <w:t xml:space="preserve"> </w:t>
            </w:r>
            <w:r w:rsidRPr="00E85698">
              <w:rPr>
                <w:spacing w:val="-1"/>
                <w:w w:val="105"/>
                <w:sz w:val="15"/>
              </w:rPr>
              <w:t>язык</w:t>
            </w:r>
            <w:r w:rsidRPr="00E85698">
              <w:rPr>
                <w:spacing w:val="-9"/>
                <w:w w:val="105"/>
                <w:sz w:val="15"/>
              </w:rPr>
              <w:t xml:space="preserve"> </w:t>
            </w:r>
            <w:r w:rsidRPr="00E85698">
              <w:rPr>
                <w:spacing w:val="-1"/>
                <w:w w:val="105"/>
                <w:sz w:val="15"/>
              </w:rPr>
              <w:t>как</w:t>
            </w:r>
            <w:r w:rsidRPr="00E85698">
              <w:rPr>
                <w:spacing w:val="-9"/>
                <w:w w:val="105"/>
                <w:sz w:val="15"/>
              </w:rPr>
              <w:t xml:space="preserve"> </w:t>
            </w:r>
            <w:r w:rsidRPr="00E85698">
              <w:rPr>
                <w:w w:val="105"/>
                <w:sz w:val="15"/>
              </w:rPr>
              <w:t>развивающееся</w:t>
            </w:r>
            <w:r w:rsidRPr="00E85698">
              <w:rPr>
                <w:spacing w:val="-9"/>
                <w:w w:val="105"/>
                <w:sz w:val="15"/>
              </w:rPr>
              <w:t xml:space="preserve"> </w:t>
            </w:r>
            <w:r w:rsidRPr="00E85698">
              <w:rPr>
                <w:w w:val="105"/>
                <w:sz w:val="15"/>
              </w:rPr>
              <w:t>явление</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рамках</w:t>
            </w:r>
            <w:r w:rsidRPr="00E85698">
              <w:rPr>
                <w:spacing w:val="-9"/>
                <w:w w:val="105"/>
                <w:sz w:val="15"/>
              </w:rPr>
              <w:t xml:space="preserve"> </w:t>
            </w:r>
            <w:r w:rsidRPr="00E85698">
              <w:rPr>
                <w:w w:val="105"/>
                <w:sz w:val="15"/>
              </w:rPr>
              <w:t>изученного);</w:t>
            </w:r>
            <w:r w:rsidRPr="00E85698">
              <w:rPr>
                <w:spacing w:val="-36"/>
                <w:w w:val="105"/>
                <w:sz w:val="15"/>
              </w:rPr>
              <w:t xml:space="preserve"> </w:t>
            </w:r>
            <w:r w:rsidRPr="00E85698">
              <w:rPr>
                <w:w w:val="105"/>
                <w:sz w:val="15"/>
              </w:rPr>
              <w:t>Понимать взаимосвязь языка, культуры и истории народа, приводить</w:t>
            </w:r>
            <w:r w:rsidRPr="00E85698">
              <w:rPr>
                <w:spacing w:val="1"/>
                <w:w w:val="105"/>
                <w:sz w:val="15"/>
              </w:rPr>
              <w:t xml:space="preserve"> </w:t>
            </w:r>
            <w:r w:rsidRPr="00E85698">
              <w:rPr>
                <w:w w:val="105"/>
                <w:sz w:val="15"/>
              </w:rPr>
              <w:t>соответствующие</w:t>
            </w:r>
            <w:r w:rsidRPr="00E85698">
              <w:rPr>
                <w:spacing w:val="-2"/>
                <w:w w:val="105"/>
                <w:sz w:val="15"/>
              </w:rPr>
              <w:t xml:space="preserve"> </w:t>
            </w:r>
            <w:r w:rsidRPr="00E85698">
              <w:rPr>
                <w:w w:val="105"/>
                <w:sz w:val="15"/>
              </w:rPr>
              <w:t>примеры;</w:t>
            </w:r>
          </w:p>
          <w:p w:rsidR="003147F9" w:rsidRPr="00E85698" w:rsidRDefault="003147F9" w:rsidP="00A047B0">
            <w:pPr>
              <w:pStyle w:val="TableParagraph"/>
              <w:spacing w:before="2" w:line="266" w:lineRule="auto"/>
              <w:ind w:left="79"/>
              <w:rPr>
                <w:sz w:val="15"/>
              </w:rPr>
            </w:pPr>
            <w:r w:rsidRPr="00E85698">
              <w:rPr>
                <w:w w:val="105"/>
                <w:sz w:val="15"/>
              </w:rPr>
              <w:t>Объяснять</w:t>
            </w:r>
            <w:r w:rsidRPr="00E85698">
              <w:rPr>
                <w:spacing w:val="-10"/>
                <w:w w:val="105"/>
                <w:sz w:val="15"/>
              </w:rPr>
              <w:t xml:space="preserve"> </w:t>
            </w:r>
            <w:r w:rsidRPr="00E85698">
              <w:rPr>
                <w:w w:val="105"/>
                <w:sz w:val="15"/>
              </w:rPr>
              <w:t>причины</w:t>
            </w:r>
            <w:r w:rsidRPr="00E85698">
              <w:rPr>
                <w:spacing w:val="-10"/>
                <w:w w:val="105"/>
                <w:sz w:val="15"/>
              </w:rPr>
              <w:t xml:space="preserve"> </w:t>
            </w:r>
            <w:r w:rsidRPr="00E85698">
              <w:rPr>
                <w:w w:val="105"/>
                <w:sz w:val="15"/>
              </w:rPr>
              <w:t>изменений,</w:t>
            </w:r>
            <w:r w:rsidRPr="00E85698">
              <w:rPr>
                <w:spacing w:val="-10"/>
                <w:w w:val="105"/>
                <w:sz w:val="15"/>
              </w:rPr>
              <w:t xml:space="preserve"> </w:t>
            </w:r>
            <w:r w:rsidRPr="00E85698">
              <w:rPr>
                <w:w w:val="105"/>
                <w:sz w:val="15"/>
              </w:rPr>
              <w:t>происходящих</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языке</w:t>
            </w:r>
            <w:r w:rsidRPr="00E85698">
              <w:rPr>
                <w:spacing w:val="-9"/>
                <w:w w:val="105"/>
                <w:sz w:val="15"/>
              </w:rPr>
              <w:t xml:space="preserve"> </w:t>
            </w:r>
            <w:r w:rsidRPr="00E85698">
              <w:rPr>
                <w:w w:val="105"/>
                <w:sz w:val="15"/>
              </w:rPr>
              <w:t>на</w:t>
            </w:r>
            <w:r w:rsidRPr="00E85698">
              <w:rPr>
                <w:spacing w:val="-10"/>
                <w:w w:val="105"/>
                <w:sz w:val="15"/>
              </w:rPr>
              <w:t xml:space="preserve"> </w:t>
            </w:r>
            <w:r w:rsidRPr="00E85698">
              <w:rPr>
                <w:w w:val="105"/>
                <w:sz w:val="15"/>
              </w:rPr>
              <w:t>современном</w:t>
            </w:r>
            <w:r w:rsidRPr="00E85698">
              <w:rPr>
                <w:spacing w:val="-10"/>
                <w:w w:val="105"/>
                <w:sz w:val="15"/>
              </w:rPr>
              <w:t xml:space="preserve"> </w:t>
            </w:r>
            <w:r w:rsidRPr="00E85698">
              <w:rPr>
                <w:w w:val="105"/>
                <w:sz w:val="15"/>
              </w:rPr>
              <w:t>этапе</w:t>
            </w:r>
            <w:r w:rsidRPr="00E85698">
              <w:rPr>
                <w:spacing w:val="-10"/>
                <w:w w:val="105"/>
                <w:sz w:val="15"/>
              </w:rPr>
              <w:t xml:space="preserve"> </w:t>
            </w:r>
            <w:r w:rsidRPr="00E85698">
              <w:rPr>
                <w:w w:val="105"/>
                <w:sz w:val="15"/>
              </w:rPr>
              <w:t>его</w:t>
            </w:r>
            <w:r w:rsidRPr="00E85698">
              <w:rPr>
                <w:spacing w:val="-36"/>
                <w:w w:val="105"/>
                <w:sz w:val="15"/>
              </w:rPr>
              <w:t xml:space="preserve"> </w:t>
            </w:r>
            <w:r w:rsidRPr="00E85698">
              <w:rPr>
                <w:w w:val="105"/>
                <w:sz w:val="15"/>
              </w:rPr>
              <w:t>развития;</w:t>
            </w:r>
          </w:p>
        </w:tc>
        <w:tc>
          <w:tcPr>
            <w:tcW w:w="1116" w:type="dxa"/>
            <w:gridSpan w:val="3"/>
          </w:tcPr>
          <w:p w:rsidR="003147F9" w:rsidRPr="00E85698" w:rsidRDefault="003147F9" w:rsidP="00A047B0">
            <w:pPr>
              <w:pStyle w:val="TableParagraph"/>
              <w:spacing w:before="7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1812" w:type="dxa"/>
            <w:gridSpan w:val="3"/>
          </w:tcPr>
          <w:p w:rsidR="003147F9" w:rsidRPr="00E85698" w:rsidRDefault="00942243" w:rsidP="00A047B0">
            <w:pPr>
              <w:pStyle w:val="TableParagraph"/>
              <w:spacing w:before="74" w:line="266" w:lineRule="auto"/>
              <w:ind w:left="80" w:right="52"/>
              <w:rPr>
                <w:sz w:val="15"/>
              </w:rPr>
            </w:pPr>
            <w:hyperlink r:id="rId11">
              <w:r w:rsidR="003147F9" w:rsidRPr="00E85698">
                <w:rPr>
                  <w:w w:val="105"/>
                  <w:sz w:val="15"/>
                </w:rPr>
                <w:t>http://rus.1september.ru</w:t>
              </w:r>
            </w:hyperlink>
            <w:r w:rsidR="003147F9" w:rsidRPr="00E85698">
              <w:rPr>
                <w:spacing w:val="1"/>
                <w:w w:val="105"/>
                <w:sz w:val="15"/>
              </w:rPr>
              <w:t xml:space="preserve"> </w:t>
            </w:r>
            <w:hyperlink r:id="rId12">
              <w:r w:rsidR="003147F9" w:rsidRPr="00E85698">
                <w:rPr>
                  <w:spacing w:val="-1"/>
                  <w:w w:val="105"/>
                  <w:sz w:val="15"/>
                </w:rPr>
                <w:t>http://pedsovet.su/load/27,</w:t>
              </w:r>
            </w:hyperlink>
            <w:r w:rsidR="003147F9" w:rsidRPr="00E85698">
              <w:rPr>
                <w:spacing w:val="-37"/>
                <w:w w:val="105"/>
                <w:sz w:val="15"/>
              </w:rPr>
              <w:t xml:space="preserve"> </w:t>
            </w:r>
            <w:hyperlink r:id="rId13">
              <w:r w:rsidR="003147F9" w:rsidRPr="00E85698">
                <w:rPr>
                  <w:w w:val="105"/>
                  <w:sz w:val="15"/>
                </w:rPr>
                <w:t>http://www.proshkolu.ru</w:t>
              </w:r>
            </w:hyperlink>
          </w:p>
        </w:tc>
      </w:tr>
      <w:tr w:rsidR="003147F9" w:rsidRPr="00E85698" w:rsidTr="00A047B0">
        <w:trPr>
          <w:gridBefore w:val="1"/>
          <w:wBefore w:w="13" w:type="dxa"/>
          <w:trHeight w:val="333"/>
        </w:trPr>
        <w:tc>
          <w:tcPr>
            <w:tcW w:w="3325" w:type="dxa"/>
            <w:gridSpan w:val="5"/>
          </w:tcPr>
          <w:p w:rsidR="003147F9" w:rsidRPr="00E85698" w:rsidRDefault="003147F9" w:rsidP="00A047B0">
            <w:pPr>
              <w:pStyle w:val="TableParagraph"/>
              <w:spacing w:before="7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1</w:t>
            </w:r>
          </w:p>
        </w:tc>
        <w:tc>
          <w:tcPr>
            <w:tcW w:w="11643" w:type="dxa"/>
            <w:gridSpan w:val="16"/>
          </w:tcPr>
          <w:p w:rsidR="003147F9" w:rsidRPr="00E85698" w:rsidRDefault="003147F9" w:rsidP="00A047B0">
            <w:pPr>
              <w:pStyle w:val="TableParagraph"/>
              <w:rPr>
                <w:sz w:val="14"/>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74"/>
              <w:ind w:left="76"/>
              <w:rPr>
                <w:b/>
                <w:sz w:val="15"/>
              </w:rPr>
            </w:pPr>
            <w:r w:rsidRPr="00E85698">
              <w:rPr>
                <w:b/>
                <w:w w:val="105"/>
                <w:sz w:val="15"/>
              </w:rPr>
              <w:t>Раздел</w:t>
            </w:r>
            <w:r w:rsidRPr="00E85698">
              <w:rPr>
                <w:b/>
                <w:spacing w:val="-5"/>
                <w:w w:val="105"/>
                <w:sz w:val="15"/>
              </w:rPr>
              <w:t xml:space="preserve"> </w:t>
            </w:r>
            <w:r w:rsidRPr="00E85698">
              <w:rPr>
                <w:b/>
                <w:w w:val="105"/>
                <w:sz w:val="15"/>
              </w:rPr>
              <w:t>3.</w:t>
            </w:r>
            <w:r w:rsidRPr="00E85698">
              <w:rPr>
                <w:b/>
                <w:spacing w:val="-5"/>
                <w:w w:val="105"/>
                <w:sz w:val="15"/>
              </w:rPr>
              <w:t xml:space="preserve"> </w:t>
            </w:r>
            <w:r w:rsidRPr="00E85698">
              <w:rPr>
                <w:b/>
                <w:w w:val="105"/>
                <w:sz w:val="15"/>
              </w:rPr>
              <w:t>ЯЗЫК</w:t>
            </w:r>
            <w:r w:rsidRPr="00E85698">
              <w:rPr>
                <w:b/>
                <w:spacing w:val="-5"/>
                <w:w w:val="105"/>
                <w:sz w:val="15"/>
              </w:rPr>
              <w:t xml:space="preserve"> </w:t>
            </w:r>
            <w:r w:rsidRPr="00E85698">
              <w:rPr>
                <w:b/>
                <w:w w:val="105"/>
                <w:sz w:val="15"/>
              </w:rPr>
              <w:t>И</w:t>
            </w:r>
            <w:r w:rsidRPr="00E85698">
              <w:rPr>
                <w:b/>
                <w:spacing w:val="31"/>
                <w:w w:val="105"/>
                <w:sz w:val="15"/>
              </w:rPr>
              <w:t xml:space="preserve"> </w:t>
            </w:r>
            <w:r w:rsidRPr="00E85698">
              <w:rPr>
                <w:b/>
                <w:w w:val="105"/>
                <w:sz w:val="15"/>
              </w:rPr>
              <w:t>РЕЧЬ</w:t>
            </w:r>
          </w:p>
        </w:tc>
      </w:tr>
      <w:tr w:rsidR="003147F9" w:rsidRPr="00E85698" w:rsidTr="00A047B0">
        <w:trPr>
          <w:gridBefore w:val="1"/>
          <w:wBefore w:w="13" w:type="dxa"/>
          <w:trHeight w:val="909"/>
        </w:trPr>
        <w:tc>
          <w:tcPr>
            <w:tcW w:w="468" w:type="dxa"/>
            <w:gridSpan w:val="3"/>
          </w:tcPr>
          <w:p w:rsidR="003147F9" w:rsidRPr="00E85698" w:rsidRDefault="003147F9" w:rsidP="00A047B0">
            <w:pPr>
              <w:pStyle w:val="TableParagraph"/>
              <w:spacing w:before="74"/>
              <w:ind w:left="76"/>
              <w:rPr>
                <w:sz w:val="15"/>
              </w:rPr>
            </w:pPr>
            <w:r w:rsidRPr="00E85698">
              <w:rPr>
                <w:w w:val="105"/>
                <w:sz w:val="15"/>
              </w:rPr>
              <w:t>3.1.</w:t>
            </w:r>
          </w:p>
        </w:tc>
        <w:tc>
          <w:tcPr>
            <w:tcW w:w="2857" w:type="dxa"/>
            <w:gridSpan w:val="2"/>
          </w:tcPr>
          <w:p w:rsidR="003147F9" w:rsidRPr="00E85698" w:rsidRDefault="003147F9" w:rsidP="00A047B0">
            <w:pPr>
              <w:pStyle w:val="TableParagraph"/>
              <w:spacing w:before="74"/>
              <w:ind w:left="76"/>
              <w:rPr>
                <w:sz w:val="15"/>
              </w:rPr>
            </w:pPr>
            <w:r w:rsidRPr="00E85698">
              <w:rPr>
                <w:w w:val="105"/>
                <w:sz w:val="15"/>
              </w:rPr>
              <w:t>Монолог</w:t>
            </w:r>
            <w:r w:rsidRPr="00E85698">
              <w:rPr>
                <w:spacing w:val="-4"/>
                <w:w w:val="105"/>
                <w:sz w:val="15"/>
              </w:rPr>
              <w:t xml:space="preserve"> </w:t>
            </w:r>
            <w:r w:rsidRPr="00E85698">
              <w:rPr>
                <w:w w:val="105"/>
                <w:sz w:val="15"/>
              </w:rPr>
              <w:t>и</w:t>
            </w:r>
            <w:r w:rsidRPr="00E85698">
              <w:rPr>
                <w:spacing w:val="32"/>
                <w:w w:val="105"/>
                <w:sz w:val="15"/>
              </w:rPr>
              <w:t xml:space="preserve"> </w:t>
            </w:r>
            <w:r w:rsidRPr="00E85698">
              <w:rPr>
                <w:w w:val="105"/>
                <w:sz w:val="15"/>
              </w:rPr>
              <w:t>его</w:t>
            </w:r>
            <w:r w:rsidRPr="00E85698">
              <w:rPr>
                <w:spacing w:val="33"/>
                <w:w w:val="105"/>
                <w:sz w:val="15"/>
              </w:rPr>
              <w:t xml:space="preserve"> </w:t>
            </w:r>
            <w:r w:rsidRPr="00E85698">
              <w:rPr>
                <w:w w:val="105"/>
                <w:sz w:val="15"/>
              </w:rPr>
              <w:t>виды</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1</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12.09</w:t>
            </w:r>
          </w:p>
        </w:tc>
        <w:tc>
          <w:tcPr>
            <w:tcW w:w="5667" w:type="dxa"/>
            <w:gridSpan w:val="3"/>
          </w:tcPr>
          <w:p w:rsidR="003147F9" w:rsidRPr="00E85698" w:rsidRDefault="003147F9" w:rsidP="00A047B0">
            <w:pPr>
              <w:pStyle w:val="TableParagraph"/>
              <w:spacing w:before="74" w:line="266" w:lineRule="auto"/>
              <w:ind w:left="79"/>
              <w:rPr>
                <w:sz w:val="15"/>
              </w:rPr>
            </w:pPr>
            <w:r w:rsidRPr="00E85698">
              <w:rPr>
                <w:w w:val="105"/>
                <w:sz w:val="15"/>
              </w:rPr>
              <w:t>Создавать</w:t>
            </w:r>
            <w:r w:rsidRPr="00E85698">
              <w:rPr>
                <w:spacing w:val="-10"/>
                <w:w w:val="105"/>
                <w:sz w:val="15"/>
              </w:rPr>
              <w:t xml:space="preserve"> </w:t>
            </w:r>
            <w:r w:rsidRPr="00E85698">
              <w:rPr>
                <w:w w:val="105"/>
                <w:sz w:val="15"/>
              </w:rPr>
              <w:t>различные</w:t>
            </w:r>
            <w:r w:rsidRPr="00E85698">
              <w:rPr>
                <w:spacing w:val="-9"/>
                <w:w w:val="105"/>
                <w:sz w:val="15"/>
              </w:rPr>
              <w:t xml:space="preserve"> </w:t>
            </w:r>
            <w:r w:rsidRPr="00E85698">
              <w:rPr>
                <w:w w:val="105"/>
                <w:sz w:val="15"/>
              </w:rPr>
              <w:t>виды</w:t>
            </w:r>
            <w:r w:rsidRPr="00E85698">
              <w:rPr>
                <w:spacing w:val="-9"/>
                <w:w w:val="105"/>
                <w:sz w:val="15"/>
              </w:rPr>
              <w:t xml:space="preserve"> </w:t>
            </w:r>
            <w:r w:rsidRPr="00E85698">
              <w:rPr>
                <w:w w:val="105"/>
                <w:sz w:val="15"/>
              </w:rPr>
              <w:t>монолога</w:t>
            </w:r>
            <w:r w:rsidRPr="00E85698">
              <w:rPr>
                <w:spacing w:val="-9"/>
                <w:w w:val="105"/>
                <w:sz w:val="15"/>
              </w:rPr>
              <w:t xml:space="preserve"> </w:t>
            </w:r>
            <w:r w:rsidRPr="00E85698">
              <w:rPr>
                <w:w w:val="105"/>
                <w:sz w:val="15"/>
              </w:rPr>
              <w:t>на</w:t>
            </w:r>
            <w:r w:rsidRPr="00E85698">
              <w:rPr>
                <w:spacing w:val="-10"/>
                <w:w w:val="105"/>
                <w:sz w:val="15"/>
              </w:rPr>
              <w:t xml:space="preserve"> </w:t>
            </w:r>
            <w:r w:rsidRPr="00E85698">
              <w:rPr>
                <w:w w:val="105"/>
                <w:sz w:val="15"/>
              </w:rPr>
              <w:t>бытовые,</w:t>
            </w:r>
            <w:r w:rsidRPr="00E85698">
              <w:rPr>
                <w:spacing w:val="-9"/>
                <w:w w:val="105"/>
                <w:sz w:val="15"/>
              </w:rPr>
              <w:t xml:space="preserve"> </w:t>
            </w:r>
            <w:r w:rsidRPr="00E85698">
              <w:rPr>
                <w:w w:val="105"/>
                <w:sz w:val="15"/>
              </w:rPr>
              <w:t>научно-учебные</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том</w:t>
            </w:r>
            <w:r w:rsidRPr="00E85698">
              <w:rPr>
                <w:spacing w:val="-9"/>
                <w:w w:val="105"/>
                <w:sz w:val="15"/>
              </w:rPr>
              <w:t xml:space="preserve"> </w:t>
            </w:r>
            <w:r w:rsidRPr="00E85698">
              <w:rPr>
                <w:w w:val="105"/>
                <w:sz w:val="15"/>
              </w:rPr>
              <w:t>числе</w:t>
            </w:r>
            <w:r w:rsidRPr="00E85698">
              <w:rPr>
                <w:spacing w:val="-37"/>
                <w:w w:val="105"/>
                <w:sz w:val="15"/>
              </w:rPr>
              <w:t xml:space="preserve"> </w:t>
            </w:r>
            <w:r w:rsidRPr="00E85698">
              <w:rPr>
                <w:w w:val="105"/>
                <w:sz w:val="15"/>
              </w:rPr>
              <w:t>лингвистические)</w:t>
            </w:r>
            <w:r w:rsidRPr="00E85698">
              <w:rPr>
                <w:spacing w:val="-2"/>
                <w:w w:val="105"/>
                <w:sz w:val="15"/>
              </w:rPr>
              <w:t xml:space="preserve"> </w:t>
            </w:r>
            <w:r w:rsidRPr="00E85698">
              <w:rPr>
                <w:w w:val="105"/>
                <w:sz w:val="15"/>
              </w:rPr>
              <w:t>темы</w:t>
            </w:r>
            <w:r w:rsidRPr="00E85698">
              <w:rPr>
                <w:spacing w:val="-2"/>
                <w:w w:val="105"/>
                <w:sz w:val="15"/>
              </w:rPr>
              <w:t xml:space="preserve"> </w:t>
            </w:r>
            <w:r w:rsidRPr="00E85698">
              <w:rPr>
                <w:w w:val="105"/>
                <w:sz w:val="15"/>
              </w:rPr>
              <w:t>(в</w:t>
            </w:r>
            <w:r w:rsidRPr="00E85698">
              <w:rPr>
                <w:spacing w:val="-2"/>
                <w:w w:val="105"/>
                <w:sz w:val="15"/>
              </w:rPr>
              <w:t xml:space="preserve"> </w:t>
            </w:r>
            <w:r w:rsidRPr="00E85698">
              <w:rPr>
                <w:w w:val="105"/>
                <w:sz w:val="15"/>
              </w:rPr>
              <w:t>течение</w:t>
            </w:r>
            <w:r w:rsidRPr="00E85698">
              <w:rPr>
                <w:spacing w:val="-2"/>
                <w:w w:val="105"/>
                <w:sz w:val="15"/>
              </w:rPr>
              <w:t xml:space="preserve"> </w:t>
            </w:r>
            <w:r w:rsidRPr="00E85698">
              <w:rPr>
                <w:w w:val="105"/>
                <w:sz w:val="15"/>
              </w:rPr>
              <w:t>учебного</w:t>
            </w:r>
            <w:r w:rsidRPr="00E85698">
              <w:rPr>
                <w:spacing w:val="-2"/>
                <w:w w:val="105"/>
                <w:sz w:val="15"/>
              </w:rPr>
              <w:t xml:space="preserve"> </w:t>
            </w:r>
            <w:r w:rsidRPr="00E85698">
              <w:rPr>
                <w:w w:val="105"/>
                <w:sz w:val="15"/>
              </w:rPr>
              <w:t>года);</w:t>
            </w:r>
          </w:p>
        </w:tc>
        <w:tc>
          <w:tcPr>
            <w:tcW w:w="1116" w:type="dxa"/>
            <w:gridSpan w:val="3"/>
          </w:tcPr>
          <w:p w:rsidR="003147F9" w:rsidRPr="00E85698" w:rsidRDefault="003147F9" w:rsidP="00A047B0">
            <w:pPr>
              <w:pStyle w:val="TableParagraph"/>
              <w:spacing w:before="7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74" w:line="266" w:lineRule="auto"/>
              <w:ind w:left="80" w:right="52"/>
              <w:rPr>
                <w:sz w:val="15"/>
              </w:rPr>
            </w:pPr>
            <w:hyperlink r:id="rId14">
              <w:r w:rsidR="003147F9" w:rsidRPr="00E85698">
                <w:rPr>
                  <w:w w:val="105"/>
                  <w:sz w:val="15"/>
                </w:rPr>
                <w:t>http://rus.1september.ru</w:t>
              </w:r>
            </w:hyperlink>
            <w:r w:rsidR="003147F9" w:rsidRPr="00E85698">
              <w:rPr>
                <w:spacing w:val="1"/>
                <w:w w:val="105"/>
                <w:sz w:val="15"/>
              </w:rPr>
              <w:t xml:space="preserve"> </w:t>
            </w:r>
            <w:hyperlink r:id="rId15">
              <w:r w:rsidR="003147F9" w:rsidRPr="00E85698">
                <w:rPr>
                  <w:spacing w:val="-1"/>
                  <w:w w:val="105"/>
                  <w:sz w:val="15"/>
                </w:rPr>
                <w:t>http://pedsovet.su/load/27,</w:t>
              </w:r>
            </w:hyperlink>
            <w:r w:rsidR="003147F9" w:rsidRPr="00E85698">
              <w:rPr>
                <w:spacing w:val="-37"/>
                <w:w w:val="105"/>
                <w:sz w:val="15"/>
              </w:rPr>
              <w:t xml:space="preserve"> </w:t>
            </w:r>
            <w:hyperlink r:id="rId16">
              <w:r w:rsidR="003147F9" w:rsidRPr="00E85698">
                <w:rPr>
                  <w:w w:val="105"/>
                  <w:sz w:val="15"/>
                </w:rPr>
                <w:t>http://www.proshkolu.ru</w:t>
              </w:r>
            </w:hyperlink>
          </w:p>
        </w:tc>
      </w:tr>
      <w:tr w:rsidR="003147F9" w:rsidRPr="00E85698" w:rsidTr="00A047B0">
        <w:trPr>
          <w:gridBefore w:val="1"/>
          <w:wBefore w:w="13" w:type="dxa"/>
          <w:trHeight w:val="1293"/>
        </w:trPr>
        <w:tc>
          <w:tcPr>
            <w:tcW w:w="468" w:type="dxa"/>
            <w:gridSpan w:val="3"/>
          </w:tcPr>
          <w:p w:rsidR="003147F9" w:rsidRPr="00E85698" w:rsidRDefault="003147F9" w:rsidP="00A047B0">
            <w:pPr>
              <w:pStyle w:val="TableParagraph"/>
              <w:spacing w:before="74"/>
              <w:ind w:left="76"/>
              <w:rPr>
                <w:sz w:val="15"/>
              </w:rPr>
            </w:pPr>
            <w:r w:rsidRPr="00E85698">
              <w:rPr>
                <w:w w:val="105"/>
                <w:sz w:val="15"/>
              </w:rPr>
              <w:t>3.2.</w:t>
            </w:r>
          </w:p>
        </w:tc>
        <w:tc>
          <w:tcPr>
            <w:tcW w:w="2857" w:type="dxa"/>
            <w:gridSpan w:val="2"/>
          </w:tcPr>
          <w:p w:rsidR="003147F9" w:rsidRPr="00E85698" w:rsidRDefault="003147F9" w:rsidP="00A047B0">
            <w:pPr>
              <w:pStyle w:val="TableParagraph"/>
              <w:spacing w:before="74"/>
              <w:ind w:left="76"/>
              <w:rPr>
                <w:sz w:val="15"/>
              </w:rPr>
            </w:pPr>
            <w:r w:rsidRPr="00E85698">
              <w:rPr>
                <w:w w:val="105"/>
                <w:sz w:val="15"/>
              </w:rPr>
              <w:t>Диалог</w:t>
            </w:r>
            <w:r w:rsidRPr="00E85698">
              <w:rPr>
                <w:spacing w:val="-6"/>
                <w:w w:val="105"/>
                <w:sz w:val="15"/>
              </w:rPr>
              <w:t xml:space="preserve"> </w:t>
            </w:r>
            <w:r w:rsidRPr="00E85698">
              <w:rPr>
                <w:w w:val="105"/>
                <w:sz w:val="15"/>
              </w:rPr>
              <w:t>и</w:t>
            </w:r>
            <w:r w:rsidRPr="00E85698">
              <w:rPr>
                <w:spacing w:val="-5"/>
                <w:w w:val="105"/>
                <w:sz w:val="15"/>
              </w:rPr>
              <w:t xml:space="preserve"> </w:t>
            </w:r>
            <w:r w:rsidRPr="00E85698">
              <w:rPr>
                <w:w w:val="105"/>
                <w:sz w:val="15"/>
              </w:rPr>
              <w:t>его</w:t>
            </w:r>
            <w:r w:rsidRPr="00E85698">
              <w:rPr>
                <w:spacing w:val="-5"/>
                <w:w w:val="105"/>
                <w:sz w:val="15"/>
              </w:rPr>
              <w:t xml:space="preserve"> </w:t>
            </w:r>
            <w:r w:rsidRPr="00E85698">
              <w:rPr>
                <w:w w:val="105"/>
                <w:sz w:val="15"/>
              </w:rPr>
              <w:t>виды</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1</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13.09</w:t>
            </w:r>
          </w:p>
        </w:tc>
        <w:tc>
          <w:tcPr>
            <w:tcW w:w="5667" w:type="dxa"/>
            <w:gridSpan w:val="3"/>
          </w:tcPr>
          <w:p w:rsidR="003147F9" w:rsidRPr="00E85698" w:rsidRDefault="003147F9" w:rsidP="00A047B0">
            <w:pPr>
              <w:pStyle w:val="TableParagraph"/>
              <w:spacing w:before="74" w:line="266" w:lineRule="auto"/>
              <w:ind w:left="79" w:right="96"/>
              <w:rPr>
                <w:sz w:val="15"/>
              </w:rPr>
            </w:pPr>
            <w:r w:rsidRPr="00E85698">
              <w:rPr>
                <w:w w:val="105"/>
                <w:sz w:val="15"/>
              </w:rPr>
              <w:t>Участвовать</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диалогах</w:t>
            </w:r>
            <w:r w:rsidRPr="00E85698">
              <w:rPr>
                <w:spacing w:val="-9"/>
                <w:w w:val="105"/>
                <w:sz w:val="15"/>
              </w:rPr>
              <w:t xml:space="preserve"> </w:t>
            </w:r>
            <w:r w:rsidRPr="00E85698">
              <w:rPr>
                <w:w w:val="105"/>
                <w:sz w:val="15"/>
              </w:rPr>
              <w:t>разных</w:t>
            </w:r>
            <w:r w:rsidRPr="00E85698">
              <w:rPr>
                <w:spacing w:val="-9"/>
                <w:w w:val="105"/>
                <w:sz w:val="15"/>
              </w:rPr>
              <w:t xml:space="preserve"> </w:t>
            </w:r>
            <w:r w:rsidRPr="00E85698">
              <w:rPr>
                <w:w w:val="105"/>
                <w:sz w:val="15"/>
              </w:rPr>
              <w:t>видов:</w:t>
            </w:r>
            <w:r w:rsidRPr="00E85698">
              <w:rPr>
                <w:spacing w:val="-9"/>
                <w:w w:val="105"/>
                <w:sz w:val="15"/>
              </w:rPr>
              <w:t xml:space="preserve"> </w:t>
            </w:r>
            <w:r w:rsidRPr="00E85698">
              <w:rPr>
                <w:w w:val="105"/>
                <w:sz w:val="15"/>
              </w:rPr>
              <w:t>диалоге</w:t>
            </w:r>
            <w:r w:rsidRPr="00E85698">
              <w:rPr>
                <w:spacing w:val="-9"/>
                <w:w w:val="105"/>
                <w:sz w:val="15"/>
              </w:rPr>
              <w:t xml:space="preserve"> </w:t>
            </w:r>
            <w:r w:rsidRPr="00E85698">
              <w:rPr>
                <w:w w:val="105"/>
                <w:sz w:val="15"/>
              </w:rPr>
              <w:t>—</w:t>
            </w:r>
            <w:r w:rsidRPr="00E85698">
              <w:rPr>
                <w:spacing w:val="-9"/>
                <w:w w:val="105"/>
                <w:sz w:val="15"/>
              </w:rPr>
              <w:t xml:space="preserve"> </w:t>
            </w:r>
            <w:r w:rsidRPr="00E85698">
              <w:rPr>
                <w:w w:val="105"/>
                <w:sz w:val="15"/>
              </w:rPr>
              <w:t>запросе</w:t>
            </w:r>
            <w:r w:rsidRPr="00E85698">
              <w:rPr>
                <w:spacing w:val="-9"/>
                <w:w w:val="105"/>
                <w:sz w:val="15"/>
              </w:rPr>
              <w:t xml:space="preserve"> </w:t>
            </w:r>
            <w:r w:rsidRPr="00E85698">
              <w:rPr>
                <w:w w:val="105"/>
                <w:sz w:val="15"/>
              </w:rPr>
              <w:t>информации</w:t>
            </w:r>
            <w:r w:rsidRPr="00E85698">
              <w:rPr>
                <w:spacing w:val="-9"/>
                <w:w w:val="105"/>
                <w:sz w:val="15"/>
              </w:rPr>
              <w:t xml:space="preserve"> </w:t>
            </w:r>
            <w:r w:rsidRPr="00E85698">
              <w:rPr>
                <w:w w:val="105"/>
                <w:sz w:val="15"/>
              </w:rPr>
              <w:t>(ставить</w:t>
            </w:r>
            <w:r w:rsidRPr="00E85698">
              <w:rPr>
                <w:spacing w:val="-9"/>
                <w:w w:val="105"/>
                <w:sz w:val="15"/>
              </w:rPr>
              <w:t xml:space="preserve"> </w:t>
            </w:r>
            <w:r w:rsidRPr="00E85698">
              <w:rPr>
                <w:w w:val="105"/>
                <w:sz w:val="15"/>
              </w:rPr>
              <w:t>и</w:t>
            </w:r>
            <w:r w:rsidRPr="00E85698">
              <w:rPr>
                <w:spacing w:val="1"/>
                <w:w w:val="105"/>
                <w:sz w:val="15"/>
              </w:rPr>
              <w:t xml:space="preserve"> </w:t>
            </w:r>
            <w:r w:rsidRPr="00E85698">
              <w:rPr>
                <w:w w:val="105"/>
                <w:sz w:val="15"/>
              </w:rPr>
              <w:t>задавать вопрос; уместно использовать разнообразные реплики- стимулы;</w:t>
            </w:r>
            <w:r w:rsidRPr="00E85698">
              <w:rPr>
                <w:spacing w:val="1"/>
                <w:w w:val="105"/>
                <w:sz w:val="15"/>
              </w:rPr>
              <w:t xml:space="preserve"> </w:t>
            </w:r>
            <w:r w:rsidRPr="00E85698">
              <w:rPr>
                <w:spacing w:val="-1"/>
                <w:w w:val="105"/>
                <w:sz w:val="15"/>
              </w:rPr>
              <w:t xml:space="preserve">запрашивать дополнительную информацию); </w:t>
            </w:r>
            <w:r w:rsidRPr="00E85698">
              <w:rPr>
                <w:w w:val="105"/>
                <w:sz w:val="15"/>
              </w:rPr>
              <w:t>диалоге — сообщении информации</w:t>
            </w:r>
            <w:r w:rsidRPr="00E85698">
              <w:rPr>
                <w:spacing w:val="-37"/>
                <w:w w:val="105"/>
                <w:sz w:val="15"/>
              </w:rPr>
              <w:t xml:space="preserve"> </w:t>
            </w:r>
            <w:r w:rsidRPr="00E85698">
              <w:rPr>
                <w:w w:val="105"/>
                <w:sz w:val="15"/>
              </w:rPr>
              <w:t>(строить информативно значимый текст; мыслить и правильно реализовывать</w:t>
            </w:r>
            <w:r w:rsidRPr="00E85698">
              <w:rPr>
                <w:spacing w:val="1"/>
                <w:w w:val="105"/>
                <w:sz w:val="15"/>
              </w:rPr>
              <w:t xml:space="preserve"> </w:t>
            </w:r>
            <w:r w:rsidRPr="00E85698">
              <w:rPr>
                <w:w w:val="105"/>
                <w:sz w:val="15"/>
              </w:rPr>
              <w:t>свой замысел; привлекать и удерживать внимание, правильно обращаться к</w:t>
            </w:r>
            <w:r w:rsidRPr="00E85698">
              <w:rPr>
                <w:spacing w:val="1"/>
                <w:w w:val="105"/>
                <w:sz w:val="15"/>
              </w:rPr>
              <w:t xml:space="preserve"> </w:t>
            </w:r>
            <w:r w:rsidRPr="00E85698">
              <w:rPr>
                <w:w w:val="105"/>
                <w:sz w:val="15"/>
              </w:rPr>
              <w:t>собеседнику)</w:t>
            </w:r>
            <w:r w:rsidRPr="00E85698">
              <w:rPr>
                <w:spacing w:val="-4"/>
                <w:w w:val="105"/>
                <w:sz w:val="15"/>
              </w:rPr>
              <w:t xml:space="preserve"> </w:t>
            </w:r>
            <w:r w:rsidRPr="00E85698">
              <w:rPr>
                <w:w w:val="105"/>
                <w:sz w:val="15"/>
              </w:rPr>
              <w:t>(создание</w:t>
            </w:r>
            <w:r w:rsidRPr="00E85698">
              <w:rPr>
                <w:spacing w:val="-3"/>
                <w:w w:val="105"/>
                <w:sz w:val="15"/>
              </w:rPr>
              <w:t xml:space="preserve"> </w:t>
            </w:r>
            <w:r w:rsidRPr="00E85698">
              <w:rPr>
                <w:w w:val="105"/>
                <w:sz w:val="15"/>
              </w:rPr>
              <w:t>8</w:t>
            </w:r>
            <w:r w:rsidRPr="00E85698">
              <w:rPr>
                <w:spacing w:val="-3"/>
                <w:w w:val="105"/>
                <w:sz w:val="15"/>
              </w:rPr>
              <w:t xml:space="preserve"> </w:t>
            </w:r>
            <w:r w:rsidRPr="00E85698">
              <w:rPr>
                <w:w w:val="105"/>
                <w:sz w:val="15"/>
              </w:rPr>
              <w:t>и</w:t>
            </w:r>
            <w:r w:rsidRPr="00E85698">
              <w:rPr>
                <w:spacing w:val="-3"/>
                <w:w w:val="105"/>
                <w:sz w:val="15"/>
              </w:rPr>
              <w:t xml:space="preserve"> </w:t>
            </w:r>
            <w:r w:rsidRPr="00E85698">
              <w:rPr>
                <w:w w:val="105"/>
                <w:sz w:val="15"/>
              </w:rPr>
              <w:t>более</w:t>
            </w:r>
            <w:r w:rsidRPr="00E85698">
              <w:rPr>
                <w:spacing w:val="-4"/>
                <w:w w:val="105"/>
                <w:sz w:val="15"/>
              </w:rPr>
              <w:t xml:space="preserve"> </w:t>
            </w:r>
            <w:r w:rsidRPr="00E85698">
              <w:rPr>
                <w:w w:val="105"/>
                <w:sz w:val="15"/>
              </w:rPr>
              <w:t>реплик)</w:t>
            </w:r>
            <w:r w:rsidRPr="00E85698">
              <w:rPr>
                <w:spacing w:val="-3"/>
                <w:w w:val="105"/>
                <w:sz w:val="15"/>
              </w:rPr>
              <w:t xml:space="preserve"> </w:t>
            </w:r>
            <w:r w:rsidRPr="00E85698">
              <w:rPr>
                <w:w w:val="105"/>
                <w:sz w:val="15"/>
              </w:rPr>
              <w:t>(в</w:t>
            </w:r>
            <w:r w:rsidRPr="00E85698">
              <w:rPr>
                <w:spacing w:val="-3"/>
                <w:w w:val="105"/>
                <w:sz w:val="15"/>
              </w:rPr>
              <w:t xml:space="preserve"> </w:t>
            </w:r>
            <w:r w:rsidRPr="00E85698">
              <w:rPr>
                <w:w w:val="105"/>
                <w:sz w:val="15"/>
              </w:rPr>
              <w:t>течение</w:t>
            </w:r>
            <w:r w:rsidRPr="00E85698">
              <w:rPr>
                <w:spacing w:val="-3"/>
                <w:w w:val="105"/>
                <w:sz w:val="15"/>
              </w:rPr>
              <w:t xml:space="preserve"> </w:t>
            </w:r>
            <w:r w:rsidRPr="00E85698">
              <w:rPr>
                <w:w w:val="105"/>
                <w:sz w:val="15"/>
              </w:rPr>
              <w:t>учебного</w:t>
            </w:r>
            <w:r w:rsidRPr="00E85698">
              <w:rPr>
                <w:spacing w:val="-4"/>
                <w:w w:val="105"/>
                <w:sz w:val="15"/>
              </w:rPr>
              <w:t xml:space="preserve"> </w:t>
            </w:r>
            <w:r w:rsidRPr="00E85698">
              <w:rPr>
                <w:w w:val="105"/>
                <w:sz w:val="15"/>
              </w:rPr>
              <w:t>года);</w:t>
            </w:r>
          </w:p>
        </w:tc>
        <w:tc>
          <w:tcPr>
            <w:tcW w:w="1116" w:type="dxa"/>
            <w:gridSpan w:val="3"/>
          </w:tcPr>
          <w:p w:rsidR="003147F9" w:rsidRPr="00E85698" w:rsidRDefault="003147F9" w:rsidP="00A047B0">
            <w:pPr>
              <w:pStyle w:val="TableParagraph"/>
              <w:spacing w:before="7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74" w:line="266" w:lineRule="auto"/>
              <w:ind w:left="80" w:right="52"/>
              <w:rPr>
                <w:sz w:val="15"/>
              </w:rPr>
            </w:pPr>
            <w:hyperlink r:id="rId17">
              <w:r w:rsidR="003147F9" w:rsidRPr="00E85698">
                <w:rPr>
                  <w:w w:val="105"/>
                  <w:sz w:val="15"/>
                </w:rPr>
                <w:t>http://rus.1september.ru</w:t>
              </w:r>
            </w:hyperlink>
            <w:r w:rsidR="003147F9" w:rsidRPr="00E85698">
              <w:rPr>
                <w:spacing w:val="1"/>
                <w:w w:val="105"/>
                <w:sz w:val="15"/>
              </w:rPr>
              <w:t xml:space="preserve"> </w:t>
            </w:r>
            <w:hyperlink r:id="rId18">
              <w:r w:rsidR="003147F9" w:rsidRPr="00E85698">
                <w:rPr>
                  <w:spacing w:val="-1"/>
                  <w:w w:val="105"/>
                  <w:sz w:val="15"/>
                </w:rPr>
                <w:t>http://pedsovet.su/load/27,</w:t>
              </w:r>
            </w:hyperlink>
            <w:r w:rsidR="003147F9" w:rsidRPr="00E85698">
              <w:rPr>
                <w:spacing w:val="-37"/>
                <w:w w:val="105"/>
                <w:sz w:val="15"/>
              </w:rPr>
              <w:t xml:space="preserve"> </w:t>
            </w:r>
            <w:hyperlink r:id="rId19">
              <w:r w:rsidR="003147F9" w:rsidRPr="00E85698">
                <w:rPr>
                  <w:w w:val="105"/>
                  <w:sz w:val="15"/>
                </w:rPr>
                <w:t>http://www.proshkolu.ru</w:t>
              </w:r>
            </w:hyperlink>
          </w:p>
        </w:tc>
      </w:tr>
      <w:tr w:rsidR="003147F9" w:rsidRPr="00E85698" w:rsidTr="00A047B0">
        <w:trPr>
          <w:gridBefore w:val="1"/>
          <w:wBefore w:w="13" w:type="dxa"/>
          <w:trHeight w:val="333"/>
        </w:trPr>
        <w:tc>
          <w:tcPr>
            <w:tcW w:w="3325" w:type="dxa"/>
            <w:gridSpan w:val="5"/>
          </w:tcPr>
          <w:p w:rsidR="003147F9" w:rsidRPr="00E85698" w:rsidRDefault="003147F9" w:rsidP="00A047B0">
            <w:pPr>
              <w:pStyle w:val="TableParagraph"/>
              <w:spacing w:before="7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gridSpan w:val="3"/>
          </w:tcPr>
          <w:p w:rsidR="003147F9" w:rsidRPr="00E85698" w:rsidRDefault="003147F9" w:rsidP="00A047B0">
            <w:pPr>
              <w:pStyle w:val="TableParagraph"/>
              <w:spacing w:before="74"/>
              <w:ind w:left="77"/>
              <w:rPr>
                <w:sz w:val="15"/>
              </w:rPr>
            </w:pPr>
            <w:r w:rsidRPr="00E85698">
              <w:rPr>
                <w:w w:val="104"/>
                <w:sz w:val="15"/>
              </w:rPr>
              <w:t>2</w:t>
            </w:r>
          </w:p>
        </w:tc>
        <w:tc>
          <w:tcPr>
            <w:tcW w:w="11643" w:type="dxa"/>
            <w:gridSpan w:val="16"/>
          </w:tcPr>
          <w:p w:rsidR="003147F9" w:rsidRPr="00E85698" w:rsidRDefault="003147F9" w:rsidP="00A047B0">
            <w:pPr>
              <w:pStyle w:val="TableParagraph"/>
              <w:rPr>
                <w:sz w:val="14"/>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74"/>
              <w:ind w:left="76"/>
              <w:rPr>
                <w:b/>
                <w:sz w:val="15"/>
              </w:rPr>
            </w:pPr>
            <w:r w:rsidRPr="00E85698">
              <w:rPr>
                <w:b/>
                <w:w w:val="105"/>
                <w:sz w:val="15"/>
              </w:rPr>
              <w:t>Раздел</w:t>
            </w:r>
            <w:r w:rsidRPr="00E85698">
              <w:rPr>
                <w:b/>
                <w:spacing w:val="-7"/>
                <w:w w:val="105"/>
                <w:sz w:val="15"/>
              </w:rPr>
              <w:t xml:space="preserve"> </w:t>
            </w:r>
            <w:r w:rsidRPr="00E85698">
              <w:rPr>
                <w:b/>
                <w:w w:val="105"/>
                <w:sz w:val="15"/>
              </w:rPr>
              <w:t>4.</w:t>
            </w:r>
            <w:r w:rsidRPr="00E85698">
              <w:rPr>
                <w:b/>
                <w:spacing w:val="-6"/>
                <w:w w:val="105"/>
                <w:sz w:val="15"/>
              </w:rPr>
              <w:t xml:space="preserve"> </w:t>
            </w:r>
            <w:r w:rsidRPr="00E85698">
              <w:rPr>
                <w:b/>
                <w:w w:val="105"/>
                <w:sz w:val="15"/>
              </w:rPr>
              <w:t>ТЕКСТ</w:t>
            </w:r>
          </w:p>
        </w:tc>
      </w:tr>
      <w:tr w:rsidR="003147F9" w:rsidRPr="00E85698" w:rsidTr="00A047B0">
        <w:trPr>
          <w:gridBefore w:val="1"/>
          <w:wBefore w:w="13" w:type="dxa"/>
          <w:trHeight w:val="1101"/>
        </w:trPr>
        <w:tc>
          <w:tcPr>
            <w:tcW w:w="468" w:type="dxa"/>
            <w:gridSpan w:val="3"/>
          </w:tcPr>
          <w:p w:rsidR="003147F9" w:rsidRPr="00E85698" w:rsidRDefault="003147F9" w:rsidP="00A047B0">
            <w:pPr>
              <w:pStyle w:val="TableParagraph"/>
              <w:spacing w:before="74"/>
              <w:ind w:left="76"/>
              <w:rPr>
                <w:sz w:val="15"/>
              </w:rPr>
            </w:pPr>
            <w:r w:rsidRPr="00E85698">
              <w:rPr>
                <w:w w:val="105"/>
                <w:sz w:val="15"/>
              </w:rPr>
              <w:t>4.1.</w:t>
            </w:r>
          </w:p>
        </w:tc>
        <w:tc>
          <w:tcPr>
            <w:tcW w:w="2857" w:type="dxa"/>
            <w:gridSpan w:val="2"/>
          </w:tcPr>
          <w:p w:rsidR="003147F9" w:rsidRPr="00E85698" w:rsidRDefault="003147F9" w:rsidP="00A047B0">
            <w:pPr>
              <w:pStyle w:val="TableParagraph"/>
              <w:spacing w:before="74"/>
              <w:ind w:left="76"/>
              <w:rPr>
                <w:sz w:val="15"/>
              </w:rPr>
            </w:pPr>
            <w:r w:rsidRPr="00E85698">
              <w:rPr>
                <w:spacing w:val="-1"/>
                <w:w w:val="105"/>
                <w:sz w:val="15"/>
              </w:rPr>
              <w:t>Основные</w:t>
            </w:r>
            <w:r w:rsidRPr="00E85698">
              <w:rPr>
                <w:spacing w:val="-9"/>
                <w:w w:val="105"/>
                <w:sz w:val="15"/>
              </w:rPr>
              <w:t xml:space="preserve"> </w:t>
            </w:r>
            <w:r w:rsidRPr="00E85698">
              <w:rPr>
                <w:spacing w:val="-1"/>
                <w:w w:val="105"/>
                <w:sz w:val="15"/>
              </w:rPr>
              <w:t>признаки</w:t>
            </w:r>
            <w:r w:rsidRPr="00E85698">
              <w:rPr>
                <w:spacing w:val="-8"/>
                <w:w w:val="105"/>
                <w:sz w:val="15"/>
              </w:rPr>
              <w:t xml:space="preserve"> </w:t>
            </w:r>
            <w:r w:rsidRPr="00E85698">
              <w:rPr>
                <w:w w:val="105"/>
                <w:sz w:val="15"/>
              </w:rPr>
              <w:t>текста</w:t>
            </w:r>
            <w:r w:rsidRPr="00E85698">
              <w:rPr>
                <w:spacing w:val="-8"/>
                <w:w w:val="105"/>
                <w:sz w:val="15"/>
              </w:rPr>
              <w:t xml:space="preserve"> </w:t>
            </w:r>
            <w:r w:rsidRPr="00E85698">
              <w:rPr>
                <w:w w:val="105"/>
                <w:sz w:val="15"/>
              </w:rPr>
              <w:t>(повторение)</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14.09-27.09</w:t>
            </w:r>
          </w:p>
        </w:tc>
        <w:tc>
          <w:tcPr>
            <w:tcW w:w="5667" w:type="dxa"/>
            <w:gridSpan w:val="3"/>
          </w:tcPr>
          <w:p w:rsidR="003147F9" w:rsidRPr="00E85698" w:rsidRDefault="003147F9" w:rsidP="00A047B0">
            <w:pPr>
              <w:pStyle w:val="TableParagraph"/>
              <w:spacing w:before="74" w:line="266" w:lineRule="auto"/>
              <w:ind w:left="79"/>
              <w:rPr>
                <w:sz w:val="15"/>
              </w:rPr>
            </w:pPr>
            <w:r w:rsidRPr="00E85698">
              <w:rPr>
                <w:w w:val="105"/>
                <w:sz w:val="15"/>
              </w:rPr>
              <w:t>Характеризовать текст в аспекте его соответствия требованиям цельности,</w:t>
            </w:r>
            <w:r w:rsidRPr="00E85698">
              <w:rPr>
                <w:spacing w:val="1"/>
                <w:w w:val="105"/>
                <w:sz w:val="15"/>
              </w:rPr>
              <w:t xml:space="preserve"> </w:t>
            </w:r>
            <w:r w:rsidRPr="00E85698">
              <w:rPr>
                <w:w w:val="105"/>
                <w:sz w:val="15"/>
              </w:rPr>
              <w:t>связности, относительной законченности, композиционных особенностей;</w:t>
            </w:r>
            <w:r w:rsidRPr="00E85698">
              <w:rPr>
                <w:spacing w:val="1"/>
                <w:w w:val="105"/>
                <w:sz w:val="15"/>
              </w:rPr>
              <w:t xml:space="preserve"> </w:t>
            </w:r>
            <w:r w:rsidRPr="00E85698">
              <w:rPr>
                <w:w w:val="105"/>
                <w:sz w:val="15"/>
              </w:rPr>
              <w:t>Использовать знание требований, предъявляемых к образцовому тексту, в</w:t>
            </w:r>
            <w:r w:rsidRPr="00E85698">
              <w:rPr>
                <w:spacing w:val="1"/>
                <w:w w:val="105"/>
                <w:sz w:val="15"/>
              </w:rPr>
              <w:t xml:space="preserve"> </w:t>
            </w:r>
            <w:r w:rsidRPr="00E85698">
              <w:rPr>
                <w:spacing w:val="-1"/>
                <w:w w:val="105"/>
                <w:sz w:val="15"/>
              </w:rPr>
              <w:t>процессе</w:t>
            </w:r>
            <w:r w:rsidRPr="00E85698">
              <w:rPr>
                <w:spacing w:val="-8"/>
                <w:w w:val="105"/>
                <w:sz w:val="15"/>
              </w:rPr>
              <w:t xml:space="preserve"> </w:t>
            </w:r>
            <w:r w:rsidRPr="00E85698">
              <w:rPr>
                <w:spacing w:val="-1"/>
                <w:w w:val="105"/>
                <w:sz w:val="15"/>
              </w:rPr>
              <w:t>создания</w:t>
            </w:r>
            <w:r w:rsidRPr="00E85698">
              <w:rPr>
                <w:spacing w:val="-8"/>
                <w:w w:val="105"/>
                <w:sz w:val="15"/>
              </w:rPr>
              <w:t xml:space="preserve"> </w:t>
            </w:r>
            <w:r w:rsidRPr="00E85698">
              <w:rPr>
                <w:spacing w:val="-1"/>
                <w:w w:val="105"/>
                <w:sz w:val="15"/>
              </w:rPr>
              <w:t>собственных</w:t>
            </w:r>
            <w:r w:rsidRPr="00E85698">
              <w:rPr>
                <w:spacing w:val="-7"/>
                <w:w w:val="105"/>
                <w:sz w:val="15"/>
              </w:rPr>
              <w:t xml:space="preserve"> </w:t>
            </w:r>
            <w:r w:rsidRPr="00E85698">
              <w:rPr>
                <w:spacing w:val="-1"/>
                <w:w w:val="105"/>
                <w:sz w:val="15"/>
              </w:rPr>
              <w:t>относительно</w:t>
            </w:r>
            <w:r w:rsidRPr="00E85698">
              <w:rPr>
                <w:spacing w:val="-8"/>
                <w:w w:val="105"/>
                <w:sz w:val="15"/>
              </w:rPr>
              <w:t xml:space="preserve"> </w:t>
            </w:r>
            <w:r w:rsidRPr="00E85698">
              <w:rPr>
                <w:w w:val="105"/>
                <w:sz w:val="15"/>
              </w:rPr>
              <w:t>законченных</w:t>
            </w:r>
            <w:r w:rsidRPr="00E85698">
              <w:rPr>
                <w:spacing w:val="-7"/>
                <w:w w:val="105"/>
                <w:sz w:val="15"/>
              </w:rPr>
              <w:t xml:space="preserve"> </w:t>
            </w:r>
            <w:r w:rsidRPr="00E85698">
              <w:rPr>
                <w:w w:val="105"/>
                <w:sz w:val="15"/>
              </w:rPr>
              <w:t>устных</w:t>
            </w:r>
            <w:r w:rsidRPr="00E85698">
              <w:rPr>
                <w:spacing w:val="-8"/>
                <w:w w:val="105"/>
                <w:sz w:val="15"/>
              </w:rPr>
              <w:t xml:space="preserve"> </w:t>
            </w:r>
            <w:r w:rsidRPr="00E85698">
              <w:rPr>
                <w:w w:val="105"/>
                <w:sz w:val="15"/>
              </w:rPr>
              <w:t>и</w:t>
            </w:r>
            <w:r w:rsidRPr="00E85698">
              <w:rPr>
                <w:spacing w:val="-7"/>
                <w:w w:val="105"/>
                <w:sz w:val="15"/>
              </w:rPr>
              <w:t xml:space="preserve"> </w:t>
            </w:r>
            <w:r w:rsidRPr="00E85698">
              <w:rPr>
                <w:w w:val="105"/>
                <w:sz w:val="15"/>
              </w:rPr>
              <w:t>письменных</w:t>
            </w:r>
            <w:r w:rsidRPr="00E85698">
              <w:rPr>
                <w:spacing w:val="1"/>
                <w:w w:val="105"/>
                <w:sz w:val="15"/>
              </w:rPr>
              <w:t xml:space="preserve"> </w:t>
            </w:r>
            <w:r w:rsidRPr="00E85698">
              <w:rPr>
                <w:w w:val="105"/>
                <w:sz w:val="15"/>
              </w:rPr>
              <w:t>высказываний;</w:t>
            </w:r>
          </w:p>
        </w:tc>
        <w:tc>
          <w:tcPr>
            <w:tcW w:w="1116" w:type="dxa"/>
            <w:gridSpan w:val="3"/>
          </w:tcPr>
          <w:p w:rsidR="003147F9" w:rsidRPr="00E85698" w:rsidRDefault="003147F9" w:rsidP="00A047B0">
            <w:pPr>
              <w:pStyle w:val="TableParagraph"/>
              <w:spacing w:before="7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74" w:line="266" w:lineRule="auto"/>
              <w:ind w:left="80" w:right="52"/>
              <w:rPr>
                <w:sz w:val="15"/>
              </w:rPr>
            </w:pPr>
            <w:hyperlink r:id="rId20">
              <w:r w:rsidR="003147F9" w:rsidRPr="00E85698">
                <w:rPr>
                  <w:w w:val="105"/>
                  <w:sz w:val="15"/>
                </w:rPr>
                <w:t>http://rus.1september.ru</w:t>
              </w:r>
            </w:hyperlink>
            <w:r w:rsidR="003147F9" w:rsidRPr="00E85698">
              <w:rPr>
                <w:spacing w:val="1"/>
                <w:w w:val="105"/>
                <w:sz w:val="15"/>
              </w:rPr>
              <w:t xml:space="preserve"> </w:t>
            </w:r>
            <w:hyperlink r:id="rId21">
              <w:r w:rsidR="003147F9" w:rsidRPr="00E85698">
                <w:rPr>
                  <w:spacing w:val="-1"/>
                  <w:w w:val="105"/>
                  <w:sz w:val="15"/>
                </w:rPr>
                <w:t>http://pedsovet.su/load/27,</w:t>
              </w:r>
            </w:hyperlink>
            <w:r w:rsidR="003147F9" w:rsidRPr="00E85698">
              <w:rPr>
                <w:spacing w:val="-37"/>
                <w:w w:val="105"/>
                <w:sz w:val="15"/>
              </w:rPr>
              <w:t xml:space="preserve"> </w:t>
            </w:r>
            <w:hyperlink r:id="rId22">
              <w:r w:rsidR="003147F9" w:rsidRPr="00E85698">
                <w:rPr>
                  <w:w w:val="105"/>
                  <w:sz w:val="15"/>
                </w:rPr>
                <w:t>http://www.proshkolu.</w:t>
              </w:r>
              <w:r w:rsidR="003147F9" w:rsidRPr="00E85698">
                <w:rPr>
                  <w:w w:val="105"/>
                  <w:sz w:val="15"/>
                </w:rPr>
                <w:lastRenderedPageBreak/>
                <w:t>ru</w:t>
              </w:r>
            </w:hyperlink>
          </w:p>
        </w:tc>
      </w:tr>
      <w:tr w:rsidR="003147F9" w:rsidRPr="00E85698" w:rsidTr="00A047B0">
        <w:trPr>
          <w:gridBefore w:val="1"/>
          <w:wBefore w:w="13" w:type="dxa"/>
          <w:trHeight w:val="1161"/>
        </w:trPr>
        <w:tc>
          <w:tcPr>
            <w:tcW w:w="468" w:type="dxa"/>
            <w:gridSpan w:val="3"/>
          </w:tcPr>
          <w:p w:rsidR="003147F9" w:rsidRPr="00E85698" w:rsidRDefault="003147F9" w:rsidP="00A047B0">
            <w:pPr>
              <w:pStyle w:val="TableParagraph"/>
              <w:spacing w:before="74"/>
              <w:ind w:left="76"/>
              <w:rPr>
                <w:sz w:val="15"/>
              </w:rPr>
            </w:pPr>
            <w:r w:rsidRPr="00E85698">
              <w:rPr>
                <w:w w:val="105"/>
                <w:sz w:val="15"/>
              </w:rPr>
              <w:lastRenderedPageBreak/>
              <w:t>4.2.</w:t>
            </w:r>
          </w:p>
        </w:tc>
        <w:tc>
          <w:tcPr>
            <w:tcW w:w="2857" w:type="dxa"/>
            <w:gridSpan w:val="2"/>
          </w:tcPr>
          <w:p w:rsidR="003147F9" w:rsidRPr="00E85698" w:rsidRDefault="003147F9" w:rsidP="00A047B0">
            <w:pPr>
              <w:pStyle w:val="TableParagraph"/>
              <w:spacing w:before="74" w:line="266" w:lineRule="auto"/>
              <w:ind w:left="76" w:right="491"/>
              <w:rPr>
                <w:sz w:val="15"/>
              </w:rPr>
            </w:pPr>
            <w:r w:rsidRPr="00E85698">
              <w:rPr>
                <w:spacing w:val="-1"/>
                <w:w w:val="105"/>
                <w:sz w:val="15"/>
              </w:rPr>
              <w:t>Рассуждение как функционально-</w:t>
            </w:r>
            <w:r w:rsidRPr="00E85698">
              <w:rPr>
                <w:spacing w:val="-37"/>
                <w:w w:val="105"/>
                <w:sz w:val="15"/>
              </w:rPr>
              <w:t xml:space="preserve"> </w:t>
            </w:r>
            <w:r w:rsidRPr="00E85698">
              <w:rPr>
                <w:w w:val="105"/>
                <w:sz w:val="15"/>
              </w:rPr>
              <w:t>смысловой</w:t>
            </w:r>
            <w:r w:rsidRPr="00E85698">
              <w:rPr>
                <w:spacing w:val="-2"/>
                <w:w w:val="105"/>
                <w:sz w:val="15"/>
              </w:rPr>
              <w:t xml:space="preserve"> </w:t>
            </w:r>
            <w:r w:rsidRPr="00E85698">
              <w:rPr>
                <w:w w:val="105"/>
                <w:sz w:val="15"/>
              </w:rPr>
              <w:t>тип</w:t>
            </w:r>
            <w:r w:rsidRPr="00E85698">
              <w:rPr>
                <w:spacing w:val="-2"/>
                <w:w w:val="105"/>
                <w:sz w:val="15"/>
              </w:rPr>
              <w:t xml:space="preserve"> </w:t>
            </w:r>
            <w:r w:rsidRPr="00E85698">
              <w:rPr>
                <w:w w:val="105"/>
                <w:sz w:val="15"/>
              </w:rPr>
              <w:t>речи</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3147F9" w:rsidP="00A047B0">
            <w:pPr>
              <w:pStyle w:val="TableParagraph"/>
              <w:rPr>
                <w:sz w:val="14"/>
              </w:rPr>
            </w:pPr>
          </w:p>
        </w:tc>
        <w:tc>
          <w:tcPr>
            <w:tcW w:w="5667" w:type="dxa"/>
            <w:gridSpan w:val="3"/>
          </w:tcPr>
          <w:p w:rsidR="003147F9" w:rsidRPr="00E85698" w:rsidRDefault="003147F9" w:rsidP="00A047B0">
            <w:pPr>
              <w:pStyle w:val="TableParagraph"/>
              <w:spacing w:before="74"/>
              <w:ind w:left="79"/>
              <w:rPr>
                <w:sz w:val="15"/>
              </w:rPr>
            </w:pPr>
            <w:r w:rsidRPr="00E85698">
              <w:rPr>
                <w:w w:val="105"/>
                <w:sz w:val="15"/>
              </w:rPr>
              <w:t>Выявлять</w:t>
            </w:r>
            <w:r w:rsidRPr="00E85698">
              <w:rPr>
                <w:spacing w:val="-10"/>
                <w:w w:val="105"/>
                <w:sz w:val="15"/>
              </w:rPr>
              <w:t xml:space="preserve"> </w:t>
            </w:r>
            <w:r w:rsidRPr="00E85698">
              <w:rPr>
                <w:w w:val="105"/>
                <w:sz w:val="15"/>
              </w:rPr>
              <w:t>роль</w:t>
            </w:r>
            <w:r w:rsidRPr="00E85698">
              <w:rPr>
                <w:spacing w:val="-10"/>
                <w:w w:val="105"/>
                <w:sz w:val="15"/>
              </w:rPr>
              <w:t xml:space="preserve"> </w:t>
            </w:r>
            <w:r w:rsidRPr="00E85698">
              <w:rPr>
                <w:w w:val="105"/>
                <w:sz w:val="15"/>
              </w:rPr>
              <w:t>языковых</w:t>
            </w:r>
            <w:r w:rsidRPr="00E85698">
              <w:rPr>
                <w:spacing w:val="-10"/>
                <w:w w:val="105"/>
                <w:sz w:val="15"/>
              </w:rPr>
              <w:t xml:space="preserve"> </w:t>
            </w:r>
            <w:r w:rsidRPr="00E85698">
              <w:rPr>
                <w:w w:val="105"/>
                <w:sz w:val="15"/>
              </w:rPr>
              <w:t>средств</w:t>
            </w:r>
            <w:r w:rsidRPr="00E85698">
              <w:rPr>
                <w:spacing w:val="-9"/>
                <w:w w:val="105"/>
                <w:sz w:val="15"/>
              </w:rPr>
              <w:t xml:space="preserve"> </w:t>
            </w:r>
            <w:r w:rsidRPr="00E85698">
              <w:rPr>
                <w:w w:val="105"/>
                <w:sz w:val="15"/>
              </w:rPr>
              <w:t>в</w:t>
            </w:r>
            <w:r w:rsidRPr="00E85698">
              <w:rPr>
                <w:spacing w:val="-10"/>
                <w:w w:val="105"/>
                <w:sz w:val="15"/>
              </w:rPr>
              <w:t xml:space="preserve"> </w:t>
            </w:r>
            <w:r w:rsidRPr="00E85698">
              <w:rPr>
                <w:w w:val="105"/>
                <w:sz w:val="15"/>
              </w:rPr>
              <w:t>создании</w:t>
            </w:r>
            <w:r w:rsidRPr="00E85698">
              <w:rPr>
                <w:spacing w:val="-10"/>
                <w:w w:val="105"/>
                <w:sz w:val="15"/>
              </w:rPr>
              <w:t xml:space="preserve"> </w:t>
            </w:r>
            <w:r w:rsidRPr="00E85698">
              <w:rPr>
                <w:w w:val="105"/>
                <w:sz w:val="15"/>
              </w:rPr>
              <w:t>рассуждения;</w:t>
            </w:r>
          </w:p>
          <w:p w:rsidR="003147F9" w:rsidRPr="00E85698" w:rsidRDefault="003147F9" w:rsidP="00A047B0">
            <w:pPr>
              <w:pStyle w:val="TableParagraph"/>
              <w:spacing w:before="20" w:line="266" w:lineRule="auto"/>
              <w:ind w:left="79" w:right="587"/>
              <w:rPr>
                <w:sz w:val="15"/>
              </w:rPr>
            </w:pPr>
            <w:r w:rsidRPr="00E85698">
              <w:rPr>
                <w:spacing w:val="-1"/>
                <w:w w:val="105"/>
                <w:sz w:val="15"/>
              </w:rPr>
              <w:t xml:space="preserve">Письменно подробно пересказывать текст-рассуждение </w:t>
            </w:r>
            <w:r w:rsidRPr="00E85698">
              <w:rPr>
                <w:w w:val="105"/>
                <w:sz w:val="15"/>
              </w:rPr>
              <w:t>с сохранением его</w:t>
            </w:r>
            <w:r w:rsidRPr="00E85698">
              <w:rPr>
                <w:spacing w:val="-37"/>
                <w:w w:val="105"/>
                <w:sz w:val="15"/>
              </w:rPr>
              <w:t xml:space="preserve">   </w:t>
            </w:r>
            <w:r w:rsidRPr="00E85698">
              <w:rPr>
                <w:w w:val="105"/>
                <w:sz w:val="15"/>
              </w:rPr>
              <w:t>композиционно-речевых</w:t>
            </w:r>
            <w:r w:rsidRPr="00E85698">
              <w:rPr>
                <w:spacing w:val="-2"/>
                <w:w w:val="105"/>
                <w:sz w:val="15"/>
              </w:rPr>
              <w:t xml:space="preserve"> </w:t>
            </w:r>
            <w:r w:rsidRPr="00E85698">
              <w:rPr>
                <w:w w:val="105"/>
                <w:sz w:val="15"/>
              </w:rPr>
              <w:t>особенностей;</w:t>
            </w:r>
          </w:p>
          <w:p w:rsidR="003147F9" w:rsidRPr="00E85698" w:rsidRDefault="003147F9" w:rsidP="00A047B0">
            <w:pPr>
              <w:pStyle w:val="TableParagraph"/>
              <w:spacing w:before="1" w:line="266" w:lineRule="auto"/>
              <w:ind w:left="79"/>
              <w:rPr>
                <w:sz w:val="15"/>
              </w:rPr>
            </w:pPr>
            <w:r w:rsidRPr="00E85698">
              <w:rPr>
                <w:spacing w:val="-1"/>
                <w:w w:val="105"/>
                <w:sz w:val="15"/>
              </w:rPr>
              <w:t>Создавать рассуждение-доказательство, рассуждение-объяснение, рассуждение-</w:t>
            </w:r>
            <w:r w:rsidRPr="00E85698">
              <w:rPr>
                <w:spacing w:val="-37"/>
                <w:w w:val="105"/>
                <w:sz w:val="15"/>
              </w:rPr>
              <w:t xml:space="preserve"> </w:t>
            </w:r>
            <w:r w:rsidRPr="00E85698">
              <w:rPr>
                <w:w w:val="105"/>
                <w:sz w:val="15"/>
              </w:rPr>
              <w:t>размышление;</w:t>
            </w:r>
          </w:p>
        </w:tc>
        <w:tc>
          <w:tcPr>
            <w:tcW w:w="1116" w:type="dxa"/>
            <w:gridSpan w:val="3"/>
          </w:tcPr>
          <w:p w:rsidR="003147F9" w:rsidRPr="00E85698" w:rsidRDefault="003147F9" w:rsidP="00A047B0">
            <w:pPr>
              <w:pStyle w:val="TableParagraph"/>
              <w:spacing w:before="7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74" w:line="266" w:lineRule="auto"/>
              <w:ind w:left="80" w:right="52"/>
              <w:rPr>
                <w:sz w:val="15"/>
              </w:rPr>
            </w:pPr>
            <w:hyperlink r:id="rId23">
              <w:r w:rsidR="003147F9" w:rsidRPr="00E85698">
                <w:rPr>
                  <w:w w:val="105"/>
                  <w:sz w:val="15"/>
                </w:rPr>
                <w:t>http://rus.1september.ru</w:t>
              </w:r>
            </w:hyperlink>
            <w:r w:rsidR="003147F9" w:rsidRPr="00E85698">
              <w:rPr>
                <w:spacing w:val="1"/>
                <w:w w:val="105"/>
                <w:sz w:val="15"/>
              </w:rPr>
              <w:t xml:space="preserve"> </w:t>
            </w:r>
            <w:hyperlink r:id="rId24">
              <w:r w:rsidR="003147F9" w:rsidRPr="00E85698">
                <w:rPr>
                  <w:spacing w:val="-1"/>
                  <w:w w:val="105"/>
                  <w:sz w:val="15"/>
                </w:rPr>
                <w:t>http://pedsovet.su/load/27,</w:t>
              </w:r>
            </w:hyperlink>
            <w:r w:rsidR="003147F9" w:rsidRPr="00E85698">
              <w:rPr>
                <w:spacing w:val="-37"/>
                <w:w w:val="105"/>
                <w:sz w:val="15"/>
              </w:rPr>
              <w:t xml:space="preserve"> </w:t>
            </w:r>
            <w:hyperlink r:id="rId25">
              <w:r w:rsidR="003147F9" w:rsidRPr="00E85698">
                <w:rPr>
                  <w:w w:val="105"/>
                  <w:sz w:val="15"/>
                </w:rPr>
                <w:t>http://www.proshkolu.ru</w:t>
              </w:r>
            </w:hyperlink>
          </w:p>
        </w:tc>
      </w:tr>
      <w:tr w:rsidR="003147F9" w:rsidRPr="00E85698" w:rsidTr="00A047B0">
        <w:trPr>
          <w:gridBefore w:val="1"/>
          <w:wBefore w:w="13" w:type="dxa"/>
          <w:trHeight w:val="909"/>
        </w:trPr>
        <w:tc>
          <w:tcPr>
            <w:tcW w:w="468" w:type="dxa"/>
            <w:gridSpan w:val="3"/>
          </w:tcPr>
          <w:p w:rsidR="003147F9" w:rsidRPr="00E85698" w:rsidRDefault="003147F9" w:rsidP="00A047B0">
            <w:pPr>
              <w:pStyle w:val="TableParagraph"/>
              <w:spacing w:before="64"/>
              <w:ind w:left="76"/>
              <w:rPr>
                <w:sz w:val="15"/>
              </w:rPr>
            </w:pPr>
            <w:r w:rsidRPr="00E85698">
              <w:rPr>
                <w:w w:val="105"/>
                <w:sz w:val="15"/>
              </w:rPr>
              <w:t>4.3.</w:t>
            </w:r>
          </w:p>
        </w:tc>
        <w:tc>
          <w:tcPr>
            <w:tcW w:w="2857" w:type="dxa"/>
            <w:gridSpan w:val="2"/>
          </w:tcPr>
          <w:p w:rsidR="003147F9" w:rsidRPr="00E85698" w:rsidRDefault="003147F9" w:rsidP="00A047B0">
            <w:pPr>
              <w:pStyle w:val="TableParagraph"/>
              <w:spacing w:before="64"/>
              <w:ind w:left="76"/>
              <w:rPr>
                <w:sz w:val="15"/>
              </w:rPr>
            </w:pPr>
            <w:r w:rsidRPr="00E85698">
              <w:rPr>
                <w:spacing w:val="-1"/>
                <w:w w:val="105"/>
                <w:sz w:val="15"/>
              </w:rPr>
              <w:t>Информационная</w:t>
            </w:r>
            <w:r w:rsidRPr="00E85698">
              <w:rPr>
                <w:spacing w:val="-7"/>
                <w:w w:val="105"/>
                <w:sz w:val="15"/>
              </w:rPr>
              <w:t xml:space="preserve"> </w:t>
            </w:r>
            <w:r w:rsidRPr="00E85698">
              <w:rPr>
                <w:spacing w:val="-1"/>
                <w:w w:val="105"/>
                <w:sz w:val="15"/>
              </w:rPr>
              <w:t>переработка</w:t>
            </w:r>
            <w:r w:rsidRPr="00E85698">
              <w:rPr>
                <w:spacing w:val="-7"/>
                <w:w w:val="105"/>
                <w:sz w:val="15"/>
              </w:rPr>
              <w:t xml:space="preserve"> </w:t>
            </w:r>
            <w:r w:rsidRPr="00E85698">
              <w:rPr>
                <w:w w:val="105"/>
                <w:sz w:val="15"/>
              </w:rPr>
              <w:t>текста</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3147F9" w:rsidP="00A047B0">
            <w:pPr>
              <w:pStyle w:val="TableParagraph"/>
              <w:rPr>
                <w:sz w:val="14"/>
              </w:rPr>
            </w:pPr>
          </w:p>
        </w:tc>
        <w:tc>
          <w:tcPr>
            <w:tcW w:w="5667" w:type="dxa"/>
            <w:gridSpan w:val="3"/>
          </w:tcPr>
          <w:p w:rsidR="003147F9" w:rsidRPr="00E85698" w:rsidRDefault="003147F9" w:rsidP="00A047B0">
            <w:pPr>
              <w:pStyle w:val="TableParagraph"/>
              <w:spacing w:before="64" w:line="266" w:lineRule="auto"/>
              <w:ind w:left="79" w:right="602"/>
              <w:rPr>
                <w:sz w:val="15"/>
              </w:rPr>
            </w:pPr>
            <w:r w:rsidRPr="00E85698">
              <w:rPr>
                <w:spacing w:val="-1"/>
                <w:w w:val="105"/>
                <w:sz w:val="15"/>
              </w:rPr>
              <w:t>Анализировать</w:t>
            </w:r>
            <w:r w:rsidRPr="00E85698">
              <w:rPr>
                <w:spacing w:val="-8"/>
                <w:w w:val="105"/>
                <w:sz w:val="15"/>
              </w:rPr>
              <w:t xml:space="preserve"> </w:t>
            </w:r>
            <w:r w:rsidRPr="00E85698">
              <w:rPr>
                <w:spacing w:val="-1"/>
                <w:w w:val="105"/>
                <w:sz w:val="15"/>
              </w:rPr>
              <w:t>содержание</w:t>
            </w:r>
            <w:r w:rsidRPr="00E85698">
              <w:rPr>
                <w:spacing w:val="-7"/>
                <w:w w:val="105"/>
                <w:sz w:val="15"/>
              </w:rPr>
              <w:t xml:space="preserve"> </w:t>
            </w:r>
            <w:r w:rsidRPr="00E85698">
              <w:rPr>
                <w:spacing w:val="-1"/>
                <w:w w:val="105"/>
                <w:sz w:val="15"/>
              </w:rPr>
              <w:t>научно-учебного</w:t>
            </w:r>
            <w:r w:rsidRPr="00E85698">
              <w:rPr>
                <w:spacing w:val="-7"/>
                <w:w w:val="105"/>
                <w:sz w:val="15"/>
              </w:rPr>
              <w:t xml:space="preserve"> </w:t>
            </w:r>
            <w:r w:rsidRPr="00E85698">
              <w:rPr>
                <w:w w:val="105"/>
                <w:sz w:val="15"/>
              </w:rPr>
              <w:t>текста</w:t>
            </w:r>
            <w:r w:rsidRPr="00E85698">
              <w:rPr>
                <w:spacing w:val="-8"/>
                <w:w w:val="105"/>
                <w:sz w:val="15"/>
              </w:rPr>
              <w:t xml:space="preserve"> </w:t>
            </w:r>
            <w:r w:rsidRPr="00E85698">
              <w:rPr>
                <w:w w:val="105"/>
                <w:sz w:val="15"/>
              </w:rPr>
              <w:t>и</w:t>
            </w:r>
            <w:r w:rsidRPr="00E85698">
              <w:rPr>
                <w:spacing w:val="-7"/>
                <w:w w:val="105"/>
                <w:sz w:val="15"/>
              </w:rPr>
              <w:t xml:space="preserve"> </w:t>
            </w:r>
            <w:r w:rsidRPr="00E85698">
              <w:rPr>
                <w:w w:val="105"/>
                <w:sz w:val="15"/>
              </w:rPr>
              <w:t>осуществлять</w:t>
            </w:r>
            <w:r w:rsidRPr="00E85698">
              <w:rPr>
                <w:spacing w:val="-7"/>
                <w:w w:val="105"/>
                <w:sz w:val="15"/>
              </w:rPr>
              <w:t xml:space="preserve"> </w:t>
            </w:r>
            <w:r w:rsidRPr="00E85698">
              <w:rPr>
                <w:w w:val="105"/>
                <w:sz w:val="15"/>
              </w:rPr>
              <w:t>его</w:t>
            </w:r>
            <w:r w:rsidRPr="00E85698">
              <w:rPr>
                <w:spacing w:val="-37"/>
                <w:w w:val="105"/>
                <w:sz w:val="15"/>
              </w:rPr>
              <w:t xml:space="preserve"> </w:t>
            </w:r>
            <w:r w:rsidRPr="00E85698">
              <w:rPr>
                <w:w w:val="105"/>
                <w:sz w:val="15"/>
              </w:rPr>
              <w:t>информационную переработку, составлять планы разных видов;</w:t>
            </w:r>
            <w:r w:rsidRPr="00E85698">
              <w:rPr>
                <w:spacing w:val="1"/>
                <w:w w:val="105"/>
                <w:sz w:val="15"/>
              </w:rPr>
              <w:t xml:space="preserve"> </w:t>
            </w:r>
            <w:r w:rsidRPr="00E85698">
              <w:rPr>
                <w:w w:val="105"/>
                <w:sz w:val="15"/>
              </w:rPr>
              <w:t>Выявлять</w:t>
            </w:r>
            <w:r w:rsidRPr="00E85698">
              <w:rPr>
                <w:spacing w:val="-2"/>
                <w:w w:val="105"/>
                <w:sz w:val="15"/>
              </w:rPr>
              <w:t xml:space="preserve"> </w:t>
            </w:r>
            <w:proofErr w:type="spellStart"/>
            <w:r w:rsidRPr="00E85698">
              <w:rPr>
                <w:w w:val="105"/>
                <w:sz w:val="15"/>
              </w:rPr>
              <w:t>микротемы</w:t>
            </w:r>
            <w:proofErr w:type="spellEnd"/>
            <w:r w:rsidRPr="00E85698">
              <w:rPr>
                <w:spacing w:val="-1"/>
                <w:w w:val="105"/>
                <w:sz w:val="15"/>
              </w:rPr>
              <w:t xml:space="preserve"> </w:t>
            </w:r>
            <w:r w:rsidRPr="00E85698">
              <w:rPr>
                <w:w w:val="105"/>
                <w:sz w:val="15"/>
              </w:rPr>
              <w:t>текста;</w:t>
            </w:r>
          </w:p>
          <w:p w:rsidR="003147F9" w:rsidRPr="00E85698" w:rsidRDefault="003147F9" w:rsidP="00A047B0">
            <w:pPr>
              <w:pStyle w:val="TableParagraph"/>
              <w:spacing w:before="2"/>
              <w:ind w:left="79"/>
              <w:rPr>
                <w:sz w:val="15"/>
              </w:rPr>
            </w:pPr>
            <w:r w:rsidRPr="00E85698">
              <w:rPr>
                <w:spacing w:val="-1"/>
                <w:w w:val="105"/>
                <w:sz w:val="15"/>
              </w:rPr>
              <w:t>Осуществлять</w:t>
            </w:r>
            <w:r w:rsidRPr="00E85698">
              <w:rPr>
                <w:spacing w:val="-9"/>
                <w:w w:val="105"/>
                <w:sz w:val="15"/>
              </w:rPr>
              <w:t xml:space="preserve"> </w:t>
            </w:r>
            <w:r w:rsidRPr="00E85698">
              <w:rPr>
                <w:spacing w:val="-1"/>
                <w:w w:val="105"/>
                <w:sz w:val="15"/>
              </w:rPr>
              <w:t>абзацное</w:t>
            </w:r>
            <w:r w:rsidRPr="00E85698">
              <w:rPr>
                <w:spacing w:val="-8"/>
                <w:w w:val="105"/>
                <w:sz w:val="15"/>
              </w:rPr>
              <w:t xml:space="preserve"> </w:t>
            </w:r>
            <w:r w:rsidRPr="00E85698">
              <w:rPr>
                <w:w w:val="105"/>
                <w:sz w:val="15"/>
              </w:rPr>
              <w:t>членение</w:t>
            </w:r>
            <w:r w:rsidRPr="00E85698">
              <w:rPr>
                <w:spacing w:val="-9"/>
                <w:w w:val="105"/>
                <w:sz w:val="15"/>
              </w:rPr>
              <w:t xml:space="preserve"> </w:t>
            </w:r>
            <w:r w:rsidRPr="00E85698">
              <w:rPr>
                <w:w w:val="105"/>
                <w:sz w:val="15"/>
              </w:rPr>
              <w:t>текста;</w:t>
            </w:r>
          </w:p>
        </w:tc>
        <w:tc>
          <w:tcPr>
            <w:tcW w:w="1116" w:type="dxa"/>
            <w:gridSpan w:val="3"/>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64" w:line="266" w:lineRule="auto"/>
              <w:ind w:left="80" w:right="52"/>
              <w:rPr>
                <w:sz w:val="15"/>
              </w:rPr>
            </w:pPr>
            <w:hyperlink r:id="rId26">
              <w:r w:rsidR="003147F9" w:rsidRPr="00E85698">
                <w:rPr>
                  <w:w w:val="105"/>
                  <w:sz w:val="15"/>
                </w:rPr>
                <w:t>http://rus.1september.ru</w:t>
              </w:r>
            </w:hyperlink>
            <w:r w:rsidR="003147F9" w:rsidRPr="00E85698">
              <w:rPr>
                <w:spacing w:val="1"/>
                <w:w w:val="105"/>
                <w:sz w:val="15"/>
              </w:rPr>
              <w:t xml:space="preserve"> </w:t>
            </w:r>
            <w:hyperlink r:id="rId27">
              <w:r w:rsidR="003147F9" w:rsidRPr="00E85698">
                <w:rPr>
                  <w:spacing w:val="-1"/>
                  <w:w w:val="105"/>
                  <w:sz w:val="15"/>
                </w:rPr>
                <w:t>http://pedsovet.su/load/27,</w:t>
              </w:r>
            </w:hyperlink>
            <w:r w:rsidR="003147F9" w:rsidRPr="00E85698">
              <w:rPr>
                <w:spacing w:val="-37"/>
                <w:w w:val="105"/>
                <w:sz w:val="15"/>
              </w:rPr>
              <w:t xml:space="preserve"> </w:t>
            </w:r>
            <w:hyperlink r:id="rId28">
              <w:r w:rsidR="003147F9" w:rsidRPr="00E85698">
                <w:rPr>
                  <w:w w:val="105"/>
                  <w:sz w:val="15"/>
                </w:rPr>
                <w:t>http://www.proshkolu.ru</w:t>
              </w:r>
            </w:hyperlink>
          </w:p>
        </w:tc>
      </w:tr>
      <w:tr w:rsidR="003147F9" w:rsidRPr="00E85698" w:rsidTr="00A047B0">
        <w:trPr>
          <w:gridBefore w:val="1"/>
          <w:wBefore w:w="13" w:type="dxa"/>
          <w:trHeight w:val="717"/>
        </w:trPr>
        <w:tc>
          <w:tcPr>
            <w:tcW w:w="468" w:type="dxa"/>
            <w:gridSpan w:val="3"/>
          </w:tcPr>
          <w:p w:rsidR="003147F9" w:rsidRPr="00E85698" w:rsidRDefault="003147F9" w:rsidP="00A047B0">
            <w:pPr>
              <w:pStyle w:val="TableParagraph"/>
              <w:spacing w:before="64"/>
              <w:ind w:left="76"/>
              <w:rPr>
                <w:sz w:val="15"/>
              </w:rPr>
            </w:pPr>
            <w:r w:rsidRPr="00E85698">
              <w:rPr>
                <w:w w:val="105"/>
                <w:sz w:val="15"/>
              </w:rPr>
              <w:t>4.4.</w:t>
            </w:r>
          </w:p>
        </w:tc>
        <w:tc>
          <w:tcPr>
            <w:tcW w:w="2857" w:type="dxa"/>
            <w:gridSpan w:val="2"/>
          </w:tcPr>
          <w:p w:rsidR="003147F9" w:rsidRPr="00E85698" w:rsidRDefault="003147F9" w:rsidP="00A047B0">
            <w:pPr>
              <w:pStyle w:val="TableParagraph"/>
              <w:spacing w:before="64"/>
              <w:ind w:left="76"/>
              <w:rPr>
                <w:sz w:val="15"/>
              </w:rPr>
            </w:pPr>
            <w:r w:rsidRPr="00E85698">
              <w:rPr>
                <w:spacing w:val="-1"/>
                <w:w w:val="105"/>
                <w:sz w:val="15"/>
              </w:rPr>
              <w:t>Смысловой</w:t>
            </w:r>
            <w:r w:rsidRPr="00E85698">
              <w:rPr>
                <w:spacing w:val="-8"/>
                <w:w w:val="105"/>
                <w:sz w:val="15"/>
              </w:rPr>
              <w:t xml:space="preserve"> </w:t>
            </w:r>
            <w:r w:rsidRPr="00E85698">
              <w:rPr>
                <w:w w:val="105"/>
                <w:sz w:val="15"/>
              </w:rPr>
              <w:t>анализ</w:t>
            </w:r>
            <w:r w:rsidRPr="00E85698">
              <w:rPr>
                <w:spacing w:val="-7"/>
                <w:w w:val="105"/>
                <w:sz w:val="15"/>
              </w:rPr>
              <w:t xml:space="preserve"> </w:t>
            </w:r>
            <w:r w:rsidRPr="00E85698">
              <w:rPr>
                <w:w w:val="105"/>
                <w:sz w:val="15"/>
              </w:rPr>
              <w:t>текста</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3147F9" w:rsidP="00A047B0">
            <w:pPr>
              <w:pStyle w:val="TableParagraph"/>
              <w:rPr>
                <w:sz w:val="14"/>
              </w:rPr>
            </w:pPr>
          </w:p>
        </w:tc>
        <w:tc>
          <w:tcPr>
            <w:tcW w:w="5667" w:type="dxa"/>
            <w:gridSpan w:val="3"/>
          </w:tcPr>
          <w:p w:rsidR="003147F9" w:rsidRPr="00E85698" w:rsidRDefault="003147F9" w:rsidP="00A047B0">
            <w:pPr>
              <w:pStyle w:val="TableParagraph"/>
              <w:spacing w:before="64"/>
              <w:ind w:left="79"/>
              <w:rPr>
                <w:sz w:val="15"/>
              </w:rPr>
            </w:pPr>
            <w:r w:rsidRPr="00E85698">
              <w:rPr>
                <w:w w:val="105"/>
                <w:sz w:val="15"/>
              </w:rPr>
              <w:t>Выявлять</w:t>
            </w:r>
            <w:r w:rsidRPr="00E85698">
              <w:rPr>
                <w:spacing w:val="-9"/>
                <w:w w:val="105"/>
                <w:sz w:val="15"/>
              </w:rPr>
              <w:t xml:space="preserve"> </w:t>
            </w:r>
            <w:r w:rsidRPr="00E85698">
              <w:rPr>
                <w:w w:val="105"/>
                <w:sz w:val="15"/>
              </w:rPr>
              <w:t>способы</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средства</w:t>
            </w:r>
            <w:r w:rsidRPr="00E85698">
              <w:rPr>
                <w:spacing w:val="-9"/>
                <w:w w:val="105"/>
                <w:sz w:val="15"/>
              </w:rPr>
              <w:t xml:space="preserve"> </w:t>
            </w:r>
            <w:r w:rsidRPr="00E85698">
              <w:rPr>
                <w:w w:val="105"/>
                <w:sz w:val="15"/>
              </w:rPr>
              <w:t>связи</w:t>
            </w:r>
            <w:r w:rsidRPr="00E85698">
              <w:rPr>
                <w:spacing w:val="-9"/>
                <w:w w:val="105"/>
                <w:sz w:val="15"/>
              </w:rPr>
              <w:t xml:space="preserve"> </w:t>
            </w:r>
            <w:r w:rsidRPr="00E85698">
              <w:rPr>
                <w:w w:val="105"/>
                <w:sz w:val="15"/>
              </w:rPr>
              <w:t>предложений</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тексте;</w:t>
            </w:r>
          </w:p>
        </w:tc>
        <w:tc>
          <w:tcPr>
            <w:tcW w:w="1116" w:type="dxa"/>
            <w:gridSpan w:val="3"/>
          </w:tcPr>
          <w:p w:rsidR="003147F9" w:rsidRPr="00E85698" w:rsidRDefault="003147F9" w:rsidP="00A047B0">
            <w:pPr>
              <w:pStyle w:val="TableParagraph"/>
              <w:spacing w:before="64" w:line="266" w:lineRule="auto"/>
              <w:ind w:left="79" w:right="483"/>
              <w:rPr>
                <w:sz w:val="15"/>
              </w:rPr>
            </w:pPr>
            <w:r w:rsidRPr="00E85698">
              <w:rPr>
                <w:spacing w:val="-1"/>
                <w:w w:val="105"/>
                <w:sz w:val="15"/>
              </w:rPr>
              <w:t>Устный</w:t>
            </w:r>
            <w:r w:rsidRPr="00E85698">
              <w:rPr>
                <w:spacing w:val="-37"/>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64" w:line="266" w:lineRule="auto"/>
              <w:ind w:left="80" w:right="52"/>
              <w:rPr>
                <w:sz w:val="15"/>
              </w:rPr>
            </w:pPr>
            <w:hyperlink r:id="rId29">
              <w:r w:rsidR="003147F9" w:rsidRPr="00E85698">
                <w:rPr>
                  <w:w w:val="105"/>
                  <w:sz w:val="15"/>
                </w:rPr>
                <w:t>http://rus.1september.ru</w:t>
              </w:r>
            </w:hyperlink>
            <w:r w:rsidR="003147F9" w:rsidRPr="00E85698">
              <w:rPr>
                <w:spacing w:val="1"/>
                <w:w w:val="105"/>
                <w:sz w:val="15"/>
              </w:rPr>
              <w:t xml:space="preserve"> </w:t>
            </w:r>
            <w:hyperlink r:id="rId30">
              <w:r w:rsidR="003147F9" w:rsidRPr="00E85698">
                <w:rPr>
                  <w:spacing w:val="-1"/>
                  <w:w w:val="105"/>
                  <w:sz w:val="15"/>
                </w:rPr>
                <w:t>http://pedsovet.su/load/27,</w:t>
              </w:r>
            </w:hyperlink>
            <w:r w:rsidR="003147F9" w:rsidRPr="00E85698">
              <w:rPr>
                <w:spacing w:val="-37"/>
                <w:w w:val="105"/>
                <w:sz w:val="15"/>
              </w:rPr>
              <w:t xml:space="preserve"> </w:t>
            </w:r>
            <w:hyperlink r:id="rId31">
              <w:r w:rsidR="003147F9" w:rsidRPr="00E85698">
                <w:rPr>
                  <w:w w:val="105"/>
                  <w:sz w:val="15"/>
                </w:rPr>
                <w:t>http://www.proshkolu.ru</w:t>
              </w:r>
            </w:hyperlink>
          </w:p>
        </w:tc>
      </w:tr>
      <w:tr w:rsidR="003147F9" w:rsidRPr="00E85698" w:rsidTr="00A047B0">
        <w:trPr>
          <w:gridBefore w:val="1"/>
          <w:wBefore w:w="13" w:type="dxa"/>
          <w:trHeight w:val="333"/>
        </w:trPr>
        <w:tc>
          <w:tcPr>
            <w:tcW w:w="3325" w:type="dxa"/>
            <w:gridSpan w:val="5"/>
          </w:tcPr>
          <w:p w:rsidR="003147F9" w:rsidRPr="00E85698" w:rsidRDefault="003147F9" w:rsidP="00A047B0">
            <w:pPr>
              <w:pStyle w:val="TableParagraph"/>
              <w:spacing w:before="6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gridSpan w:val="3"/>
          </w:tcPr>
          <w:p w:rsidR="003147F9" w:rsidRPr="00E85698" w:rsidRDefault="003147F9" w:rsidP="00A047B0">
            <w:pPr>
              <w:pStyle w:val="TableParagraph"/>
              <w:spacing w:before="64"/>
              <w:ind w:left="77"/>
              <w:rPr>
                <w:sz w:val="15"/>
              </w:rPr>
            </w:pPr>
            <w:r w:rsidRPr="00E85698">
              <w:rPr>
                <w:w w:val="104"/>
                <w:sz w:val="15"/>
              </w:rPr>
              <w:t>8</w:t>
            </w:r>
          </w:p>
        </w:tc>
        <w:tc>
          <w:tcPr>
            <w:tcW w:w="11643" w:type="dxa"/>
            <w:gridSpan w:val="16"/>
          </w:tcPr>
          <w:p w:rsidR="003147F9" w:rsidRPr="00E85698" w:rsidRDefault="003147F9" w:rsidP="00A047B0">
            <w:pPr>
              <w:pStyle w:val="TableParagraph"/>
              <w:rPr>
                <w:sz w:val="14"/>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64"/>
              <w:ind w:left="76"/>
              <w:rPr>
                <w:b/>
                <w:sz w:val="15"/>
              </w:rPr>
            </w:pPr>
            <w:r w:rsidRPr="00E85698">
              <w:rPr>
                <w:b/>
                <w:spacing w:val="-1"/>
                <w:w w:val="105"/>
                <w:sz w:val="15"/>
              </w:rPr>
              <w:t>Раздел</w:t>
            </w:r>
            <w:r w:rsidRPr="00E85698">
              <w:rPr>
                <w:b/>
                <w:spacing w:val="-8"/>
                <w:w w:val="105"/>
                <w:sz w:val="15"/>
              </w:rPr>
              <w:t xml:space="preserve"> </w:t>
            </w:r>
            <w:r w:rsidRPr="00E85698">
              <w:rPr>
                <w:b/>
                <w:spacing w:val="-1"/>
                <w:w w:val="105"/>
                <w:sz w:val="15"/>
              </w:rPr>
              <w:t>5.</w:t>
            </w:r>
            <w:r w:rsidRPr="00E85698">
              <w:rPr>
                <w:b/>
                <w:spacing w:val="-8"/>
                <w:w w:val="105"/>
                <w:sz w:val="15"/>
              </w:rPr>
              <w:t xml:space="preserve"> </w:t>
            </w:r>
            <w:r w:rsidRPr="00E85698">
              <w:rPr>
                <w:b/>
                <w:spacing w:val="-1"/>
                <w:w w:val="105"/>
                <w:sz w:val="15"/>
              </w:rPr>
              <w:t>ФУНКЦИОНАЛЬНЫЕ</w:t>
            </w:r>
            <w:r w:rsidRPr="00E85698">
              <w:rPr>
                <w:b/>
                <w:spacing w:val="24"/>
                <w:w w:val="105"/>
                <w:sz w:val="15"/>
              </w:rPr>
              <w:t xml:space="preserve"> </w:t>
            </w:r>
            <w:r w:rsidRPr="00E85698">
              <w:rPr>
                <w:b/>
                <w:w w:val="105"/>
                <w:sz w:val="15"/>
              </w:rPr>
              <w:t>РАЗНОВИДНОСТИ</w:t>
            </w:r>
            <w:r w:rsidRPr="00E85698">
              <w:rPr>
                <w:b/>
                <w:spacing w:val="25"/>
                <w:w w:val="105"/>
                <w:sz w:val="15"/>
              </w:rPr>
              <w:t xml:space="preserve"> </w:t>
            </w:r>
            <w:r w:rsidRPr="00E85698">
              <w:rPr>
                <w:b/>
                <w:w w:val="105"/>
                <w:sz w:val="15"/>
              </w:rPr>
              <w:t>ЯЗЫКА</w:t>
            </w:r>
          </w:p>
        </w:tc>
      </w:tr>
      <w:tr w:rsidR="003147F9" w:rsidRPr="00E85698" w:rsidTr="00A047B0">
        <w:trPr>
          <w:gridBefore w:val="1"/>
          <w:wBefore w:w="13" w:type="dxa"/>
          <w:trHeight w:val="1870"/>
        </w:trPr>
        <w:tc>
          <w:tcPr>
            <w:tcW w:w="468" w:type="dxa"/>
            <w:gridSpan w:val="3"/>
          </w:tcPr>
          <w:p w:rsidR="003147F9" w:rsidRPr="00E85698" w:rsidRDefault="003147F9" w:rsidP="00A047B0">
            <w:pPr>
              <w:pStyle w:val="TableParagraph"/>
              <w:spacing w:before="64"/>
              <w:ind w:left="76"/>
              <w:rPr>
                <w:sz w:val="15"/>
              </w:rPr>
            </w:pPr>
            <w:r w:rsidRPr="00E85698">
              <w:rPr>
                <w:w w:val="105"/>
                <w:sz w:val="15"/>
              </w:rPr>
              <w:t>5.1.</w:t>
            </w:r>
          </w:p>
        </w:tc>
        <w:tc>
          <w:tcPr>
            <w:tcW w:w="2857" w:type="dxa"/>
            <w:gridSpan w:val="2"/>
          </w:tcPr>
          <w:p w:rsidR="003147F9" w:rsidRPr="00E85698" w:rsidRDefault="003147F9" w:rsidP="00A047B0">
            <w:pPr>
              <w:pStyle w:val="TableParagraph"/>
              <w:spacing w:before="64"/>
              <w:ind w:left="76"/>
              <w:rPr>
                <w:sz w:val="15"/>
              </w:rPr>
            </w:pPr>
            <w:r w:rsidRPr="00E85698">
              <w:rPr>
                <w:spacing w:val="-1"/>
                <w:w w:val="105"/>
                <w:sz w:val="15"/>
              </w:rPr>
              <w:t>Публицистический</w:t>
            </w:r>
            <w:r w:rsidRPr="00E85698">
              <w:rPr>
                <w:spacing w:val="-9"/>
                <w:w w:val="105"/>
                <w:sz w:val="15"/>
              </w:rPr>
              <w:t xml:space="preserve"> </w:t>
            </w:r>
            <w:r w:rsidRPr="00E85698">
              <w:rPr>
                <w:w w:val="105"/>
                <w:sz w:val="15"/>
              </w:rPr>
              <w:t>стиль</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28.09-6.10</w:t>
            </w:r>
          </w:p>
        </w:tc>
        <w:tc>
          <w:tcPr>
            <w:tcW w:w="5667" w:type="dxa"/>
            <w:gridSpan w:val="3"/>
          </w:tcPr>
          <w:p w:rsidR="003147F9" w:rsidRPr="00E85698" w:rsidRDefault="003147F9" w:rsidP="00A047B0">
            <w:pPr>
              <w:pStyle w:val="TableParagraph"/>
              <w:spacing w:before="64" w:line="266" w:lineRule="auto"/>
              <w:ind w:left="79" w:right="701"/>
              <w:jc w:val="both"/>
              <w:rPr>
                <w:sz w:val="15"/>
              </w:rPr>
            </w:pPr>
            <w:r w:rsidRPr="00E85698">
              <w:rPr>
                <w:spacing w:val="-1"/>
                <w:w w:val="105"/>
                <w:sz w:val="15"/>
              </w:rPr>
              <w:t xml:space="preserve">Распознавать тексты публицистического и официально-делового </w:t>
            </w:r>
            <w:r w:rsidRPr="00E85698">
              <w:rPr>
                <w:w w:val="105"/>
                <w:sz w:val="15"/>
              </w:rPr>
              <w:t>стилей,</w:t>
            </w:r>
            <w:r w:rsidRPr="00E85698">
              <w:rPr>
                <w:spacing w:val="-37"/>
                <w:w w:val="105"/>
                <w:sz w:val="15"/>
              </w:rPr>
              <w:t xml:space="preserve"> </w:t>
            </w:r>
            <w:r w:rsidRPr="00E85698">
              <w:rPr>
                <w:w w:val="105"/>
                <w:sz w:val="15"/>
              </w:rPr>
              <w:t>опираясь</w:t>
            </w:r>
            <w:r w:rsidRPr="00E85698">
              <w:rPr>
                <w:spacing w:val="-10"/>
                <w:w w:val="105"/>
                <w:sz w:val="15"/>
              </w:rPr>
              <w:t xml:space="preserve"> </w:t>
            </w:r>
            <w:r w:rsidRPr="00E85698">
              <w:rPr>
                <w:w w:val="105"/>
                <w:sz w:val="15"/>
              </w:rPr>
              <w:t>на</w:t>
            </w:r>
            <w:r w:rsidRPr="00E85698">
              <w:rPr>
                <w:spacing w:val="-9"/>
                <w:w w:val="105"/>
                <w:sz w:val="15"/>
              </w:rPr>
              <w:t xml:space="preserve"> </w:t>
            </w:r>
            <w:r w:rsidRPr="00E85698">
              <w:rPr>
                <w:w w:val="105"/>
                <w:sz w:val="15"/>
              </w:rPr>
              <w:t>анализ</w:t>
            </w:r>
            <w:r w:rsidRPr="00E85698">
              <w:rPr>
                <w:spacing w:val="-9"/>
                <w:w w:val="105"/>
                <w:sz w:val="15"/>
              </w:rPr>
              <w:t xml:space="preserve"> </w:t>
            </w:r>
            <w:r w:rsidRPr="00E85698">
              <w:rPr>
                <w:w w:val="105"/>
                <w:sz w:val="15"/>
              </w:rPr>
              <w:t>сферы</w:t>
            </w:r>
            <w:r w:rsidRPr="00E85698">
              <w:rPr>
                <w:spacing w:val="-10"/>
                <w:w w:val="105"/>
                <w:sz w:val="15"/>
              </w:rPr>
              <w:t xml:space="preserve"> </w:t>
            </w:r>
            <w:r w:rsidRPr="00E85698">
              <w:rPr>
                <w:w w:val="105"/>
                <w:sz w:val="15"/>
              </w:rPr>
              <w:t>применения,</w:t>
            </w:r>
            <w:r w:rsidRPr="00E85698">
              <w:rPr>
                <w:spacing w:val="-9"/>
                <w:w w:val="105"/>
                <w:sz w:val="15"/>
              </w:rPr>
              <w:t xml:space="preserve"> </w:t>
            </w:r>
            <w:r w:rsidRPr="00E85698">
              <w:rPr>
                <w:w w:val="105"/>
                <w:sz w:val="15"/>
              </w:rPr>
              <w:t>основной</w:t>
            </w:r>
            <w:r w:rsidRPr="00E85698">
              <w:rPr>
                <w:spacing w:val="-9"/>
                <w:w w:val="105"/>
                <w:sz w:val="15"/>
              </w:rPr>
              <w:t xml:space="preserve"> </w:t>
            </w:r>
            <w:r w:rsidRPr="00E85698">
              <w:rPr>
                <w:w w:val="105"/>
                <w:sz w:val="15"/>
              </w:rPr>
              <w:t>задачи,</w:t>
            </w:r>
            <w:r w:rsidRPr="00E85698">
              <w:rPr>
                <w:spacing w:val="-10"/>
                <w:w w:val="105"/>
                <w:sz w:val="15"/>
              </w:rPr>
              <w:t xml:space="preserve"> </w:t>
            </w:r>
            <w:r w:rsidRPr="00E85698">
              <w:rPr>
                <w:w w:val="105"/>
                <w:sz w:val="15"/>
              </w:rPr>
              <w:t>стилевых</w:t>
            </w:r>
            <w:r w:rsidRPr="00E85698">
              <w:rPr>
                <w:spacing w:val="-9"/>
                <w:w w:val="105"/>
                <w:sz w:val="15"/>
              </w:rPr>
              <w:t xml:space="preserve"> </w:t>
            </w:r>
            <w:r w:rsidRPr="00E85698">
              <w:rPr>
                <w:w w:val="105"/>
                <w:sz w:val="15"/>
              </w:rPr>
              <w:t>черт,</w:t>
            </w:r>
            <w:r w:rsidRPr="00E85698">
              <w:rPr>
                <w:spacing w:val="1"/>
                <w:w w:val="105"/>
                <w:sz w:val="15"/>
              </w:rPr>
              <w:t xml:space="preserve"> </w:t>
            </w:r>
            <w:r w:rsidRPr="00E85698">
              <w:rPr>
                <w:w w:val="105"/>
                <w:sz w:val="15"/>
              </w:rPr>
              <w:t>характерных</w:t>
            </w:r>
            <w:r w:rsidRPr="00E85698">
              <w:rPr>
                <w:spacing w:val="-3"/>
                <w:w w:val="105"/>
                <w:sz w:val="15"/>
              </w:rPr>
              <w:t xml:space="preserve"> </w:t>
            </w:r>
            <w:r w:rsidRPr="00E85698">
              <w:rPr>
                <w:w w:val="105"/>
                <w:sz w:val="15"/>
              </w:rPr>
              <w:t>языковых</w:t>
            </w:r>
            <w:r w:rsidRPr="00E85698">
              <w:rPr>
                <w:spacing w:val="-3"/>
                <w:w w:val="105"/>
                <w:sz w:val="15"/>
              </w:rPr>
              <w:t xml:space="preserve"> </w:t>
            </w:r>
            <w:r w:rsidRPr="00E85698">
              <w:rPr>
                <w:w w:val="105"/>
                <w:sz w:val="15"/>
              </w:rPr>
              <w:t>средств,</w:t>
            </w:r>
            <w:r w:rsidRPr="00E85698">
              <w:rPr>
                <w:spacing w:val="-3"/>
                <w:w w:val="105"/>
                <w:sz w:val="15"/>
              </w:rPr>
              <w:t xml:space="preserve"> </w:t>
            </w:r>
            <w:r w:rsidRPr="00E85698">
              <w:rPr>
                <w:w w:val="105"/>
                <w:sz w:val="15"/>
              </w:rPr>
              <w:t>использованных</w:t>
            </w:r>
            <w:r w:rsidRPr="00E85698">
              <w:rPr>
                <w:spacing w:val="-3"/>
                <w:w w:val="105"/>
                <w:sz w:val="15"/>
              </w:rPr>
              <w:t xml:space="preserve"> </w:t>
            </w:r>
            <w:r w:rsidRPr="00E85698">
              <w:rPr>
                <w:w w:val="105"/>
                <w:sz w:val="15"/>
              </w:rPr>
              <w:t>в</w:t>
            </w:r>
            <w:r w:rsidRPr="00E85698">
              <w:rPr>
                <w:spacing w:val="-3"/>
                <w:w w:val="105"/>
                <w:sz w:val="15"/>
              </w:rPr>
              <w:t xml:space="preserve"> </w:t>
            </w:r>
            <w:r w:rsidRPr="00E85698">
              <w:rPr>
                <w:w w:val="105"/>
                <w:sz w:val="15"/>
              </w:rPr>
              <w:t>тексте;</w:t>
            </w:r>
          </w:p>
          <w:p w:rsidR="003147F9" w:rsidRPr="00E85698" w:rsidRDefault="003147F9" w:rsidP="00A047B0">
            <w:pPr>
              <w:pStyle w:val="TableParagraph"/>
              <w:spacing w:before="2" w:line="266" w:lineRule="auto"/>
              <w:ind w:left="79" w:right="350"/>
              <w:rPr>
                <w:sz w:val="15"/>
              </w:rPr>
            </w:pPr>
            <w:r w:rsidRPr="00E85698">
              <w:rPr>
                <w:spacing w:val="-1"/>
                <w:w w:val="105"/>
                <w:sz w:val="15"/>
              </w:rPr>
              <w:t xml:space="preserve">Характеризовать жанрово-стилистические особенности интервью, </w:t>
            </w:r>
            <w:r w:rsidRPr="00E85698">
              <w:rPr>
                <w:w w:val="105"/>
                <w:sz w:val="15"/>
              </w:rPr>
              <w:t>репортажа,</w:t>
            </w:r>
            <w:r w:rsidRPr="00E85698">
              <w:rPr>
                <w:spacing w:val="-37"/>
                <w:w w:val="105"/>
                <w:sz w:val="15"/>
              </w:rPr>
              <w:t xml:space="preserve"> </w:t>
            </w:r>
            <w:r w:rsidRPr="00E85698">
              <w:rPr>
                <w:w w:val="105"/>
                <w:sz w:val="15"/>
              </w:rPr>
              <w:t>заметки,</w:t>
            </w:r>
            <w:r w:rsidRPr="00E85698">
              <w:rPr>
                <w:spacing w:val="-2"/>
                <w:w w:val="105"/>
                <w:sz w:val="15"/>
              </w:rPr>
              <w:t xml:space="preserve"> </w:t>
            </w:r>
            <w:r w:rsidRPr="00E85698">
              <w:rPr>
                <w:w w:val="105"/>
                <w:sz w:val="15"/>
              </w:rPr>
              <w:t>инструкции;</w:t>
            </w:r>
          </w:p>
          <w:p w:rsidR="003147F9" w:rsidRPr="00E85698" w:rsidRDefault="003147F9" w:rsidP="00A047B0">
            <w:pPr>
              <w:pStyle w:val="TableParagraph"/>
              <w:spacing w:before="2" w:line="266" w:lineRule="auto"/>
              <w:ind w:left="79"/>
              <w:rPr>
                <w:sz w:val="15"/>
              </w:rPr>
            </w:pPr>
            <w:r w:rsidRPr="00E85698">
              <w:rPr>
                <w:spacing w:val="-1"/>
                <w:w w:val="105"/>
                <w:sz w:val="15"/>
              </w:rPr>
              <w:t>Создавать</w:t>
            </w:r>
            <w:r w:rsidRPr="00E85698">
              <w:rPr>
                <w:spacing w:val="-9"/>
                <w:w w:val="105"/>
                <w:sz w:val="15"/>
              </w:rPr>
              <w:t xml:space="preserve"> </w:t>
            </w:r>
            <w:r w:rsidRPr="00E85698">
              <w:rPr>
                <w:spacing w:val="-1"/>
                <w:w w:val="105"/>
                <w:sz w:val="15"/>
              </w:rPr>
              <w:t>тексты</w:t>
            </w:r>
            <w:r w:rsidRPr="00E85698">
              <w:rPr>
                <w:spacing w:val="-8"/>
                <w:w w:val="105"/>
                <w:sz w:val="15"/>
              </w:rPr>
              <w:t xml:space="preserve"> </w:t>
            </w:r>
            <w:r w:rsidRPr="00E85698">
              <w:rPr>
                <w:spacing w:val="-1"/>
                <w:w w:val="105"/>
                <w:sz w:val="15"/>
              </w:rPr>
              <w:t>публицистического</w:t>
            </w:r>
            <w:r w:rsidRPr="00E85698">
              <w:rPr>
                <w:spacing w:val="-8"/>
                <w:w w:val="105"/>
                <w:sz w:val="15"/>
              </w:rPr>
              <w:t xml:space="preserve"> </w:t>
            </w:r>
            <w:r w:rsidRPr="00E85698">
              <w:rPr>
                <w:spacing w:val="-1"/>
                <w:w w:val="105"/>
                <w:sz w:val="15"/>
              </w:rPr>
              <w:t>стиля:</w:t>
            </w:r>
            <w:r w:rsidRPr="00E85698">
              <w:rPr>
                <w:spacing w:val="-9"/>
                <w:w w:val="105"/>
                <w:sz w:val="15"/>
              </w:rPr>
              <w:t xml:space="preserve"> </w:t>
            </w:r>
            <w:r w:rsidRPr="00E85698">
              <w:rPr>
                <w:w w:val="105"/>
                <w:sz w:val="15"/>
              </w:rPr>
              <w:t>интервью,</w:t>
            </w:r>
            <w:r w:rsidRPr="00E85698">
              <w:rPr>
                <w:spacing w:val="-8"/>
                <w:w w:val="105"/>
                <w:sz w:val="15"/>
              </w:rPr>
              <w:t xml:space="preserve"> </w:t>
            </w:r>
            <w:r w:rsidRPr="00E85698">
              <w:rPr>
                <w:w w:val="105"/>
                <w:sz w:val="15"/>
              </w:rPr>
              <w:t>репортаж,</w:t>
            </w:r>
            <w:r w:rsidRPr="00E85698">
              <w:rPr>
                <w:spacing w:val="-8"/>
                <w:w w:val="105"/>
                <w:sz w:val="15"/>
              </w:rPr>
              <w:t xml:space="preserve"> </w:t>
            </w:r>
            <w:r w:rsidRPr="00E85698">
              <w:rPr>
                <w:w w:val="105"/>
                <w:sz w:val="15"/>
              </w:rPr>
              <w:t>заметку;</w:t>
            </w:r>
            <w:r w:rsidRPr="00E85698">
              <w:rPr>
                <w:spacing w:val="1"/>
                <w:w w:val="105"/>
                <w:sz w:val="15"/>
              </w:rPr>
              <w:t xml:space="preserve"> </w:t>
            </w:r>
            <w:r w:rsidRPr="00E85698">
              <w:rPr>
                <w:w w:val="105"/>
                <w:sz w:val="15"/>
              </w:rPr>
              <w:t>Использовать</w:t>
            </w:r>
            <w:r w:rsidRPr="00E85698">
              <w:rPr>
                <w:spacing w:val="-3"/>
                <w:w w:val="105"/>
                <w:sz w:val="15"/>
              </w:rPr>
              <w:t xml:space="preserve"> </w:t>
            </w:r>
            <w:r w:rsidRPr="00E85698">
              <w:rPr>
                <w:w w:val="105"/>
                <w:sz w:val="15"/>
              </w:rPr>
              <w:t>текст-инструкцию</w:t>
            </w:r>
            <w:r w:rsidRPr="00E85698">
              <w:rPr>
                <w:spacing w:val="-2"/>
                <w:w w:val="105"/>
                <w:sz w:val="15"/>
              </w:rPr>
              <w:t xml:space="preserve"> </w:t>
            </w:r>
            <w:r w:rsidRPr="00E85698">
              <w:rPr>
                <w:w w:val="105"/>
                <w:sz w:val="15"/>
              </w:rPr>
              <w:t>с</w:t>
            </w:r>
            <w:r w:rsidRPr="00E85698">
              <w:rPr>
                <w:spacing w:val="-2"/>
                <w:w w:val="105"/>
                <w:sz w:val="15"/>
              </w:rPr>
              <w:t xml:space="preserve"> </w:t>
            </w:r>
            <w:r w:rsidRPr="00E85698">
              <w:rPr>
                <w:w w:val="105"/>
                <w:sz w:val="15"/>
              </w:rPr>
              <w:t>учебной</w:t>
            </w:r>
            <w:r w:rsidRPr="00E85698">
              <w:rPr>
                <w:spacing w:val="-3"/>
                <w:w w:val="105"/>
                <w:sz w:val="15"/>
              </w:rPr>
              <w:t xml:space="preserve"> </w:t>
            </w:r>
            <w:r w:rsidRPr="00E85698">
              <w:rPr>
                <w:w w:val="105"/>
                <w:sz w:val="15"/>
              </w:rPr>
              <w:t>задачей;</w:t>
            </w:r>
          </w:p>
          <w:p w:rsidR="003147F9" w:rsidRPr="00E85698" w:rsidRDefault="003147F9" w:rsidP="00A047B0">
            <w:pPr>
              <w:pStyle w:val="TableParagraph"/>
              <w:spacing w:before="1" w:line="266" w:lineRule="auto"/>
              <w:ind w:left="79" w:right="96"/>
              <w:rPr>
                <w:sz w:val="15"/>
              </w:rPr>
            </w:pPr>
            <w:r w:rsidRPr="00E85698">
              <w:rPr>
                <w:spacing w:val="-1"/>
                <w:w w:val="105"/>
                <w:sz w:val="15"/>
              </w:rPr>
              <w:t>Моделировать</w:t>
            </w:r>
            <w:r w:rsidRPr="00E85698">
              <w:rPr>
                <w:spacing w:val="-8"/>
                <w:w w:val="105"/>
                <w:sz w:val="15"/>
              </w:rPr>
              <w:t xml:space="preserve"> </w:t>
            </w:r>
            <w:r w:rsidRPr="00E85698">
              <w:rPr>
                <w:spacing w:val="-1"/>
                <w:w w:val="105"/>
                <w:sz w:val="15"/>
              </w:rPr>
              <w:t>текст-инструкцию,</w:t>
            </w:r>
            <w:r w:rsidRPr="00E85698">
              <w:rPr>
                <w:spacing w:val="-7"/>
                <w:w w:val="105"/>
                <w:sz w:val="15"/>
              </w:rPr>
              <w:t xml:space="preserve"> </w:t>
            </w:r>
            <w:r w:rsidRPr="00E85698">
              <w:rPr>
                <w:w w:val="105"/>
                <w:sz w:val="15"/>
              </w:rPr>
              <w:t>опираясь</w:t>
            </w:r>
            <w:r w:rsidRPr="00E85698">
              <w:rPr>
                <w:spacing w:val="-8"/>
                <w:w w:val="105"/>
                <w:sz w:val="15"/>
              </w:rPr>
              <w:t xml:space="preserve"> </w:t>
            </w:r>
            <w:r w:rsidRPr="00E85698">
              <w:rPr>
                <w:w w:val="105"/>
                <w:sz w:val="15"/>
              </w:rPr>
              <w:t>на</w:t>
            </w:r>
            <w:r w:rsidRPr="00E85698">
              <w:rPr>
                <w:spacing w:val="-7"/>
                <w:w w:val="105"/>
                <w:sz w:val="15"/>
              </w:rPr>
              <w:t xml:space="preserve"> </w:t>
            </w:r>
            <w:r w:rsidRPr="00E85698">
              <w:rPr>
                <w:w w:val="105"/>
                <w:sz w:val="15"/>
              </w:rPr>
              <w:t>знание</w:t>
            </w:r>
            <w:r w:rsidRPr="00E85698">
              <w:rPr>
                <w:spacing w:val="-8"/>
                <w:w w:val="105"/>
                <w:sz w:val="15"/>
              </w:rPr>
              <w:t xml:space="preserve"> </w:t>
            </w:r>
            <w:r w:rsidRPr="00E85698">
              <w:rPr>
                <w:w w:val="105"/>
                <w:sz w:val="15"/>
              </w:rPr>
              <w:t>требований</w:t>
            </w:r>
            <w:r w:rsidRPr="00E85698">
              <w:rPr>
                <w:spacing w:val="-7"/>
                <w:w w:val="105"/>
                <w:sz w:val="15"/>
              </w:rPr>
              <w:t xml:space="preserve"> </w:t>
            </w:r>
            <w:r w:rsidRPr="00E85698">
              <w:rPr>
                <w:w w:val="105"/>
                <w:sz w:val="15"/>
              </w:rPr>
              <w:t>к</w:t>
            </w:r>
            <w:r w:rsidRPr="00E85698">
              <w:rPr>
                <w:spacing w:val="-8"/>
                <w:w w:val="105"/>
                <w:sz w:val="15"/>
              </w:rPr>
              <w:t xml:space="preserve"> </w:t>
            </w:r>
            <w:r w:rsidRPr="00E85698">
              <w:rPr>
                <w:w w:val="105"/>
                <w:sz w:val="15"/>
              </w:rPr>
              <w:t>его</w:t>
            </w:r>
            <w:r w:rsidRPr="00E85698">
              <w:rPr>
                <w:spacing w:val="-36"/>
                <w:w w:val="105"/>
                <w:sz w:val="15"/>
              </w:rPr>
              <w:t xml:space="preserve"> </w:t>
            </w:r>
            <w:r w:rsidRPr="00E85698">
              <w:rPr>
                <w:w w:val="105"/>
                <w:sz w:val="15"/>
              </w:rPr>
              <w:t>содержанию</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структуре;</w:t>
            </w:r>
          </w:p>
        </w:tc>
        <w:tc>
          <w:tcPr>
            <w:tcW w:w="1116" w:type="dxa"/>
            <w:gridSpan w:val="3"/>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64" w:line="266" w:lineRule="auto"/>
              <w:ind w:left="80" w:right="52"/>
              <w:rPr>
                <w:sz w:val="15"/>
              </w:rPr>
            </w:pPr>
            <w:hyperlink r:id="rId32">
              <w:r w:rsidR="003147F9" w:rsidRPr="00E85698">
                <w:rPr>
                  <w:w w:val="105"/>
                  <w:sz w:val="15"/>
                </w:rPr>
                <w:t>http://rus.1september.ru</w:t>
              </w:r>
            </w:hyperlink>
            <w:r w:rsidR="003147F9" w:rsidRPr="00E85698">
              <w:rPr>
                <w:spacing w:val="1"/>
                <w:w w:val="105"/>
                <w:sz w:val="15"/>
              </w:rPr>
              <w:t xml:space="preserve"> </w:t>
            </w:r>
            <w:hyperlink r:id="rId33">
              <w:r w:rsidR="003147F9" w:rsidRPr="00E85698">
                <w:rPr>
                  <w:spacing w:val="-1"/>
                  <w:w w:val="105"/>
                  <w:sz w:val="15"/>
                </w:rPr>
                <w:t>http://pedsovet.su/load/27,</w:t>
              </w:r>
            </w:hyperlink>
            <w:r w:rsidR="003147F9" w:rsidRPr="00E85698">
              <w:rPr>
                <w:spacing w:val="-37"/>
                <w:w w:val="105"/>
                <w:sz w:val="15"/>
              </w:rPr>
              <w:t xml:space="preserve"> </w:t>
            </w:r>
            <w:hyperlink r:id="rId34">
              <w:r w:rsidR="003147F9" w:rsidRPr="00E85698">
                <w:rPr>
                  <w:w w:val="105"/>
                  <w:sz w:val="15"/>
                </w:rPr>
                <w:t>http://www.proshkolu.ru</w:t>
              </w:r>
            </w:hyperlink>
          </w:p>
        </w:tc>
      </w:tr>
      <w:tr w:rsidR="003147F9" w:rsidRPr="00E85698" w:rsidTr="00A047B0">
        <w:trPr>
          <w:gridBefore w:val="1"/>
          <w:wBefore w:w="13" w:type="dxa"/>
          <w:trHeight w:val="909"/>
        </w:trPr>
        <w:tc>
          <w:tcPr>
            <w:tcW w:w="468" w:type="dxa"/>
            <w:gridSpan w:val="3"/>
          </w:tcPr>
          <w:p w:rsidR="003147F9" w:rsidRPr="00E85698" w:rsidRDefault="003147F9" w:rsidP="00A047B0">
            <w:pPr>
              <w:pStyle w:val="TableParagraph"/>
              <w:spacing w:before="64"/>
              <w:ind w:left="76"/>
              <w:rPr>
                <w:sz w:val="15"/>
              </w:rPr>
            </w:pPr>
            <w:r w:rsidRPr="00E85698">
              <w:rPr>
                <w:w w:val="105"/>
                <w:sz w:val="15"/>
              </w:rPr>
              <w:t>5.2.</w:t>
            </w:r>
          </w:p>
        </w:tc>
        <w:tc>
          <w:tcPr>
            <w:tcW w:w="2857" w:type="dxa"/>
            <w:gridSpan w:val="2"/>
          </w:tcPr>
          <w:p w:rsidR="003147F9" w:rsidRPr="00E85698" w:rsidRDefault="003147F9" w:rsidP="00A047B0">
            <w:pPr>
              <w:pStyle w:val="TableParagraph"/>
              <w:spacing w:before="64"/>
              <w:ind w:left="76"/>
              <w:rPr>
                <w:sz w:val="15"/>
              </w:rPr>
            </w:pPr>
            <w:r w:rsidRPr="00E85698">
              <w:rPr>
                <w:spacing w:val="-1"/>
                <w:w w:val="105"/>
                <w:sz w:val="15"/>
              </w:rPr>
              <w:t>Официально</w:t>
            </w:r>
            <w:r w:rsidRPr="00E85698">
              <w:rPr>
                <w:spacing w:val="-8"/>
                <w:w w:val="105"/>
                <w:sz w:val="15"/>
              </w:rPr>
              <w:t xml:space="preserve"> </w:t>
            </w:r>
            <w:r w:rsidRPr="00E85698">
              <w:rPr>
                <w:w w:val="105"/>
                <w:sz w:val="15"/>
              </w:rPr>
              <w:t>деловой</w:t>
            </w:r>
            <w:r w:rsidRPr="00E85698">
              <w:rPr>
                <w:spacing w:val="-8"/>
                <w:w w:val="105"/>
                <w:sz w:val="15"/>
              </w:rPr>
              <w:t xml:space="preserve"> </w:t>
            </w:r>
            <w:r w:rsidRPr="00E85698">
              <w:rPr>
                <w:w w:val="105"/>
                <w:sz w:val="15"/>
              </w:rPr>
              <w:t>стиль</w:t>
            </w:r>
          </w:p>
        </w:tc>
        <w:tc>
          <w:tcPr>
            <w:tcW w:w="528" w:type="dxa"/>
            <w:gridSpan w:val="3"/>
          </w:tcPr>
          <w:p w:rsidR="003147F9" w:rsidRPr="00E85698" w:rsidRDefault="003147F9" w:rsidP="00A047B0">
            <w:pPr>
              <w:pStyle w:val="TableParagraph"/>
              <w:rPr>
                <w:sz w:val="14"/>
              </w:rPr>
            </w:pP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3147F9" w:rsidP="00A047B0">
            <w:pPr>
              <w:pStyle w:val="TableParagraph"/>
              <w:rPr>
                <w:sz w:val="14"/>
              </w:rPr>
            </w:pPr>
          </w:p>
        </w:tc>
        <w:tc>
          <w:tcPr>
            <w:tcW w:w="5667" w:type="dxa"/>
            <w:gridSpan w:val="3"/>
          </w:tcPr>
          <w:p w:rsidR="003147F9" w:rsidRPr="00E85698" w:rsidRDefault="003147F9" w:rsidP="00A047B0">
            <w:pPr>
              <w:pStyle w:val="TableParagraph"/>
              <w:spacing w:before="64"/>
              <w:ind w:left="79"/>
              <w:rPr>
                <w:sz w:val="15"/>
              </w:rPr>
            </w:pPr>
            <w:r w:rsidRPr="00E85698">
              <w:rPr>
                <w:spacing w:val="-1"/>
                <w:w w:val="105"/>
                <w:sz w:val="15"/>
              </w:rPr>
              <w:t>Использовать</w:t>
            </w:r>
            <w:r w:rsidRPr="00E85698">
              <w:rPr>
                <w:spacing w:val="-8"/>
                <w:w w:val="105"/>
                <w:sz w:val="15"/>
              </w:rPr>
              <w:t xml:space="preserve"> </w:t>
            </w:r>
            <w:r w:rsidRPr="00E85698">
              <w:rPr>
                <w:spacing w:val="-1"/>
                <w:w w:val="105"/>
                <w:sz w:val="15"/>
              </w:rPr>
              <w:t>текст-инструкцию</w:t>
            </w:r>
            <w:r w:rsidRPr="00E85698">
              <w:rPr>
                <w:spacing w:val="-7"/>
                <w:w w:val="105"/>
                <w:sz w:val="15"/>
              </w:rPr>
              <w:t xml:space="preserve"> </w:t>
            </w:r>
            <w:r w:rsidRPr="00E85698">
              <w:rPr>
                <w:w w:val="105"/>
                <w:sz w:val="15"/>
              </w:rPr>
              <w:t>с</w:t>
            </w:r>
            <w:r w:rsidRPr="00E85698">
              <w:rPr>
                <w:spacing w:val="-8"/>
                <w:w w:val="105"/>
                <w:sz w:val="15"/>
              </w:rPr>
              <w:t xml:space="preserve"> </w:t>
            </w:r>
            <w:r w:rsidRPr="00E85698">
              <w:rPr>
                <w:w w:val="105"/>
                <w:sz w:val="15"/>
              </w:rPr>
              <w:t>учебной</w:t>
            </w:r>
            <w:r w:rsidRPr="00E85698">
              <w:rPr>
                <w:spacing w:val="-7"/>
                <w:w w:val="105"/>
                <w:sz w:val="15"/>
              </w:rPr>
              <w:t xml:space="preserve"> </w:t>
            </w:r>
            <w:r w:rsidRPr="00E85698">
              <w:rPr>
                <w:w w:val="105"/>
                <w:sz w:val="15"/>
              </w:rPr>
              <w:t>задачей;</w:t>
            </w:r>
          </w:p>
          <w:p w:rsidR="003147F9" w:rsidRPr="00E85698" w:rsidRDefault="003147F9" w:rsidP="00A047B0">
            <w:pPr>
              <w:pStyle w:val="TableParagraph"/>
              <w:spacing w:before="20" w:line="266" w:lineRule="auto"/>
              <w:ind w:left="79" w:right="96"/>
              <w:rPr>
                <w:sz w:val="15"/>
              </w:rPr>
            </w:pPr>
            <w:r w:rsidRPr="00E85698">
              <w:rPr>
                <w:spacing w:val="-1"/>
                <w:w w:val="105"/>
                <w:sz w:val="15"/>
              </w:rPr>
              <w:t>Моделировать</w:t>
            </w:r>
            <w:r w:rsidRPr="00E85698">
              <w:rPr>
                <w:spacing w:val="-8"/>
                <w:w w:val="105"/>
                <w:sz w:val="15"/>
              </w:rPr>
              <w:t xml:space="preserve"> </w:t>
            </w:r>
            <w:r w:rsidRPr="00E85698">
              <w:rPr>
                <w:spacing w:val="-1"/>
                <w:w w:val="105"/>
                <w:sz w:val="15"/>
              </w:rPr>
              <w:t>текст-инструкцию,</w:t>
            </w:r>
            <w:r w:rsidRPr="00E85698">
              <w:rPr>
                <w:spacing w:val="-7"/>
                <w:w w:val="105"/>
                <w:sz w:val="15"/>
              </w:rPr>
              <w:t xml:space="preserve"> </w:t>
            </w:r>
            <w:r w:rsidRPr="00E85698">
              <w:rPr>
                <w:w w:val="105"/>
                <w:sz w:val="15"/>
              </w:rPr>
              <w:t>опираясь</w:t>
            </w:r>
            <w:r w:rsidRPr="00E85698">
              <w:rPr>
                <w:spacing w:val="-8"/>
                <w:w w:val="105"/>
                <w:sz w:val="15"/>
              </w:rPr>
              <w:t xml:space="preserve"> </w:t>
            </w:r>
            <w:r w:rsidRPr="00E85698">
              <w:rPr>
                <w:w w:val="105"/>
                <w:sz w:val="15"/>
              </w:rPr>
              <w:t>на</w:t>
            </w:r>
            <w:r w:rsidRPr="00E85698">
              <w:rPr>
                <w:spacing w:val="-7"/>
                <w:w w:val="105"/>
                <w:sz w:val="15"/>
              </w:rPr>
              <w:t xml:space="preserve"> </w:t>
            </w:r>
            <w:r w:rsidRPr="00E85698">
              <w:rPr>
                <w:w w:val="105"/>
                <w:sz w:val="15"/>
              </w:rPr>
              <w:t>знание</w:t>
            </w:r>
            <w:r w:rsidRPr="00E85698">
              <w:rPr>
                <w:spacing w:val="-8"/>
                <w:w w:val="105"/>
                <w:sz w:val="15"/>
              </w:rPr>
              <w:t xml:space="preserve"> </w:t>
            </w:r>
            <w:r w:rsidRPr="00E85698">
              <w:rPr>
                <w:w w:val="105"/>
                <w:sz w:val="15"/>
              </w:rPr>
              <w:t>требований</w:t>
            </w:r>
            <w:r w:rsidRPr="00E85698">
              <w:rPr>
                <w:spacing w:val="-7"/>
                <w:w w:val="105"/>
                <w:sz w:val="15"/>
              </w:rPr>
              <w:t xml:space="preserve"> </w:t>
            </w:r>
            <w:r w:rsidRPr="00E85698">
              <w:rPr>
                <w:w w:val="105"/>
                <w:sz w:val="15"/>
              </w:rPr>
              <w:t>к</w:t>
            </w:r>
            <w:r w:rsidRPr="00E85698">
              <w:rPr>
                <w:spacing w:val="-8"/>
                <w:w w:val="105"/>
                <w:sz w:val="15"/>
              </w:rPr>
              <w:t xml:space="preserve"> </w:t>
            </w:r>
            <w:r w:rsidRPr="00E85698">
              <w:rPr>
                <w:w w:val="105"/>
                <w:sz w:val="15"/>
              </w:rPr>
              <w:t>его</w:t>
            </w:r>
            <w:r w:rsidRPr="00E85698">
              <w:rPr>
                <w:spacing w:val="-36"/>
                <w:w w:val="105"/>
                <w:sz w:val="15"/>
              </w:rPr>
              <w:t xml:space="preserve"> </w:t>
            </w:r>
            <w:r w:rsidRPr="00E85698">
              <w:rPr>
                <w:w w:val="105"/>
                <w:sz w:val="15"/>
              </w:rPr>
              <w:t>содержанию</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структуре;</w:t>
            </w:r>
          </w:p>
        </w:tc>
        <w:tc>
          <w:tcPr>
            <w:tcW w:w="1116" w:type="dxa"/>
            <w:gridSpan w:val="3"/>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64" w:line="266" w:lineRule="auto"/>
              <w:ind w:left="80" w:right="52"/>
              <w:rPr>
                <w:sz w:val="15"/>
              </w:rPr>
            </w:pPr>
            <w:hyperlink r:id="rId35">
              <w:r w:rsidR="003147F9" w:rsidRPr="00E85698">
                <w:rPr>
                  <w:w w:val="105"/>
                  <w:sz w:val="15"/>
                </w:rPr>
                <w:t>http://rus.1september.ru</w:t>
              </w:r>
            </w:hyperlink>
            <w:r w:rsidR="003147F9" w:rsidRPr="00E85698">
              <w:rPr>
                <w:spacing w:val="1"/>
                <w:w w:val="105"/>
                <w:sz w:val="15"/>
              </w:rPr>
              <w:t xml:space="preserve"> </w:t>
            </w:r>
            <w:hyperlink r:id="rId36">
              <w:r w:rsidR="003147F9" w:rsidRPr="00E85698">
                <w:rPr>
                  <w:spacing w:val="-1"/>
                  <w:w w:val="105"/>
                  <w:sz w:val="15"/>
                </w:rPr>
                <w:t>http://pedsovet.su/load/27,</w:t>
              </w:r>
            </w:hyperlink>
            <w:r w:rsidR="003147F9" w:rsidRPr="00E85698">
              <w:rPr>
                <w:spacing w:val="-37"/>
                <w:w w:val="105"/>
                <w:sz w:val="15"/>
              </w:rPr>
              <w:t xml:space="preserve"> </w:t>
            </w:r>
            <w:hyperlink r:id="rId37">
              <w:r w:rsidR="003147F9" w:rsidRPr="00E85698">
                <w:rPr>
                  <w:w w:val="105"/>
                  <w:sz w:val="15"/>
                </w:rPr>
                <w:t>http://www.proshkolu.ru</w:t>
              </w:r>
            </w:hyperlink>
          </w:p>
        </w:tc>
      </w:tr>
      <w:tr w:rsidR="003147F9" w:rsidRPr="00E85698" w:rsidTr="00A047B0">
        <w:trPr>
          <w:gridBefore w:val="1"/>
          <w:wBefore w:w="13" w:type="dxa"/>
          <w:trHeight w:val="333"/>
        </w:trPr>
        <w:tc>
          <w:tcPr>
            <w:tcW w:w="3325" w:type="dxa"/>
            <w:gridSpan w:val="5"/>
          </w:tcPr>
          <w:p w:rsidR="003147F9" w:rsidRPr="00E85698" w:rsidRDefault="003147F9" w:rsidP="00A047B0">
            <w:pPr>
              <w:pStyle w:val="TableParagraph"/>
              <w:spacing w:before="6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gridSpan w:val="3"/>
          </w:tcPr>
          <w:p w:rsidR="003147F9" w:rsidRPr="00E85698" w:rsidRDefault="003147F9" w:rsidP="00A047B0">
            <w:pPr>
              <w:pStyle w:val="TableParagraph"/>
              <w:spacing w:before="64"/>
              <w:ind w:left="77"/>
              <w:rPr>
                <w:sz w:val="15"/>
              </w:rPr>
            </w:pPr>
            <w:r w:rsidRPr="00E85698">
              <w:rPr>
                <w:w w:val="104"/>
                <w:sz w:val="15"/>
              </w:rPr>
              <w:t>6</w:t>
            </w:r>
          </w:p>
        </w:tc>
        <w:tc>
          <w:tcPr>
            <w:tcW w:w="11643" w:type="dxa"/>
            <w:gridSpan w:val="16"/>
          </w:tcPr>
          <w:p w:rsidR="003147F9" w:rsidRPr="00E85698" w:rsidRDefault="003147F9" w:rsidP="00A047B0">
            <w:pPr>
              <w:pStyle w:val="TableParagraph"/>
              <w:rPr>
                <w:sz w:val="14"/>
              </w:rPr>
            </w:pPr>
          </w:p>
        </w:tc>
      </w:tr>
      <w:tr w:rsidR="003147F9" w:rsidRPr="00E85698" w:rsidTr="00A047B0">
        <w:trPr>
          <w:gridBefore w:val="1"/>
          <w:wBefore w:w="13" w:type="dxa"/>
          <w:trHeight w:val="333"/>
        </w:trPr>
        <w:tc>
          <w:tcPr>
            <w:tcW w:w="15496" w:type="dxa"/>
            <w:gridSpan w:val="24"/>
          </w:tcPr>
          <w:p w:rsidR="003147F9" w:rsidRPr="00E85698" w:rsidRDefault="003147F9" w:rsidP="00A047B0">
            <w:pPr>
              <w:pStyle w:val="TableParagraph"/>
              <w:spacing w:before="64"/>
              <w:ind w:left="76"/>
              <w:rPr>
                <w:b/>
                <w:sz w:val="15"/>
              </w:rPr>
            </w:pPr>
            <w:r w:rsidRPr="00E85698">
              <w:rPr>
                <w:b/>
                <w:spacing w:val="-1"/>
                <w:w w:val="105"/>
                <w:sz w:val="15"/>
              </w:rPr>
              <w:t>Раздел</w:t>
            </w:r>
            <w:r w:rsidRPr="00E85698">
              <w:rPr>
                <w:b/>
                <w:spacing w:val="-9"/>
                <w:w w:val="105"/>
                <w:sz w:val="15"/>
              </w:rPr>
              <w:t xml:space="preserve"> </w:t>
            </w:r>
            <w:r w:rsidRPr="00E85698">
              <w:rPr>
                <w:b/>
                <w:spacing w:val="-1"/>
                <w:w w:val="105"/>
                <w:sz w:val="15"/>
              </w:rPr>
              <w:t>6.</w:t>
            </w:r>
            <w:r w:rsidRPr="00E85698">
              <w:rPr>
                <w:b/>
                <w:spacing w:val="-8"/>
                <w:w w:val="105"/>
                <w:sz w:val="15"/>
              </w:rPr>
              <w:t xml:space="preserve"> </w:t>
            </w:r>
            <w:r w:rsidRPr="00E85698">
              <w:rPr>
                <w:b/>
                <w:spacing w:val="-1"/>
                <w:w w:val="105"/>
                <w:sz w:val="15"/>
              </w:rPr>
              <w:t>СИСТЕМА</w:t>
            </w:r>
            <w:r w:rsidRPr="00E85698">
              <w:rPr>
                <w:b/>
                <w:spacing w:val="-8"/>
                <w:w w:val="105"/>
                <w:sz w:val="15"/>
              </w:rPr>
              <w:t xml:space="preserve"> </w:t>
            </w:r>
            <w:r w:rsidRPr="00E85698">
              <w:rPr>
                <w:b/>
                <w:w w:val="105"/>
                <w:sz w:val="15"/>
              </w:rPr>
              <w:t>ЯЗЫКА:</w:t>
            </w:r>
            <w:r w:rsidRPr="00E85698">
              <w:rPr>
                <w:b/>
                <w:spacing w:val="-9"/>
                <w:w w:val="105"/>
                <w:sz w:val="15"/>
              </w:rPr>
              <w:t xml:space="preserve"> </w:t>
            </w:r>
            <w:r w:rsidRPr="00E85698">
              <w:rPr>
                <w:b/>
                <w:w w:val="105"/>
                <w:sz w:val="15"/>
              </w:rPr>
              <w:t>МОРФОЛОГИЯ.</w:t>
            </w:r>
            <w:r w:rsidRPr="00E85698">
              <w:rPr>
                <w:b/>
                <w:spacing w:val="-8"/>
                <w:w w:val="105"/>
                <w:sz w:val="15"/>
              </w:rPr>
              <w:t xml:space="preserve"> </w:t>
            </w:r>
            <w:r w:rsidRPr="00E85698">
              <w:rPr>
                <w:b/>
                <w:w w:val="105"/>
                <w:sz w:val="15"/>
              </w:rPr>
              <w:t>КУЛЬТУРА</w:t>
            </w:r>
            <w:r w:rsidRPr="00E85698">
              <w:rPr>
                <w:b/>
                <w:spacing w:val="23"/>
                <w:w w:val="105"/>
                <w:sz w:val="15"/>
              </w:rPr>
              <w:t xml:space="preserve"> </w:t>
            </w:r>
            <w:r w:rsidRPr="00E85698">
              <w:rPr>
                <w:b/>
                <w:w w:val="105"/>
                <w:sz w:val="15"/>
              </w:rPr>
              <w:t>РЕЧИ</w:t>
            </w:r>
          </w:p>
        </w:tc>
      </w:tr>
      <w:tr w:rsidR="003147F9" w:rsidRPr="00E85698" w:rsidTr="00A047B0">
        <w:trPr>
          <w:gridBefore w:val="1"/>
          <w:wBefore w:w="13" w:type="dxa"/>
          <w:trHeight w:val="2254"/>
        </w:trPr>
        <w:tc>
          <w:tcPr>
            <w:tcW w:w="468" w:type="dxa"/>
            <w:gridSpan w:val="3"/>
          </w:tcPr>
          <w:p w:rsidR="003147F9" w:rsidRPr="00E85698" w:rsidRDefault="003147F9" w:rsidP="00A047B0">
            <w:pPr>
              <w:pStyle w:val="TableParagraph"/>
              <w:spacing w:before="64"/>
              <w:ind w:left="76"/>
              <w:rPr>
                <w:sz w:val="15"/>
              </w:rPr>
            </w:pPr>
            <w:r w:rsidRPr="00E85698">
              <w:rPr>
                <w:w w:val="105"/>
                <w:sz w:val="15"/>
              </w:rPr>
              <w:lastRenderedPageBreak/>
              <w:t>6.1.</w:t>
            </w:r>
          </w:p>
        </w:tc>
        <w:tc>
          <w:tcPr>
            <w:tcW w:w="2857" w:type="dxa"/>
            <w:gridSpan w:val="2"/>
          </w:tcPr>
          <w:p w:rsidR="003147F9" w:rsidRPr="00E85698" w:rsidRDefault="003147F9" w:rsidP="00A047B0">
            <w:pPr>
              <w:pStyle w:val="TableParagraph"/>
              <w:spacing w:before="64" w:line="266" w:lineRule="auto"/>
              <w:ind w:left="76" w:right="745"/>
              <w:rPr>
                <w:sz w:val="15"/>
              </w:rPr>
            </w:pPr>
            <w:r w:rsidRPr="00E85698">
              <w:rPr>
                <w:spacing w:val="-1"/>
                <w:w w:val="105"/>
                <w:sz w:val="15"/>
              </w:rPr>
              <w:t>Морфология</w:t>
            </w:r>
            <w:r w:rsidRPr="00E85698">
              <w:rPr>
                <w:spacing w:val="-7"/>
                <w:w w:val="105"/>
                <w:sz w:val="15"/>
              </w:rPr>
              <w:t xml:space="preserve"> </w:t>
            </w:r>
            <w:r w:rsidRPr="00E85698">
              <w:rPr>
                <w:w w:val="105"/>
                <w:sz w:val="15"/>
              </w:rPr>
              <w:t>как</w:t>
            </w:r>
            <w:r w:rsidRPr="00E85698">
              <w:rPr>
                <w:spacing w:val="-7"/>
                <w:w w:val="105"/>
                <w:sz w:val="15"/>
              </w:rPr>
              <w:t xml:space="preserve"> </w:t>
            </w:r>
            <w:r w:rsidRPr="00E85698">
              <w:rPr>
                <w:w w:val="105"/>
                <w:sz w:val="15"/>
              </w:rPr>
              <w:t>раздел</w:t>
            </w:r>
            <w:r w:rsidRPr="00E85698">
              <w:rPr>
                <w:spacing w:val="-7"/>
                <w:w w:val="105"/>
                <w:sz w:val="15"/>
              </w:rPr>
              <w:t xml:space="preserve"> </w:t>
            </w:r>
            <w:r w:rsidRPr="00E85698">
              <w:rPr>
                <w:w w:val="105"/>
                <w:sz w:val="15"/>
              </w:rPr>
              <w:t>науки</w:t>
            </w:r>
            <w:r w:rsidRPr="00E85698">
              <w:rPr>
                <w:spacing w:val="-37"/>
                <w:w w:val="105"/>
                <w:sz w:val="15"/>
              </w:rPr>
              <w:t xml:space="preserve"> </w:t>
            </w:r>
            <w:r w:rsidRPr="00E85698">
              <w:rPr>
                <w:w w:val="105"/>
                <w:sz w:val="15"/>
              </w:rPr>
              <w:t>о</w:t>
            </w:r>
            <w:r w:rsidRPr="00E85698">
              <w:rPr>
                <w:spacing w:val="-3"/>
                <w:w w:val="105"/>
                <w:sz w:val="15"/>
              </w:rPr>
              <w:t xml:space="preserve"> </w:t>
            </w:r>
            <w:r w:rsidRPr="00E85698">
              <w:rPr>
                <w:w w:val="105"/>
                <w:sz w:val="15"/>
              </w:rPr>
              <w:t>языке</w:t>
            </w:r>
            <w:r w:rsidRPr="00E85698">
              <w:rPr>
                <w:spacing w:val="-2"/>
                <w:w w:val="105"/>
                <w:sz w:val="15"/>
              </w:rPr>
              <w:t xml:space="preserve"> </w:t>
            </w:r>
            <w:r w:rsidRPr="00E85698">
              <w:rPr>
                <w:w w:val="105"/>
                <w:sz w:val="15"/>
              </w:rPr>
              <w:t>(обобщение)</w:t>
            </w:r>
          </w:p>
        </w:tc>
        <w:tc>
          <w:tcPr>
            <w:tcW w:w="528" w:type="dxa"/>
            <w:gridSpan w:val="3"/>
          </w:tcPr>
          <w:p w:rsidR="003147F9" w:rsidRPr="00E85698" w:rsidRDefault="003147F9" w:rsidP="00A047B0">
            <w:pPr>
              <w:pStyle w:val="TableParagraph"/>
              <w:spacing w:before="64"/>
              <w:ind w:left="77"/>
              <w:rPr>
                <w:sz w:val="15"/>
              </w:rPr>
            </w:pPr>
            <w:r w:rsidRPr="00E85698">
              <w:rPr>
                <w:w w:val="104"/>
                <w:sz w:val="15"/>
              </w:rPr>
              <w:t>1</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10.10</w:t>
            </w:r>
          </w:p>
        </w:tc>
        <w:tc>
          <w:tcPr>
            <w:tcW w:w="5667" w:type="dxa"/>
            <w:gridSpan w:val="3"/>
          </w:tcPr>
          <w:p w:rsidR="003147F9" w:rsidRPr="00E85698" w:rsidRDefault="003147F9" w:rsidP="00A047B0">
            <w:pPr>
              <w:pStyle w:val="TableParagraph"/>
              <w:spacing w:before="64"/>
              <w:ind w:left="79"/>
              <w:rPr>
                <w:sz w:val="15"/>
              </w:rPr>
            </w:pPr>
            <w:r w:rsidRPr="00E85698">
              <w:rPr>
                <w:spacing w:val="-1"/>
                <w:w w:val="105"/>
                <w:sz w:val="15"/>
              </w:rPr>
              <w:t>Различать</w:t>
            </w:r>
            <w:r w:rsidRPr="00E85698">
              <w:rPr>
                <w:spacing w:val="-9"/>
                <w:w w:val="105"/>
                <w:sz w:val="15"/>
              </w:rPr>
              <w:t xml:space="preserve"> </w:t>
            </w:r>
            <w:r w:rsidRPr="00E85698">
              <w:rPr>
                <w:spacing w:val="-1"/>
                <w:w w:val="105"/>
                <w:sz w:val="15"/>
              </w:rPr>
              <w:t>слова</w:t>
            </w:r>
            <w:r w:rsidRPr="00E85698">
              <w:rPr>
                <w:spacing w:val="-9"/>
                <w:w w:val="105"/>
                <w:sz w:val="15"/>
              </w:rPr>
              <w:t xml:space="preserve"> </w:t>
            </w:r>
            <w:r w:rsidRPr="00E85698">
              <w:rPr>
                <w:w w:val="105"/>
                <w:sz w:val="15"/>
              </w:rPr>
              <w:t>самостоятельных</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служебных</w:t>
            </w:r>
            <w:r w:rsidRPr="00E85698">
              <w:rPr>
                <w:spacing w:val="-9"/>
                <w:w w:val="105"/>
                <w:sz w:val="15"/>
              </w:rPr>
              <w:t xml:space="preserve"> </w:t>
            </w:r>
            <w:r w:rsidRPr="00E85698">
              <w:rPr>
                <w:w w:val="105"/>
                <w:sz w:val="15"/>
              </w:rPr>
              <w:t>частей</w:t>
            </w:r>
            <w:r w:rsidRPr="00E85698">
              <w:rPr>
                <w:spacing w:val="-8"/>
                <w:w w:val="105"/>
                <w:sz w:val="15"/>
              </w:rPr>
              <w:t xml:space="preserve"> </w:t>
            </w:r>
            <w:r w:rsidRPr="00E85698">
              <w:rPr>
                <w:w w:val="105"/>
                <w:sz w:val="15"/>
              </w:rPr>
              <w:t>речи;</w:t>
            </w:r>
          </w:p>
          <w:p w:rsidR="003147F9" w:rsidRPr="00E85698" w:rsidRDefault="003147F9" w:rsidP="00A047B0">
            <w:pPr>
              <w:pStyle w:val="TableParagraph"/>
              <w:spacing w:before="20" w:line="266" w:lineRule="auto"/>
              <w:ind w:left="79"/>
              <w:rPr>
                <w:sz w:val="15"/>
              </w:rPr>
            </w:pPr>
            <w:r w:rsidRPr="00E85698">
              <w:rPr>
                <w:spacing w:val="-1"/>
                <w:w w:val="105"/>
                <w:sz w:val="15"/>
              </w:rPr>
              <w:t>Проводить</w:t>
            </w:r>
            <w:r w:rsidRPr="00E85698">
              <w:rPr>
                <w:spacing w:val="-9"/>
                <w:w w:val="105"/>
                <w:sz w:val="15"/>
              </w:rPr>
              <w:t xml:space="preserve"> </w:t>
            </w:r>
            <w:r w:rsidRPr="00E85698">
              <w:rPr>
                <w:spacing w:val="-1"/>
                <w:w w:val="105"/>
                <w:sz w:val="15"/>
              </w:rPr>
              <w:t>морфологический</w:t>
            </w:r>
            <w:r w:rsidRPr="00E85698">
              <w:rPr>
                <w:spacing w:val="-8"/>
                <w:w w:val="105"/>
                <w:sz w:val="15"/>
              </w:rPr>
              <w:t xml:space="preserve"> </w:t>
            </w:r>
            <w:r w:rsidRPr="00E85698">
              <w:rPr>
                <w:w w:val="105"/>
                <w:sz w:val="15"/>
              </w:rPr>
              <w:t>анализ</w:t>
            </w:r>
            <w:r w:rsidRPr="00E85698">
              <w:rPr>
                <w:spacing w:val="-8"/>
                <w:w w:val="105"/>
                <w:sz w:val="15"/>
              </w:rPr>
              <w:t xml:space="preserve"> </w:t>
            </w:r>
            <w:r w:rsidRPr="00E85698">
              <w:rPr>
                <w:w w:val="105"/>
                <w:sz w:val="15"/>
              </w:rPr>
              <w:t>слов</w:t>
            </w:r>
            <w:r w:rsidRPr="00E85698">
              <w:rPr>
                <w:spacing w:val="-8"/>
                <w:w w:val="105"/>
                <w:sz w:val="15"/>
              </w:rPr>
              <w:t xml:space="preserve"> </w:t>
            </w:r>
            <w:r w:rsidRPr="00E85698">
              <w:rPr>
                <w:w w:val="105"/>
                <w:sz w:val="15"/>
              </w:rPr>
              <w:t>самостоятельных</w:t>
            </w:r>
            <w:r w:rsidRPr="00E85698">
              <w:rPr>
                <w:spacing w:val="-8"/>
                <w:w w:val="105"/>
                <w:sz w:val="15"/>
              </w:rPr>
              <w:t xml:space="preserve"> </w:t>
            </w:r>
            <w:r w:rsidRPr="00E85698">
              <w:rPr>
                <w:w w:val="105"/>
                <w:sz w:val="15"/>
              </w:rPr>
              <w:t>частей</w:t>
            </w:r>
            <w:r w:rsidRPr="00E85698">
              <w:rPr>
                <w:spacing w:val="-9"/>
                <w:w w:val="105"/>
                <w:sz w:val="15"/>
              </w:rPr>
              <w:t xml:space="preserve"> </w:t>
            </w:r>
            <w:r w:rsidRPr="00E85698">
              <w:rPr>
                <w:w w:val="105"/>
                <w:sz w:val="15"/>
              </w:rPr>
              <w:t>речи</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рамках</w:t>
            </w:r>
            <w:r w:rsidRPr="00E85698">
              <w:rPr>
                <w:spacing w:val="1"/>
                <w:w w:val="105"/>
                <w:sz w:val="15"/>
              </w:rPr>
              <w:t xml:space="preserve"> </w:t>
            </w:r>
            <w:r w:rsidRPr="00E85698">
              <w:rPr>
                <w:w w:val="105"/>
                <w:sz w:val="15"/>
              </w:rPr>
              <w:t>изученного);</w:t>
            </w:r>
          </w:p>
        </w:tc>
        <w:tc>
          <w:tcPr>
            <w:tcW w:w="1116" w:type="dxa"/>
            <w:gridSpan w:val="3"/>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812" w:type="dxa"/>
            <w:gridSpan w:val="3"/>
          </w:tcPr>
          <w:p w:rsidR="003147F9" w:rsidRPr="00E85698" w:rsidRDefault="00942243" w:rsidP="00A047B0">
            <w:pPr>
              <w:pStyle w:val="TableParagraph"/>
              <w:spacing w:before="64" w:line="266" w:lineRule="auto"/>
              <w:ind w:left="80" w:right="52"/>
              <w:rPr>
                <w:sz w:val="15"/>
              </w:rPr>
            </w:pPr>
            <w:hyperlink r:id="rId38">
              <w:r w:rsidR="003147F9" w:rsidRPr="00E85698">
                <w:rPr>
                  <w:w w:val="105"/>
                  <w:sz w:val="15"/>
                </w:rPr>
                <w:t>http://rus.1september.ru</w:t>
              </w:r>
            </w:hyperlink>
            <w:r w:rsidR="003147F9" w:rsidRPr="00E85698">
              <w:rPr>
                <w:spacing w:val="1"/>
                <w:w w:val="105"/>
                <w:sz w:val="15"/>
              </w:rPr>
              <w:t xml:space="preserve"> </w:t>
            </w:r>
            <w:hyperlink r:id="rId39">
              <w:r w:rsidR="003147F9" w:rsidRPr="00E85698">
                <w:rPr>
                  <w:spacing w:val="-1"/>
                  <w:w w:val="105"/>
                  <w:sz w:val="15"/>
                </w:rPr>
                <w:t>http://pedsovet.su/load/27,</w:t>
              </w:r>
            </w:hyperlink>
            <w:r w:rsidR="003147F9" w:rsidRPr="00E85698">
              <w:rPr>
                <w:spacing w:val="-37"/>
                <w:w w:val="105"/>
                <w:sz w:val="15"/>
              </w:rPr>
              <w:t xml:space="preserve"> </w:t>
            </w:r>
            <w:hyperlink r:id="rId40">
              <w:r w:rsidR="003147F9" w:rsidRPr="00E85698">
                <w:rPr>
                  <w:w w:val="105"/>
                  <w:sz w:val="15"/>
                </w:rPr>
                <w:t>http://www.proshkolu.ru</w:t>
              </w:r>
            </w:hyperlink>
          </w:p>
        </w:tc>
      </w:tr>
      <w:tr w:rsidR="003147F9" w:rsidRPr="00E85698" w:rsidTr="00A047B0">
        <w:trPr>
          <w:gridBefore w:val="1"/>
          <w:wBefore w:w="13" w:type="dxa"/>
          <w:trHeight w:val="6480"/>
        </w:trPr>
        <w:tc>
          <w:tcPr>
            <w:tcW w:w="468" w:type="dxa"/>
            <w:gridSpan w:val="3"/>
          </w:tcPr>
          <w:p w:rsidR="003147F9" w:rsidRPr="00E85698" w:rsidRDefault="003147F9" w:rsidP="00A047B0">
            <w:pPr>
              <w:pStyle w:val="TableParagraph"/>
              <w:spacing w:before="64"/>
              <w:ind w:left="76"/>
              <w:rPr>
                <w:sz w:val="15"/>
              </w:rPr>
            </w:pPr>
            <w:r w:rsidRPr="00E85698">
              <w:rPr>
                <w:w w:val="105"/>
                <w:sz w:val="15"/>
              </w:rPr>
              <w:t>6.2.</w:t>
            </w:r>
          </w:p>
        </w:tc>
        <w:tc>
          <w:tcPr>
            <w:tcW w:w="2857" w:type="dxa"/>
            <w:gridSpan w:val="2"/>
          </w:tcPr>
          <w:p w:rsidR="003147F9" w:rsidRPr="00E85698" w:rsidRDefault="003147F9" w:rsidP="00A047B0">
            <w:pPr>
              <w:pStyle w:val="TableParagraph"/>
              <w:spacing w:before="64"/>
              <w:ind w:left="76"/>
              <w:rPr>
                <w:sz w:val="15"/>
              </w:rPr>
            </w:pPr>
            <w:r w:rsidRPr="00E85698">
              <w:rPr>
                <w:w w:val="105"/>
                <w:sz w:val="15"/>
              </w:rPr>
              <w:t>Причастие</w:t>
            </w:r>
            <w:r w:rsidRPr="00E85698">
              <w:rPr>
                <w:spacing w:val="-8"/>
                <w:w w:val="105"/>
                <w:sz w:val="15"/>
              </w:rPr>
              <w:t xml:space="preserve"> </w:t>
            </w:r>
            <w:r w:rsidRPr="00E85698">
              <w:rPr>
                <w:w w:val="105"/>
                <w:sz w:val="15"/>
              </w:rPr>
              <w:t>как</w:t>
            </w:r>
            <w:r w:rsidRPr="00E85698">
              <w:rPr>
                <w:spacing w:val="-8"/>
                <w:w w:val="105"/>
                <w:sz w:val="15"/>
              </w:rPr>
              <w:t xml:space="preserve"> </w:t>
            </w:r>
            <w:r w:rsidRPr="00E85698">
              <w:rPr>
                <w:w w:val="105"/>
                <w:sz w:val="15"/>
              </w:rPr>
              <w:t>особая</w:t>
            </w:r>
            <w:r w:rsidRPr="00E85698">
              <w:rPr>
                <w:spacing w:val="-8"/>
                <w:w w:val="105"/>
                <w:sz w:val="15"/>
              </w:rPr>
              <w:t xml:space="preserve"> </w:t>
            </w:r>
            <w:r w:rsidRPr="00E85698">
              <w:rPr>
                <w:w w:val="105"/>
                <w:sz w:val="15"/>
              </w:rPr>
              <w:t>группа</w:t>
            </w:r>
            <w:r w:rsidRPr="00E85698">
              <w:rPr>
                <w:spacing w:val="-7"/>
                <w:w w:val="105"/>
                <w:sz w:val="15"/>
              </w:rPr>
              <w:t xml:space="preserve"> </w:t>
            </w:r>
            <w:r w:rsidRPr="00E85698">
              <w:rPr>
                <w:w w:val="105"/>
                <w:sz w:val="15"/>
              </w:rPr>
              <w:t>слов</w:t>
            </w:r>
          </w:p>
        </w:tc>
        <w:tc>
          <w:tcPr>
            <w:tcW w:w="528" w:type="dxa"/>
            <w:gridSpan w:val="3"/>
          </w:tcPr>
          <w:p w:rsidR="003147F9" w:rsidRPr="00E85698" w:rsidRDefault="003147F9" w:rsidP="00A047B0">
            <w:pPr>
              <w:pStyle w:val="TableParagraph"/>
              <w:spacing w:before="64"/>
              <w:ind w:left="77"/>
              <w:rPr>
                <w:sz w:val="15"/>
              </w:rPr>
            </w:pPr>
            <w:r w:rsidRPr="00E85698">
              <w:rPr>
                <w:w w:val="105"/>
                <w:sz w:val="15"/>
              </w:rPr>
              <w:t>20</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11.10-21.11</w:t>
            </w:r>
          </w:p>
        </w:tc>
        <w:tc>
          <w:tcPr>
            <w:tcW w:w="5667" w:type="dxa"/>
            <w:gridSpan w:val="3"/>
          </w:tcPr>
          <w:p w:rsidR="003147F9" w:rsidRPr="00E85698" w:rsidRDefault="003147F9" w:rsidP="00A047B0">
            <w:pPr>
              <w:pStyle w:val="TableParagraph"/>
              <w:spacing w:before="64"/>
              <w:ind w:left="79"/>
              <w:rPr>
                <w:sz w:val="15"/>
              </w:rPr>
            </w:pPr>
            <w:r w:rsidRPr="00E85698">
              <w:rPr>
                <w:spacing w:val="-1"/>
                <w:w w:val="105"/>
                <w:sz w:val="15"/>
              </w:rPr>
              <w:t>Знать</w:t>
            </w:r>
            <w:r w:rsidRPr="00E85698">
              <w:rPr>
                <w:spacing w:val="-8"/>
                <w:w w:val="105"/>
                <w:sz w:val="15"/>
              </w:rPr>
              <w:t xml:space="preserve"> </w:t>
            </w:r>
            <w:r w:rsidRPr="00E85698">
              <w:rPr>
                <w:spacing w:val="-1"/>
                <w:w w:val="105"/>
                <w:sz w:val="15"/>
              </w:rPr>
              <w:t>суффиксы</w:t>
            </w:r>
            <w:r w:rsidRPr="00E85698">
              <w:rPr>
                <w:spacing w:val="-7"/>
                <w:w w:val="105"/>
                <w:sz w:val="15"/>
              </w:rPr>
              <w:t xml:space="preserve"> </w:t>
            </w:r>
            <w:r w:rsidRPr="00E85698">
              <w:rPr>
                <w:w w:val="105"/>
                <w:sz w:val="15"/>
              </w:rPr>
              <w:t>причастий;</w:t>
            </w:r>
          </w:p>
          <w:p w:rsidR="003147F9" w:rsidRPr="00E85698" w:rsidRDefault="003147F9" w:rsidP="00A047B0">
            <w:pPr>
              <w:pStyle w:val="TableParagraph"/>
              <w:spacing w:before="20" w:line="266" w:lineRule="auto"/>
              <w:ind w:left="79"/>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причастия</w:t>
            </w:r>
            <w:r w:rsidRPr="00E85698">
              <w:rPr>
                <w:spacing w:val="-9"/>
                <w:w w:val="105"/>
                <w:sz w:val="15"/>
              </w:rPr>
              <w:t xml:space="preserve"> </w:t>
            </w:r>
            <w:r w:rsidRPr="00E85698">
              <w:rPr>
                <w:spacing w:val="-1"/>
                <w:w w:val="105"/>
                <w:sz w:val="15"/>
              </w:rPr>
              <w:t>по</w:t>
            </w:r>
            <w:r w:rsidRPr="00E85698">
              <w:rPr>
                <w:spacing w:val="-8"/>
                <w:w w:val="105"/>
                <w:sz w:val="15"/>
              </w:rPr>
              <w:t xml:space="preserve"> </w:t>
            </w:r>
            <w:r w:rsidRPr="00E85698">
              <w:rPr>
                <w:spacing w:val="-1"/>
                <w:w w:val="105"/>
                <w:sz w:val="15"/>
              </w:rPr>
              <w:t>общему</w:t>
            </w:r>
            <w:r w:rsidRPr="00E85698">
              <w:rPr>
                <w:spacing w:val="-9"/>
                <w:w w:val="105"/>
                <w:sz w:val="15"/>
              </w:rPr>
              <w:t xml:space="preserve"> </w:t>
            </w:r>
            <w:r w:rsidRPr="00E85698">
              <w:rPr>
                <w:w w:val="105"/>
                <w:sz w:val="15"/>
              </w:rPr>
              <w:t>грамматическому</w:t>
            </w:r>
            <w:r w:rsidRPr="00E85698">
              <w:rPr>
                <w:spacing w:val="-9"/>
                <w:w w:val="105"/>
                <w:sz w:val="15"/>
              </w:rPr>
              <w:t xml:space="preserve"> </w:t>
            </w:r>
            <w:r w:rsidRPr="00E85698">
              <w:rPr>
                <w:w w:val="105"/>
                <w:sz w:val="15"/>
              </w:rPr>
              <w:t>значению</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суффиксам;</w:t>
            </w:r>
            <w:r w:rsidRPr="00E85698">
              <w:rPr>
                <w:spacing w:val="1"/>
                <w:w w:val="105"/>
                <w:sz w:val="15"/>
              </w:rPr>
              <w:t xml:space="preserve"> </w:t>
            </w:r>
            <w:r w:rsidRPr="00E85698">
              <w:rPr>
                <w:w w:val="105"/>
                <w:sz w:val="15"/>
              </w:rPr>
              <w:t>Определять основания для сравнения и сравнивать причастия и глаголы,</w:t>
            </w:r>
            <w:r w:rsidRPr="00E85698">
              <w:rPr>
                <w:spacing w:val="1"/>
                <w:w w:val="105"/>
                <w:sz w:val="15"/>
              </w:rPr>
              <w:t xml:space="preserve"> </w:t>
            </w:r>
            <w:r w:rsidRPr="00E85698">
              <w:rPr>
                <w:w w:val="105"/>
                <w:sz w:val="15"/>
              </w:rPr>
              <w:t>причастия</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имена</w:t>
            </w:r>
            <w:r w:rsidRPr="00E85698">
              <w:rPr>
                <w:spacing w:val="-2"/>
                <w:w w:val="105"/>
                <w:sz w:val="15"/>
              </w:rPr>
              <w:t xml:space="preserve"> </w:t>
            </w:r>
            <w:r w:rsidRPr="00E85698">
              <w:rPr>
                <w:w w:val="105"/>
                <w:sz w:val="15"/>
              </w:rPr>
              <w:t>прилагательные;</w:t>
            </w:r>
          </w:p>
          <w:p w:rsidR="003147F9" w:rsidRPr="00E85698" w:rsidRDefault="003147F9" w:rsidP="00A047B0">
            <w:pPr>
              <w:pStyle w:val="TableParagraph"/>
              <w:spacing w:before="2" w:line="266" w:lineRule="auto"/>
              <w:ind w:left="79" w:right="96"/>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основания</w:t>
            </w:r>
            <w:r w:rsidRPr="00E85698">
              <w:rPr>
                <w:spacing w:val="-9"/>
                <w:w w:val="105"/>
                <w:sz w:val="15"/>
              </w:rPr>
              <w:t xml:space="preserve"> </w:t>
            </w:r>
            <w:r w:rsidRPr="00E85698">
              <w:rPr>
                <w:w w:val="105"/>
                <w:sz w:val="15"/>
              </w:rPr>
              <w:t>для</w:t>
            </w:r>
            <w:r w:rsidRPr="00E85698">
              <w:rPr>
                <w:spacing w:val="-8"/>
                <w:w w:val="105"/>
                <w:sz w:val="15"/>
              </w:rPr>
              <w:t xml:space="preserve"> </w:t>
            </w:r>
            <w:r w:rsidRPr="00E85698">
              <w:rPr>
                <w:w w:val="105"/>
                <w:sz w:val="15"/>
              </w:rPr>
              <w:t>сравнения</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сравнивать</w:t>
            </w:r>
            <w:r w:rsidRPr="00E85698">
              <w:rPr>
                <w:spacing w:val="-8"/>
                <w:w w:val="105"/>
                <w:sz w:val="15"/>
              </w:rPr>
              <w:t xml:space="preserve"> </w:t>
            </w:r>
            <w:r w:rsidRPr="00E85698">
              <w:rPr>
                <w:w w:val="105"/>
                <w:sz w:val="15"/>
              </w:rPr>
              <w:t>действительные</w:t>
            </w:r>
            <w:r w:rsidRPr="00E85698">
              <w:rPr>
                <w:spacing w:val="-9"/>
                <w:w w:val="105"/>
                <w:sz w:val="15"/>
              </w:rPr>
              <w:t xml:space="preserve"> </w:t>
            </w:r>
            <w:r w:rsidRPr="00E85698">
              <w:rPr>
                <w:w w:val="105"/>
                <w:sz w:val="15"/>
              </w:rPr>
              <w:t>и</w:t>
            </w:r>
            <w:r w:rsidRPr="00E85698">
              <w:rPr>
                <w:spacing w:val="-36"/>
                <w:w w:val="105"/>
                <w:sz w:val="15"/>
              </w:rPr>
              <w:t xml:space="preserve"> </w:t>
            </w:r>
            <w:r w:rsidRPr="00E85698">
              <w:rPr>
                <w:w w:val="105"/>
                <w:sz w:val="15"/>
              </w:rPr>
              <w:t>страдательные</w:t>
            </w:r>
            <w:r w:rsidRPr="00E85698">
              <w:rPr>
                <w:spacing w:val="-5"/>
                <w:w w:val="105"/>
                <w:sz w:val="15"/>
              </w:rPr>
              <w:t xml:space="preserve"> </w:t>
            </w:r>
            <w:r w:rsidRPr="00E85698">
              <w:rPr>
                <w:w w:val="105"/>
                <w:sz w:val="15"/>
              </w:rPr>
              <w:t>причастия</w:t>
            </w:r>
            <w:r w:rsidRPr="00E85698">
              <w:rPr>
                <w:spacing w:val="-5"/>
                <w:w w:val="105"/>
                <w:sz w:val="15"/>
              </w:rPr>
              <w:t xml:space="preserve"> </w:t>
            </w:r>
            <w:r w:rsidRPr="00E85698">
              <w:rPr>
                <w:w w:val="105"/>
                <w:sz w:val="15"/>
              </w:rPr>
              <w:t>настоящего</w:t>
            </w:r>
            <w:r w:rsidRPr="00E85698">
              <w:rPr>
                <w:spacing w:val="-5"/>
                <w:w w:val="105"/>
                <w:sz w:val="15"/>
              </w:rPr>
              <w:t xml:space="preserve"> </w:t>
            </w:r>
            <w:r w:rsidRPr="00E85698">
              <w:rPr>
                <w:w w:val="105"/>
                <w:sz w:val="15"/>
              </w:rPr>
              <w:t>и</w:t>
            </w:r>
            <w:r w:rsidRPr="00E85698">
              <w:rPr>
                <w:spacing w:val="-5"/>
                <w:w w:val="105"/>
                <w:sz w:val="15"/>
              </w:rPr>
              <w:t xml:space="preserve"> </w:t>
            </w:r>
            <w:r w:rsidRPr="00E85698">
              <w:rPr>
                <w:w w:val="105"/>
                <w:sz w:val="15"/>
              </w:rPr>
              <w:t>прошедшего</w:t>
            </w:r>
            <w:r w:rsidRPr="00E85698">
              <w:rPr>
                <w:spacing w:val="-5"/>
                <w:w w:val="105"/>
                <w:sz w:val="15"/>
              </w:rPr>
              <w:t xml:space="preserve"> </w:t>
            </w:r>
            <w:r w:rsidRPr="00E85698">
              <w:rPr>
                <w:w w:val="105"/>
                <w:sz w:val="15"/>
              </w:rPr>
              <w:t>времени;</w:t>
            </w:r>
          </w:p>
          <w:p w:rsidR="003147F9" w:rsidRPr="00E85698" w:rsidRDefault="003147F9" w:rsidP="00A047B0">
            <w:pPr>
              <w:pStyle w:val="TableParagraph"/>
              <w:spacing w:before="1"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механизм</w:t>
            </w:r>
            <w:r w:rsidRPr="00E85698">
              <w:rPr>
                <w:spacing w:val="-8"/>
                <w:w w:val="105"/>
                <w:sz w:val="15"/>
              </w:rPr>
              <w:t xml:space="preserve"> </w:t>
            </w:r>
            <w:r w:rsidRPr="00E85698">
              <w:rPr>
                <w:spacing w:val="-1"/>
                <w:w w:val="105"/>
                <w:sz w:val="15"/>
              </w:rPr>
              <w:t>образования</w:t>
            </w:r>
            <w:r w:rsidRPr="00E85698">
              <w:rPr>
                <w:spacing w:val="-8"/>
                <w:w w:val="105"/>
                <w:sz w:val="15"/>
              </w:rPr>
              <w:t xml:space="preserve"> </w:t>
            </w:r>
            <w:r w:rsidRPr="00E85698">
              <w:rPr>
                <w:spacing w:val="-1"/>
                <w:w w:val="105"/>
                <w:sz w:val="15"/>
              </w:rPr>
              <w:t>действительных</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страдательных</w:t>
            </w:r>
            <w:r w:rsidRPr="00E85698">
              <w:rPr>
                <w:spacing w:val="-9"/>
                <w:w w:val="105"/>
                <w:sz w:val="15"/>
              </w:rPr>
              <w:t xml:space="preserve"> </w:t>
            </w:r>
            <w:r w:rsidRPr="00E85698">
              <w:rPr>
                <w:w w:val="105"/>
                <w:sz w:val="15"/>
              </w:rPr>
              <w:t>причастий</w:t>
            </w:r>
            <w:r w:rsidRPr="00E85698">
              <w:rPr>
                <w:spacing w:val="1"/>
                <w:w w:val="105"/>
                <w:sz w:val="15"/>
              </w:rPr>
              <w:t xml:space="preserve"> </w:t>
            </w:r>
            <w:r w:rsidRPr="00E85698">
              <w:rPr>
                <w:w w:val="105"/>
                <w:sz w:val="15"/>
              </w:rPr>
              <w:t>настоящего</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прошедшего</w:t>
            </w:r>
            <w:r w:rsidRPr="00E85698">
              <w:rPr>
                <w:spacing w:val="-2"/>
                <w:w w:val="105"/>
                <w:sz w:val="15"/>
              </w:rPr>
              <w:t xml:space="preserve"> </w:t>
            </w:r>
            <w:r w:rsidRPr="00E85698">
              <w:rPr>
                <w:w w:val="105"/>
                <w:sz w:val="15"/>
              </w:rPr>
              <w:t>времени;</w:t>
            </w:r>
          </w:p>
          <w:p w:rsidR="003147F9" w:rsidRPr="00E85698" w:rsidRDefault="003147F9" w:rsidP="00A047B0">
            <w:pPr>
              <w:pStyle w:val="TableParagraph"/>
              <w:spacing w:before="1" w:line="266" w:lineRule="auto"/>
              <w:ind w:left="79"/>
              <w:rPr>
                <w:sz w:val="15"/>
              </w:rPr>
            </w:pPr>
            <w:r w:rsidRPr="00E85698">
              <w:rPr>
                <w:spacing w:val="-1"/>
                <w:w w:val="105"/>
                <w:sz w:val="15"/>
              </w:rPr>
              <w:t>Выбирать</w:t>
            </w:r>
            <w:r w:rsidRPr="00E85698">
              <w:rPr>
                <w:spacing w:val="-8"/>
                <w:w w:val="105"/>
                <w:sz w:val="15"/>
              </w:rPr>
              <w:t xml:space="preserve"> </w:t>
            </w:r>
            <w:r w:rsidRPr="00E85698">
              <w:rPr>
                <w:spacing w:val="-1"/>
                <w:w w:val="105"/>
                <w:sz w:val="15"/>
              </w:rPr>
              <w:t>суффикс</w:t>
            </w:r>
            <w:r w:rsidRPr="00E85698">
              <w:rPr>
                <w:spacing w:val="-7"/>
                <w:w w:val="105"/>
                <w:sz w:val="15"/>
              </w:rPr>
              <w:t xml:space="preserve"> </w:t>
            </w:r>
            <w:r w:rsidRPr="00E85698">
              <w:rPr>
                <w:spacing w:val="-1"/>
                <w:w w:val="105"/>
                <w:sz w:val="15"/>
              </w:rPr>
              <w:t>действительных</w:t>
            </w:r>
            <w:r w:rsidRPr="00E85698">
              <w:rPr>
                <w:spacing w:val="-8"/>
                <w:w w:val="105"/>
                <w:sz w:val="15"/>
              </w:rPr>
              <w:t xml:space="preserve"> </w:t>
            </w:r>
            <w:r w:rsidRPr="00E85698">
              <w:rPr>
                <w:spacing w:val="-1"/>
                <w:w w:val="105"/>
                <w:sz w:val="15"/>
              </w:rPr>
              <w:t>и</w:t>
            </w:r>
            <w:r w:rsidRPr="00E85698">
              <w:rPr>
                <w:spacing w:val="-7"/>
                <w:w w:val="105"/>
                <w:sz w:val="15"/>
              </w:rPr>
              <w:t xml:space="preserve"> </w:t>
            </w:r>
            <w:r w:rsidRPr="00E85698">
              <w:rPr>
                <w:spacing w:val="-1"/>
                <w:w w:val="105"/>
                <w:sz w:val="15"/>
              </w:rPr>
              <w:t>страдательных</w:t>
            </w:r>
            <w:r w:rsidRPr="00E85698">
              <w:rPr>
                <w:spacing w:val="-8"/>
                <w:w w:val="105"/>
                <w:sz w:val="15"/>
              </w:rPr>
              <w:t xml:space="preserve"> </w:t>
            </w:r>
            <w:r w:rsidRPr="00E85698">
              <w:rPr>
                <w:w w:val="105"/>
                <w:sz w:val="15"/>
              </w:rPr>
              <w:t>причастий</w:t>
            </w:r>
            <w:r w:rsidRPr="00E85698">
              <w:rPr>
                <w:spacing w:val="-7"/>
                <w:w w:val="105"/>
                <w:sz w:val="15"/>
              </w:rPr>
              <w:t xml:space="preserve"> </w:t>
            </w:r>
            <w:r w:rsidRPr="00E85698">
              <w:rPr>
                <w:w w:val="105"/>
                <w:sz w:val="15"/>
              </w:rPr>
              <w:t>настоящего</w:t>
            </w:r>
            <w:r w:rsidRPr="00E85698">
              <w:rPr>
                <w:spacing w:val="1"/>
                <w:w w:val="105"/>
                <w:sz w:val="15"/>
              </w:rPr>
              <w:t xml:space="preserve"> </w:t>
            </w:r>
            <w:r w:rsidRPr="00E85698">
              <w:rPr>
                <w:w w:val="105"/>
                <w:sz w:val="15"/>
              </w:rPr>
              <w:t>времени</w:t>
            </w:r>
            <w:r w:rsidRPr="00E85698">
              <w:rPr>
                <w:spacing w:val="-2"/>
                <w:w w:val="105"/>
                <w:sz w:val="15"/>
              </w:rPr>
              <w:t xml:space="preserve"> </w:t>
            </w:r>
            <w:r w:rsidRPr="00E85698">
              <w:rPr>
                <w:w w:val="105"/>
                <w:sz w:val="15"/>
              </w:rPr>
              <w:t>в</w:t>
            </w:r>
            <w:r w:rsidRPr="00E85698">
              <w:rPr>
                <w:spacing w:val="-1"/>
                <w:w w:val="105"/>
                <w:sz w:val="15"/>
              </w:rPr>
              <w:t xml:space="preserve"> </w:t>
            </w:r>
            <w:r w:rsidRPr="00E85698">
              <w:rPr>
                <w:w w:val="105"/>
                <w:sz w:val="15"/>
              </w:rPr>
              <w:t>зависимости</w:t>
            </w:r>
            <w:r w:rsidRPr="00E85698">
              <w:rPr>
                <w:spacing w:val="-2"/>
                <w:w w:val="105"/>
                <w:sz w:val="15"/>
              </w:rPr>
              <w:t xml:space="preserve"> </w:t>
            </w:r>
            <w:r w:rsidRPr="00E85698">
              <w:rPr>
                <w:w w:val="105"/>
                <w:sz w:val="15"/>
              </w:rPr>
              <w:t>от</w:t>
            </w:r>
            <w:r w:rsidRPr="00E85698">
              <w:rPr>
                <w:spacing w:val="-1"/>
                <w:w w:val="105"/>
                <w:sz w:val="15"/>
              </w:rPr>
              <w:t xml:space="preserve"> </w:t>
            </w:r>
            <w:r w:rsidRPr="00E85698">
              <w:rPr>
                <w:w w:val="105"/>
                <w:sz w:val="15"/>
              </w:rPr>
              <w:t>спряжения;</w:t>
            </w:r>
          </w:p>
          <w:p w:rsidR="003147F9" w:rsidRPr="00E85698" w:rsidRDefault="003147F9" w:rsidP="00A047B0">
            <w:pPr>
              <w:pStyle w:val="TableParagraph"/>
              <w:spacing w:before="2" w:line="266" w:lineRule="auto"/>
              <w:ind w:left="79" w:right="789"/>
              <w:jc w:val="both"/>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гласную</w:t>
            </w:r>
            <w:r w:rsidRPr="00E85698">
              <w:rPr>
                <w:spacing w:val="-8"/>
                <w:w w:val="105"/>
                <w:sz w:val="15"/>
              </w:rPr>
              <w:t xml:space="preserve"> </w:t>
            </w:r>
            <w:r w:rsidRPr="00E85698">
              <w:rPr>
                <w:spacing w:val="-1"/>
                <w:w w:val="105"/>
                <w:sz w:val="15"/>
              </w:rPr>
              <w:t>перед</w:t>
            </w:r>
            <w:r w:rsidRPr="00E85698">
              <w:rPr>
                <w:spacing w:val="-9"/>
                <w:w w:val="105"/>
                <w:sz w:val="15"/>
              </w:rPr>
              <w:t xml:space="preserve"> </w:t>
            </w:r>
            <w:r w:rsidRPr="00E85698">
              <w:rPr>
                <w:spacing w:val="-1"/>
                <w:w w:val="105"/>
                <w:sz w:val="15"/>
              </w:rPr>
              <w:t>суффиксом</w:t>
            </w:r>
            <w:r w:rsidRPr="00E85698">
              <w:rPr>
                <w:spacing w:val="-8"/>
                <w:w w:val="105"/>
                <w:sz w:val="15"/>
              </w:rPr>
              <w:t xml:space="preserve"> </w:t>
            </w:r>
            <w:r w:rsidRPr="00E85698">
              <w:rPr>
                <w:w w:val="105"/>
                <w:sz w:val="15"/>
              </w:rPr>
              <w:t>-</w:t>
            </w:r>
            <w:proofErr w:type="spellStart"/>
            <w:r w:rsidRPr="00E85698">
              <w:rPr>
                <w:w w:val="105"/>
                <w:sz w:val="15"/>
              </w:rPr>
              <w:t>вш</w:t>
            </w:r>
            <w:proofErr w:type="spellEnd"/>
            <w:r w:rsidRPr="00E85698">
              <w:rPr>
                <w:w w:val="105"/>
                <w:sz w:val="15"/>
              </w:rPr>
              <w:t>-</w:t>
            </w:r>
            <w:r w:rsidRPr="00E85698">
              <w:rPr>
                <w:spacing w:val="-8"/>
                <w:w w:val="105"/>
                <w:sz w:val="15"/>
              </w:rPr>
              <w:t xml:space="preserve"> </w:t>
            </w:r>
            <w:r w:rsidRPr="00E85698">
              <w:rPr>
                <w:w w:val="105"/>
                <w:sz w:val="15"/>
              </w:rPr>
              <w:t>действительных</w:t>
            </w:r>
            <w:r w:rsidRPr="00E85698">
              <w:rPr>
                <w:spacing w:val="-9"/>
                <w:w w:val="105"/>
                <w:sz w:val="15"/>
              </w:rPr>
              <w:t xml:space="preserve"> </w:t>
            </w:r>
            <w:r w:rsidRPr="00E85698">
              <w:rPr>
                <w:w w:val="105"/>
                <w:sz w:val="15"/>
              </w:rPr>
              <w:t>причастий</w:t>
            </w:r>
            <w:r w:rsidRPr="00E85698">
              <w:rPr>
                <w:spacing w:val="-37"/>
                <w:w w:val="105"/>
                <w:sz w:val="15"/>
              </w:rPr>
              <w:t xml:space="preserve"> </w:t>
            </w:r>
            <w:r w:rsidRPr="00E85698">
              <w:rPr>
                <w:spacing w:val="-1"/>
                <w:w w:val="105"/>
                <w:sz w:val="15"/>
              </w:rPr>
              <w:t xml:space="preserve">прошедшего времени, перед </w:t>
            </w:r>
            <w:r w:rsidRPr="00E85698">
              <w:rPr>
                <w:w w:val="105"/>
                <w:sz w:val="15"/>
              </w:rPr>
              <w:t>суффиксом -</w:t>
            </w:r>
            <w:proofErr w:type="spellStart"/>
            <w:r w:rsidRPr="00E85698">
              <w:rPr>
                <w:w w:val="105"/>
                <w:sz w:val="15"/>
              </w:rPr>
              <w:t>нн</w:t>
            </w:r>
            <w:proofErr w:type="spellEnd"/>
            <w:r w:rsidRPr="00E85698">
              <w:rPr>
                <w:w w:val="105"/>
                <w:sz w:val="15"/>
              </w:rPr>
              <w:t>- страдательных причастий</w:t>
            </w:r>
            <w:r w:rsidRPr="00E85698">
              <w:rPr>
                <w:spacing w:val="-37"/>
                <w:w w:val="105"/>
                <w:sz w:val="15"/>
              </w:rPr>
              <w:t xml:space="preserve"> </w:t>
            </w:r>
            <w:r w:rsidRPr="00E85698">
              <w:rPr>
                <w:w w:val="105"/>
                <w:sz w:val="15"/>
              </w:rPr>
              <w:t>прошедшего</w:t>
            </w:r>
            <w:r w:rsidRPr="00E85698">
              <w:rPr>
                <w:spacing w:val="-2"/>
                <w:w w:val="105"/>
                <w:sz w:val="15"/>
              </w:rPr>
              <w:t xml:space="preserve"> </w:t>
            </w:r>
            <w:r w:rsidRPr="00E85698">
              <w:rPr>
                <w:w w:val="105"/>
                <w:sz w:val="15"/>
              </w:rPr>
              <w:t>времени;</w:t>
            </w:r>
          </w:p>
          <w:p w:rsidR="003147F9" w:rsidRPr="00E85698" w:rsidRDefault="003147F9" w:rsidP="00A047B0">
            <w:pPr>
              <w:pStyle w:val="TableParagraph"/>
              <w:spacing w:before="2" w:line="266" w:lineRule="auto"/>
              <w:ind w:left="79" w:right="96"/>
              <w:rPr>
                <w:sz w:val="15"/>
              </w:rPr>
            </w:pPr>
            <w:r w:rsidRPr="00E85698">
              <w:rPr>
                <w:spacing w:val="-1"/>
                <w:w w:val="105"/>
                <w:sz w:val="15"/>
              </w:rPr>
              <w:t>Различать</w:t>
            </w:r>
            <w:r w:rsidRPr="00E85698">
              <w:rPr>
                <w:spacing w:val="-9"/>
                <w:w w:val="105"/>
                <w:sz w:val="15"/>
              </w:rPr>
              <w:t xml:space="preserve"> </w:t>
            </w:r>
            <w:r w:rsidRPr="00E85698">
              <w:rPr>
                <w:spacing w:val="-1"/>
                <w:w w:val="105"/>
                <w:sz w:val="15"/>
              </w:rPr>
              <w:t>полные</w:t>
            </w:r>
            <w:r w:rsidRPr="00E85698">
              <w:rPr>
                <w:spacing w:val="-8"/>
                <w:w w:val="105"/>
                <w:sz w:val="15"/>
              </w:rPr>
              <w:t xml:space="preserve"> </w:t>
            </w:r>
            <w:r w:rsidRPr="00E85698">
              <w:rPr>
                <w:spacing w:val="-1"/>
                <w:w w:val="105"/>
                <w:sz w:val="15"/>
              </w:rPr>
              <w:t>и</w:t>
            </w:r>
            <w:r w:rsidRPr="00E85698">
              <w:rPr>
                <w:spacing w:val="-9"/>
                <w:w w:val="105"/>
                <w:sz w:val="15"/>
              </w:rPr>
              <w:t xml:space="preserve"> </w:t>
            </w:r>
            <w:r w:rsidRPr="00E85698">
              <w:rPr>
                <w:spacing w:val="-1"/>
                <w:w w:val="105"/>
                <w:sz w:val="15"/>
              </w:rPr>
              <w:t>краткие</w:t>
            </w:r>
            <w:r w:rsidRPr="00E85698">
              <w:rPr>
                <w:spacing w:val="-8"/>
                <w:w w:val="105"/>
                <w:sz w:val="15"/>
              </w:rPr>
              <w:t xml:space="preserve"> </w:t>
            </w:r>
            <w:r w:rsidRPr="00E85698">
              <w:rPr>
                <w:w w:val="105"/>
                <w:sz w:val="15"/>
              </w:rPr>
              <w:t>формы</w:t>
            </w:r>
            <w:r w:rsidRPr="00E85698">
              <w:rPr>
                <w:spacing w:val="-9"/>
                <w:w w:val="105"/>
                <w:sz w:val="15"/>
              </w:rPr>
              <w:t xml:space="preserve"> </w:t>
            </w:r>
            <w:r w:rsidRPr="00E85698">
              <w:rPr>
                <w:w w:val="105"/>
                <w:sz w:val="15"/>
              </w:rPr>
              <w:t>страдательных</w:t>
            </w:r>
            <w:r w:rsidRPr="00E85698">
              <w:rPr>
                <w:spacing w:val="-8"/>
                <w:w w:val="105"/>
                <w:sz w:val="15"/>
              </w:rPr>
              <w:t xml:space="preserve"> </w:t>
            </w:r>
            <w:r w:rsidRPr="00E85698">
              <w:rPr>
                <w:w w:val="105"/>
                <w:sz w:val="15"/>
              </w:rPr>
              <w:t>причастий</w:t>
            </w:r>
            <w:r w:rsidRPr="00E85698">
              <w:rPr>
                <w:spacing w:val="-9"/>
                <w:w w:val="105"/>
                <w:sz w:val="15"/>
              </w:rPr>
              <w:t xml:space="preserve"> </w:t>
            </w:r>
            <w:r w:rsidRPr="00E85698">
              <w:rPr>
                <w:w w:val="105"/>
                <w:sz w:val="15"/>
              </w:rPr>
              <w:t>прошедшего</w:t>
            </w:r>
            <w:r w:rsidRPr="00E85698">
              <w:rPr>
                <w:spacing w:val="-36"/>
                <w:w w:val="105"/>
                <w:sz w:val="15"/>
              </w:rPr>
              <w:t xml:space="preserve"> </w:t>
            </w:r>
            <w:r w:rsidRPr="00E85698">
              <w:rPr>
                <w:w w:val="105"/>
                <w:sz w:val="15"/>
              </w:rPr>
              <w:t>времени;</w:t>
            </w:r>
          </w:p>
          <w:p w:rsidR="003147F9" w:rsidRPr="00E85698" w:rsidRDefault="003147F9" w:rsidP="00A047B0">
            <w:pPr>
              <w:pStyle w:val="TableParagraph"/>
              <w:spacing w:before="1" w:line="266" w:lineRule="auto"/>
              <w:ind w:left="79" w:right="118"/>
              <w:rPr>
                <w:sz w:val="15"/>
              </w:rPr>
            </w:pPr>
            <w:r w:rsidRPr="00E85698">
              <w:rPr>
                <w:spacing w:val="-1"/>
                <w:w w:val="105"/>
                <w:sz w:val="15"/>
              </w:rPr>
              <w:t xml:space="preserve">Описывать смысловые, морфологические и синтаксические </w:t>
            </w:r>
            <w:r w:rsidRPr="00E85698">
              <w:rPr>
                <w:w w:val="105"/>
                <w:sz w:val="15"/>
              </w:rPr>
              <w:t>особенности краткой</w:t>
            </w:r>
            <w:r w:rsidRPr="00E85698">
              <w:rPr>
                <w:spacing w:val="-37"/>
                <w:w w:val="105"/>
                <w:sz w:val="15"/>
              </w:rPr>
              <w:t xml:space="preserve"> </w:t>
            </w:r>
            <w:r w:rsidRPr="00E85698">
              <w:rPr>
                <w:w w:val="105"/>
                <w:sz w:val="15"/>
              </w:rPr>
              <w:t>формы</w:t>
            </w:r>
            <w:r w:rsidRPr="00E85698">
              <w:rPr>
                <w:spacing w:val="-3"/>
                <w:w w:val="105"/>
                <w:sz w:val="15"/>
              </w:rPr>
              <w:t xml:space="preserve"> </w:t>
            </w:r>
            <w:r w:rsidRPr="00E85698">
              <w:rPr>
                <w:w w:val="105"/>
                <w:sz w:val="15"/>
              </w:rPr>
              <w:t>страдательных</w:t>
            </w:r>
            <w:r w:rsidRPr="00E85698">
              <w:rPr>
                <w:spacing w:val="-2"/>
                <w:w w:val="105"/>
                <w:sz w:val="15"/>
              </w:rPr>
              <w:t xml:space="preserve"> </w:t>
            </w:r>
            <w:r w:rsidRPr="00E85698">
              <w:rPr>
                <w:w w:val="105"/>
                <w:sz w:val="15"/>
              </w:rPr>
              <w:t>причастий</w:t>
            </w:r>
            <w:r w:rsidRPr="00E85698">
              <w:rPr>
                <w:spacing w:val="-2"/>
                <w:w w:val="105"/>
                <w:sz w:val="15"/>
              </w:rPr>
              <w:t xml:space="preserve"> </w:t>
            </w:r>
            <w:r w:rsidRPr="00E85698">
              <w:rPr>
                <w:w w:val="105"/>
                <w:sz w:val="15"/>
              </w:rPr>
              <w:t>прошедшего</w:t>
            </w:r>
            <w:r w:rsidRPr="00E85698">
              <w:rPr>
                <w:spacing w:val="-2"/>
                <w:w w:val="105"/>
                <w:sz w:val="15"/>
              </w:rPr>
              <w:t xml:space="preserve"> </w:t>
            </w:r>
            <w:r w:rsidRPr="00E85698">
              <w:rPr>
                <w:w w:val="105"/>
                <w:sz w:val="15"/>
              </w:rPr>
              <w:t>времени;</w:t>
            </w:r>
          </w:p>
          <w:p w:rsidR="003147F9" w:rsidRPr="00E85698" w:rsidRDefault="003147F9" w:rsidP="00A047B0">
            <w:pPr>
              <w:pStyle w:val="TableParagraph"/>
              <w:spacing w:before="1" w:line="266" w:lineRule="auto"/>
              <w:ind w:left="79" w:right="96"/>
              <w:rPr>
                <w:sz w:val="15"/>
              </w:rPr>
            </w:pPr>
            <w:r w:rsidRPr="00E85698">
              <w:rPr>
                <w:spacing w:val="-1"/>
                <w:w w:val="105"/>
                <w:sz w:val="15"/>
              </w:rPr>
              <w:t xml:space="preserve">Использовать знание грамматических </w:t>
            </w:r>
            <w:r w:rsidRPr="00E85698">
              <w:rPr>
                <w:w w:val="105"/>
                <w:sz w:val="15"/>
              </w:rPr>
              <w:t>особенностей и орфографических правил</w:t>
            </w:r>
            <w:r w:rsidRPr="00E85698">
              <w:rPr>
                <w:spacing w:val="1"/>
                <w:w w:val="105"/>
                <w:sz w:val="15"/>
              </w:rPr>
              <w:t xml:space="preserve"> </w:t>
            </w:r>
            <w:r w:rsidRPr="00E85698">
              <w:rPr>
                <w:w w:val="105"/>
                <w:sz w:val="15"/>
              </w:rPr>
              <w:t>при</w:t>
            </w:r>
            <w:r w:rsidRPr="00E85698">
              <w:rPr>
                <w:spacing w:val="-9"/>
                <w:w w:val="105"/>
                <w:sz w:val="15"/>
              </w:rPr>
              <w:t xml:space="preserve"> </w:t>
            </w:r>
            <w:r w:rsidRPr="00E85698">
              <w:rPr>
                <w:w w:val="105"/>
                <w:sz w:val="15"/>
              </w:rPr>
              <w:t>написании</w:t>
            </w:r>
            <w:r w:rsidRPr="00E85698">
              <w:rPr>
                <w:spacing w:val="-9"/>
                <w:w w:val="105"/>
                <w:sz w:val="15"/>
              </w:rPr>
              <w:t xml:space="preserve"> </w:t>
            </w:r>
            <w:r w:rsidRPr="00E85698">
              <w:rPr>
                <w:w w:val="105"/>
                <w:sz w:val="15"/>
              </w:rPr>
              <w:t>суффиксов</w:t>
            </w:r>
            <w:r w:rsidRPr="00E85698">
              <w:rPr>
                <w:spacing w:val="-9"/>
                <w:w w:val="105"/>
                <w:sz w:val="15"/>
              </w:rPr>
              <w:t xml:space="preserve"> </w:t>
            </w:r>
            <w:r w:rsidRPr="00E85698">
              <w:rPr>
                <w:w w:val="105"/>
                <w:sz w:val="15"/>
              </w:rPr>
              <w:t>-</w:t>
            </w:r>
            <w:proofErr w:type="spellStart"/>
            <w:r w:rsidRPr="00E85698">
              <w:rPr>
                <w:w w:val="105"/>
                <w:sz w:val="15"/>
              </w:rPr>
              <w:t>нн</w:t>
            </w:r>
            <w:proofErr w:type="spellEnd"/>
            <w:r w:rsidRPr="00E85698">
              <w:rPr>
                <w:w w:val="105"/>
                <w:sz w:val="15"/>
              </w:rPr>
              <w:t>-</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w:t>
            </w:r>
            <w:proofErr w:type="spellStart"/>
            <w:r w:rsidRPr="00E85698">
              <w:rPr>
                <w:w w:val="105"/>
                <w:sz w:val="15"/>
              </w:rPr>
              <w:t>енн</w:t>
            </w:r>
            <w:proofErr w:type="spellEnd"/>
            <w:r w:rsidRPr="00E85698">
              <w:rPr>
                <w:w w:val="105"/>
                <w:sz w:val="15"/>
              </w:rPr>
              <w:t>-</w:t>
            </w:r>
            <w:r w:rsidRPr="00E85698">
              <w:rPr>
                <w:spacing w:val="-9"/>
                <w:w w:val="105"/>
                <w:sz w:val="15"/>
              </w:rPr>
              <w:t xml:space="preserve"> </w:t>
            </w:r>
            <w:r w:rsidRPr="00E85698">
              <w:rPr>
                <w:w w:val="105"/>
                <w:sz w:val="15"/>
              </w:rPr>
              <w:t>полных</w:t>
            </w:r>
            <w:r w:rsidRPr="00E85698">
              <w:rPr>
                <w:spacing w:val="-8"/>
                <w:w w:val="105"/>
                <w:sz w:val="15"/>
              </w:rPr>
              <w:t xml:space="preserve"> </w:t>
            </w:r>
            <w:r w:rsidRPr="00E85698">
              <w:rPr>
                <w:w w:val="105"/>
                <w:sz w:val="15"/>
              </w:rPr>
              <w:t>форм</w:t>
            </w:r>
            <w:r w:rsidRPr="00E85698">
              <w:rPr>
                <w:spacing w:val="-9"/>
                <w:w w:val="105"/>
                <w:sz w:val="15"/>
              </w:rPr>
              <w:t xml:space="preserve"> </w:t>
            </w:r>
            <w:r w:rsidRPr="00E85698">
              <w:rPr>
                <w:w w:val="105"/>
                <w:sz w:val="15"/>
              </w:rPr>
              <w:t>страдательных</w:t>
            </w:r>
            <w:r w:rsidRPr="00E85698">
              <w:rPr>
                <w:spacing w:val="-9"/>
                <w:w w:val="105"/>
                <w:sz w:val="15"/>
              </w:rPr>
              <w:t xml:space="preserve"> </w:t>
            </w:r>
            <w:r w:rsidRPr="00E85698">
              <w:rPr>
                <w:w w:val="105"/>
                <w:sz w:val="15"/>
              </w:rPr>
              <w:t>причастий</w:t>
            </w:r>
            <w:r w:rsidRPr="00E85698">
              <w:rPr>
                <w:spacing w:val="-9"/>
                <w:w w:val="105"/>
                <w:sz w:val="15"/>
              </w:rPr>
              <w:t xml:space="preserve"> </w:t>
            </w:r>
            <w:r w:rsidRPr="00E85698">
              <w:rPr>
                <w:w w:val="105"/>
                <w:sz w:val="15"/>
              </w:rPr>
              <w:t>и</w:t>
            </w:r>
            <w:r w:rsidRPr="00E85698">
              <w:rPr>
                <w:spacing w:val="1"/>
                <w:w w:val="105"/>
                <w:sz w:val="15"/>
              </w:rPr>
              <w:t xml:space="preserve"> </w:t>
            </w:r>
            <w:r w:rsidRPr="00E85698">
              <w:rPr>
                <w:w w:val="105"/>
                <w:sz w:val="15"/>
              </w:rPr>
              <w:t>суффиксов</w:t>
            </w:r>
            <w:r w:rsidRPr="00E85698">
              <w:rPr>
                <w:spacing w:val="-3"/>
                <w:w w:val="105"/>
                <w:sz w:val="15"/>
              </w:rPr>
              <w:t xml:space="preserve"> </w:t>
            </w:r>
            <w:r w:rsidRPr="00E85698">
              <w:rPr>
                <w:w w:val="105"/>
                <w:sz w:val="15"/>
              </w:rPr>
              <w:t>-</w:t>
            </w:r>
            <w:proofErr w:type="gramStart"/>
            <w:r w:rsidRPr="00E85698">
              <w:rPr>
                <w:w w:val="105"/>
                <w:sz w:val="15"/>
              </w:rPr>
              <w:t>н-</w:t>
            </w:r>
            <w:r w:rsidRPr="00E85698">
              <w:rPr>
                <w:spacing w:val="-3"/>
                <w:w w:val="105"/>
                <w:sz w:val="15"/>
              </w:rPr>
              <w:t xml:space="preserve"> </w:t>
            </w:r>
            <w:r w:rsidRPr="00E85698">
              <w:rPr>
                <w:w w:val="105"/>
                <w:sz w:val="15"/>
              </w:rPr>
              <w:t>и</w:t>
            </w:r>
            <w:proofErr w:type="gramEnd"/>
            <w:r w:rsidRPr="00E85698">
              <w:rPr>
                <w:spacing w:val="-2"/>
                <w:w w:val="105"/>
                <w:sz w:val="15"/>
              </w:rPr>
              <w:t xml:space="preserve"> </w:t>
            </w:r>
            <w:r w:rsidRPr="00E85698">
              <w:rPr>
                <w:w w:val="105"/>
                <w:sz w:val="15"/>
              </w:rPr>
              <w:t>-</w:t>
            </w:r>
            <w:proofErr w:type="spellStart"/>
            <w:r w:rsidRPr="00E85698">
              <w:rPr>
                <w:w w:val="105"/>
                <w:sz w:val="15"/>
              </w:rPr>
              <w:t>ен</w:t>
            </w:r>
            <w:proofErr w:type="spellEnd"/>
            <w:r w:rsidRPr="00E85698">
              <w:rPr>
                <w:w w:val="105"/>
                <w:sz w:val="15"/>
              </w:rPr>
              <w:t>-</w:t>
            </w:r>
            <w:r w:rsidRPr="00E85698">
              <w:rPr>
                <w:spacing w:val="-3"/>
                <w:w w:val="105"/>
                <w:sz w:val="15"/>
              </w:rPr>
              <w:t xml:space="preserve"> </w:t>
            </w:r>
            <w:r w:rsidRPr="00E85698">
              <w:rPr>
                <w:w w:val="105"/>
                <w:sz w:val="15"/>
              </w:rPr>
              <w:t>кратких</w:t>
            </w:r>
            <w:r w:rsidRPr="00E85698">
              <w:rPr>
                <w:spacing w:val="-2"/>
                <w:w w:val="105"/>
                <w:sz w:val="15"/>
              </w:rPr>
              <w:t xml:space="preserve"> </w:t>
            </w:r>
            <w:r w:rsidRPr="00E85698">
              <w:rPr>
                <w:w w:val="105"/>
                <w:sz w:val="15"/>
              </w:rPr>
              <w:t>форм</w:t>
            </w:r>
            <w:r w:rsidRPr="00E85698">
              <w:rPr>
                <w:spacing w:val="-3"/>
                <w:w w:val="105"/>
                <w:sz w:val="15"/>
              </w:rPr>
              <w:t xml:space="preserve"> </w:t>
            </w:r>
            <w:r w:rsidRPr="00E85698">
              <w:rPr>
                <w:w w:val="105"/>
                <w:sz w:val="15"/>
              </w:rPr>
              <w:t>страдательных</w:t>
            </w:r>
            <w:r w:rsidRPr="00E85698">
              <w:rPr>
                <w:spacing w:val="-3"/>
                <w:w w:val="105"/>
                <w:sz w:val="15"/>
              </w:rPr>
              <w:t xml:space="preserve"> </w:t>
            </w:r>
            <w:r w:rsidRPr="00E85698">
              <w:rPr>
                <w:w w:val="105"/>
                <w:sz w:val="15"/>
              </w:rPr>
              <w:t>причастий;</w:t>
            </w:r>
          </w:p>
          <w:p w:rsidR="003147F9" w:rsidRPr="00E85698" w:rsidRDefault="003147F9" w:rsidP="00A047B0">
            <w:pPr>
              <w:pStyle w:val="TableParagraph"/>
              <w:spacing w:before="2"/>
              <w:ind w:left="79"/>
              <w:rPr>
                <w:sz w:val="15"/>
              </w:rPr>
            </w:pPr>
            <w:r w:rsidRPr="00E85698">
              <w:rPr>
                <w:spacing w:val="-1"/>
                <w:w w:val="105"/>
                <w:sz w:val="15"/>
              </w:rPr>
              <w:t>Определять</w:t>
            </w:r>
            <w:r w:rsidRPr="00E85698">
              <w:rPr>
                <w:spacing w:val="-8"/>
                <w:w w:val="105"/>
                <w:sz w:val="15"/>
              </w:rPr>
              <w:t xml:space="preserve"> </w:t>
            </w:r>
            <w:r w:rsidRPr="00E85698">
              <w:rPr>
                <w:spacing w:val="-1"/>
                <w:w w:val="105"/>
                <w:sz w:val="15"/>
              </w:rPr>
              <w:t>падежную</w:t>
            </w:r>
            <w:r w:rsidRPr="00E85698">
              <w:rPr>
                <w:spacing w:val="-8"/>
                <w:w w:val="105"/>
                <w:sz w:val="15"/>
              </w:rPr>
              <w:t xml:space="preserve"> </w:t>
            </w:r>
            <w:r w:rsidRPr="00E85698">
              <w:rPr>
                <w:w w:val="105"/>
                <w:sz w:val="15"/>
              </w:rPr>
              <w:t>форму</w:t>
            </w:r>
            <w:r w:rsidRPr="00E85698">
              <w:rPr>
                <w:spacing w:val="-8"/>
                <w:w w:val="105"/>
                <w:sz w:val="15"/>
              </w:rPr>
              <w:t xml:space="preserve"> </w:t>
            </w:r>
            <w:r w:rsidRPr="00E85698">
              <w:rPr>
                <w:w w:val="105"/>
                <w:sz w:val="15"/>
              </w:rPr>
              <w:t>причастий;</w:t>
            </w:r>
          </w:p>
          <w:p w:rsidR="003147F9" w:rsidRPr="00E85698" w:rsidRDefault="003147F9" w:rsidP="00A047B0">
            <w:pPr>
              <w:pStyle w:val="TableParagraph"/>
              <w:spacing w:before="20" w:line="266" w:lineRule="auto"/>
              <w:ind w:left="79" w:right="1323"/>
              <w:rPr>
                <w:sz w:val="15"/>
              </w:rPr>
            </w:pPr>
            <w:r w:rsidRPr="00E85698">
              <w:rPr>
                <w:spacing w:val="-1"/>
                <w:w w:val="105"/>
                <w:sz w:val="15"/>
              </w:rPr>
              <w:t>Выбирать</w:t>
            </w:r>
            <w:r w:rsidRPr="00E85698">
              <w:rPr>
                <w:spacing w:val="-9"/>
                <w:w w:val="105"/>
                <w:sz w:val="15"/>
              </w:rPr>
              <w:t xml:space="preserve"> </w:t>
            </w:r>
            <w:r w:rsidRPr="00E85698">
              <w:rPr>
                <w:spacing w:val="-1"/>
                <w:w w:val="105"/>
                <w:sz w:val="15"/>
              </w:rPr>
              <w:t>гласную</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падежном</w:t>
            </w:r>
            <w:r w:rsidRPr="00E85698">
              <w:rPr>
                <w:spacing w:val="-8"/>
                <w:w w:val="105"/>
                <w:sz w:val="15"/>
              </w:rPr>
              <w:t xml:space="preserve"> </w:t>
            </w:r>
            <w:r w:rsidRPr="00E85698">
              <w:rPr>
                <w:w w:val="105"/>
                <w:sz w:val="15"/>
              </w:rPr>
              <w:t>окончании</w:t>
            </w:r>
            <w:r w:rsidRPr="00E85698">
              <w:rPr>
                <w:spacing w:val="-9"/>
                <w:w w:val="105"/>
                <w:sz w:val="15"/>
              </w:rPr>
              <w:t xml:space="preserve"> </w:t>
            </w:r>
            <w:r w:rsidRPr="00E85698">
              <w:rPr>
                <w:w w:val="105"/>
                <w:sz w:val="15"/>
              </w:rPr>
              <w:t>причастий;</w:t>
            </w:r>
            <w:r w:rsidRPr="00E85698">
              <w:rPr>
                <w:spacing w:val="-36"/>
                <w:w w:val="105"/>
                <w:sz w:val="15"/>
              </w:rPr>
              <w:t xml:space="preserve"> </w:t>
            </w:r>
            <w:r w:rsidRPr="00E85698">
              <w:rPr>
                <w:w w:val="105"/>
                <w:sz w:val="15"/>
              </w:rPr>
              <w:t>Определять</w:t>
            </w:r>
            <w:r w:rsidRPr="00E85698">
              <w:rPr>
                <w:spacing w:val="-4"/>
                <w:w w:val="105"/>
                <w:sz w:val="15"/>
              </w:rPr>
              <w:t xml:space="preserve"> </w:t>
            </w:r>
            <w:r w:rsidRPr="00E85698">
              <w:rPr>
                <w:w w:val="105"/>
                <w:sz w:val="15"/>
              </w:rPr>
              <w:t>роль</w:t>
            </w:r>
            <w:r w:rsidRPr="00E85698">
              <w:rPr>
                <w:spacing w:val="-4"/>
                <w:w w:val="105"/>
                <w:sz w:val="15"/>
              </w:rPr>
              <w:t xml:space="preserve"> </w:t>
            </w:r>
            <w:r w:rsidRPr="00E85698">
              <w:rPr>
                <w:w w:val="105"/>
                <w:sz w:val="15"/>
              </w:rPr>
              <w:t>причастия</w:t>
            </w:r>
            <w:r w:rsidRPr="00E85698">
              <w:rPr>
                <w:spacing w:val="-4"/>
                <w:w w:val="105"/>
                <w:sz w:val="15"/>
              </w:rPr>
              <w:t xml:space="preserve"> </w:t>
            </w:r>
            <w:r w:rsidRPr="00E85698">
              <w:rPr>
                <w:w w:val="105"/>
                <w:sz w:val="15"/>
              </w:rPr>
              <w:t>в</w:t>
            </w:r>
            <w:r w:rsidRPr="00E85698">
              <w:rPr>
                <w:spacing w:val="-4"/>
                <w:w w:val="105"/>
                <w:sz w:val="15"/>
              </w:rPr>
              <w:t xml:space="preserve"> </w:t>
            </w:r>
            <w:r w:rsidRPr="00E85698">
              <w:rPr>
                <w:w w:val="105"/>
                <w:sz w:val="15"/>
              </w:rPr>
              <w:t>словосочетании;</w:t>
            </w:r>
          </w:p>
          <w:p w:rsidR="003147F9" w:rsidRPr="00E85698" w:rsidRDefault="003147F9" w:rsidP="00A047B0">
            <w:pPr>
              <w:pStyle w:val="TableParagraph"/>
              <w:spacing w:before="1" w:line="266" w:lineRule="auto"/>
              <w:ind w:left="79"/>
              <w:rPr>
                <w:sz w:val="15"/>
              </w:rPr>
            </w:pPr>
            <w:r w:rsidRPr="00E85698">
              <w:rPr>
                <w:w w:val="105"/>
                <w:sz w:val="15"/>
              </w:rPr>
              <w:t>Различать</w:t>
            </w:r>
            <w:r w:rsidRPr="00E85698">
              <w:rPr>
                <w:spacing w:val="-10"/>
                <w:w w:val="105"/>
                <w:sz w:val="15"/>
              </w:rPr>
              <w:t xml:space="preserve"> </w:t>
            </w:r>
            <w:r w:rsidRPr="00E85698">
              <w:rPr>
                <w:w w:val="105"/>
                <w:sz w:val="15"/>
              </w:rPr>
              <w:t>словосочетания</w:t>
            </w:r>
            <w:r w:rsidRPr="00E85698">
              <w:rPr>
                <w:spacing w:val="-9"/>
                <w:w w:val="105"/>
                <w:sz w:val="15"/>
              </w:rPr>
              <w:t xml:space="preserve"> </w:t>
            </w:r>
            <w:r w:rsidRPr="00E85698">
              <w:rPr>
                <w:w w:val="105"/>
                <w:sz w:val="15"/>
              </w:rPr>
              <w:t>с</w:t>
            </w:r>
            <w:r w:rsidRPr="00E85698">
              <w:rPr>
                <w:spacing w:val="-9"/>
                <w:w w:val="105"/>
                <w:sz w:val="15"/>
              </w:rPr>
              <w:t xml:space="preserve"> </w:t>
            </w:r>
            <w:r w:rsidRPr="00E85698">
              <w:rPr>
                <w:w w:val="105"/>
                <w:sz w:val="15"/>
              </w:rPr>
              <w:t>причастием</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роли</w:t>
            </w:r>
            <w:r w:rsidRPr="00E85698">
              <w:rPr>
                <w:spacing w:val="-9"/>
                <w:w w:val="105"/>
                <w:sz w:val="15"/>
              </w:rPr>
              <w:t xml:space="preserve"> </w:t>
            </w:r>
            <w:r w:rsidRPr="00E85698">
              <w:rPr>
                <w:w w:val="105"/>
                <w:sz w:val="15"/>
              </w:rPr>
              <w:t>главного</w:t>
            </w:r>
            <w:r w:rsidRPr="00E85698">
              <w:rPr>
                <w:spacing w:val="-9"/>
                <w:w w:val="105"/>
                <w:sz w:val="15"/>
              </w:rPr>
              <w:t xml:space="preserve"> </w:t>
            </w:r>
            <w:r w:rsidRPr="00E85698">
              <w:rPr>
                <w:w w:val="105"/>
                <w:sz w:val="15"/>
              </w:rPr>
              <w:t>слова</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словосочетание</w:t>
            </w:r>
            <w:r w:rsidRPr="00E85698">
              <w:rPr>
                <w:spacing w:val="-9"/>
                <w:w w:val="105"/>
                <w:sz w:val="15"/>
              </w:rPr>
              <w:t xml:space="preserve"> </w:t>
            </w:r>
            <w:r w:rsidRPr="00E85698">
              <w:rPr>
                <w:w w:val="105"/>
                <w:sz w:val="15"/>
              </w:rPr>
              <w:t>с</w:t>
            </w:r>
            <w:r w:rsidRPr="00E85698">
              <w:rPr>
                <w:spacing w:val="1"/>
                <w:w w:val="105"/>
                <w:sz w:val="15"/>
              </w:rPr>
              <w:t xml:space="preserve"> </w:t>
            </w:r>
            <w:r w:rsidRPr="00E85698">
              <w:rPr>
                <w:w w:val="105"/>
                <w:sz w:val="15"/>
              </w:rPr>
              <w:t>причастием</w:t>
            </w:r>
            <w:r w:rsidRPr="00E85698">
              <w:rPr>
                <w:spacing w:val="-2"/>
                <w:w w:val="105"/>
                <w:sz w:val="15"/>
              </w:rPr>
              <w:t xml:space="preserve"> </w:t>
            </w:r>
            <w:r w:rsidRPr="00E85698">
              <w:rPr>
                <w:w w:val="105"/>
                <w:sz w:val="15"/>
              </w:rPr>
              <w:t>—</w:t>
            </w:r>
            <w:r w:rsidRPr="00E85698">
              <w:rPr>
                <w:spacing w:val="-1"/>
                <w:w w:val="105"/>
                <w:sz w:val="15"/>
              </w:rPr>
              <w:t xml:space="preserve"> </w:t>
            </w:r>
            <w:r w:rsidRPr="00E85698">
              <w:rPr>
                <w:w w:val="105"/>
                <w:sz w:val="15"/>
              </w:rPr>
              <w:t>зависимым</w:t>
            </w:r>
            <w:r w:rsidRPr="00E85698">
              <w:rPr>
                <w:spacing w:val="-1"/>
                <w:w w:val="105"/>
                <w:sz w:val="15"/>
              </w:rPr>
              <w:t xml:space="preserve"> </w:t>
            </w:r>
            <w:r w:rsidRPr="00E85698">
              <w:rPr>
                <w:w w:val="105"/>
                <w:sz w:val="15"/>
              </w:rPr>
              <w:t>словом;</w:t>
            </w:r>
          </w:p>
          <w:p w:rsidR="003147F9" w:rsidRPr="00E85698" w:rsidRDefault="003147F9" w:rsidP="00A047B0">
            <w:pPr>
              <w:pStyle w:val="TableParagraph"/>
              <w:spacing w:before="2" w:line="266" w:lineRule="auto"/>
              <w:ind w:left="79" w:right="587"/>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причастный</w:t>
            </w:r>
            <w:r w:rsidRPr="00E85698">
              <w:rPr>
                <w:spacing w:val="-8"/>
                <w:w w:val="105"/>
                <w:sz w:val="15"/>
              </w:rPr>
              <w:t xml:space="preserve"> </w:t>
            </w:r>
            <w:r w:rsidRPr="00E85698">
              <w:rPr>
                <w:w w:val="105"/>
                <w:sz w:val="15"/>
              </w:rPr>
              <w:t>оборот</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составе</w:t>
            </w:r>
            <w:r w:rsidRPr="00E85698">
              <w:rPr>
                <w:spacing w:val="-8"/>
                <w:w w:val="105"/>
                <w:sz w:val="15"/>
              </w:rPr>
              <w:t xml:space="preserve"> </w:t>
            </w:r>
            <w:r w:rsidRPr="00E85698">
              <w:rPr>
                <w:w w:val="105"/>
                <w:sz w:val="15"/>
              </w:rPr>
              <w:t>предложения,</w:t>
            </w:r>
            <w:r w:rsidRPr="00E85698">
              <w:rPr>
                <w:spacing w:val="-8"/>
                <w:w w:val="105"/>
                <w:sz w:val="15"/>
              </w:rPr>
              <w:t xml:space="preserve"> </w:t>
            </w:r>
            <w:r w:rsidRPr="00E85698">
              <w:rPr>
                <w:w w:val="105"/>
                <w:sz w:val="15"/>
              </w:rPr>
              <w:t>определять</w:t>
            </w:r>
            <w:r w:rsidRPr="00E85698">
              <w:rPr>
                <w:spacing w:val="-9"/>
                <w:w w:val="105"/>
                <w:sz w:val="15"/>
              </w:rPr>
              <w:t xml:space="preserve"> </w:t>
            </w:r>
            <w:r w:rsidRPr="00E85698">
              <w:rPr>
                <w:w w:val="105"/>
                <w:sz w:val="15"/>
              </w:rPr>
              <w:t>его</w:t>
            </w:r>
            <w:r w:rsidRPr="00E85698">
              <w:rPr>
                <w:spacing w:val="-36"/>
                <w:w w:val="105"/>
                <w:sz w:val="15"/>
              </w:rPr>
              <w:t xml:space="preserve"> </w:t>
            </w:r>
            <w:r w:rsidRPr="00E85698">
              <w:rPr>
                <w:w w:val="105"/>
                <w:sz w:val="15"/>
              </w:rPr>
              <w:t>границы,</w:t>
            </w:r>
            <w:r w:rsidRPr="00E85698">
              <w:rPr>
                <w:spacing w:val="-3"/>
                <w:w w:val="105"/>
                <w:sz w:val="15"/>
              </w:rPr>
              <w:t xml:space="preserve"> </w:t>
            </w:r>
            <w:r w:rsidRPr="00E85698">
              <w:rPr>
                <w:w w:val="105"/>
                <w:sz w:val="15"/>
              </w:rPr>
              <w:t>место</w:t>
            </w:r>
            <w:r w:rsidRPr="00E85698">
              <w:rPr>
                <w:spacing w:val="-2"/>
                <w:w w:val="105"/>
                <w:sz w:val="15"/>
              </w:rPr>
              <w:t xml:space="preserve"> </w:t>
            </w:r>
            <w:r w:rsidRPr="00E85698">
              <w:rPr>
                <w:w w:val="105"/>
                <w:sz w:val="15"/>
              </w:rPr>
              <w:t>по</w:t>
            </w:r>
            <w:r w:rsidRPr="00E85698">
              <w:rPr>
                <w:spacing w:val="-3"/>
                <w:w w:val="105"/>
                <w:sz w:val="15"/>
              </w:rPr>
              <w:t xml:space="preserve"> </w:t>
            </w:r>
            <w:r w:rsidRPr="00E85698">
              <w:rPr>
                <w:w w:val="105"/>
                <w:sz w:val="15"/>
              </w:rPr>
              <w:t>отношению</w:t>
            </w:r>
            <w:r w:rsidRPr="00E85698">
              <w:rPr>
                <w:spacing w:val="-2"/>
                <w:w w:val="105"/>
                <w:sz w:val="15"/>
              </w:rPr>
              <w:t xml:space="preserve"> </w:t>
            </w:r>
            <w:r w:rsidRPr="00E85698">
              <w:rPr>
                <w:w w:val="105"/>
                <w:sz w:val="15"/>
              </w:rPr>
              <w:t>к</w:t>
            </w:r>
            <w:r w:rsidRPr="00E85698">
              <w:rPr>
                <w:spacing w:val="-3"/>
                <w:w w:val="105"/>
                <w:sz w:val="15"/>
              </w:rPr>
              <w:t xml:space="preserve"> </w:t>
            </w:r>
            <w:r w:rsidRPr="00E85698">
              <w:rPr>
                <w:w w:val="105"/>
                <w:sz w:val="15"/>
              </w:rPr>
              <w:t>определяемому</w:t>
            </w:r>
            <w:r w:rsidRPr="00E85698">
              <w:rPr>
                <w:spacing w:val="-2"/>
                <w:w w:val="105"/>
                <w:sz w:val="15"/>
              </w:rPr>
              <w:t xml:space="preserve"> </w:t>
            </w:r>
            <w:r w:rsidRPr="00E85698">
              <w:rPr>
                <w:w w:val="105"/>
                <w:sz w:val="15"/>
              </w:rPr>
              <w:t>слову;</w:t>
            </w:r>
          </w:p>
          <w:p w:rsidR="003147F9" w:rsidRPr="00E85698" w:rsidRDefault="003147F9" w:rsidP="00A047B0">
            <w:pPr>
              <w:pStyle w:val="TableParagraph"/>
              <w:spacing w:before="1"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расстановку</w:t>
            </w:r>
            <w:r w:rsidRPr="00E85698">
              <w:rPr>
                <w:spacing w:val="-8"/>
                <w:w w:val="105"/>
                <w:sz w:val="15"/>
              </w:rPr>
              <w:t xml:space="preserve"> </w:t>
            </w:r>
            <w:r w:rsidRPr="00E85698">
              <w:rPr>
                <w:spacing w:val="-1"/>
                <w:w w:val="105"/>
                <w:sz w:val="15"/>
              </w:rPr>
              <w:t>знаков</w:t>
            </w:r>
            <w:r w:rsidRPr="00E85698">
              <w:rPr>
                <w:spacing w:val="-8"/>
                <w:w w:val="105"/>
                <w:sz w:val="15"/>
              </w:rPr>
              <w:t xml:space="preserve"> </w:t>
            </w:r>
            <w:r w:rsidRPr="00E85698">
              <w:rPr>
                <w:w w:val="105"/>
                <w:sz w:val="15"/>
              </w:rPr>
              <w:t>препинания</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предложениях</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причастным</w:t>
            </w:r>
            <w:r w:rsidRPr="00E85698">
              <w:rPr>
                <w:spacing w:val="-36"/>
                <w:w w:val="105"/>
                <w:sz w:val="15"/>
              </w:rPr>
              <w:t xml:space="preserve"> </w:t>
            </w:r>
            <w:r w:rsidRPr="00E85698">
              <w:rPr>
                <w:w w:val="105"/>
                <w:sz w:val="15"/>
              </w:rPr>
              <w:t>оборотом;</w:t>
            </w:r>
          </w:p>
          <w:p w:rsidR="003147F9" w:rsidRPr="00E85698" w:rsidRDefault="003147F9" w:rsidP="00A047B0">
            <w:pPr>
              <w:pStyle w:val="TableParagraph"/>
              <w:spacing w:before="1" w:line="266" w:lineRule="auto"/>
              <w:ind w:left="79" w:right="1323"/>
              <w:rPr>
                <w:sz w:val="15"/>
              </w:rPr>
            </w:pPr>
            <w:r w:rsidRPr="00E85698">
              <w:rPr>
                <w:spacing w:val="-1"/>
                <w:w w:val="105"/>
                <w:sz w:val="15"/>
              </w:rPr>
              <w:t>Конструировать</w:t>
            </w:r>
            <w:r w:rsidRPr="00E85698">
              <w:rPr>
                <w:spacing w:val="-8"/>
                <w:w w:val="105"/>
                <w:sz w:val="15"/>
              </w:rPr>
              <w:t xml:space="preserve"> </w:t>
            </w:r>
            <w:r w:rsidRPr="00E85698">
              <w:rPr>
                <w:spacing w:val="-1"/>
                <w:w w:val="105"/>
                <w:sz w:val="15"/>
              </w:rPr>
              <w:t>предложения</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причастным</w:t>
            </w:r>
            <w:r w:rsidRPr="00E85698">
              <w:rPr>
                <w:spacing w:val="-8"/>
                <w:w w:val="105"/>
                <w:sz w:val="15"/>
              </w:rPr>
              <w:t xml:space="preserve"> </w:t>
            </w:r>
            <w:r w:rsidRPr="00E85698">
              <w:rPr>
                <w:w w:val="105"/>
                <w:sz w:val="15"/>
              </w:rPr>
              <w:t>оборотом;</w:t>
            </w:r>
            <w:r w:rsidRPr="00E85698">
              <w:rPr>
                <w:spacing w:val="-36"/>
                <w:w w:val="105"/>
                <w:sz w:val="15"/>
              </w:rPr>
              <w:t xml:space="preserve"> </w:t>
            </w:r>
            <w:r w:rsidRPr="00E85698">
              <w:rPr>
                <w:w w:val="105"/>
                <w:sz w:val="15"/>
              </w:rPr>
              <w:t>Выполнять морфологический анализ причастий;</w:t>
            </w:r>
            <w:r w:rsidRPr="00E85698">
              <w:rPr>
                <w:spacing w:val="1"/>
                <w:w w:val="105"/>
                <w:sz w:val="15"/>
              </w:rPr>
              <w:t xml:space="preserve"> </w:t>
            </w:r>
            <w:r w:rsidRPr="00E85698">
              <w:rPr>
                <w:w w:val="105"/>
                <w:sz w:val="15"/>
              </w:rPr>
              <w:t>Характеризовать</w:t>
            </w:r>
            <w:r w:rsidRPr="00E85698">
              <w:rPr>
                <w:spacing w:val="-3"/>
                <w:w w:val="105"/>
                <w:sz w:val="15"/>
              </w:rPr>
              <w:t xml:space="preserve"> </w:t>
            </w:r>
            <w:r w:rsidRPr="00E85698">
              <w:rPr>
                <w:w w:val="105"/>
                <w:sz w:val="15"/>
              </w:rPr>
              <w:t>роль</w:t>
            </w:r>
            <w:r w:rsidRPr="00E85698">
              <w:rPr>
                <w:spacing w:val="-3"/>
                <w:w w:val="105"/>
                <w:sz w:val="15"/>
              </w:rPr>
              <w:t xml:space="preserve"> </w:t>
            </w:r>
            <w:r w:rsidRPr="00E85698">
              <w:rPr>
                <w:w w:val="105"/>
                <w:sz w:val="15"/>
              </w:rPr>
              <w:t>причастий</w:t>
            </w:r>
            <w:r w:rsidRPr="00E85698">
              <w:rPr>
                <w:spacing w:val="-3"/>
                <w:w w:val="105"/>
                <w:sz w:val="15"/>
              </w:rPr>
              <w:t xml:space="preserve"> </w:t>
            </w:r>
            <w:r w:rsidRPr="00E85698">
              <w:rPr>
                <w:w w:val="105"/>
                <w:sz w:val="15"/>
              </w:rPr>
              <w:t>в</w:t>
            </w:r>
            <w:r w:rsidRPr="00E85698">
              <w:rPr>
                <w:spacing w:val="-2"/>
                <w:w w:val="105"/>
                <w:sz w:val="15"/>
              </w:rPr>
              <w:t xml:space="preserve"> </w:t>
            </w:r>
            <w:r w:rsidRPr="00E85698">
              <w:rPr>
                <w:w w:val="105"/>
                <w:sz w:val="15"/>
              </w:rPr>
              <w:t>тексте;</w:t>
            </w:r>
          </w:p>
          <w:p w:rsidR="003147F9" w:rsidRPr="00E85698" w:rsidRDefault="003147F9" w:rsidP="00A047B0">
            <w:pPr>
              <w:pStyle w:val="TableParagraph"/>
              <w:spacing w:before="2"/>
              <w:ind w:left="79"/>
              <w:rPr>
                <w:sz w:val="15"/>
              </w:rPr>
            </w:pPr>
            <w:r w:rsidRPr="00E85698">
              <w:rPr>
                <w:spacing w:val="-1"/>
                <w:w w:val="105"/>
                <w:sz w:val="15"/>
              </w:rPr>
              <w:t>Различать</w:t>
            </w:r>
            <w:r w:rsidRPr="00E85698">
              <w:rPr>
                <w:spacing w:val="-8"/>
                <w:w w:val="105"/>
                <w:sz w:val="15"/>
              </w:rPr>
              <w:t xml:space="preserve"> </w:t>
            </w:r>
            <w:r w:rsidRPr="00E85698">
              <w:rPr>
                <w:spacing w:val="-1"/>
                <w:w w:val="105"/>
                <w:sz w:val="15"/>
              </w:rPr>
              <w:t>созвучные</w:t>
            </w:r>
            <w:r w:rsidRPr="00E85698">
              <w:rPr>
                <w:spacing w:val="-8"/>
                <w:w w:val="105"/>
                <w:sz w:val="15"/>
              </w:rPr>
              <w:t xml:space="preserve"> </w:t>
            </w:r>
            <w:r w:rsidRPr="00E85698">
              <w:rPr>
                <w:spacing w:val="-1"/>
                <w:w w:val="105"/>
                <w:sz w:val="15"/>
              </w:rPr>
              <w:t>причастия</w:t>
            </w:r>
            <w:r w:rsidRPr="00E85698">
              <w:rPr>
                <w:spacing w:val="-7"/>
                <w:w w:val="105"/>
                <w:sz w:val="15"/>
              </w:rPr>
              <w:t xml:space="preserve"> </w:t>
            </w:r>
            <w:r w:rsidRPr="00E85698">
              <w:rPr>
                <w:w w:val="105"/>
                <w:sz w:val="15"/>
              </w:rPr>
              <w:t>и</w:t>
            </w:r>
            <w:r w:rsidRPr="00E85698">
              <w:rPr>
                <w:spacing w:val="-8"/>
                <w:w w:val="105"/>
                <w:sz w:val="15"/>
              </w:rPr>
              <w:t xml:space="preserve"> </w:t>
            </w:r>
            <w:r w:rsidRPr="00E85698">
              <w:rPr>
                <w:w w:val="105"/>
                <w:sz w:val="15"/>
              </w:rPr>
              <w:t>имена</w:t>
            </w:r>
            <w:r w:rsidRPr="00E85698">
              <w:rPr>
                <w:spacing w:val="-7"/>
                <w:w w:val="105"/>
                <w:sz w:val="15"/>
              </w:rPr>
              <w:t xml:space="preserve"> </w:t>
            </w:r>
            <w:r w:rsidRPr="00E85698">
              <w:rPr>
                <w:w w:val="105"/>
                <w:sz w:val="15"/>
              </w:rPr>
              <w:t>прилагательные;</w:t>
            </w:r>
          </w:p>
        </w:tc>
        <w:tc>
          <w:tcPr>
            <w:tcW w:w="1116" w:type="dxa"/>
            <w:gridSpan w:val="3"/>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gridSpan w:val="3"/>
          </w:tcPr>
          <w:p w:rsidR="003147F9" w:rsidRPr="00E85698" w:rsidRDefault="00942243" w:rsidP="00A047B0">
            <w:pPr>
              <w:pStyle w:val="TableParagraph"/>
              <w:spacing w:before="64" w:line="266" w:lineRule="auto"/>
              <w:ind w:left="80" w:right="52"/>
              <w:rPr>
                <w:sz w:val="15"/>
              </w:rPr>
            </w:pPr>
            <w:hyperlink r:id="rId41">
              <w:r w:rsidR="003147F9" w:rsidRPr="00E85698">
                <w:rPr>
                  <w:w w:val="105"/>
                  <w:sz w:val="15"/>
                </w:rPr>
                <w:t>http://rus.1september.ru</w:t>
              </w:r>
            </w:hyperlink>
            <w:r w:rsidR="003147F9" w:rsidRPr="00E85698">
              <w:rPr>
                <w:spacing w:val="1"/>
                <w:w w:val="105"/>
                <w:sz w:val="15"/>
              </w:rPr>
              <w:t xml:space="preserve"> </w:t>
            </w:r>
            <w:hyperlink r:id="rId42">
              <w:r w:rsidR="003147F9" w:rsidRPr="00E85698">
                <w:rPr>
                  <w:spacing w:val="-1"/>
                  <w:w w:val="105"/>
                  <w:sz w:val="15"/>
                </w:rPr>
                <w:t>http://pedsovet.su/load/27,</w:t>
              </w:r>
            </w:hyperlink>
            <w:r w:rsidR="003147F9" w:rsidRPr="00E85698">
              <w:rPr>
                <w:spacing w:val="-37"/>
                <w:w w:val="105"/>
                <w:sz w:val="15"/>
              </w:rPr>
              <w:t xml:space="preserve"> </w:t>
            </w:r>
            <w:hyperlink r:id="rId43">
              <w:r w:rsidR="003147F9" w:rsidRPr="00E85698">
                <w:rPr>
                  <w:w w:val="105"/>
                  <w:sz w:val="15"/>
                </w:rPr>
                <w:t>http://www.proshkolu.ru</w:t>
              </w:r>
            </w:hyperlink>
          </w:p>
        </w:tc>
      </w:tr>
      <w:tr w:rsidR="003147F9" w:rsidRPr="00E85698" w:rsidTr="00A047B0">
        <w:trPr>
          <w:gridBefore w:val="1"/>
          <w:wBefore w:w="13" w:type="dxa"/>
          <w:trHeight w:val="3983"/>
        </w:trPr>
        <w:tc>
          <w:tcPr>
            <w:tcW w:w="468" w:type="dxa"/>
            <w:gridSpan w:val="3"/>
          </w:tcPr>
          <w:p w:rsidR="003147F9" w:rsidRPr="00E85698" w:rsidRDefault="003147F9" w:rsidP="00A047B0">
            <w:pPr>
              <w:pStyle w:val="TableParagraph"/>
              <w:spacing w:before="64"/>
              <w:ind w:left="76"/>
              <w:rPr>
                <w:sz w:val="15"/>
              </w:rPr>
            </w:pPr>
            <w:r w:rsidRPr="00E85698">
              <w:rPr>
                <w:w w:val="105"/>
                <w:sz w:val="15"/>
              </w:rPr>
              <w:lastRenderedPageBreak/>
              <w:t>6.3.</w:t>
            </w:r>
          </w:p>
        </w:tc>
        <w:tc>
          <w:tcPr>
            <w:tcW w:w="2857" w:type="dxa"/>
            <w:gridSpan w:val="2"/>
          </w:tcPr>
          <w:p w:rsidR="003147F9" w:rsidRPr="00E85698" w:rsidRDefault="003147F9" w:rsidP="00A047B0">
            <w:pPr>
              <w:pStyle w:val="TableParagraph"/>
              <w:spacing w:before="64"/>
              <w:ind w:left="76"/>
              <w:rPr>
                <w:sz w:val="15"/>
              </w:rPr>
            </w:pPr>
            <w:r w:rsidRPr="00E85698">
              <w:rPr>
                <w:w w:val="105"/>
                <w:sz w:val="15"/>
              </w:rPr>
              <w:t>Деепричастие</w:t>
            </w:r>
            <w:r w:rsidRPr="00E85698">
              <w:rPr>
                <w:spacing w:val="-9"/>
                <w:w w:val="105"/>
                <w:sz w:val="15"/>
              </w:rPr>
              <w:t xml:space="preserve"> </w:t>
            </w:r>
            <w:r w:rsidRPr="00E85698">
              <w:rPr>
                <w:w w:val="105"/>
                <w:sz w:val="15"/>
              </w:rPr>
              <w:t>как</w:t>
            </w:r>
            <w:r w:rsidRPr="00E85698">
              <w:rPr>
                <w:spacing w:val="-9"/>
                <w:w w:val="105"/>
                <w:sz w:val="15"/>
              </w:rPr>
              <w:t xml:space="preserve"> </w:t>
            </w:r>
            <w:r w:rsidRPr="00E85698">
              <w:rPr>
                <w:w w:val="105"/>
                <w:sz w:val="15"/>
              </w:rPr>
              <w:t>особая</w:t>
            </w:r>
            <w:r w:rsidRPr="00E85698">
              <w:rPr>
                <w:spacing w:val="-8"/>
                <w:w w:val="105"/>
                <w:sz w:val="15"/>
              </w:rPr>
              <w:t xml:space="preserve"> </w:t>
            </w:r>
            <w:r w:rsidRPr="00E85698">
              <w:rPr>
                <w:w w:val="105"/>
                <w:sz w:val="15"/>
              </w:rPr>
              <w:t>группа</w:t>
            </w:r>
            <w:r w:rsidRPr="00E85698">
              <w:rPr>
                <w:spacing w:val="-9"/>
                <w:w w:val="105"/>
                <w:sz w:val="15"/>
              </w:rPr>
              <w:t xml:space="preserve"> </w:t>
            </w:r>
            <w:r w:rsidRPr="00E85698">
              <w:rPr>
                <w:w w:val="105"/>
                <w:sz w:val="15"/>
              </w:rPr>
              <w:t>слов</w:t>
            </w:r>
          </w:p>
        </w:tc>
        <w:tc>
          <w:tcPr>
            <w:tcW w:w="528" w:type="dxa"/>
            <w:gridSpan w:val="3"/>
          </w:tcPr>
          <w:p w:rsidR="003147F9" w:rsidRPr="00E85698" w:rsidRDefault="003147F9" w:rsidP="00A047B0">
            <w:pPr>
              <w:pStyle w:val="TableParagraph"/>
              <w:spacing w:before="64"/>
              <w:ind w:left="77"/>
              <w:rPr>
                <w:sz w:val="15"/>
              </w:rPr>
            </w:pPr>
            <w:r w:rsidRPr="00E85698">
              <w:rPr>
                <w:w w:val="105"/>
                <w:sz w:val="15"/>
              </w:rPr>
              <w:t>14</w:t>
            </w:r>
          </w:p>
        </w:tc>
        <w:tc>
          <w:tcPr>
            <w:tcW w:w="1104" w:type="dxa"/>
            <w:gridSpan w:val="2"/>
          </w:tcPr>
          <w:p w:rsidR="003147F9" w:rsidRPr="00E85698" w:rsidRDefault="003147F9" w:rsidP="00A047B0">
            <w:pPr>
              <w:pStyle w:val="TableParagraph"/>
              <w:rPr>
                <w:sz w:val="14"/>
              </w:rPr>
            </w:pPr>
          </w:p>
        </w:tc>
        <w:tc>
          <w:tcPr>
            <w:tcW w:w="1140" w:type="dxa"/>
            <w:gridSpan w:val="3"/>
          </w:tcPr>
          <w:p w:rsidR="003147F9" w:rsidRPr="00E85698" w:rsidRDefault="003147F9" w:rsidP="00A047B0">
            <w:pPr>
              <w:pStyle w:val="TableParagraph"/>
              <w:rPr>
                <w:sz w:val="14"/>
              </w:rPr>
            </w:pPr>
          </w:p>
        </w:tc>
        <w:tc>
          <w:tcPr>
            <w:tcW w:w="804" w:type="dxa"/>
            <w:gridSpan w:val="2"/>
          </w:tcPr>
          <w:p w:rsidR="003147F9" w:rsidRPr="00E85698" w:rsidRDefault="001D3699" w:rsidP="00A047B0">
            <w:pPr>
              <w:pStyle w:val="TableParagraph"/>
              <w:rPr>
                <w:sz w:val="14"/>
              </w:rPr>
            </w:pPr>
            <w:r>
              <w:rPr>
                <w:sz w:val="14"/>
              </w:rPr>
              <w:t>22.11-14.12</w:t>
            </w:r>
          </w:p>
        </w:tc>
        <w:tc>
          <w:tcPr>
            <w:tcW w:w="5667" w:type="dxa"/>
            <w:gridSpan w:val="3"/>
          </w:tcPr>
          <w:p w:rsidR="003147F9" w:rsidRPr="00E85698" w:rsidRDefault="003147F9" w:rsidP="00A047B0">
            <w:pPr>
              <w:pStyle w:val="TableParagraph"/>
              <w:spacing w:before="64"/>
              <w:ind w:left="79"/>
              <w:rPr>
                <w:sz w:val="15"/>
              </w:rPr>
            </w:pPr>
            <w:r w:rsidRPr="00E85698">
              <w:rPr>
                <w:spacing w:val="-1"/>
                <w:w w:val="105"/>
                <w:sz w:val="15"/>
              </w:rPr>
              <w:t>Знать</w:t>
            </w:r>
            <w:r w:rsidRPr="00E85698">
              <w:rPr>
                <w:spacing w:val="-9"/>
                <w:w w:val="105"/>
                <w:sz w:val="15"/>
              </w:rPr>
              <w:t xml:space="preserve"> </w:t>
            </w:r>
            <w:r w:rsidRPr="00E85698">
              <w:rPr>
                <w:spacing w:val="-1"/>
                <w:w w:val="105"/>
                <w:sz w:val="15"/>
              </w:rPr>
              <w:t>суффиксы</w:t>
            </w:r>
            <w:r w:rsidRPr="00E85698">
              <w:rPr>
                <w:spacing w:val="-9"/>
                <w:w w:val="105"/>
                <w:sz w:val="15"/>
              </w:rPr>
              <w:t xml:space="preserve"> </w:t>
            </w:r>
            <w:r w:rsidRPr="00E85698">
              <w:rPr>
                <w:w w:val="105"/>
                <w:sz w:val="15"/>
              </w:rPr>
              <w:t>деепричастий;</w:t>
            </w:r>
          </w:p>
          <w:p w:rsidR="003147F9" w:rsidRPr="00E85698" w:rsidRDefault="003147F9" w:rsidP="00A047B0">
            <w:pPr>
              <w:pStyle w:val="TableParagraph"/>
              <w:spacing w:before="20" w:line="266" w:lineRule="auto"/>
              <w:ind w:left="79"/>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деепричастия</w:t>
            </w:r>
            <w:r w:rsidRPr="00E85698">
              <w:rPr>
                <w:spacing w:val="-9"/>
                <w:w w:val="105"/>
                <w:sz w:val="15"/>
              </w:rPr>
              <w:t xml:space="preserve"> </w:t>
            </w:r>
            <w:r w:rsidRPr="00E85698">
              <w:rPr>
                <w:spacing w:val="-1"/>
                <w:w w:val="105"/>
                <w:sz w:val="15"/>
              </w:rPr>
              <w:t>по</w:t>
            </w:r>
            <w:r w:rsidRPr="00E85698">
              <w:rPr>
                <w:spacing w:val="-9"/>
                <w:w w:val="105"/>
                <w:sz w:val="15"/>
              </w:rPr>
              <w:t xml:space="preserve"> </w:t>
            </w:r>
            <w:r w:rsidRPr="00E85698">
              <w:rPr>
                <w:spacing w:val="-1"/>
                <w:w w:val="105"/>
                <w:sz w:val="15"/>
              </w:rPr>
              <w:t>общему</w:t>
            </w:r>
            <w:r w:rsidRPr="00E85698">
              <w:rPr>
                <w:spacing w:val="-9"/>
                <w:w w:val="105"/>
                <w:sz w:val="15"/>
              </w:rPr>
              <w:t xml:space="preserve"> </w:t>
            </w:r>
            <w:r w:rsidRPr="00E85698">
              <w:rPr>
                <w:w w:val="105"/>
                <w:sz w:val="15"/>
              </w:rPr>
              <w:t>грамматическому</w:t>
            </w:r>
            <w:r w:rsidRPr="00E85698">
              <w:rPr>
                <w:spacing w:val="-8"/>
                <w:w w:val="105"/>
                <w:sz w:val="15"/>
              </w:rPr>
              <w:t xml:space="preserve"> </w:t>
            </w:r>
            <w:r w:rsidRPr="00E85698">
              <w:rPr>
                <w:w w:val="105"/>
                <w:sz w:val="15"/>
              </w:rPr>
              <w:t>значению</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суффиксам;</w:t>
            </w:r>
            <w:r w:rsidRPr="00E85698">
              <w:rPr>
                <w:spacing w:val="1"/>
                <w:w w:val="105"/>
                <w:sz w:val="15"/>
              </w:rPr>
              <w:t xml:space="preserve"> </w:t>
            </w:r>
            <w:r w:rsidRPr="00E85698">
              <w:rPr>
                <w:w w:val="105"/>
                <w:sz w:val="15"/>
              </w:rPr>
              <w:t>Определять основания для сравнения и сравнивать деепричастия и глаголы,</w:t>
            </w:r>
            <w:r w:rsidRPr="00E85698">
              <w:rPr>
                <w:spacing w:val="1"/>
                <w:w w:val="105"/>
                <w:sz w:val="15"/>
              </w:rPr>
              <w:t xml:space="preserve"> </w:t>
            </w:r>
            <w:r w:rsidRPr="00E85698">
              <w:rPr>
                <w:w w:val="105"/>
                <w:sz w:val="15"/>
              </w:rPr>
              <w:t>деепричастия</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наречия;</w:t>
            </w:r>
          </w:p>
          <w:p w:rsidR="003147F9" w:rsidRPr="00E85698" w:rsidRDefault="003147F9" w:rsidP="00A047B0">
            <w:pPr>
              <w:pStyle w:val="TableParagraph"/>
              <w:spacing w:before="2" w:line="266" w:lineRule="auto"/>
              <w:ind w:left="79"/>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основания</w:t>
            </w:r>
            <w:r w:rsidRPr="00E85698">
              <w:rPr>
                <w:spacing w:val="-9"/>
                <w:w w:val="105"/>
                <w:sz w:val="15"/>
              </w:rPr>
              <w:t xml:space="preserve"> </w:t>
            </w:r>
            <w:r w:rsidRPr="00E85698">
              <w:rPr>
                <w:spacing w:val="-1"/>
                <w:w w:val="105"/>
                <w:sz w:val="15"/>
              </w:rPr>
              <w:t>для</w:t>
            </w:r>
            <w:r w:rsidRPr="00E85698">
              <w:rPr>
                <w:spacing w:val="-9"/>
                <w:w w:val="105"/>
                <w:sz w:val="15"/>
              </w:rPr>
              <w:t xml:space="preserve"> </w:t>
            </w:r>
            <w:r w:rsidRPr="00E85698">
              <w:rPr>
                <w:w w:val="105"/>
                <w:sz w:val="15"/>
              </w:rPr>
              <w:t>сравнения</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сравнивать</w:t>
            </w:r>
            <w:r w:rsidRPr="00E85698">
              <w:rPr>
                <w:spacing w:val="-9"/>
                <w:w w:val="105"/>
                <w:sz w:val="15"/>
              </w:rPr>
              <w:t xml:space="preserve"> </w:t>
            </w:r>
            <w:r w:rsidRPr="00E85698">
              <w:rPr>
                <w:w w:val="105"/>
                <w:sz w:val="15"/>
              </w:rPr>
              <w:t>деепричастия</w:t>
            </w:r>
            <w:r w:rsidRPr="00E85698">
              <w:rPr>
                <w:spacing w:val="-9"/>
                <w:w w:val="105"/>
                <w:sz w:val="15"/>
              </w:rPr>
              <w:t xml:space="preserve"> </w:t>
            </w:r>
            <w:r w:rsidRPr="00E85698">
              <w:rPr>
                <w:w w:val="105"/>
                <w:sz w:val="15"/>
              </w:rPr>
              <w:t>совершенного</w:t>
            </w:r>
            <w:r w:rsidRPr="00E85698">
              <w:rPr>
                <w:spacing w:val="-8"/>
                <w:w w:val="105"/>
                <w:sz w:val="15"/>
              </w:rPr>
              <w:t xml:space="preserve"> </w:t>
            </w:r>
            <w:r w:rsidRPr="00E85698">
              <w:rPr>
                <w:w w:val="105"/>
                <w:sz w:val="15"/>
              </w:rPr>
              <w:t>и</w:t>
            </w:r>
            <w:r w:rsidRPr="00E85698">
              <w:rPr>
                <w:spacing w:val="1"/>
                <w:w w:val="105"/>
                <w:sz w:val="15"/>
              </w:rPr>
              <w:t xml:space="preserve"> </w:t>
            </w:r>
            <w:r w:rsidRPr="00E85698">
              <w:rPr>
                <w:w w:val="105"/>
                <w:sz w:val="15"/>
              </w:rPr>
              <w:t>несовершенного</w:t>
            </w:r>
            <w:r w:rsidRPr="00E85698">
              <w:rPr>
                <w:spacing w:val="-2"/>
                <w:w w:val="105"/>
                <w:sz w:val="15"/>
              </w:rPr>
              <w:t xml:space="preserve"> </w:t>
            </w:r>
            <w:r w:rsidRPr="00E85698">
              <w:rPr>
                <w:w w:val="105"/>
                <w:sz w:val="15"/>
              </w:rPr>
              <w:t>вида;</w:t>
            </w:r>
          </w:p>
          <w:p w:rsidR="003147F9" w:rsidRPr="00E85698" w:rsidRDefault="003147F9" w:rsidP="00A047B0">
            <w:pPr>
              <w:pStyle w:val="TableParagraph"/>
              <w:spacing w:before="1"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механизм</w:t>
            </w:r>
            <w:r w:rsidRPr="00E85698">
              <w:rPr>
                <w:spacing w:val="-9"/>
                <w:w w:val="105"/>
                <w:sz w:val="15"/>
              </w:rPr>
              <w:t xml:space="preserve"> </w:t>
            </w:r>
            <w:r w:rsidRPr="00E85698">
              <w:rPr>
                <w:spacing w:val="-1"/>
                <w:w w:val="105"/>
                <w:sz w:val="15"/>
              </w:rPr>
              <w:t>образования</w:t>
            </w:r>
            <w:r w:rsidRPr="00E85698">
              <w:rPr>
                <w:spacing w:val="-8"/>
                <w:w w:val="105"/>
                <w:sz w:val="15"/>
              </w:rPr>
              <w:t xml:space="preserve"> </w:t>
            </w:r>
            <w:r w:rsidRPr="00E85698">
              <w:rPr>
                <w:spacing w:val="-1"/>
                <w:w w:val="105"/>
                <w:sz w:val="15"/>
              </w:rPr>
              <w:t>деепричастий</w:t>
            </w:r>
            <w:r w:rsidRPr="00E85698">
              <w:rPr>
                <w:spacing w:val="-9"/>
                <w:w w:val="105"/>
                <w:sz w:val="15"/>
              </w:rPr>
              <w:t xml:space="preserve"> </w:t>
            </w:r>
            <w:r w:rsidRPr="00E85698">
              <w:rPr>
                <w:w w:val="105"/>
                <w:sz w:val="15"/>
              </w:rPr>
              <w:t>совершенного</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несовершенного</w:t>
            </w:r>
            <w:r w:rsidRPr="00E85698">
              <w:rPr>
                <w:spacing w:val="1"/>
                <w:w w:val="105"/>
                <w:sz w:val="15"/>
              </w:rPr>
              <w:t xml:space="preserve"> </w:t>
            </w:r>
            <w:r w:rsidRPr="00E85698">
              <w:rPr>
                <w:w w:val="105"/>
                <w:sz w:val="15"/>
              </w:rPr>
              <w:t>вида;</w:t>
            </w:r>
          </w:p>
          <w:p w:rsidR="003147F9" w:rsidRPr="00E85698" w:rsidRDefault="003147F9" w:rsidP="00A047B0">
            <w:pPr>
              <w:pStyle w:val="TableParagraph"/>
              <w:spacing w:before="1" w:line="266" w:lineRule="auto"/>
              <w:ind w:left="79" w:right="96"/>
              <w:rPr>
                <w:sz w:val="15"/>
              </w:rPr>
            </w:pPr>
            <w:r w:rsidRPr="00E85698">
              <w:rPr>
                <w:spacing w:val="-1"/>
                <w:w w:val="105"/>
                <w:sz w:val="15"/>
              </w:rPr>
              <w:t>Выбирать</w:t>
            </w:r>
            <w:r w:rsidRPr="00E85698">
              <w:rPr>
                <w:spacing w:val="-8"/>
                <w:w w:val="105"/>
                <w:sz w:val="15"/>
              </w:rPr>
              <w:t xml:space="preserve"> </w:t>
            </w:r>
            <w:r w:rsidRPr="00E85698">
              <w:rPr>
                <w:spacing w:val="-1"/>
                <w:w w:val="105"/>
                <w:sz w:val="15"/>
              </w:rPr>
              <w:t>суффикс</w:t>
            </w:r>
            <w:r w:rsidRPr="00E85698">
              <w:rPr>
                <w:spacing w:val="-7"/>
                <w:w w:val="105"/>
                <w:sz w:val="15"/>
              </w:rPr>
              <w:t xml:space="preserve"> </w:t>
            </w:r>
            <w:r w:rsidRPr="00E85698">
              <w:rPr>
                <w:spacing w:val="-1"/>
                <w:w w:val="105"/>
                <w:sz w:val="15"/>
              </w:rPr>
              <w:t>при</w:t>
            </w:r>
            <w:r w:rsidRPr="00E85698">
              <w:rPr>
                <w:spacing w:val="-8"/>
                <w:w w:val="105"/>
                <w:sz w:val="15"/>
              </w:rPr>
              <w:t xml:space="preserve"> </w:t>
            </w:r>
            <w:r w:rsidRPr="00E85698">
              <w:rPr>
                <w:spacing w:val="-1"/>
                <w:w w:val="105"/>
                <w:sz w:val="15"/>
              </w:rPr>
              <w:t>образовании</w:t>
            </w:r>
            <w:r w:rsidRPr="00E85698">
              <w:rPr>
                <w:spacing w:val="-7"/>
                <w:w w:val="105"/>
                <w:sz w:val="15"/>
              </w:rPr>
              <w:t xml:space="preserve"> </w:t>
            </w:r>
            <w:r w:rsidRPr="00E85698">
              <w:rPr>
                <w:w w:val="105"/>
                <w:sz w:val="15"/>
              </w:rPr>
              <w:t>деепричастий</w:t>
            </w:r>
            <w:r w:rsidRPr="00E85698">
              <w:rPr>
                <w:spacing w:val="-7"/>
                <w:w w:val="105"/>
                <w:sz w:val="15"/>
              </w:rPr>
              <w:t xml:space="preserve"> </w:t>
            </w:r>
            <w:r w:rsidRPr="00E85698">
              <w:rPr>
                <w:w w:val="105"/>
                <w:sz w:val="15"/>
              </w:rPr>
              <w:t>совершенного</w:t>
            </w:r>
            <w:r w:rsidRPr="00E85698">
              <w:rPr>
                <w:spacing w:val="-8"/>
                <w:w w:val="105"/>
                <w:sz w:val="15"/>
              </w:rPr>
              <w:t xml:space="preserve"> </w:t>
            </w:r>
            <w:r w:rsidRPr="00E85698">
              <w:rPr>
                <w:w w:val="105"/>
                <w:sz w:val="15"/>
              </w:rPr>
              <w:t>и</w:t>
            </w:r>
            <w:r w:rsidRPr="00E85698">
              <w:rPr>
                <w:spacing w:val="-36"/>
                <w:w w:val="105"/>
                <w:sz w:val="15"/>
              </w:rPr>
              <w:t xml:space="preserve"> </w:t>
            </w:r>
            <w:r w:rsidRPr="00E85698">
              <w:rPr>
                <w:w w:val="105"/>
                <w:sz w:val="15"/>
              </w:rPr>
              <w:t>несовершенного</w:t>
            </w:r>
            <w:r w:rsidRPr="00E85698">
              <w:rPr>
                <w:spacing w:val="-2"/>
                <w:w w:val="105"/>
                <w:sz w:val="15"/>
              </w:rPr>
              <w:t xml:space="preserve"> </w:t>
            </w:r>
            <w:r w:rsidRPr="00E85698">
              <w:rPr>
                <w:w w:val="105"/>
                <w:sz w:val="15"/>
              </w:rPr>
              <w:t>вида;</w:t>
            </w:r>
          </w:p>
          <w:p w:rsidR="003147F9" w:rsidRPr="00E85698" w:rsidRDefault="003147F9" w:rsidP="00A047B0">
            <w:pPr>
              <w:pStyle w:val="TableParagraph"/>
              <w:spacing w:before="2" w:line="266" w:lineRule="auto"/>
              <w:ind w:left="79" w:right="602"/>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гласную</w:t>
            </w:r>
            <w:r w:rsidRPr="00E85698">
              <w:rPr>
                <w:spacing w:val="-8"/>
                <w:w w:val="105"/>
                <w:sz w:val="15"/>
              </w:rPr>
              <w:t xml:space="preserve"> </w:t>
            </w:r>
            <w:r w:rsidRPr="00E85698">
              <w:rPr>
                <w:spacing w:val="-1"/>
                <w:w w:val="105"/>
                <w:sz w:val="15"/>
              </w:rPr>
              <w:t>перед</w:t>
            </w:r>
            <w:r w:rsidRPr="00E85698">
              <w:rPr>
                <w:spacing w:val="-9"/>
                <w:w w:val="105"/>
                <w:sz w:val="15"/>
              </w:rPr>
              <w:t xml:space="preserve"> </w:t>
            </w:r>
            <w:r w:rsidRPr="00E85698">
              <w:rPr>
                <w:w w:val="105"/>
                <w:sz w:val="15"/>
              </w:rPr>
              <w:t>суффиксами</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-вши</w:t>
            </w:r>
            <w:r w:rsidRPr="00E85698">
              <w:rPr>
                <w:spacing w:val="-8"/>
                <w:w w:val="105"/>
                <w:sz w:val="15"/>
              </w:rPr>
              <w:t xml:space="preserve"> </w:t>
            </w:r>
            <w:r w:rsidRPr="00E85698">
              <w:rPr>
                <w:w w:val="105"/>
                <w:sz w:val="15"/>
              </w:rPr>
              <w:t>деепричастий;</w:t>
            </w:r>
            <w:r w:rsidRPr="00E85698">
              <w:rPr>
                <w:spacing w:val="-37"/>
                <w:w w:val="105"/>
                <w:sz w:val="15"/>
              </w:rPr>
              <w:t xml:space="preserve"> </w:t>
            </w:r>
            <w:r w:rsidRPr="00E85698">
              <w:rPr>
                <w:w w:val="105"/>
                <w:sz w:val="15"/>
              </w:rPr>
              <w:t>Определять</w:t>
            </w:r>
            <w:r w:rsidRPr="00E85698">
              <w:rPr>
                <w:spacing w:val="-3"/>
                <w:w w:val="105"/>
                <w:sz w:val="15"/>
              </w:rPr>
              <w:t xml:space="preserve"> </w:t>
            </w:r>
            <w:r w:rsidRPr="00E85698">
              <w:rPr>
                <w:w w:val="105"/>
                <w:sz w:val="15"/>
              </w:rPr>
              <w:t>роль</w:t>
            </w:r>
            <w:r w:rsidRPr="00E85698">
              <w:rPr>
                <w:spacing w:val="-3"/>
                <w:w w:val="105"/>
                <w:sz w:val="15"/>
              </w:rPr>
              <w:t xml:space="preserve"> </w:t>
            </w:r>
            <w:r w:rsidRPr="00E85698">
              <w:rPr>
                <w:w w:val="105"/>
                <w:sz w:val="15"/>
              </w:rPr>
              <w:t>деепричастия</w:t>
            </w:r>
            <w:r w:rsidRPr="00E85698">
              <w:rPr>
                <w:spacing w:val="-3"/>
                <w:w w:val="105"/>
                <w:sz w:val="15"/>
              </w:rPr>
              <w:t xml:space="preserve"> </w:t>
            </w:r>
            <w:r w:rsidRPr="00E85698">
              <w:rPr>
                <w:w w:val="105"/>
                <w:sz w:val="15"/>
              </w:rPr>
              <w:t>в</w:t>
            </w:r>
            <w:r w:rsidRPr="00E85698">
              <w:rPr>
                <w:spacing w:val="-3"/>
                <w:w w:val="105"/>
                <w:sz w:val="15"/>
              </w:rPr>
              <w:t xml:space="preserve"> </w:t>
            </w:r>
            <w:r w:rsidRPr="00E85698">
              <w:rPr>
                <w:w w:val="105"/>
                <w:sz w:val="15"/>
              </w:rPr>
              <w:t>словосочетании;</w:t>
            </w:r>
          </w:p>
          <w:p w:rsidR="003147F9" w:rsidRPr="00E85698" w:rsidRDefault="003147F9" w:rsidP="00A047B0">
            <w:pPr>
              <w:pStyle w:val="TableParagraph"/>
              <w:spacing w:before="1" w:line="266" w:lineRule="auto"/>
              <w:ind w:left="79"/>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деепричастный</w:t>
            </w:r>
            <w:r w:rsidRPr="00E85698">
              <w:rPr>
                <w:spacing w:val="-8"/>
                <w:w w:val="105"/>
                <w:sz w:val="15"/>
              </w:rPr>
              <w:t xml:space="preserve"> </w:t>
            </w:r>
            <w:r w:rsidRPr="00E85698">
              <w:rPr>
                <w:w w:val="105"/>
                <w:sz w:val="15"/>
              </w:rPr>
              <w:t>оборот</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составе</w:t>
            </w:r>
            <w:r w:rsidRPr="00E85698">
              <w:rPr>
                <w:spacing w:val="-9"/>
                <w:w w:val="105"/>
                <w:sz w:val="15"/>
              </w:rPr>
              <w:t xml:space="preserve"> </w:t>
            </w:r>
            <w:r w:rsidRPr="00E85698">
              <w:rPr>
                <w:w w:val="105"/>
                <w:sz w:val="15"/>
              </w:rPr>
              <w:t>предложения,</w:t>
            </w:r>
            <w:r w:rsidRPr="00E85698">
              <w:rPr>
                <w:spacing w:val="-8"/>
                <w:w w:val="105"/>
                <w:sz w:val="15"/>
              </w:rPr>
              <w:t xml:space="preserve"> </w:t>
            </w:r>
            <w:r w:rsidRPr="00E85698">
              <w:rPr>
                <w:w w:val="105"/>
                <w:sz w:val="15"/>
              </w:rPr>
              <w:t>определять</w:t>
            </w:r>
            <w:r w:rsidRPr="00E85698">
              <w:rPr>
                <w:spacing w:val="-9"/>
                <w:w w:val="105"/>
                <w:sz w:val="15"/>
              </w:rPr>
              <w:t xml:space="preserve"> </w:t>
            </w:r>
            <w:r w:rsidRPr="00E85698">
              <w:rPr>
                <w:w w:val="105"/>
                <w:sz w:val="15"/>
              </w:rPr>
              <w:t>его</w:t>
            </w:r>
            <w:r w:rsidRPr="00E85698">
              <w:rPr>
                <w:spacing w:val="-36"/>
                <w:w w:val="105"/>
                <w:sz w:val="15"/>
              </w:rPr>
              <w:t xml:space="preserve"> </w:t>
            </w:r>
            <w:r w:rsidRPr="00E85698">
              <w:rPr>
                <w:w w:val="105"/>
                <w:sz w:val="15"/>
              </w:rPr>
              <w:t>границы;</w:t>
            </w:r>
          </w:p>
          <w:p w:rsidR="003147F9" w:rsidRPr="00E85698" w:rsidRDefault="003147F9" w:rsidP="00A047B0">
            <w:pPr>
              <w:pStyle w:val="TableParagraph"/>
              <w:spacing w:before="1"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расстановку</w:t>
            </w:r>
            <w:r w:rsidRPr="00E85698">
              <w:rPr>
                <w:spacing w:val="-9"/>
                <w:w w:val="105"/>
                <w:sz w:val="15"/>
              </w:rPr>
              <w:t xml:space="preserve"> </w:t>
            </w:r>
            <w:r w:rsidRPr="00E85698">
              <w:rPr>
                <w:spacing w:val="-1"/>
                <w:w w:val="105"/>
                <w:sz w:val="15"/>
              </w:rPr>
              <w:t>знаков</w:t>
            </w:r>
            <w:r w:rsidRPr="00E85698">
              <w:rPr>
                <w:spacing w:val="-9"/>
                <w:w w:val="105"/>
                <w:sz w:val="15"/>
              </w:rPr>
              <w:t xml:space="preserve"> </w:t>
            </w:r>
            <w:r w:rsidRPr="00E85698">
              <w:rPr>
                <w:w w:val="105"/>
                <w:sz w:val="15"/>
              </w:rPr>
              <w:t>препинания</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предложениях</w:t>
            </w:r>
            <w:r w:rsidRPr="00E85698">
              <w:rPr>
                <w:spacing w:val="-9"/>
                <w:w w:val="105"/>
                <w:sz w:val="15"/>
              </w:rPr>
              <w:t xml:space="preserve"> </w:t>
            </w:r>
            <w:r w:rsidRPr="00E85698">
              <w:rPr>
                <w:w w:val="105"/>
                <w:sz w:val="15"/>
              </w:rPr>
              <w:t>с</w:t>
            </w:r>
            <w:r w:rsidRPr="00E85698">
              <w:rPr>
                <w:spacing w:val="-9"/>
                <w:w w:val="105"/>
                <w:sz w:val="15"/>
              </w:rPr>
              <w:t xml:space="preserve"> </w:t>
            </w:r>
            <w:r w:rsidRPr="00E85698">
              <w:rPr>
                <w:w w:val="105"/>
                <w:sz w:val="15"/>
              </w:rPr>
              <w:t>деепричастным</w:t>
            </w:r>
            <w:r w:rsidRPr="00E85698">
              <w:rPr>
                <w:spacing w:val="1"/>
                <w:w w:val="105"/>
                <w:sz w:val="15"/>
              </w:rPr>
              <w:t xml:space="preserve"> </w:t>
            </w:r>
            <w:r w:rsidRPr="00E85698">
              <w:rPr>
                <w:w w:val="105"/>
                <w:sz w:val="15"/>
              </w:rPr>
              <w:t>оборотом;</w:t>
            </w:r>
          </w:p>
          <w:p w:rsidR="003147F9" w:rsidRPr="00E85698" w:rsidRDefault="003147F9" w:rsidP="00A047B0">
            <w:pPr>
              <w:pStyle w:val="TableParagraph"/>
              <w:spacing w:before="2" w:line="266" w:lineRule="auto"/>
              <w:ind w:left="79" w:right="996"/>
              <w:rPr>
                <w:sz w:val="15"/>
              </w:rPr>
            </w:pPr>
            <w:r w:rsidRPr="00E85698">
              <w:rPr>
                <w:w w:val="105"/>
                <w:sz w:val="15"/>
              </w:rPr>
              <w:t>Конструировать предложения с деепричастным оборотом;</w:t>
            </w:r>
            <w:r w:rsidRPr="00E85698">
              <w:rPr>
                <w:spacing w:val="1"/>
                <w:w w:val="105"/>
                <w:sz w:val="15"/>
              </w:rPr>
              <w:t xml:space="preserve"> </w:t>
            </w:r>
            <w:r w:rsidRPr="00E85698">
              <w:rPr>
                <w:spacing w:val="-1"/>
                <w:w w:val="105"/>
                <w:sz w:val="15"/>
              </w:rPr>
              <w:t>Выбирать</w:t>
            </w:r>
            <w:r w:rsidRPr="00E85698">
              <w:rPr>
                <w:spacing w:val="-9"/>
                <w:w w:val="105"/>
                <w:sz w:val="15"/>
              </w:rPr>
              <w:t xml:space="preserve"> </w:t>
            </w:r>
            <w:r w:rsidRPr="00E85698">
              <w:rPr>
                <w:spacing w:val="-1"/>
                <w:w w:val="105"/>
                <w:sz w:val="15"/>
              </w:rPr>
              <w:t>слитное</w:t>
            </w:r>
            <w:r w:rsidRPr="00E85698">
              <w:rPr>
                <w:spacing w:val="-9"/>
                <w:w w:val="105"/>
                <w:sz w:val="15"/>
              </w:rPr>
              <w:t xml:space="preserve"> </w:t>
            </w:r>
            <w:r w:rsidRPr="00E85698">
              <w:rPr>
                <w:w w:val="105"/>
                <w:sz w:val="15"/>
              </w:rPr>
              <w:t>или</w:t>
            </w:r>
            <w:r w:rsidRPr="00E85698">
              <w:rPr>
                <w:spacing w:val="-9"/>
                <w:w w:val="105"/>
                <w:sz w:val="15"/>
              </w:rPr>
              <w:t xml:space="preserve"> </w:t>
            </w:r>
            <w:r w:rsidRPr="00E85698">
              <w:rPr>
                <w:w w:val="105"/>
                <w:sz w:val="15"/>
              </w:rPr>
              <w:t>раздельное</w:t>
            </w:r>
            <w:r w:rsidRPr="00E85698">
              <w:rPr>
                <w:spacing w:val="-8"/>
                <w:w w:val="105"/>
                <w:sz w:val="15"/>
              </w:rPr>
              <w:t xml:space="preserve"> </w:t>
            </w:r>
            <w:r w:rsidRPr="00E85698">
              <w:rPr>
                <w:w w:val="105"/>
                <w:sz w:val="15"/>
              </w:rPr>
              <w:t>написание</w:t>
            </w:r>
            <w:r w:rsidRPr="00E85698">
              <w:rPr>
                <w:spacing w:val="-9"/>
                <w:w w:val="105"/>
                <w:sz w:val="15"/>
              </w:rPr>
              <w:t xml:space="preserve"> </w:t>
            </w:r>
            <w:r w:rsidRPr="00E85698">
              <w:rPr>
                <w:w w:val="105"/>
                <w:sz w:val="15"/>
              </w:rPr>
              <w:t>не</w:t>
            </w:r>
            <w:r w:rsidRPr="00E85698">
              <w:rPr>
                <w:spacing w:val="-9"/>
                <w:w w:val="105"/>
                <w:sz w:val="15"/>
              </w:rPr>
              <w:t xml:space="preserve"> </w:t>
            </w:r>
            <w:r w:rsidRPr="00E85698">
              <w:rPr>
                <w:w w:val="105"/>
                <w:sz w:val="15"/>
              </w:rPr>
              <w:t>с</w:t>
            </w:r>
            <w:r w:rsidRPr="00E85698">
              <w:rPr>
                <w:spacing w:val="-9"/>
                <w:w w:val="105"/>
                <w:sz w:val="15"/>
              </w:rPr>
              <w:t xml:space="preserve"> </w:t>
            </w:r>
            <w:r w:rsidRPr="00E85698">
              <w:rPr>
                <w:w w:val="105"/>
                <w:sz w:val="15"/>
              </w:rPr>
              <w:t>деепричастиями;</w:t>
            </w:r>
            <w:r w:rsidRPr="00E85698">
              <w:rPr>
                <w:spacing w:val="-36"/>
                <w:w w:val="105"/>
                <w:sz w:val="15"/>
              </w:rPr>
              <w:t xml:space="preserve"> </w:t>
            </w:r>
            <w:r w:rsidRPr="00E85698">
              <w:rPr>
                <w:w w:val="105"/>
                <w:sz w:val="15"/>
              </w:rPr>
              <w:t>Выполнять морфологический анализ деепричастий;</w:t>
            </w:r>
            <w:r w:rsidRPr="00E85698">
              <w:rPr>
                <w:spacing w:val="1"/>
                <w:w w:val="105"/>
                <w:sz w:val="15"/>
              </w:rPr>
              <w:t xml:space="preserve"> </w:t>
            </w:r>
            <w:r w:rsidRPr="00E85698">
              <w:rPr>
                <w:w w:val="105"/>
                <w:sz w:val="15"/>
              </w:rPr>
              <w:t>Характеризовать</w:t>
            </w:r>
            <w:r w:rsidRPr="00E85698">
              <w:rPr>
                <w:spacing w:val="-3"/>
                <w:w w:val="105"/>
                <w:sz w:val="15"/>
              </w:rPr>
              <w:t xml:space="preserve"> </w:t>
            </w:r>
            <w:r w:rsidRPr="00E85698">
              <w:rPr>
                <w:w w:val="105"/>
                <w:sz w:val="15"/>
              </w:rPr>
              <w:t>роль</w:t>
            </w:r>
            <w:r w:rsidRPr="00E85698">
              <w:rPr>
                <w:spacing w:val="-2"/>
                <w:w w:val="105"/>
                <w:sz w:val="15"/>
              </w:rPr>
              <w:t xml:space="preserve"> </w:t>
            </w:r>
            <w:r w:rsidRPr="00E85698">
              <w:rPr>
                <w:w w:val="105"/>
                <w:sz w:val="15"/>
              </w:rPr>
              <w:t>деепричастий</w:t>
            </w:r>
            <w:r w:rsidRPr="00E85698">
              <w:rPr>
                <w:spacing w:val="-2"/>
                <w:w w:val="105"/>
                <w:sz w:val="15"/>
              </w:rPr>
              <w:t xml:space="preserve"> </w:t>
            </w:r>
            <w:r w:rsidRPr="00E85698">
              <w:rPr>
                <w:w w:val="105"/>
                <w:sz w:val="15"/>
              </w:rPr>
              <w:t>в</w:t>
            </w:r>
            <w:r w:rsidRPr="00E85698">
              <w:rPr>
                <w:spacing w:val="-2"/>
                <w:w w:val="105"/>
                <w:sz w:val="15"/>
              </w:rPr>
              <w:t xml:space="preserve"> </w:t>
            </w:r>
            <w:r w:rsidRPr="00E85698">
              <w:rPr>
                <w:w w:val="105"/>
                <w:sz w:val="15"/>
              </w:rPr>
              <w:t>тексте;</w:t>
            </w:r>
          </w:p>
        </w:tc>
        <w:tc>
          <w:tcPr>
            <w:tcW w:w="1116" w:type="dxa"/>
            <w:gridSpan w:val="3"/>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ind w:left="79"/>
              <w:rPr>
                <w:sz w:val="15"/>
              </w:rPr>
            </w:pPr>
            <w:r w:rsidRPr="00E85698">
              <w:rPr>
                <w:w w:val="105"/>
                <w:sz w:val="15"/>
              </w:rPr>
              <w:t>Тестирование;</w:t>
            </w:r>
          </w:p>
        </w:tc>
        <w:tc>
          <w:tcPr>
            <w:tcW w:w="1812" w:type="dxa"/>
            <w:gridSpan w:val="3"/>
          </w:tcPr>
          <w:p w:rsidR="003147F9" w:rsidRPr="00E85698" w:rsidRDefault="00942243" w:rsidP="00A047B0">
            <w:pPr>
              <w:pStyle w:val="TableParagraph"/>
              <w:spacing w:before="64" w:line="266" w:lineRule="auto"/>
              <w:ind w:left="80" w:right="52"/>
              <w:rPr>
                <w:sz w:val="15"/>
              </w:rPr>
            </w:pPr>
            <w:hyperlink r:id="rId44">
              <w:r w:rsidR="003147F9" w:rsidRPr="00E85698">
                <w:rPr>
                  <w:w w:val="105"/>
                  <w:sz w:val="15"/>
                </w:rPr>
                <w:t>http://rus.1september.ru</w:t>
              </w:r>
            </w:hyperlink>
            <w:r w:rsidR="003147F9" w:rsidRPr="00E85698">
              <w:rPr>
                <w:spacing w:val="1"/>
                <w:w w:val="105"/>
                <w:sz w:val="15"/>
              </w:rPr>
              <w:t xml:space="preserve"> </w:t>
            </w:r>
            <w:hyperlink r:id="rId45">
              <w:r w:rsidR="003147F9" w:rsidRPr="00E85698">
                <w:rPr>
                  <w:spacing w:val="-1"/>
                  <w:w w:val="105"/>
                  <w:sz w:val="15"/>
                </w:rPr>
                <w:t>http://pedsovet.su/load/27,</w:t>
              </w:r>
            </w:hyperlink>
            <w:r w:rsidR="003147F9" w:rsidRPr="00E85698">
              <w:rPr>
                <w:spacing w:val="-37"/>
                <w:w w:val="105"/>
                <w:sz w:val="15"/>
              </w:rPr>
              <w:t xml:space="preserve"> </w:t>
            </w:r>
            <w:hyperlink r:id="rId46">
              <w:r w:rsidR="003147F9" w:rsidRPr="00E85698">
                <w:rPr>
                  <w:w w:val="105"/>
                  <w:sz w:val="15"/>
                </w:rPr>
                <w:t>http://www.proshkolu.ru</w:t>
              </w:r>
            </w:hyperlink>
          </w:p>
        </w:tc>
      </w:tr>
      <w:tr w:rsidR="003147F9" w:rsidRPr="00E85698" w:rsidTr="00A047B0">
        <w:trPr>
          <w:gridAfter w:val="1"/>
          <w:wAfter w:w="58" w:type="dxa"/>
          <w:trHeight w:val="6408"/>
        </w:trPr>
        <w:tc>
          <w:tcPr>
            <w:tcW w:w="426" w:type="dxa"/>
            <w:gridSpan w:val="3"/>
          </w:tcPr>
          <w:p w:rsidR="003147F9" w:rsidRPr="00E85698" w:rsidRDefault="003147F9" w:rsidP="00A047B0">
            <w:pPr>
              <w:pStyle w:val="TableParagraph"/>
              <w:spacing w:before="64"/>
              <w:ind w:left="76"/>
              <w:rPr>
                <w:sz w:val="15"/>
              </w:rPr>
            </w:pPr>
            <w:r w:rsidRPr="00E85698">
              <w:rPr>
                <w:w w:val="105"/>
                <w:sz w:val="15"/>
              </w:rPr>
              <w:t>6.4.</w:t>
            </w:r>
          </w:p>
        </w:tc>
        <w:tc>
          <w:tcPr>
            <w:tcW w:w="2976" w:type="dxa"/>
            <w:gridSpan w:val="4"/>
          </w:tcPr>
          <w:p w:rsidR="003147F9" w:rsidRPr="00E85698" w:rsidRDefault="003147F9" w:rsidP="00A047B0">
            <w:pPr>
              <w:pStyle w:val="TableParagraph"/>
              <w:spacing w:before="64"/>
              <w:ind w:left="76"/>
              <w:rPr>
                <w:sz w:val="15"/>
              </w:rPr>
            </w:pPr>
            <w:r w:rsidRPr="00E85698">
              <w:rPr>
                <w:w w:val="105"/>
                <w:sz w:val="15"/>
              </w:rPr>
              <w:t>Наречие</w:t>
            </w:r>
          </w:p>
        </w:tc>
        <w:tc>
          <w:tcPr>
            <w:tcW w:w="426" w:type="dxa"/>
          </w:tcPr>
          <w:p w:rsidR="003147F9" w:rsidRPr="00E85698" w:rsidRDefault="003147F9" w:rsidP="00A047B0">
            <w:pPr>
              <w:pStyle w:val="TableParagraph"/>
              <w:spacing w:before="64"/>
              <w:ind w:left="77"/>
              <w:rPr>
                <w:sz w:val="15"/>
              </w:rPr>
            </w:pPr>
            <w:r w:rsidRPr="00E85698">
              <w:rPr>
                <w:w w:val="105"/>
                <w:sz w:val="15"/>
              </w:rPr>
              <w:t>21</w:t>
            </w:r>
          </w:p>
        </w:tc>
        <w:tc>
          <w:tcPr>
            <w:tcW w:w="1134" w:type="dxa"/>
            <w:gridSpan w:val="2"/>
          </w:tcPr>
          <w:p w:rsidR="003147F9" w:rsidRPr="00E85698" w:rsidRDefault="003147F9" w:rsidP="00A047B0">
            <w:pPr>
              <w:pStyle w:val="TableParagraph"/>
              <w:rPr>
                <w:sz w:val="14"/>
              </w:rPr>
            </w:pPr>
          </w:p>
        </w:tc>
        <w:tc>
          <w:tcPr>
            <w:tcW w:w="1134" w:type="dxa"/>
            <w:gridSpan w:val="3"/>
          </w:tcPr>
          <w:p w:rsidR="003147F9" w:rsidRPr="00E85698" w:rsidRDefault="003147F9" w:rsidP="00A047B0">
            <w:pPr>
              <w:pStyle w:val="TableParagraph"/>
              <w:rPr>
                <w:sz w:val="14"/>
              </w:rPr>
            </w:pPr>
          </w:p>
        </w:tc>
        <w:tc>
          <w:tcPr>
            <w:tcW w:w="850" w:type="dxa"/>
            <w:gridSpan w:val="4"/>
          </w:tcPr>
          <w:p w:rsidR="003147F9" w:rsidRPr="00E85698" w:rsidRDefault="001D3699" w:rsidP="00A047B0">
            <w:pPr>
              <w:pStyle w:val="TableParagraph"/>
              <w:rPr>
                <w:sz w:val="14"/>
              </w:rPr>
            </w:pPr>
            <w:r>
              <w:rPr>
                <w:sz w:val="14"/>
              </w:rPr>
              <w:t>15.12-30.01</w:t>
            </w:r>
          </w:p>
        </w:tc>
        <w:tc>
          <w:tcPr>
            <w:tcW w:w="5670" w:type="dxa"/>
            <w:gridSpan w:val="3"/>
          </w:tcPr>
          <w:p w:rsidR="003147F9" w:rsidRPr="00E85698" w:rsidRDefault="003147F9" w:rsidP="00A047B0">
            <w:pPr>
              <w:pStyle w:val="TableParagraph"/>
              <w:spacing w:before="64" w:line="266" w:lineRule="auto"/>
              <w:ind w:left="79" w:right="96"/>
              <w:rPr>
                <w:sz w:val="15"/>
              </w:rPr>
            </w:pPr>
            <w:r w:rsidRPr="00E85698">
              <w:rPr>
                <w:spacing w:val="-1"/>
                <w:w w:val="105"/>
                <w:sz w:val="15"/>
              </w:rPr>
              <w:t>Распознавать</w:t>
            </w:r>
            <w:r w:rsidRPr="00E85698">
              <w:rPr>
                <w:spacing w:val="-8"/>
                <w:w w:val="105"/>
                <w:sz w:val="15"/>
              </w:rPr>
              <w:t xml:space="preserve"> </w:t>
            </w:r>
            <w:r w:rsidRPr="00E85698">
              <w:rPr>
                <w:spacing w:val="-1"/>
                <w:w w:val="105"/>
                <w:sz w:val="15"/>
              </w:rPr>
              <w:t>наречия</w:t>
            </w:r>
            <w:r w:rsidRPr="00E85698">
              <w:rPr>
                <w:spacing w:val="-8"/>
                <w:w w:val="105"/>
                <w:sz w:val="15"/>
              </w:rPr>
              <w:t xml:space="preserve"> </w:t>
            </w:r>
            <w:r w:rsidRPr="00E85698">
              <w:rPr>
                <w:spacing w:val="-1"/>
                <w:w w:val="105"/>
                <w:sz w:val="15"/>
              </w:rPr>
              <w:t>и</w:t>
            </w:r>
            <w:r w:rsidRPr="00E85698">
              <w:rPr>
                <w:spacing w:val="-7"/>
                <w:w w:val="105"/>
                <w:sz w:val="15"/>
              </w:rPr>
              <w:t xml:space="preserve"> </w:t>
            </w:r>
            <w:r w:rsidRPr="00E85698">
              <w:rPr>
                <w:spacing w:val="-1"/>
                <w:w w:val="105"/>
                <w:sz w:val="15"/>
              </w:rPr>
              <w:t>аргументированно</w:t>
            </w:r>
            <w:r w:rsidRPr="00E85698">
              <w:rPr>
                <w:spacing w:val="-8"/>
                <w:w w:val="105"/>
                <w:sz w:val="15"/>
              </w:rPr>
              <w:t xml:space="preserve"> </w:t>
            </w:r>
            <w:r w:rsidRPr="00E85698">
              <w:rPr>
                <w:w w:val="105"/>
                <w:sz w:val="15"/>
              </w:rPr>
              <w:t>доказывать</w:t>
            </w:r>
            <w:r w:rsidRPr="00E85698">
              <w:rPr>
                <w:spacing w:val="-7"/>
                <w:w w:val="105"/>
                <w:sz w:val="15"/>
              </w:rPr>
              <w:t xml:space="preserve"> </w:t>
            </w:r>
            <w:r w:rsidRPr="00E85698">
              <w:rPr>
                <w:w w:val="105"/>
                <w:sz w:val="15"/>
              </w:rPr>
              <w:t>принадлежность</w:t>
            </w:r>
            <w:r w:rsidRPr="00E85698">
              <w:rPr>
                <w:spacing w:val="-8"/>
                <w:w w:val="105"/>
                <w:sz w:val="15"/>
              </w:rPr>
              <w:t xml:space="preserve"> </w:t>
            </w:r>
            <w:r w:rsidRPr="00E85698">
              <w:rPr>
                <w:w w:val="105"/>
                <w:sz w:val="15"/>
              </w:rPr>
              <w:t>слов</w:t>
            </w:r>
            <w:r w:rsidRPr="00E85698">
              <w:rPr>
                <w:spacing w:val="-7"/>
                <w:w w:val="105"/>
                <w:sz w:val="15"/>
              </w:rPr>
              <w:t xml:space="preserve"> </w:t>
            </w:r>
            <w:r w:rsidRPr="00E85698">
              <w:rPr>
                <w:w w:val="105"/>
                <w:sz w:val="15"/>
              </w:rPr>
              <w:t>к</w:t>
            </w:r>
            <w:r w:rsidRPr="00E85698">
              <w:rPr>
                <w:spacing w:val="1"/>
                <w:w w:val="105"/>
                <w:sz w:val="15"/>
              </w:rPr>
              <w:t xml:space="preserve"> </w:t>
            </w:r>
            <w:r w:rsidRPr="00E85698">
              <w:rPr>
                <w:w w:val="105"/>
                <w:sz w:val="15"/>
              </w:rPr>
              <w:t>этой</w:t>
            </w:r>
            <w:r w:rsidRPr="00E85698">
              <w:rPr>
                <w:spacing w:val="-2"/>
                <w:w w:val="105"/>
                <w:sz w:val="15"/>
              </w:rPr>
              <w:t xml:space="preserve"> </w:t>
            </w:r>
            <w:r w:rsidRPr="00E85698">
              <w:rPr>
                <w:w w:val="105"/>
                <w:sz w:val="15"/>
              </w:rPr>
              <w:t>части</w:t>
            </w:r>
            <w:r w:rsidRPr="00E85698">
              <w:rPr>
                <w:spacing w:val="-1"/>
                <w:w w:val="105"/>
                <w:sz w:val="15"/>
              </w:rPr>
              <w:t xml:space="preserve"> </w:t>
            </w:r>
            <w:r w:rsidRPr="00E85698">
              <w:rPr>
                <w:w w:val="105"/>
                <w:sz w:val="15"/>
              </w:rPr>
              <w:t>речи;</w:t>
            </w:r>
          </w:p>
          <w:p w:rsidR="003147F9" w:rsidRPr="00E85698" w:rsidRDefault="003147F9" w:rsidP="00A047B0">
            <w:pPr>
              <w:pStyle w:val="TableParagraph"/>
              <w:spacing w:before="2" w:line="266" w:lineRule="auto"/>
              <w:ind w:left="79"/>
              <w:rPr>
                <w:sz w:val="15"/>
              </w:rPr>
            </w:pPr>
            <w:r w:rsidRPr="00E85698">
              <w:rPr>
                <w:w w:val="105"/>
                <w:sz w:val="15"/>
              </w:rPr>
              <w:t>Характеризовать</w:t>
            </w:r>
            <w:r w:rsidRPr="00E85698">
              <w:rPr>
                <w:spacing w:val="-10"/>
                <w:w w:val="105"/>
                <w:sz w:val="15"/>
              </w:rPr>
              <w:t xml:space="preserve"> </w:t>
            </w:r>
            <w:r w:rsidRPr="00E85698">
              <w:rPr>
                <w:w w:val="105"/>
                <w:sz w:val="15"/>
              </w:rPr>
              <w:t>наречия</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аспекте</w:t>
            </w:r>
            <w:r w:rsidRPr="00E85698">
              <w:rPr>
                <w:spacing w:val="-10"/>
                <w:w w:val="105"/>
                <w:sz w:val="15"/>
              </w:rPr>
              <w:t xml:space="preserve"> </w:t>
            </w:r>
            <w:r w:rsidRPr="00E85698">
              <w:rPr>
                <w:w w:val="105"/>
                <w:sz w:val="15"/>
              </w:rPr>
              <w:t>их</w:t>
            </w:r>
            <w:r w:rsidRPr="00E85698">
              <w:rPr>
                <w:spacing w:val="-10"/>
                <w:w w:val="105"/>
                <w:sz w:val="15"/>
              </w:rPr>
              <w:t xml:space="preserve"> </w:t>
            </w:r>
            <w:r w:rsidRPr="00E85698">
              <w:rPr>
                <w:w w:val="105"/>
                <w:sz w:val="15"/>
              </w:rPr>
              <w:t>принадлежности</w:t>
            </w:r>
            <w:r w:rsidRPr="00E85698">
              <w:rPr>
                <w:spacing w:val="-9"/>
                <w:w w:val="105"/>
                <w:sz w:val="15"/>
              </w:rPr>
              <w:t xml:space="preserve"> </w:t>
            </w:r>
            <w:r w:rsidRPr="00E85698">
              <w:rPr>
                <w:w w:val="105"/>
                <w:sz w:val="15"/>
              </w:rPr>
              <w:t>к</w:t>
            </w:r>
            <w:r w:rsidRPr="00E85698">
              <w:rPr>
                <w:spacing w:val="-10"/>
                <w:w w:val="105"/>
                <w:sz w:val="15"/>
              </w:rPr>
              <w:t xml:space="preserve"> </w:t>
            </w:r>
            <w:r w:rsidRPr="00E85698">
              <w:rPr>
                <w:w w:val="105"/>
                <w:sz w:val="15"/>
              </w:rPr>
              <w:t>различным</w:t>
            </w:r>
            <w:r w:rsidRPr="00E85698">
              <w:rPr>
                <w:spacing w:val="-10"/>
                <w:w w:val="105"/>
                <w:sz w:val="15"/>
              </w:rPr>
              <w:t xml:space="preserve"> </w:t>
            </w:r>
            <w:r w:rsidRPr="00E85698">
              <w:rPr>
                <w:w w:val="105"/>
                <w:sz w:val="15"/>
              </w:rPr>
              <w:t>разрядам</w:t>
            </w:r>
            <w:r w:rsidRPr="00E85698">
              <w:rPr>
                <w:spacing w:val="-10"/>
                <w:w w:val="105"/>
                <w:sz w:val="15"/>
              </w:rPr>
              <w:t xml:space="preserve"> </w:t>
            </w:r>
            <w:r w:rsidRPr="00E85698">
              <w:rPr>
                <w:w w:val="105"/>
                <w:sz w:val="15"/>
              </w:rPr>
              <w:t>по</w:t>
            </w:r>
            <w:r w:rsidRPr="00E85698">
              <w:rPr>
                <w:spacing w:val="-36"/>
                <w:w w:val="105"/>
                <w:sz w:val="15"/>
              </w:rPr>
              <w:t xml:space="preserve"> </w:t>
            </w:r>
            <w:r w:rsidRPr="00E85698">
              <w:rPr>
                <w:w w:val="105"/>
                <w:sz w:val="15"/>
              </w:rPr>
              <w:t>значению;</w:t>
            </w:r>
          </w:p>
          <w:p w:rsidR="003147F9" w:rsidRPr="00E85698" w:rsidRDefault="003147F9" w:rsidP="00A047B0">
            <w:pPr>
              <w:pStyle w:val="TableParagraph"/>
              <w:spacing w:before="1"/>
              <w:ind w:left="79"/>
              <w:rPr>
                <w:sz w:val="15"/>
              </w:rPr>
            </w:pPr>
            <w:r w:rsidRPr="00E85698">
              <w:rPr>
                <w:spacing w:val="-1"/>
                <w:w w:val="105"/>
                <w:sz w:val="15"/>
              </w:rPr>
              <w:t>Различать</w:t>
            </w:r>
            <w:r w:rsidRPr="00E85698">
              <w:rPr>
                <w:spacing w:val="-9"/>
                <w:w w:val="105"/>
                <w:sz w:val="15"/>
              </w:rPr>
              <w:t xml:space="preserve"> </w:t>
            </w:r>
            <w:r w:rsidRPr="00E85698">
              <w:rPr>
                <w:w w:val="105"/>
                <w:sz w:val="15"/>
              </w:rPr>
              <w:t>наречия</w:t>
            </w:r>
            <w:r w:rsidRPr="00E85698">
              <w:rPr>
                <w:spacing w:val="-9"/>
                <w:w w:val="105"/>
                <w:sz w:val="15"/>
              </w:rPr>
              <w:t xml:space="preserve"> </w:t>
            </w:r>
            <w:r w:rsidRPr="00E85698">
              <w:rPr>
                <w:w w:val="105"/>
                <w:sz w:val="15"/>
              </w:rPr>
              <w:t>разных</w:t>
            </w:r>
            <w:r w:rsidRPr="00E85698">
              <w:rPr>
                <w:spacing w:val="-8"/>
                <w:w w:val="105"/>
                <w:sz w:val="15"/>
              </w:rPr>
              <w:t xml:space="preserve"> </w:t>
            </w:r>
            <w:r w:rsidRPr="00E85698">
              <w:rPr>
                <w:w w:val="105"/>
                <w:sz w:val="15"/>
              </w:rPr>
              <w:t>разрядов</w:t>
            </w:r>
            <w:r w:rsidRPr="00E85698">
              <w:rPr>
                <w:spacing w:val="-9"/>
                <w:w w:val="105"/>
                <w:sz w:val="15"/>
              </w:rPr>
              <w:t xml:space="preserve"> </w:t>
            </w:r>
            <w:r w:rsidRPr="00E85698">
              <w:rPr>
                <w:w w:val="105"/>
                <w:sz w:val="15"/>
              </w:rPr>
              <w:t>по</w:t>
            </w:r>
            <w:r w:rsidRPr="00E85698">
              <w:rPr>
                <w:spacing w:val="-8"/>
                <w:w w:val="105"/>
                <w:sz w:val="15"/>
              </w:rPr>
              <w:t xml:space="preserve"> </w:t>
            </w:r>
            <w:r w:rsidRPr="00E85698">
              <w:rPr>
                <w:w w:val="105"/>
                <w:sz w:val="15"/>
              </w:rPr>
              <w:t>значению;</w:t>
            </w:r>
          </w:p>
          <w:p w:rsidR="003147F9" w:rsidRPr="00E85698" w:rsidRDefault="003147F9" w:rsidP="00A047B0">
            <w:pPr>
              <w:pStyle w:val="TableParagraph"/>
              <w:spacing w:before="20" w:line="266" w:lineRule="auto"/>
              <w:ind w:left="79"/>
              <w:rPr>
                <w:sz w:val="15"/>
              </w:rPr>
            </w:pPr>
            <w:r w:rsidRPr="00E85698">
              <w:rPr>
                <w:spacing w:val="-1"/>
                <w:w w:val="105"/>
                <w:sz w:val="15"/>
              </w:rPr>
              <w:t>Опознавать</w:t>
            </w:r>
            <w:r w:rsidRPr="00E85698">
              <w:rPr>
                <w:spacing w:val="-9"/>
                <w:w w:val="105"/>
                <w:sz w:val="15"/>
              </w:rPr>
              <w:t xml:space="preserve"> </w:t>
            </w:r>
            <w:r w:rsidRPr="00E85698">
              <w:rPr>
                <w:spacing w:val="-1"/>
                <w:w w:val="105"/>
                <w:sz w:val="15"/>
              </w:rPr>
              <w:t>и</w:t>
            </w:r>
            <w:r w:rsidRPr="00E85698">
              <w:rPr>
                <w:spacing w:val="-8"/>
                <w:w w:val="105"/>
                <w:sz w:val="15"/>
              </w:rPr>
              <w:t xml:space="preserve"> </w:t>
            </w:r>
            <w:r w:rsidRPr="00E85698">
              <w:rPr>
                <w:spacing w:val="-1"/>
                <w:w w:val="105"/>
                <w:sz w:val="15"/>
              </w:rPr>
              <w:t>характеризовать</w:t>
            </w:r>
            <w:r w:rsidRPr="00E85698">
              <w:rPr>
                <w:spacing w:val="-9"/>
                <w:w w:val="105"/>
                <w:sz w:val="15"/>
              </w:rPr>
              <w:t xml:space="preserve"> </w:t>
            </w:r>
            <w:r w:rsidRPr="00E85698">
              <w:rPr>
                <w:w w:val="105"/>
                <w:sz w:val="15"/>
              </w:rPr>
              <w:t>формы</w:t>
            </w:r>
            <w:r w:rsidRPr="00E85698">
              <w:rPr>
                <w:spacing w:val="-8"/>
                <w:w w:val="105"/>
                <w:sz w:val="15"/>
              </w:rPr>
              <w:t xml:space="preserve"> </w:t>
            </w:r>
            <w:r w:rsidRPr="00E85698">
              <w:rPr>
                <w:w w:val="105"/>
                <w:sz w:val="15"/>
              </w:rPr>
              <w:t>сравнительной</w:t>
            </w:r>
            <w:r w:rsidRPr="00E85698">
              <w:rPr>
                <w:spacing w:val="-9"/>
                <w:w w:val="105"/>
                <w:sz w:val="15"/>
              </w:rPr>
              <w:t xml:space="preserve"> </w:t>
            </w:r>
            <w:r w:rsidRPr="00E85698">
              <w:rPr>
                <w:w w:val="105"/>
                <w:sz w:val="15"/>
              </w:rPr>
              <w:t>и</w:t>
            </w:r>
            <w:r w:rsidRPr="00E85698">
              <w:rPr>
                <w:spacing w:val="-8"/>
                <w:w w:val="105"/>
                <w:sz w:val="15"/>
              </w:rPr>
              <w:t xml:space="preserve"> </w:t>
            </w:r>
            <w:r w:rsidRPr="00E85698">
              <w:rPr>
                <w:w w:val="105"/>
                <w:sz w:val="15"/>
              </w:rPr>
              <w:t>превосходной</w:t>
            </w:r>
            <w:r w:rsidRPr="00E85698">
              <w:rPr>
                <w:spacing w:val="-9"/>
                <w:w w:val="105"/>
                <w:sz w:val="15"/>
              </w:rPr>
              <w:t xml:space="preserve"> </w:t>
            </w:r>
            <w:r w:rsidRPr="00E85698">
              <w:rPr>
                <w:w w:val="105"/>
                <w:sz w:val="15"/>
              </w:rPr>
              <w:t>степеней</w:t>
            </w:r>
            <w:r w:rsidRPr="00E85698">
              <w:rPr>
                <w:spacing w:val="-36"/>
                <w:w w:val="105"/>
                <w:sz w:val="15"/>
              </w:rPr>
              <w:t xml:space="preserve"> </w:t>
            </w:r>
            <w:r w:rsidRPr="00E85698">
              <w:rPr>
                <w:w w:val="105"/>
                <w:sz w:val="15"/>
              </w:rPr>
              <w:t>сравнения</w:t>
            </w:r>
            <w:r w:rsidRPr="00E85698">
              <w:rPr>
                <w:spacing w:val="-2"/>
                <w:w w:val="105"/>
                <w:sz w:val="15"/>
              </w:rPr>
              <w:t xml:space="preserve"> </w:t>
            </w:r>
            <w:r w:rsidRPr="00E85698">
              <w:rPr>
                <w:w w:val="105"/>
                <w:sz w:val="15"/>
              </w:rPr>
              <w:t>наречий;</w:t>
            </w:r>
          </w:p>
          <w:p w:rsidR="003147F9" w:rsidRPr="00E85698" w:rsidRDefault="003147F9" w:rsidP="00A047B0">
            <w:pPr>
              <w:pStyle w:val="TableParagraph"/>
              <w:spacing w:before="1" w:line="266" w:lineRule="auto"/>
              <w:ind w:left="79"/>
              <w:rPr>
                <w:sz w:val="15"/>
              </w:rPr>
            </w:pPr>
            <w:r w:rsidRPr="00E85698">
              <w:rPr>
                <w:spacing w:val="-1"/>
                <w:w w:val="105"/>
                <w:sz w:val="15"/>
              </w:rPr>
              <w:t>Различать</w:t>
            </w:r>
            <w:r w:rsidRPr="00E85698">
              <w:rPr>
                <w:spacing w:val="-8"/>
                <w:w w:val="105"/>
                <w:sz w:val="15"/>
              </w:rPr>
              <w:t xml:space="preserve"> </w:t>
            </w:r>
            <w:r w:rsidRPr="00E85698">
              <w:rPr>
                <w:spacing w:val="-1"/>
                <w:w w:val="105"/>
                <w:sz w:val="15"/>
              </w:rPr>
              <w:t>формы</w:t>
            </w:r>
            <w:r w:rsidRPr="00E85698">
              <w:rPr>
                <w:spacing w:val="-8"/>
                <w:w w:val="105"/>
                <w:sz w:val="15"/>
              </w:rPr>
              <w:t xml:space="preserve"> </w:t>
            </w:r>
            <w:r w:rsidRPr="00E85698">
              <w:rPr>
                <w:spacing w:val="-1"/>
                <w:w w:val="105"/>
                <w:sz w:val="15"/>
              </w:rPr>
              <w:t>сравнительной</w:t>
            </w:r>
            <w:r w:rsidRPr="00E85698">
              <w:rPr>
                <w:spacing w:val="-8"/>
                <w:w w:val="105"/>
                <w:sz w:val="15"/>
              </w:rPr>
              <w:t xml:space="preserve"> </w:t>
            </w:r>
            <w:r w:rsidRPr="00E85698">
              <w:rPr>
                <w:w w:val="105"/>
                <w:sz w:val="15"/>
              </w:rPr>
              <w:t>и</w:t>
            </w:r>
            <w:r w:rsidRPr="00E85698">
              <w:rPr>
                <w:spacing w:val="-7"/>
                <w:w w:val="105"/>
                <w:sz w:val="15"/>
              </w:rPr>
              <w:t xml:space="preserve"> </w:t>
            </w:r>
            <w:r w:rsidRPr="00E85698">
              <w:rPr>
                <w:w w:val="105"/>
                <w:sz w:val="15"/>
              </w:rPr>
              <w:t>превосходной</w:t>
            </w:r>
            <w:r w:rsidRPr="00E85698">
              <w:rPr>
                <w:spacing w:val="-8"/>
                <w:w w:val="105"/>
                <w:sz w:val="15"/>
              </w:rPr>
              <w:t xml:space="preserve"> </w:t>
            </w:r>
            <w:r w:rsidRPr="00E85698">
              <w:rPr>
                <w:w w:val="105"/>
                <w:sz w:val="15"/>
              </w:rPr>
              <w:t>степеней</w:t>
            </w:r>
            <w:r w:rsidRPr="00E85698">
              <w:rPr>
                <w:spacing w:val="-8"/>
                <w:w w:val="105"/>
                <w:sz w:val="15"/>
              </w:rPr>
              <w:t xml:space="preserve"> </w:t>
            </w:r>
            <w:r w:rsidRPr="00E85698">
              <w:rPr>
                <w:w w:val="105"/>
                <w:sz w:val="15"/>
              </w:rPr>
              <w:t>сравнения</w:t>
            </w:r>
            <w:r w:rsidRPr="00E85698">
              <w:rPr>
                <w:spacing w:val="-8"/>
                <w:w w:val="105"/>
                <w:sz w:val="15"/>
              </w:rPr>
              <w:t xml:space="preserve"> </w:t>
            </w:r>
            <w:r w:rsidRPr="00E85698">
              <w:rPr>
                <w:w w:val="105"/>
                <w:sz w:val="15"/>
              </w:rPr>
              <w:t>наречий</w:t>
            </w:r>
            <w:r w:rsidRPr="00E85698">
              <w:rPr>
                <w:spacing w:val="-7"/>
                <w:w w:val="105"/>
                <w:sz w:val="15"/>
              </w:rPr>
              <w:t xml:space="preserve"> </w:t>
            </w:r>
            <w:r w:rsidRPr="00E85698">
              <w:rPr>
                <w:w w:val="105"/>
                <w:sz w:val="15"/>
              </w:rPr>
              <w:t>и</w:t>
            </w:r>
            <w:r w:rsidRPr="00E85698">
              <w:rPr>
                <w:spacing w:val="1"/>
                <w:w w:val="105"/>
                <w:sz w:val="15"/>
              </w:rPr>
              <w:t xml:space="preserve"> </w:t>
            </w:r>
            <w:r w:rsidRPr="00E85698">
              <w:rPr>
                <w:w w:val="105"/>
                <w:sz w:val="15"/>
              </w:rPr>
              <w:t>имён</w:t>
            </w:r>
            <w:r w:rsidRPr="00E85698">
              <w:rPr>
                <w:spacing w:val="-3"/>
                <w:w w:val="105"/>
                <w:sz w:val="15"/>
              </w:rPr>
              <w:t xml:space="preserve"> </w:t>
            </w:r>
            <w:r w:rsidRPr="00E85698">
              <w:rPr>
                <w:w w:val="105"/>
                <w:sz w:val="15"/>
              </w:rPr>
              <w:t>прилагательных,</w:t>
            </w:r>
            <w:r w:rsidRPr="00E85698">
              <w:rPr>
                <w:spacing w:val="-2"/>
                <w:w w:val="105"/>
                <w:sz w:val="15"/>
              </w:rPr>
              <w:t xml:space="preserve"> </w:t>
            </w:r>
            <w:r w:rsidRPr="00E85698">
              <w:rPr>
                <w:w w:val="105"/>
                <w:sz w:val="15"/>
              </w:rPr>
              <w:t>объяснять,</w:t>
            </w:r>
            <w:r w:rsidRPr="00E85698">
              <w:rPr>
                <w:spacing w:val="-2"/>
                <w:w w:val="105"/>
                <w:sz w:val="15"/>
              </w:rPr>
              <w:t xml:space="preserve"> </w:t>
            </w:r>
            <w:r w:rsidRPr="00E85698">
              <w:rPr>
                <w:w w:val="105"/>
                <w:sz w:val="15"/>
              </w:rPr>
              <w:t>как</w:t>
            </w:r>
            <w:r w:rsidRPr="00E85698">
              <w:rPr>
                <w:spacing w:val="-2"/>
                <w:w w:val="105"/>
                <w:sz w:val="15"/>
              </w:rPr>
              <w:t xml:space="preserve"> </w:t>
            </w:r>
            <w:r w:rsidRPr="00E85698">
              <w:rPr>
                <w:w w:val="105"/>
                <w:sz w:val="15"/>
              </w:rPr>
              <w:t>они</w:t>
            </w:r>
            <w:r w:rsidRPr="00E85698">
              <w:rPr>
                <w:spacing w:val="-2"/>
                <w:w w:val="105"/>
                <w:sz w:val="15"/>
              </w:rPr>
              <w:t xml:space="preserve"> </w:t>
            </w:r>
            <w:r w:rsidRPr="00E85698">
              <w:rPr>
                <w:w w:val="105"/>
                <w:sz w:val="15"/>
              </w:rPr>
              <w:t>образуются;</w:t>
            </w:r>
          </w:p>
          <w:p w:rsidR="003147F9" w:rsidRPr="00E85698" w:rsidRDefault="003147F9" w:rsidP="00A047B0">
            <w:pPr>
              <w:pStyle w:val="TableParagraph"/>
              <w:spacing w:before="1" w:line="266" w:lineRule="auto"/>
              <w:ind w:left="79"/>
              <w:rPr>
                <w:sz w:val="15"/>
              </w:rPr>
            </w:pPr>
            <w:r w:rsidRPr="00E85698">
              <w:rPr>
                <w:spacing w:val="-1"/>
                <w:w w:val="105"/>
                <w:sz w:val="15"/>
              </w:rPr>
              <w:t>Образовывать</w:t>
            </w:r>
            <w:r w:rsidRPr="00E85698">
              <w:rPr>
                <w:spacing w:val="-9"/>
                <w:w w:val="105"/>
                <w:sz w:val="15"/>
              </w:rPr>
              <w:t xml:space="preserve"> </w:t>
            </w:r>
            <w:r w:rsidRPr="00E85698">
              <w:rPr>
                <w:spacing w:val="-1"/>
                <w:w w:val="105"/>
                <w:sz w:val="15"/>
              </w:rPr>
              <w:t>простую</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составную</w:t>
            </w:r>
            <w:r w:rsidRPr="00E85698">
              <w:rPr>
                <w:spacing w:val="-9"/>
                <w:w w:val="105"/>
                <w:sz w:val="15"/>
              </w:rPr>
              <w:t xml:space="preserve"> </w:t>
            </w:r>
            <w:r w:rsidRPr="00E85698">
              <w:rPr>
                <w:w w:val="105"/>
                <w:sz w:val="15"/>
              </w:rPr>
              <w:t>формы</w:t>
            </w:r>
            <w:r w:rsidRPr="00E85698">
              <w:rPr>
                <w:spacing w:val="-8"/>
                <w:w w:val="105"/>
                <w:sz w:val="15"/>
              </w:rPr>
              <w:t xml:space="preserve"> </w:t>
            </w:r>
            <w:r w:rsidRPr="00E85698">
              <w:rPr>
                <w:w w:val="105"/>
                <w:sz w:val="15"/>
              </w:rPr>
              <w:t>сравнительной</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превосходной</w:t>
            </w:r>
            <w:r w:rsidRPr="00E85698">
              <w:rPr>
                <w:spacing w:val="-37"/>
                <w:w w:val="105"/>
                <w:sz w:val="15"/>
              </w:rPr>
              <w:t xml:space="preserve"> </w:t>
            </w:r>
            <w:r w:rsidRPr="00E85698">
              <w:rPr>
                <w:w w:val="105"/>
                <w:sz w:val="15"/>
              </w:rPr>
              <w:t>степеней</w:t>
            </w:r>
            <w:r w:rsidRPr="00E85698">
              <w:rPr>
                <w:spacing w:val="-2"/>
                <w:w w:val="105"/>
                <w:sz w:val="15"/>
              </w:rPr>
              <w:t xml:space="preserve"> </w:t>
            </w:r>
            <w:r w:rsidRPr="00E85698">
              <w:rPr>
                <w:w w:val="105"/>
                <w:sz w:val="15"/>
              </w:rPr>
              <w:t>сравнения</w:t>
            </w:r>
            <w:r w:rsidRPr="00E85698">
              <w:rPr>
                <w:spacing w:val="-1"/>
                <w:w w:val="105"/>
                <w:sz w:val="15"/>
              </w:rPr>
              <w:t xml:space="preserve"> </w:t>
            </w:r>
            <w:r w:rsidRPr="00E85698">
              <w:rPr>
                <w:w w:val="105"/>
                <w:sz w:val="15"/>
              </w:rPr>
              <w:t>наречий;</w:t>
            </w:r>
          </w:p>
          <w:p w:rsidR="003147F9" w:rsidRPr="00E85698" w:rsidRDefault="003147F9" w:rsidP="00A047B0">
            <w:pPr>
              <w:pStyle w:val="TableParagraph"/>
              <w:spacing w:before="1" w:line="266" w:lineRule="auto"/>
              <w:ind w:left="79" w:right="782"/>
              <w:rPr>
                <w:sz w:val="15"/>
              </w:rPr>
            </w:pPr>
            <w:r w:rsidRPr="00E85698">
              <w:rPr>
                <w:w w:val="105"/>
                <w:sz w:val="15"/>
              </w:rPr>
              <w:t>Выбирать слитное, дефисное, раздельное написание наречий;</w:t>
            </w:r>
            <w:r w:rsidRPr="00E85698">
              <w:rPr>
                <w:spacing w:val="1"/>
                <w:w w:val="105"/>
                <w:sz w:val="15"/>
              </w:rPr>
              <w:t xml:space="preserve"> </w:t>
            </w:r>
            <w:r w:rsidRPr="00E85698">
              <w:rPr>
                <w:spacing w:val="-1"/>
                <w:w w:val="105"/>
                <w:sz w:val="15"/>
              </w:rPr>
              <w:t>Выбирать</w:t>
            </w:r>
            <w:r w:rsidRPr="00E85698">
              <w:rPr>
                <w:spacing w:val="-9"/>
                <w:w w:val="105"/>
                <w:sz w:val="15"/>
              </w:rPr>
              <w:t xml:space="preserve"> </w:t>
            </w:r>
            <w:r w:rsidRPr="00E85698">
              <w:rPr>
                <w:spacing w:val="-1"/>
                <w:w w:val="105"/>
                <w:sz w:val="15"/>
              </w:rPr>
              <w:t>гласную</w:t>
            </w:r>
            <w:r w:rsidRPr="00E85698">
              <w:rPr>
                <w:spacing w:val="-8"/>
                <w:w w:val="105"/>
                <w:sz w:val="15"/>
              </w:rPr>
              <w:t xml:space="preserve"> </w:t>
            </w:r>
            <w:r w:rsidRPr="00E85698">
              <w:rPr>
                <w:spacing w:val="-1"/>
                <w:w w:val="105"/>
                <w:sz w:val="15"/>
              </w:rPr>
              <w:t>в</w:t>
            </w:r>
            <w:r w:rsidRPr="00E85698">
              <w:rPr>
                <w:spacing w:val="-9"/>
                <w:w w:val="105"/>
                <w:sz w:val="15"/>
              </w:rPr>
              <w:t xml:space="preserve"> </w:t>
            </w:r>
            <w:r w:rsidRPr="00E85698">
              <w:rPr>
                <w:spacing w:val="-1"/>
                <w:w w:val="105"/>
                <w:sz w:val="15"/>
              </w:rPr>
              <w:t>суффиксах</w:t>
            </w:r>
            <w:r w:rsidRPr="00E85698">
              <w:rPr>
                <w:spacing w:val="-8"/>
                <w:w w:val="105"/>
                <w:sz w:val="15"/>
              </w:rPr>
              <w:t xml:space="preserve"> </w:t>
            </w:r>
            <w:r w:rsidRPr="00E85698">
              <w:rPr>
                <w:w w:val="105"/>
                <w:sz w:val="15"/>
              </w:rPr>
              <w:t>наречий,</w:t>
            </w:r>
            <w:r w:rsidRPr="00E85698">
              <w:rPr>
                <w:spacing w:val="-8"/>
                <w:w w:val="105"/>
                <w:sz w:val="15"/>
              </w:rPr>
              <w:t xml:space="preserve"> </w:t>
            </w:r>
            <w:r w:rsidRPr="00E85698">
              <w:rPr>
                <w:w w:val="105"/>
                <w:sz w:val="15"/>
              </w:rPr>
              <w:t>образованных</w:t>
            </w:r>
            <w:r w:rsidRPr="00E85698">
              <w:rPr>
                <w:spacing w:val="-9"/>
                <w:w w:val="105"/>
                <w:sz w:val="15"/>
              </w:rPr>
              <w:t xml:space="preserve"> </w:t>
            </w:r>
            <w:r w:rsidRPr="00E85698">
              <w:rPr>
                <w:w w:val="105"/>
                <w:sz w:val="15"/>
              </w:rPr>
              <w:t>приставочно-</w:t>
            </w:r>
          </w:p>
          <w:p w:rsidR="003147F9" w:rsidRPr="00E85698" w:rsidRDefault="003147F9" w:rsidP="00A047B0">
            <w:pPr>
              <w:pStyle w:val="TableParagraph"/>
              <w:spacing w:before="2" w:line="266" w:lineRule="auto"/>
              <w:ind w:left="79" w:right="96"/>
              <w:rPr>
                <w:sz w:val="15"/>
              </w:rPr>
            </w:pPr>
            <w:r w:rsidRPr="00E85698">
              <w:rPr>
                <w:w w:val="105"/>
                <w:sz w:val="15"/>
              </w:rPr>
              <w:t>суффиксальным</w:t>
            </w:r>
            <w:r w:rsidRPr="00E85698">
              <w:rPr>
                <w:spacing w:val="-8"/>
                <w:w w:val="105"/>
                <w:sz w:val="15"/>
              </w:rPr>
              <w:t xml:space="preserve"> </w:t>
            </w:r>
            <w:r w:rsidRPr="00E85698">
              <w:rPr>
                <w:w w:val="105"/>
                <w:sz w:val="15"/>
              </w:rPr>
              <w:t>способом</w:t>
            </w:r>
            <w:r w:rsidRPr="00E85698">
              <w:rPr>
                <w:spacing w:val="-7"/>
                <w:w w:val="105"/>
                <w:sz w:val="15"/>
              </w:rPr>
              <w:t xml:space="preserve"> </w:t>
            </w:r>
            <w:r w:rsidRPr="00E85698">
              <w:rPr>
                <w:w w:val="105"/>
                <w:sz w:val="15"/>
              </w:rPr>
              <w:t>с</w:t>
            </w:r>
            <w:r w:rsidRPr="00E85698">
              <w:rPr>
                <w:spacing w:val="-7"/>
                <w:w w:val="105"/>
                <w:sz w:val="15"/>
              </w:rPr>
              <w:t xml:space="preserve"> </w:t>
            </w:r>
            <w:r w:rsidRPr="00E85698">
              <w:rPr>
                <w:w w:val="105"/>
                <w:sz w:val="15"/>
              </w:rPr>
              <w:t>помощью</w:t>
            </w:r>
            <w:r w:rsidRPr="00E85698">
              <w:rPr>
                <w:spacing w:val="-8"/>
                <w:w w:val="105"/>
                <w:sz w:val="15"/>
              </w:rPr>
              <w:t xml:space="preserve"> </w:t>
            </w:r>
            <w:r w:rsidRPr="00E85698">
              <w:rPr>
                <w:w w:val="105"/>
                <w:sz w:val="15"/>
              </w:rPr>
              <w:t>приставок</w:t>
            </w:r>
            <w:r w:rsidRPr="00E85698">
              <w:rPr>
                <w:spacing w:val="-7"/>
                <w:w w:val="105"/>
                <w:sz w:val="15"/>
              </w:rPr>
              <w:t xml:space="preserve"> </w:t>
            </w:r>
            <w:r w:rsidRPr="00E85698">
              <w:rPr>
                <w:w w:val="105"/>
                <w:sz w:val="15"/>
              </w:rPr>
              <w:t>из-,</w:t>
            </w:r>
            <w:r w:rsidRPr="00E85698">
              <w:rPr>
                <w:spacing w:val="-7"/>
                <w:w w:val="105"/>
                <w:sz w:val="15"/>
              </w:rPr>
              <w:t xml:space="preserve"> </w:t>
            </w:r>
            <w:r w:rsidRPr="00E85698">
              <w:rPr>
                <w:w w:val="105"/>
                <w:sz w:val="15"/>
              </w:rPr>
              <w:t>до-,</w:t>
            </w:r>
            <w:r w:rsidRPr="00E85698">
              <w:rPr>
                <w:spacing w:val="-8"/>
                <w:w w:val="105"/>
                <w:sz w:val="15"/>
              </w:rPr>
              <w:t xml:space="preserve"> </w:t>
            </w:r>
            <w:r w:rsidRPr="00E85698">
              <w:rPr>
                <w:w w:val="105"/>
                <w:sz w:val="15"/>
              </w:rPr>
              <w:t>с-,</w:t>
            </w:r>
            <w:r w:rsidRPr="00E85698">
              <w:rPr>
                <w:spacing w:val="-7"/>
                <w:w w:val="105"/>
                <w:sz w:val="15"/>
              </w:rPr>
              <w:t xml:space="preserve"> </w:t>
            </w:r>
            <w:r w:rsidRPr="00E85698">
              <w:rPr>
                <w:w w:val="105"/>
                <w:sz w:val="15"/>
              </w:rPr>
              <w:t>в-,</w:t>
            </w:r>
            <w:r w:rsidRPr="00E85698">
              <w:rPr>
                <w:spacing w:val="-7"/>
                <w:w w:val="105"/>
                <w:sz w:val="15"/>
              </w:rPr>
              <w:t xml:space="preserve"> </w:t>
            </w:r>
            <w:r w:rsidRPr="00E85698">
              <w:rPr>
                <w:w w:val="105"/>
                <w:sz w:val="15"/>
              </w:rPr>
              <w:t>на-,</w:t>
            </w:r>
            <w:r w:rsidRPr="00E85698">
              <w:rPr>
                <w:spacing w:val="-7"/>
                <w:w w:val="105"/>
                <w:sz w:val="15"/>
              </w:rPr>
              <w:t xml:space="preserve"> </w:t>
            </w:r>
            <w:r w:rsidRPr="00E85698">
              <w:rPr>
                <w:w w:val="105"/>
                <w:sz w:val="15"/>
              </w:rPr>
              <w:t>за-</w:t>
            </w:r>
            <w:r w:rsidRPr="00E85698">
              <w:rPr>
                <w:spacing w:val="-8"/>
                <w:w w:val="105"/>
                <w:sz w:val="15"/>
              </w:rPr>
              <w:t xml:space="preserve"> </w:t>
            </w:r>
            <w:r w:rsidRPr="00E85698">
              <w:rPr>
                <w:w w:val="105"/>
                <w:sz w:val="15"/>
              </w:rPr>
              <w:t>и</w:t>
            </w:r>
            <w:r w:rsidRPr="00E85698">
              <w:rPr>
                <w:spacing w:val="-36"/>
                <w:w w:val="105"/>
                <w:sz w:val="15"/>
              </w:rPr>
              <w:t xml:space="preserve"> </w:t>
            </w:r>
            <w:r w:rsidRPr="00E85698">
              <w:rPr>
                <w:w w:val="105"/>
                <w:sz w:val="15"/>
              </w:rPr>
              <w:t>суффиксов</w:t>
            </w:r>
            <w:r w:rsidRPr="00E85698">
              <w:rPr>
                <w:spacing w:val="-3"/>
                <w:w w:val="105"/>
                <w:sz w:val="15"/>
              </w:rPr>
              <w:t xml:space="preserve"> </w:t>
            </w:r>
            <w:r w:rsidRPr="00E85698">
              <w:rPr>
                <w:w w:val="105"/>
                <w:sz w:val="15"/>
              </w:rPr>
              <w:t>-а</w:t>
            </w:r>
            <w:r w:rsidRPr="00E85698">
              <w:rPr>
                <w:spacing w:val="-3"/>
                <w:w w:val="105"/>
                <w:sz w:val="15"/>
              </w:rPr>
              <w:t xml:space="preserve"> </w:t>
            </w:r>
            <w:r w:rsidRPr="00E85698">
              <w:rPr>
                <w:w w:val="105"/>
                <w:sz w:val="15"/>
              </w:rPr>
              <w:t>и</w:t>
            </w:r>
            <w:r w:rsidRPr="00E85698">
              <w:rPr>
                <w:spacing w:val="-2"/>
                <w:w w:val="105"/>
                <w:sz w:val="15"/>
              </w:rPr>
              <w:t xml:space="preserve"> </w:t>
            </w:r>
            <w:r w:rsidRPr="00E85698">
              <w:rPr>
                <w:w w:val="105"/>
                <w:sz w:val="15"/>
              </w:rPr>
              <w:t>-о,</w:t>
            </w:r>
            <w:r w:rsidRPr="00E85698">
              <w:rPr>
                <w:spacing w:val="-3"/>
                <w:w w:val="105"/>
                <w:sz w:val="15"/>
              </w:rPr>
              <w:t xml:space="preserve"> </w:t>
            </w:r>
            <w:r w:rsidRPr="00E85698">
              <w:rPr>
                <w:w w:val="105"/>
                <w:sz w:val="15"/>
              </w:rPr>
              <w:t>используя</w:t>
            </w:r>
            <w:r w:rsidRPr="00E85698">
              <w:rPr>
                <w:spacing w:val="-3"/>
                <w:w w:val="105"/>
                <w:sz w:val="15"/>
              </w:rPr>
              <w:t xml:space="preserve"> </w:t>
            </w:r>
            <w:r w:rsidRPr="00E85698">
              <w:rPr>
                <w:w w:val="105"/>
                <w:sz w:val="15"/>
              </w:rPr>
              <w:t>соответствующее</w:t>
            </w:r>
            <w:r w:rsidRPr="00E85698">
              <w:rPr>
                <w:spacing w:val="-2"/>
                <w:w w:val="105"/>
                <w:sz w:val="15"/>
              </w:rPr>
              <w:t xml:space="preserve"> </w:t>
            </w:r>
            <w:r w:rsidRPr="00E85698">
              <w:rPr>
                <w:w w:val="105"/>
                <w:sz w:val="15"/>
              </w:rPr>
              <w:t>правило;</w:t>
            </w:r>
          </w:p>
          <w:p w:rsidR="003147F9" w:rsidRPr="00E85698" w:rsidRDefault="003147F9" w:rsidP="00A047B0">
            <w:pPr>
              <w:pStyle w:val="TableParagraph"/>
              <w:spacing w:before="1" w:line="266" w:lineRule="auto"/>
              <w:ind w:left="79"/>
              <w:rPr>
                <w:sz w:val="15"/>
              </w:rPr>
            </w:pPr>
            <w:r w:rsidRPr="00E85698">
              <w:rPr>
                <w:w w:val="105"/>
                <w:sz w:val="15"/>
              </w:rPr>
              <w:t>Выбирать</w:t>
            </w:r>
            <w:r w:rsidRPr="00E85698">
              <w:rPr>
                <w:spacing w:val="-9"/>
                <w:w w:val="105"/>
                <w:sz w:val="15"/>
              </w:rPr>
              <w:t xml:space="preserve"> </w:t>
            </w:r>
            <w:r w:rsidRPr="00E85698">
              <w:rPr>
                <w:w w:val="105"/>
                <w:sz w:val="15"/>
              </w:rPr>
              <w:t>гласную</w:t>
            </w:r>
            <w:r w:rsidRPr="00E85698">
              <w:rPr>
                <w:spacing w:val="-8"/>
                <w:w w:val="105"/>
                <w:sz w:val="15"/>
              </w:rPr>
              <w:t xml:space="preserve"> </w:t>
            </w:r>
            <w:r w:rsidRPr="00E85698">
              <w:rPr>
                <w:w w:val="105"/>
                <w:sz w:val="15"/>
              </w:rPr>
              <w:t>о</w:t>
            </w:r>
            <w:r w:rsidRPr="00E85698">
              <w:rPr>
                <w:spacing w:val="-8"/>
                <w:w w:val="105"/>
                <w:sz w:val="15"/>
              </w:rPr>
              <w:t xml:space="preserve"> </w:t>
            </w:r>
            <w:r w:rsidRPr="00E85698">
              <w:rPr>
                <w:w w:val="105"/>
                <w:sz w:val="15"/>
              </w:rPr>
              <w:t>или</w:t>
            </w:r>
            <w:r w:rsidRPr="00E85698">
              <w:rPr>
                <w:spacing w:val="-8"/>
                <w:w w:val="105"/>
                <w:sz w:val="15"/>
              </w:rPr>
              <w:t xml:space="preserve"> </w:t>
            </w:r>
            <w:r w:rsidRPr="00E85698">
              <w:rPr>
                <w:w w:val="105"/>
                <w:sz w:val="15"/>
              </w:rPr>
              <w:t>е</w:t>
            </w:r>
            <w:r w:rsidRPr="00E85698">
              <w:rPr>
                <w:spacing w:val="-8"/>
                <w:w w:val="105"/>
                <w:sz w:val="15"/>
              </w:rPr>
              <w:t xml:space="preserve"> </w:t>
            </w:r>
            <w:r w:rsidRPr="00E85698">
              <w:rPr>
                <w:w w:val="105"/>
                <w:sz w:val="15"/>
              </w:rPr>
              <w:t>после</w:t>
            </w:r>
            <w:r w:rsidRPr="00E85698">
              <w:rPr>
                <w:spacing w:val="-8"/>
                <w:w w:val="105"/>
                <w:sz w:val="15"/>
              </w:rPr>
              <w:t xml:space="preserve"> </w:t>
            </w:r>
            <w:r w:rsidRPr="00E85698">
              <w:rPr>
                <w:w w:val="105"/>
                <w:sz w:val="15"/>
              </w:rPr>
              <w:t>шипящих</w:t>
            </w:r>
            <w:r w:rsidRPr="00E85698">
              <w:rPr>
                <w:spacing w:val="-8"/>
                <w:w w:val="105"/>
                <w:sz w:val="15"/>
              </w:rPr>
              <w:t xml:space="preserve"> </w:t>
            </w:r>
            <w:r w:rsidRPr="00E85698">
              <w:rPr>
                <w:w w:val="105"/>
                <w:sz w:val="15"/>
              </w:rPr>
              <w:t>на</w:t>
            </w:r>
            <w:r w:rsidRPr="00E85698">
              <w:rPr>
                <w:spacing w:val="-8"/>
                <w:w w:val="105"/>
                <w:sz w:val="15"/>
              </w:rPr>
              <w:t xml:space="preserve"> </w:t>
            </w:r>
            <w:r w:rsidRPr="00E85698">
              <w:rPr>
                <w:w w:val="105"/>
                <w:sz w:val="15"/>
              </w:rPr>
              <w:t>конце</w:t>
            </w:r>
            <w:r w:rsidRPr="00E85698">
              <w:rPr>
                <w:spacing w:val="-8"/>
                <w:w w:val="105"/>
                <w:sz w:val="15"/>
              </w:rPr>
              <w:t xml:space="preserve"> </w:t>
            </w:r>
            <w:r w:rsidRPr="00E85698">
              <w:rPr>
                <w:w w:val="105"/>
                <w:sz w:val="15"/>
              </w:rPr>
              <w:t>наречий,</w:t>
            </w:r>
            <w:r w:rsidRPr="00E85698">
              <w:rPr>
                <w:spacing w:val="-9"/>
                <w:w w:val="105"/>
                <w:sz w:val="15"/>
              </w:rPr>
              <w:t xml:space="preserve"> </w:t>
            </w:r>
            <w:r w:rsidRPr="00E85698">
              <w:rPr>
                <w:w w:val="105"/>
                <w:sz w:val="15"/>
              </w:rPr>
              <w:t>образованных</w:t>
            </w:r>
            <w:r w:rsidRPr="00E85698">
              <w:rPr>
                <w:spacing w:val="-36"/>
                <w:w w:val="105"/>
                <w:sz w:val="15"/>
              </w:rPr>
              <w:t xml:space="preserve"> </w:t>
            </w:r>
            <w:r w:rsidRPr="00E85698">
              <w:rPr>
                <w:w w:val="105"/>
                <w:sz w:val="15"/>
              </w:rPr>
              <w:t>суффиксальным</w:t>
            </w:r>
            <w:r w:rsidRPr="00E85698">
              <w:rPr>
                <w:spacing w:val="-4"/>
                <w:w w:val="105"/>
                <w:sz w:val="15"/>
              </w:rPr>
              <w:t xml:space="preserve"> </w:t>
            </w:r>
            <w:r w:rsidRPr="00E85698">
              <w:rPr>
                <w:w w:val="105"/>
                <w:sz w:val="15"/>
              </w:rPr>
              <w:t>способом,</w:t>
            </w:r>
            <w:r w:rsidRPr="00E85698">
              <w:rPr>
                <w:spacing w:val="-4"/>
                <w:w w:val="105"/>
                <w:sz w:val="15"/>
              </w:rPr>
              <w:t xml:space="preserve"> </w:t>
            </w:r>
            <w:r w:rsidRPr="00E85698">
              <w:rPr>
                <w:w w:val="105"/>
                <w:sz w:val="15"/>
              </w:rPr>
              <w:t>используя</w:t>
            </w:r>
            <w:r w:rsidRPr="00E85698">
              <w:rPr>
                <w:spacing w:val="-4"/>
                <w:w w:val="105"/>
                <w:sz w:val="15"/>
              </w:rPr>
              <w:t xml:space="preserve"> </w:t>
            </w:r>
            <w:r w:rsidRPr="00E85698">
              <w:rPr>
                <w:w w:val="105"/>
                <w:sz w:val="15"/>
              </w:rPr>
              <w:t>соответствующее</w:t>
            </w:r>
            <w:r w:rsidRPr="00E85698">
              <w:rPr>
                <w:spacing w:val="-4"/>
                <w:w w:val="105"/>
                <w:sz w:val="15"/>
              </w:rPr>
              <w:t xml:space="preserve"> </w:t>
            </w:r>
            <w:r w:rsidRPr="00E85698">
              <w:rPr>
                <w:w w:val="105"/>
                <w:sz w:val="15"/>
              </w:rPr>
              <w:t>правило;</w:t>
            </w:r>
          </w:p>
          <w:p w:rsidR="003147F9" w:rsidRPr="00E85698" w:rsidRDefault="003147F9" w:rsidP="00A047B0">
            <w:pPr>
              <w:pStyle w:val="TableParagraph"/>
              <w:spacing w:before="1" w:line="266" w:lineRule="auto"/>
              <w:ind w:left="79"/>
              <w:rPr>
                <w:sz w:val="15"/>
              </w:rPr>
            </w:pPr>
            <w:r w:rsidRPr="00E85698">
              <w:rPr>
                <w:w w:val="105"/>
                <w:sz w:val="15"/>
              </w:rPr>
              <w:t>Выбирать</w:t>
            </w:r>
            <w:r w:rsidRPr="00E85698">
              <w:rPr>
                <w:spacing w:val="-10"/>
                <w:w w:val="105"/>
                <w:sz w:val="15"/>
              </w:rPr>
              <w:t xml:space="preserve"> </w:t>
            </w:r>
            <w:r w:rsidRPr="00E85698">
              <w:rPr>
                <w:w w:val="105"/>
                <w:sz w:val="15"/>
              </w:rPr>
              <w:t>гласную</w:t>
            </w:r>
            <w:r w:rsidRPr="00E85698">
              <w:rPr>
                <w:spacing w:val="-10"/>
                <w:w w:val="105"/>
                <w:sz w:val="15"/>
              </w:rPr>
              <w:t xml:space="preserve"> </w:t>
            </w:r>
            <w:r w:rsidRPr="00E85698">
              <w:rPr>
                <w:w w:val="105"/>
                <w:sz w:val="15"/>
              </w:rPr>
              <w:t>в</w:t>
            </w:r>
            <w:r w:rsidRPr="00E85698">
              <w:rPr>
                <w:spacing w:val="-9"/>
                <w:w w:val="105"/>
                <w:sz w:val="15"/>
              </w:rPr>
              <w:t xml:space="preserve"> </w:t>
            </w:r>
            <w:r w:rsidRPr="00E85698">
              <w:rPr>
                <w:w w:val="105"/>
                <w:sz w:val="15"/>
              </w:rPr>
              <w:t>приставках</w:t>
            </w:r>
            <w:r w:rsidRPr="00E85698">
              <w:rPr>
                <w:spacing w:val="-10"/>
                <w:w w:val="105"/>
                <w:sz w:val="15"/>
              </w:rPr>
              <w:t xml:space="preserve"> </w:t>
            </w:r>
            <w:r w:rsidRPr="00E85698">
              <w:rPr>
                <w:w w:val="105"/>
                <w:sz w:val="15"/>
              </w:rPr>
              <w:t>не-</w:t>
            </w:r>
            <w:r w:rsidRPr="00E85698">
              <w:rPr>
                <w:spacing w:val="-10"/>
                <w:w w:val="105"/>
                <w:sz w:val="15"/>
              </w:rPr>
              <w:t xml:space="preserve"> </w:t>
            </w:r>
            <w:r w:rsidRPr="00E85698">
              <w:rPr>
                <w:w w:val="105"/>
                <w:sz w:val="15"/>
              </w:rPr>
              <w:t>и</w:t>
            </w:r>
            <w:r w:rsidRPr="00E85698">
              <w:rPr>
                <w:spacing w:val="-9"/>
                <w:w w:val="105"/>
                <w:sz w:val="15"/>
              </w:rPr>
              <w:t xml:space="preserve"> </w:t>
            </w:r>
            <w:r w:rsidRPr="00E85698">
              <w:rPr>
                <w:w w:val="105"/>
                <w:sz w:val="15"/>
              </w:rPr>
              <w:t>ни-</w:t>
            </w:r>
            <w:r w:rsidRPr="00E85698">
              <w:rPr>
                <w:spacing w:val="-10"/>
                <w:w w:val="105"/>
                <w:sz w:val="15"/>
              </w:rPr>
              <w:t xml:space="preserve"> </w:t>
            </w:r>
            <w:r w:rsidRPr="00E85698">
              <w:rPr>
                <w:w w:val="105"/>
                <w:sz w:val="15"/>
              </w:rPr>
              <w:t>наречий,</w:t>
            </w:r>
            <w:r w:rsidRPr="00E85698">
              <w:rPr>
                <w:spacing w:val="-9"/>
                <w:w w:val="105"/>
                <w:sz w:val="15"/>
              </w:rPr>
              <w:t xml:space="preserve"> </w:t>
            </w:r>
            <w:r w:rsidRPr="00E85698">
              <w:rPr>
                <w:w w:val="105"/>
                <w:sz w:val="15"/>
              </w:rPr>
              <w:t>используя</w:t>
            </w:r>
            <w:r w:rsidRPr="00E85698">
              <w:rPr>
                <w:spacing w:val="-10"/>
                <w:w w:val="105"/>
                <w:sz w:val="15"/>
              </w:rPr>
              <w:t xml:space="preserve"> </w:t>
            </w:r>
            <w:r w:rsidRPr="00E85698">
              <w:rPr>
                <w:w w:val="105"/>
                <w:sz w:val="15"/>
              </w:rPr>
              <w:t>соответствующее</w:t>
            </w:r>
            <w:r w:rsidRPr="00E85698">
              <w:rPr>
                <w:spacing w:val="-36"/>
                <w:w w:val="105"/>
                <w:sz w:val="15"/>
              </w:rPr>
              <w:t xml:space="preserve"> </w:t>
            </w:r>
            <w:r w:rsidRPr="00E85698">
              <w:rPr>
                <w:w w:val="105"/>
                <w:sz w:val="15"/>
              </w:rPr>
              <w:t>правило;</w:t>
            </w:r>
          </w:p>
          <w:p w:rsidR="003147F9" w:rsidRPr="00E85698" w:rsidRDefault="003147F9" w:rsidP="00A047B0">
            <w:pPr>
              <w:pStyle w:val="TableParagraph"/>
              <w:spacing w:before="2" w:line="266" w:lineRule="auto"/>
              <w:ind w:left="79"/>
              <w:rPr>
                <w:sz w:val="15"/>
              </w:rPr>
            </w:pPr>
            <w:r w:rsidRPr="00E85698">
              <w:rPr>
                <w:w w:val="105"/>
                <w:sz w:val="15"/>
              </w:rPr>
              <w:t>Выбирать</w:t>
            </w:r>
            <w:r w:rsidRPr="00E85698">
              <w:rPr>
                <w:spacing w:val="-9"/>
                <w:w w:val="105"/>
                <w:sz w:val="15"/>
              </w:rPr>
              <w:t xml:space="preserve"> </w:t>
            </w:r>
            <w:r w:rsidRPr="00E85698">
              <w:rPr>
                <w:w w:val="105"/>
                <w:sz w:val="15"/>
              </w:rPr>
              <w:t>слитное</w:t>
            </w:r>
            <w:r w:rsidRPr="00E85698">
              <w:rPr>
                <w:spacing w:val="-8"/>
                <w:w w:val="105"/>
                <w:sz w:val="15"/>
              </w:rPr>
              <w:t xml:space="preserve"> </w:t>
            </w:r>
            <w:r w:rsidRPr="00E85698">
              <w:rPr>
                <w:w w:val="105"/>
                <w:sz w:val="15"/>
              </w:rPr>
              <w:t>или</w:t>
            </w:r>
            <w:r w:rsidRPr="00E85698">
              <w:rPr>
                <w:spacing w:val="-8"/>
                <w:w w:val="105"/>
                <w:sz w:val="15"/>
              </w:rPr>
              <w:t xml:space="preserve"> </w:t>
            </w:r>
            <w:r w:rsidRPr="00E85698">
              <w:rPr>
                <w:w w:val="105"/>
                <w:sz w:val="15"/>
              </w:rPr>
              <w:t>раздельное</w:t>
            </w:r>
            <w:r w:rsidRPr="00E85698">
              <w:rPr>
                <w:spacing w:val="-8"/>
                <w:w w:val="105"/>
                <w:sz w:val="15"/>
              </w:rPr>
              <w:t xml:space="preserve"> </w:t>
            </w:r>
            <w:r w:rsidRPr="00E85698">
              <w:rPr>
                <w:w w:val="105"/>
                <w:sz w:val="15"/>
              </w:rPr>
              <w:t>написание</w:t>
            </w:r>
            <w:r w:rsidRPr="00E85698">
              <w:rPr>
                <w:spacing w:val="-8"/>
                <w:w w:val="105"/>
                <w:sz w:val="15"/>
              </w:rPr>
              <w:t xml:space="preserve"> </w:t>
            </w:r>
            <w:r w:rsidRPr="00E85698">
              <w:rPr>
                <w:w w:val="105"/>
                <w:sz w:val="15"/>
              </w:rPr>
              <w:t>не</w:t>
            </w:r>
            <w:r w:rsidRPr="00E85698">
              <w:rPr>
                <w:spacing w:val="-8"/>
                <w:w w:val="105"/>
                <w:sz w:val="15"/>
              </w:rPr>
              <w:t xml:space="preserve"> </w:t>
            </w:r>
            <w:r w:rsidRPr="00E85698">
              <w:rPr>
                <w:w w:val="105"/>
                <w:sz w:val="15"/>
              </w:rPr>
              <w:t>с</w:t>
            </w:r>
            <w:r w:rsidRPr="00E85698">
              <w:rPr>
                <w:spacing w:val="-8"/>
                <w:w w:val="105"/>
                <w:sz w:val="15"/>
              </w:rPr>
              <w:t xml:space="preserve"> </w:t>
            </w:r>
            <w:r w:rsidRPr="00E85698">
              <w:rPr>
                <w:w w:val="105"/>
                <w:sz w:val="15"/>
              </w:rPr>
              <w:t>наречиями</w:t>
            </w:r>
            <w:r w:rsidRPr="00E85698">
              <w:rPr>
                <w:spacing w:val="-8"/>
                <w:w w:val="105"/>
                <w:sz w:val="15"/>
              </w:rPr>
              <w:t xml:space="preserve"> </w:t>
            </w:r>
            <w:r w:rsidRPr="00E85698">
              <w:rPr>
                <w:w w:val="105"/>
                <w:sz w:val="15"/>
              </w:rPr>
              <w:t>на</w:t>
            </w:r>
            <w:r w:rsidRPr="00E85698">
              <w:rPr>
                <w:spacing w:val="-8"/>
                <w:w w:val="105"/>
                <w:sz w:val="15"/>
              </w:rPr>
              <w:t xml:space="preserve"> </w:t>
            </w:r>
            <w:r w:rsidRPr="00E85698">
              <w:rPr>
                <w:w w:val="105"/>
                <w:sz w:val="15"/>
              </w:rPr>
              <w:t>-о</w:t>
            </w:r>
            <w:r w:rsidRPr="00E85698">
              <w:rPr>
                <w:spacing w:val="-8"/>
                <w:w w:val="105"/>
                <w:sz w:val="15"/>
              </w:rPr>
              <w:t xml:space="preserve"> </w:t>
            </w:r>
            <w:r w:rsidRPr="00E85698">
              <w:rPr>
                <w:w w:val="105"/>
                <w:sz w:val="15"/>
              </w:rPr>
              <w:t>(-е),</w:t>
            </w:r>
            <w:r w:rsidRPr="00E85698">
              <w:rPr>
                <w:spacing w:val="-36"/>
                <w:w w:val="105"/>
                <w:sz w:val="15"/>
              </w:rPr>
              <w:t xml:space="preserve"> </w:t>
            </w:r>
            <w:r w:rsidRPr="00E85698">
              <w:rPr>
                <w:w w:val="105"/>
                <w:sz w:val="15"/>
              </w:rPr>
              <w:t>образованными от качественных имён прилагательных, используя</w:t>
            </w:r>
            <w:r w:rsidRPr="00E85698">
              <w:rPr>
                <w:spacing w:val="1"/>
                <w:w w:val="105"/>
                <w:sz w:val="15"/>
              </w:rPr>
              <w:t xml:space="preserve"> </w:t>
            </w:r>
            <w:r w:rsidRPr="00E85698">
              <w:rPr>
                <w:w w:val="105"/>
                <w:sz w:val="15"/>
              </w:rPr>
              <w:t>соответствующее</w:t>
            </w:r>
            <w:r w:rsidRPr="00E85698">
              <w:rPr>
                <w:spacing w:val="-2"/>
                <w:w w:val="105"/>
                <w:sz w:val="15"/>
              </w:rPr>
              <w:t xml:space="preserve"> </w:t>
            </w:r>
            <w:r w:rsidRPr="00E85698">
              <w:rPr>
                <w:w w:val="105"/>
                <w:sz w:val="15"/>
              </w:rPr>
              <w:t>правило;</w:t>
            </w:r>
          </w:p>
          <w:p w:rsidR="003147F9" w:rsidRPr="00E85698" w:rsidRDefault="003147F9" w:rsidP="00A047B0">
            <w:pPr>
              <w:pStyle w:val="TableParagraph"/>
              <w:spacing w:before="2" w:line="266" w:lineRule="auto"/>
              <w:ind w:left="79"/>
              <w:rPr>
                <w:sz w:val="15"/>
              </w:rPr>
            </w:pPr>
            <w:r w:rsidRPr="00E85698">
              <w:rPr>
                <w:w w:val="105"/>
                <w:sz w:val="15"/>
              </w:rPr>
              <w:t>Выбирать</w:t>
            </w:r>
            <w:r w:rsidRPr="00E85698">
              <w:rPr>
                <w:spacing w:val="-7"/>
                <w:w w:val="105"/>
                <w:sz w:val="15"/>
              </w:rPr>
              <w:t xml:space="preserve"> </w:t>
            </w:r>
            <w:r w:rsidRPr="00E85698">
              <w:rPr>
                <w:w w:val="105"/>
                <w:sz w:val="15"/>
              </w:rPr>
              <w:t>одно</w:t>
            </w:r>
            <w:r w:rsidRPr="00E85698">
              <w:rPr>
                <w:spacing w:val="-7"/>
                <w:w w:val="105"/>
                <w:sz w:val="15"/>
              </w:rPr>
              <w:t xml:space="preserve"> </w:t>
            </w:r>
            <w:r w:rsidRPr="00E85698">
              <w:rPr>
                <w:w w:val="105"/>
                <w:sz w:val="15"/>
              </w:rPr>
              <w:t>или</w:t>
            </w:r>
            <w:r w:rsidRPr="00E85698">
              <w:rPr>
                <w:spacing w:val="-7"/>
                <w:w w:val="105"/>
                <w:sz w:val="15"/>
              </w:rPr>
              <w:t xml:space="preserve"> </w:t>
            </w:r>
            <w:r w:rsidRPr="00E85698">
              <w:rPr>
                <w:w w:val="105"/>
                <w:sz w:val="15"/>
              </w:rPr>
              <w:t>два</w:t>
            </w:r>
            <w:r w:rsidRPr="00E85698">
              <w:rPr>
                <w:spacing w:val="-7"/>
                <w:w w:val="105"/>
                <w:sz w:val="15"/>
              </w:rPr>
              <w:t xml:space="preserve"> </w:t>
            </w:r>
            <w:r w:rsidRPr="00E85698">
              <w:rPr>
                <w:w w:val="105"/>
                <w:sz w:val="15"/>
              </w:rPr>
              <w:t>н</w:t>
            </w:r>
            <w:r w:rsidRPr="00E85698">
              <w:rPr>
                <w:spacing w:val="-7"/>
                <w:w w:val="105"/>
                <w:sz w:val="15"/>
              </w:rPr>
              <w:t xml:space="preserve"> </w:t>
            </w:r>
            <w:r w:rsidRPr="00E85698">
              <w:rPr>
                <w:w w:val="105"/>
                <w:sz w:val="15"/>
              </w:rPr>
              <w:t>в</w:t>
            </w:r>
            <w:r w:rsidRPr="00E85698">
              <w:rPr>
                <w:spacing w:val="-7"/>
                <w:w w:val="105"/>
                <w:sz w:val="15"/>
              </w:rPr>
              <w:t xml:space="preserve"> </w:t>
            </w:r>
            <w:r w:rsidRPr="00E85698">
              <w:rPr>
                <w:w w:val="105"/>
                <w:sz w:val="15"/>
              </w:rPr>
              <w:t>наречиях</w:t>
            </w:r>
            <w:r w:rsidRPr="00E85698">
              <w:rPr>
                <w:spacing w:val="-7"/>
                <w:w w:val="105"/>
                <w:sz w:val="15"/>
              </w:rPr>
              <w:t xml:space="preserve"> </w:t>
            </w:r>
            <w:r w:rsidRPr="00E85698">
              <w:rPr>
                <w:w w:val="105"/>
                <w:sz w:val="15"/>
              </w:rPr>
              <w:t>на</w:t>
            </w:r>
            <w:r w:rsidRPr="00E85698">
              <w:rPr>
                <w:spacing w:val="-7"/>
                <w:w w:val="105"/>
                <w:sz w:val="15"/>
              </w:rPr>
              <w:t xml:space="preserve"> </w:t>
            </w:r>
            <w:r w:rsidRPr="00E85698">
              <w:rPr>
                <w:w w:val="105"/>
                <w:sz w:val="15"/>
              </w:rPr>
              <w:t>-о</w:t>
            </w:r>
            <w:r w:rsidRPr="00E85698">
              <w:rPr>
                <w:spacing w:val="-7"/>
                <w:w w:val="105"/>
                <w:sz w:val="15"/>
              </w:rPr>
              <w:t xml:space="preserve"> </w:t>
            </w:r>
            <w:r w:rsidRPr="00E85698">
              <w:rPr>
                <w:w w:val="105"/>
                <w:sz w:val="15"/>
              </w:rPr>
              <w:t>и</w:t>
            </w:r>
            <w:r w:rsidRPr="00E85698">
              <w:rPr>
                <w:spacing w:val="-7"/>
                <w:w w:val="105"/>
                <w:sz w:val="15"/>
              </w:rPr>
              <w:t xml:space="preserve"> </w:t>
            </w:r>
            <w:r w:rsidRPr="00E85698">
              <w:rPr>
                <w:w w:val="105"/>
                <w:sz w:val="15"/>
              </w:rPr>
              <w:t>-е,</w:t>
            </w:r>
            <w:r w:rsidRPr="00E85698">
              <w:rPr>
                <w:spacing w:val="-7"/>
                <w:w w:val="105"/>
                <w:sz w:val="15"/>
              </w:rPr>
              <w:t xml:space="preserve"> </w:t>
            </w:r>
            <w:r w:rsidRPr="00E85698">
              <w:rPr>
                <w:w w:val="105"/>
                <w:sz w:val="15"/>
              </w:rPr>
              <w:t>используя</w:t>
            </w:r>
            <w:r w:rsidRPr="00E85698">
              <w:rPr>
                <w:spacing w:val="-7"/>
                <w:w w:val="105"/>
                <w:sz w:val="15"/>
              </w:rPr>
              <w:t xml:space="preserve"> </w:t>
            </w:r>
            <w:r w:rsidRPr="00E85698">
              <w:rPr>
                <w:w w:val="105"/>
                <w:sz w:val="15"/>
              </w:rPr>
              <w:t>соответствующее</w:t>
            </w:r>
            <w:r w:rsidRPr="00E85698">
              <w:rPr>
                <w:spacing w:val="-36"/>
                <w:w w:val="105"/>
                <w:sz w:val="15"/>
              </w:rPr>
              <w:t xml:space="preserve"> </w:t>
            </w:r>
            <w:r w:rsidRPr="00E85698">
              <w:rPr>
                <w:w w:val="105"/>
                <w:sz w:val="15"/>
              </w:rPr>
              <w:t>правило;</w:t>
            </w:r>
          </w:p>
          <w:p w:rsidR="003147F9" w:rsidRPr="00E85698" w:rsidRDefault="003147F9" w:rsidP="00A047B0">
            <w:pPr>
              <w:pStyle w:val="TableParagraph"/>
              <w:spacing w:before="1" w:line="266" w:lineRule="auto"/>
              <w:ind w:left="79" w:right="197"/>
              <w:rPr>
                <w:sz w:val="15"/>
              </w:rPr>
            </w:pPr>
            <w:r w:rsidRPr="00E85698">
              <w:rPr>
                <w:w w:val="105"/>
                <w:sz w:val="15"/>
              </w:rPr>
              <w:t>Выбирать правильное написание наречий с основой на шипящие;</w:t>
            </w:r>
            <w:r w:rsidRPr="00E85698">
              <w:rPr>
                <w:spacing w:val="1"/>
                <w:w w:val="105"/>
                <w:sz w:val="15"/>
              </w:rPr>
              <w:t xml:space="preserve"> </w:t>
            </w:r>
            <w:r w:rsidRPr="00E85698">
              <w:rPr>
                <w:w w:val="105"/>
                <w:sz w:val="15"/>
              </w:rPr>
              <w:t>Анализировать</w:t>
            </w:r>
            <w:r w:rsidRPr="00E85698">
              <w:rPr>
                <w:spacing w:val="-10"/>
                <w:w w:val="105"/>
                <w:sz w:val="15"/>
              </w:rPr>
              <w:t xml:space="preserve"> </w:t>
            </w:r>
            <w:r w:rsidRPr="00E85698">
              <w:rPr>
                <w:w w:val="105"/>
                <w:sz w:val="15"/>
              </w:rPr>
              <w:t>словосочетания</w:t>
            </w:r>
            <w:r w:rsidRPr="00E85698">
              <w:rPr>
                <w:spacing w:val="-10"/>
                <w:w w:val="105"/>
                <w:sz w:val="15"/>
              </w:rPr>
              <w:t xml:space="preserve"> </w:t>
            </w:r>
            <w:r w:rsidRPr="00E85698">
              <w:rPr>
                <w:w w:val="105"/>
                <w:sz w:val="15"/>
              </w:rPr>
              <w:t>с</w:t>
            </w:r>
            <w:r w:rsidRPr="00E85698">
              <w:rPr>
                <w:spacing w:val="-9"/>
                <w:w w:val="105"/>
                <w:sz w:val="15"/>
              </w:rPr>
              <w:t xml:space="preserve"> </w:t>
            </w:r>
            <w:r w:rsidRPr="00E85698">
              <w:rPr>
                <w:w w:val="105"/>
                <w:sz w:val="15"/>
              </w:rPr>
              <w:t>наречием</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роли</w:t>
            </w:r>
            <w:r w:rsidRPr="00E85698">
              <w:rPr>
                <w:spacing w:val="-9"/>
                <w:w w:val="105"/>
                <w:sz w:val="15"/>
              </w:rPr>
              <w:t xml:space="preserve"> </w:t>
            </w:r>
            <w:r w:rsidRPr="00E85698">
              <w:rPr>
                <w:w w:val="105"/>
                <w:sz w:val="15"/>
              </w:rPr>
              <w:t>главного</w:t>
            </w:r>
            <w:r w:rsidRPr="00E85698">
              <w:rPr>
                <w:spacing w:val="-10"/>
                <w:w w:val="105"/>
                <w:sz w:val="15"/>
              </w:rPr>
              <w:t xml:space="preserve"> </w:t>
            </w:r>
            <w:r w:rsidRPr="00E85698">
              <w:rPr>
                <w:w w:val="105"/>
                <w:sz w:val="15"/>
              </w:rPr>
              <w:t>и</w:t>
            </w:r>
            <w:r w:rsidRPr="00E85698">
              <w:rPr>
                <w:spacing w:val="-10"/>
                <w:w w:val="105"/>
                <w:sz w:val="15"/>
              </w:rPr>
              <w:t xml:space="preserve"> </w:t>
            </w:r>
            <w:r w:rsidRPr="00E85698">
              <w:rPr>
                <w:w w:val="105"/>
                <w:sz w:val="15"/>
              </w:rPr>
              <w:t>зависимого</w:t>
            </w:r>
            <w:r w:rsidRPr="00E85698">
              <w:rPr>
                <w:spacing w:val="-9"/>
                <w:w w:val="105"/>
                <w:sz w:val="15"/>
              </w:rPr>
              <w:t xml:space="preserve"> </w:t>
            </w:r>
            <w:r w:rsidRPr="00E85698">
              <w:rPr>
                <w:w w:val="105"/>
                <w:sz w:val="15"/>
              </w:rPr>
              <w:t>слова;</w:t>
            </w:r>
            <w:r w:rsidRPr="00E85698">
              <w:rPr>
                <w:spacing w:val="-37"/>
                <w:w w:val="105"/>
                <w:sz w:val="15"/>
              </w:rPr>
              <w:t xml:space="preserve"> </w:t>
            </w:r>
            <w:r w:rsidRPr="00E85698">
              <w:rPr>
                <w:w w:val="105"/>
                <w:sz w:val="15"/>
              </w:rPr>
              <w:t>Моделировать</w:t>
            </w:r>
            <w:r w:rsidRPr="00E85698">
              <w:rPr>
                <w:spacing w:val="-9"/>
                <w:w w:val="105"/>
                <w:sz w:val="15"/>
              </w:rPr>
              <w:t xml:space="preserve"> </w:t>
            </w:r>
            <w:r w:rsidRPr="00E85698">
              <w:rPr>
                <w:w w:val="105"/>
                <w:sz w:val="15"/>
              </w:rPr>
              <w:t>словосочетания</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наречием</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роли</w:t>
            </w:r>
            <w:r w:rsidRPr="00E85698">
              <w:rPr>
                <w:spacing w:val="-9"/>
                <w:w w:val="105"/>
                <w:sz w:val="15"/>
              </w:rPr>
              <w:t xml:space="preserve"> </w:t>
            </w:r>
            <w:r w:rsidRPr="00E85698">
              <w:rPr>
                <w:w w:val="105"/>
                <w:sz w:val="15"/>
              </w:rPr>
              <w:t>главного</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зависимого</w:t>
            </w:r>
            <w:r w:rsidRPr="00E85698">
              <w:rPr>
                <w:spacing w:val="-9"/>
                <w:w w:val="105"/>
                <w:sz w:val="15"/>
              </w:rPr>
              <w:t xml:space="preserve"> </w:t>
            </w:r>
            <w:r w:rsidRPr="00E85698">
              <w:rPr>
                <w:w w:val="105"/>
                <w:sz w:val="15"/>
              </w:rPr>
              <w:t>слова;</w:t>
            </w:r>
            <w:r w:rsidRPr="00E85698">
              <w:rPr>
                <w:spacing w:val="1"/>
                <w:w w:val="105"/>
                <w:sz w:val="15"/>
              </w:rPr>
              <w:t xml:space="preserve"> </w:t>
            </w:r>
            <w:r w:rsidRPr="00E85698">
              <w:rPr>
                <w:w w:val="105"/>
                <w:sz w:val="15"/>
              </w:rPr>
              <w:t>Выявлять средства грамматической связи предложений и частей текста,</w:t>
            </w:r>
            <w:r w:rsidRPr="00E85698">
              <w:rPr>
                <w:spacing w:val="1"/>
                <w:w w:val="105"/>
                <w:sz w:val="15"/>
              </w:rPr>
              <w:t xml:space="preserve"> </w:t>
            </w:r>
            <w:r w:rsidRPr="00E85698">
              <w:rPr>
                <w:w w:val="105"/>
                <w:sz w:val="15"/>
              </w:rPr>
              <w:t>выраженные</w:t>
            </w:r>
            <w:r w:rsidRPr="00E85698">
              <w:rPr>
                <w:spacing w:val="-2"/>
                <w:w w:val="105"/>
                <w:sz w:val="15"/>
              </w:rPr>
              <w:t xml:space="preserve"> </w:t>
            </w:r>
            <w:r w:rsidRPr="00E85698">
              <w:rPr>
                <w:w w:val="105"/>
                <w:sz w:val="15"/>
              </w:rPr>
              <w:t>наречиями;</w:t>
            </w:r>
          </w:p>
          <w:p w:rsidR="003147F9" w:rsidRPr="00E85698" w:rsidRDefault="003147F9" w:rsidP="00A047B0">
            <w:pPr>
              <w:pStyle w:val="TableParagraph"/>
              <w:spacing w:before="3" w:line="266" w:lineRule="auto"/>
              <w:ind w:left="79" w:right="2315"/>
              <w:rPr>
                <w:sz w:val="15"/>
              </w:rPr>
            </w:pPr>
            <w:r w:rsidRPr="00E85698">
              <w:rPr>
                <w:spacing w:val="-1"/>
                <w:w w:val="105"/>
                <w:sz w:val="15"/>
              </w:rPr>
              <w:t>Выполнять</w:t>
            </w:r>
            <w:r w:rsidRPr="00E85698">
              <w:rPr>
                <w:spacing w:val="-9"/>
                <w:w w:val="105"/>
                <w:sz w:val="15"/>
              </w:rPr>
              <w:t xml:space="preserve"> </w:t>
            </w:r>
            <w:r w:rsidRPr="00E85698">
              <w:rPr>
                <w:spacing w:val="-1"/>
                <w:w w:val="105"/>
                <w:sz w:val="15"/>
              </w:rPr>
              <w:t>морфологический</w:t>
            </w:r>
            <w:r w:rsidRPr="00E85698">
              <w:rPr>
                <w:spacing w:val="-9"/>
                <w:w w:val="105"/>
                <w:sz w:val="15"/>
              </w:rPr>
              <w:t xml:space="preserve"> </w:t>
            </w:r>
            <w:r w:rsidRPr="00E85698">
              <w:rPr>
                <w:w w:val="105"/>
                <w:sz w:val="15"/>
              </w:rPr>
              <w:t>анализ</w:t>
            </w:r>
            <w:r w:rsidRPr="00E85698">
              <w:rPr>
                <w:spacing w:val="-9"/>
                <w:w w:val="105"/>
                <w:sz w:val="15"/>
              </w:rPr>
              <w:t xml:space="preserve"> </w:t>
            </w:r>
            <w:r w:rsidRPr="00E85698">
              <w:rPr>
                <w:w w:val="105"/>
                <w:sz w:val="15"/>
              </w:rPr>
              <w:t>наречий;</w:t>
            </w:r>
            <w:r w:rsidRPr="00E85698">
              <w:rPr>
                <w:spacing w:val="-36"/>
                <w:w w:val="105"/>
                <w:sz w:val="15"/>
              </w:rPr>
              <w:t xml:space="preserve"> </w:t>
            </w:r>
            <w:r w:rsidRPr="00E85698">
              <w:rPr>
                <w:w w:val="105"/>
                <w:sz w:val="15"/>
              </w:rPr>
              <w:t>Характеризовать роль наречий в тексте;</w:t>
            </w:r>
            <w:r w:rsidRPr="00E85698">
              <w:rPr>
                <w:spacing w:val="1"/>
                <w:w w:val="105"/>
                <w:sz w:val="15"/>
              </w:rPr>
              <w:t xml:space="preserve"> </w:t>
            </w:r>
            <w:r w:rsidRPr="00E85698">
              <w:rPr>
                <w:w w:val="105"/>
                <w:sz w:val="15"/>
              </w:rPr>
              <w:t>Уместно</w:t>
            </w:r>
            <w:r w:rsidRPr="00E85698">
              <w:rPr>
                <w:spacing w:val="-4"/>
                <w:w w:val="105"/>
                <w:sz w:val="15"/>
              </w:rPr>
              <w:t xml:space="preserve"> </w:t>
            </w:r>
            <w:r w:rsidRPr="00E85698">
              <w:rPr>
                <w:w w:val="105"/>
                <w:sz w:val="15"/>
              </w:rPr>
              <w:t>использовать</w:t>
            </w:r>
            <w:r w:rsidRPr="00E85698">
              <w:rPr>
                <w:spacing w:val="-3"/>
                <w:w w:val="105"/>
                <w:sz w:val="15"/>
              </w:rPr>
              <w:t xml:space="preserve"> </w:t>
            </w:r>
            <w:r w:rsidRPr="00E85698">
              <w:rPr>
                <w:w w:val="105"/>
                <w:sz w:val="15"/>
              </w:rPr>
              <w:t>наречия</w:t>
            </w:r>
            <w:r w:rsidRPr="00E85698">
              <w:rPr>
                <w:spacing w:val="-4"/>
                <w:w w:val="105"/>
                <w:sz w:val="15"/>
              </w:rPr>
              <w:t xml:space="preserve"> </w:t>
            </w:r>
            <w:r w:rsidRPr="00E85698">
              <w:rPr>
                <w:w w:val="105"/>
                <w:sz w:val="15"/>
              </w:rPr>
              <w:t>в</w:t>
            </w:r>
            <w:r w:rsidRPr="00E85698">
              <w:rPr>
                <w:spacing w:val="-3"/>
                <w:w w:val="105"/>
                <w:sz w:val="15"/>
              </w:rPr>
              <w:t xml:space="preserve"> </w:t>
            </w:r>
            <w:r w:rsidRPr="00E85698">
              <w:rPr>
                <w:w w:val="105"/>
                <w:sz w:val="15"/>
              </w:rPr>
              <w:t>речи;</w:t>
            </w:r>
          </w:p>
        </w:tc>
        <w:tc>
          <w:tcPr>
            <w:tcW w:w="1134" w:type="dxa"/>
            <w:gridSpan w:val="3"/>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ind w:left="79"/>
              <w:rPr>
                <w:sz w:val="15"/>
              </w:rPr>
            </w:pPr>
            <w:r w:rsidRPr="00E85698">
              <w:rPr>
                <w:w w:val="105"/>
                <w:sz w:val="15"/>
              </w:rPr>
              <w:t>Тестирование;</w:t>
            </w:r>
          </w:p>
        </w:tc>
        <w:tc>
          <w:tcPr>
            <w:tcW w:w="1701" w:type="dxa"/>
          </w:tcPr>
          <w:p w:rsidR="003147F9" w:rsidRPr="00E85698" w:rsidRDefault="00942243" w:rsidP="00A047B0">
            <w:pPr>
              <w:pStyle w:val="TableParagraph"/>
              <w:spacing w:before="64" w:line="266" w:lineRule="auto"/>
              <w:ind w:left="80" w:right="52"/>
              <w:rPr>
                <w:sz w:val="15"/>
              </w:rPr>
            </w:pPr>
            <w:hyperlink r:id="rId47">
              <w:r w:rsidR="003147F9" w:rsidRPr="00E85698">
                <w:rPr>
                  <w:w w:val="105"/>
                  <w:sz w:val="15"/>
                </w:rPr>
                <w:t>http://rus.1september.ru</w:t>
              </w:r>
            </w:hyperlink>
            <w:r w:rsidR="003147F9" w:rsidRPr="00E85698">
              <w:rPr>
                <w:spacing w:val="1"/>
                <w:w w:val="105"/>
                <w:sz w:val="15"/>
              </w:rPr>
              <w:t xml:space="preserve"> </w:t>
            </w:r>
            <w:hyperlink r:id="rId48">
              <w:r w:rsidR="003147F9" w:rsidRPr="00E85698">
                <w:rPr>
                  <w:spacing w:val="-1"/>
                  <w:w w:val="105"/>
                  <w:sz w:val="15"/>
                </w:rPr>
                <w:t>http://pedsovet.su/load/27,</w:t>
              </w:r>
            </w:hyperlink>
            <w:r w:rsidR="003147F9" w:rsidRPr="00E85698">
              <w:rPr>
                <w:spacing w:val="-37"/>
                <w:w w:val="105"/>
                <w:sz w:val="15"/>
              </w:rPr>
              <w:t xml:space="preserve"> </w:t>
            </w:r>
            <w:hyperlink r:id="rId49">
              <w:r w:rsidR="003147F9" w:rsidRPr="00E85698">
                <w:rPr>
                  <w:w w:val="105"/>
                  <w:sz w:val="15"/>
                </w:rPr>
                <w:t>http://www.proshkolu.ru</w:t>
              </w:r>
            </w:hyperlink>
          </w:p>
        </w:tc>
      </w:tr>
      <w:tr w:rsidR="003147F9" w:rsidRPr="00E85698" w:rsidTr="00A047B0">
        <w:trPr>
          <w:gridAfter w:val="1"/>
          <w:wAfter w:w="58" w:type="dxa"/>
          <w:trHeight w:val="2254"/>
        </w:trPr>
        <w:tc>
          <w:tcPr>
            <w:tcW w:w="426" w:type="dxa"/>
            <w:gridSpan w:val="3"/>
          </w:tcPr>
          <w:p w:rsidR="003147F9" w:rsidRPr="00E85698" w:rsidRDefault="003147F9" w:rsidP="00A047B0">
            <w:pPr>
              <w:pStyle w:val="TableParagraph"/>
              <w:spacing w:before="64"/>
              <w:ind w:left="76"/>
              <w:rPr>
                <w:sz w:val="15"/>
              </w:rPr>
            </w:pPr>
            <w:r w:rsidRPr="00E85698">
              <w:rPr>
                <w:w w:val="105"/>
                <w:sz w:val="15"/>
              </w:rPr>
              <w:lastRenderedPageBreak/>
              <w:t>6.5.</w:t>
            </w:r>
          </w:p>
        </w:tc>
        <w:tc>
          <w:tcPr>
            <w:tcW w:w="2976" w:type="dxa"/>
            <w:gridSpan w:val="4"/>
          </w:tcPr>
          <w:p w:rsidR="003147F9" w:rsidRPr="00E85698" w:rsidRDefault="003147F9" w:rsidP="00A047B0">
            <w:pPr>
              <w:pStyle w:val="TableParagraph"/>
              <w:spacing w:before="64"/>
              <w:ind w:left="76"/>
              <w:rPr>
                <w:sz w:val="15"/>
              </w:rPr>
            </w:pPr>
            <w:r w:rsidRPr="00E85698">
              <w:rPr>
                <w:spacing w:val="-1"/>
                <w:w w:val="105"/>
                <w:sz w:val="15"/>
              </w:rPr>
              <w:t>Слова</w:t>
            </w:r>
            <w:r w:rsidRPr="00E85698">
              <w:rPr>
                <w:spacing w:val="-9"/>
                <w:w w:val="105"/>
                <w:sz w:val="15"/>
              </w:rPr>
              <w:t xml:space="preserve"> </w:t>
            </w:r>
            <w:r w:rsidRPr="00E85698">
              <w:rPr>
                <w:w w:val="105"/>
                <w:sz w:val="15"/>
              </w:rPr>
              <w:t>категории</w:t>
            </w:r>
            <w:r w:rsidRPr="00E85698">
              <w:rPr>
                <w:spacing w:val="-9"/>
                <w:w w:val="105"/>
                <w:sz w:val="15"/>
              </w:rPr>
              <w:t xml:space="preserve"> </w:t>
            </w:r>
            <w:r w:rsidRPr="00E85698">
              <w:rPr>
                <w:w w:val="105"/>
                <w:sz w:val="15"/>
              </w:rPr>
              <w:t>состояния</w:t>
            </w:r>
          </w:p>
        </w:tc>
        <w:tc>
          <w:tcPr>
            <w:tcW w:w="426" w:type="dxa"/>
          </w:tcPr>
          <w:p w:rsidR="003147F9" w:rsidRPr="00E85698" w:rsidRDefault="003147F9" w:rsidP="00A047B0">
            <w:pPr>
              <w:pStyle w:val="TableParagraph"/>
              <w:spacing w:before="64"/>
              <w:ind w:left="77"/>
              <w:rPr>
                <w:sz w:val="15"/>
              </w:rPr>
            </w:pPr>
            <w:r w:rsidRPr="00E85698">
              <w:rPr>
                <w:w w:val="104"/>
                <w:sz w:val="15"/>
              </w:rPr>
              <w:t>2</w:t>
            </w:r>
          </w:p>
        </w:tc>
        <w:tc>
          <w:tcPr>
            <w:tcW w:w="1134" w:type="dxa"/>
            <w:gridSpan w:val="2"/>
          </w:tcPr>
          <w:p w:rsidR="003147F9" w:rsidRPr="00E85698" w:rsidRDefault="003147F9" w:rsidP="00A047B0">
            <w:pPr>
              <w:pStyle w:val="TableParagraph"/>
              <w:rPr>
                <w:sz w:val="14"/>
              </w:rPr>
            </w:pPr>
          </w:p>
        </w:tc>
        <w:tc>
          <w:tcPr>
            <w:tcW w:w="1134" w:type="dxa"/>
            <w:gridSpan w:val="3"/>
          </w:tcPr>
          <w:p w:rsidR="003147F9" w:rsidRPr="00E85698" w:rsidRDefault="003147F9" w:rsidP="00A047B0">
            <w:pPr>
              <w:pStyle w:val="TableParagraph"/>
              <w:rPr>
                <w:sz w:val="14"/>
              </w:rPr>
            </w:pPr>
          </w:p>
        </w:tc>
        <w:tc>
          <w:tcPr>
            <w:tcW w:w="850" w:type="dxa"/>
            <w:gridSpan w:val="4"/>
          </w:tcPr>
          <w:p w:rsidR="003147F9" w:rsidRPr="00E85698" w:rsidRDefault="001D3699" w:rsidP="00A047B0">
            <w:pPr>
              <w:pStyle w:val="TableParagraph"/>
              <w:rPr>
                <w:sz w:val="14"/>
              </w:rPr>
            </w:pPr>
            <w:r>
              <w:rPr>
                <w:sz w:val="14"/>
              </w:rPr>
              <w:t>31.01-1.02</w:t>
            </w:r>
          </w:p>
        </w:tc>
        <w:tc>
          <w:tcPr>
            <w:tcW w:w="5670" w:type="dxa"/>
            <w:gridSpan w:val="3"/>
          </w:tcPr>
          <w:p w:rsidR="003147F9" w:rsidRPr="00E85698" w:rsidRDefault="003147F9" w:rsidP="00A047B0">
            <w:pPr>
              <w:pStyle w:val="TableParagraph"/>
              <w:spacing w:before="64" w:line="266" w:lineRule="auto"/>
              <w:ind w:left="79"/>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слова</w:t>
            </w:r>
            <w:r w:rsidRPr="00E85698">
              <w:rPr>
                <w:spacing w:val="-8"/>
                <w:w w:val="105"/>
                <w:sz w:val="15"/>
              </w:rPr>
              <w:t xml:space="preserve"> </w:t>
            </w:r>
            <w:r w:rsidRPr="00E85698">
              <w:rPr>
                <w:spacing w:val="-1"/>
                <w:w w:val="105"/>
                <w:sz w:val="15"/>
              </w:rPr>
              <w:t>категории</w:t>
            </w:r>
            <w:r w:rsidRPr="00E85698">
              <w:rPr>
                <w:spacing w:val="-8"/>
                <w:w w:val="105"/>
                <w:sz w:val="15"/>
              </w:rPr>
              <w:t xml:space="preserve"> </w:t>
            </w:r>
            <w:r w:rsidRPr="00E85698">
              <w:rPr>
                <w:spacing w:val="-1"/>
                <w:w w:val="105"/>
                <w:sz w:val="15"/>
              </w:rPr>
              <w:t>состояния</w:t>
            </w:r>
            <w:r w:rsidRPr="00E85698">
              <w:rPr>
                <w:spacing w:val="-8"/>
                <w:w w:val="105"/>
                <w:sz w:val="15"/>
              </w:rPr>
              <w:t xml:space="preserve"> </w:t>
            </w:r>
            <w:r w:rsidRPr="00E85698">
              <w:rPr>
                <w:w w:val="105"/>
                <w:sz w:val="15"/>
              </w:rPr>
              <w:t>по</w:t>
            </w:r>
            <w:r w:rsidRPr="00E85698">
              <w:rPr>
                <w:spacing w:val="-9"/>
                <w:w w:val="105"/>
                <w:sz w:val="15"/>
              </w:rPr>
              <w:t xml:space="preserve"> </w:t>
            </w:r>
            <w:r w:rsidRPr="00E85698">
              <w:rPr>
                <w:w w:val="105"/>
                <w:sz w:val="15"/>
              </w:rPr>
              <w:t>общему</w:t>
            </w:r>
            <w:r w:rsidRPr="00E85698">
              <w:rPr>
                <w:spacing w:val="-8"/>
                <w:w w:val="105"/>
                <w:sz w:val="15"/>
              </w:rPr>
              <w:t xml:space="preserve"> </w:t>
            </w:r>
            <w:r w:rsidRPr="00E85698">
              <w:rPr>
                <w:w w:val="105"/>
                <w:sz w:val="15"/>
              </w:rPr>
              <w:t>грамматическому</w:t>
            </w:r>
            <w:r w:rsidRPr="00E85698">
              <w:rPr>
                <w:spacing w:val="-8"/>
                <w:w w:val="105"/>
                <w:sz w:val="15"/>
              </w:rPr>
              <w:t xml:space="preserve"> </w:t>
            </w:r>
            <w:r w:rsidRPr="00E85698">
              <w:rPr>
                <w:w w:val="105"/>
                <w:sz w:val="15"/>
              </w:rPr>
              <w:t>значению,</w:t>
            </w:r>
            <w:r w:rsidRPr="00E85698">
              <w:rPr>
                <w:spacing w:val="1"/>
                <w:w w:val="105"/>
                <w:sz w:val="15"/>
              </w:rPr>
              <w:t xml:space="preserve"> </w:t>
            </w:r>
            <w:r w:rsidRPr="00E85698">
              <w:rPr>
                <w:w w:val="105"/>
                <w:sz w:val="15"/>
              </w:rPr>
              <w:t>морфологическим признакам, роли в предложении и типичным суффиксам;</w:t>
            </w:r>
            <w:r w:rsidRPr="00E85698">
              <w:rPr>
                <w:spacing w:val="1"/>
                <w:w w:val="105"/>
                <w:sz w:val="15"/>
              </w:rPr>
              <w:t xml:space="preserve"> </w:t>
            </w:r>
            <w:r w:rsidRPr="00E85698">
              <w:rPr>
                <w:w w:val="105"/>
                <w:sz w:val="15"/>
              </w:rPr>
              <w:t>Различать</w:t>
            </w:r>
            <w:r w:rsidRPr="00E85698">
              <w:rPr>
                <w:spacing w:val="-2"/>
                <w:w w:val="105"/>
                <w:sz w:val="15"/>
              </w:rPr>
              <w:t xml:space="preserve"> </w:t>
            </w:r>
            <w:r w:rsidRPr="00E85698">
              <w:rPr>
                <w:w w:val="105"/>
                <w:sz w:val="15"/>
              </w:rPr>
              <w:t>слова</w:t>
            </w:r>
            <w:r w:rsidRPr="00E85698">
              <w:rPr>
                <w:spacing w:val="-2"/>
                <w:w w:val="105"/>
                <w:sz w:val="15"/>
              </w:rPr>
              <w:t xml:space="preserve"> </w:t>
            </w:r>
            <w:r w:rsidRPr="00E85698">
              <w:rPr>
                <w:w w:val="105"/>
                <w:sz w:val="15"/>
              </w:rPr>
              <w:t>категории</w:t>
            </w:r>
            <w:r w:rsidRPr="00E85698">
              <w:rPr>
                <w:spacing w:val="-2"/>
                <w:w w:val="105"/>
                <w:sz w:val="15"/>
              </w:rPr>
              <w:t xml:space="preserve"> </w:t>
            </w:r>
            <w:r w:rsidRPr="00E85698">
              <w:rPr>
                <w:w w:val="105"/>
                <w:sz w:val="15"/>
              </w:rPr>
              <w:t>состояния</w:t>
            </w:r>
            <w:r w:rsidRPr="00E85698">
              <w:rPr>
                <w:spacing w:val="-2"/>
                <w:w w:val="105"/>
                <w:sz w:val="15"/>
              </w:rPr>
              <w:t xml:space="preserve"> </w:t>
            </w:r>
            <w:r w:rsidRPr="00E85698">
              <w:rPr>
                <w:w w:val="105"/>
                <w:sz w:val="15"/>
              </w:rPr>
              <w:t>и</w:t>
            </w:r>
            <w:r w:rsidRPr="00E85698">
              <w:rPr>
                <w:spacing w:val="-1"/>
                <w:w w:val="105"/>
                <w:sz w:val="15"/>
              </w:rPr>
              <w:t xml:space="preserve"> </w:t>
            </w:r>
            <w:r w:rsidRPr="00E85698">
              <w:rPr>
                <w:w w:val="105"/>
                <w:sz w:val="15"/>
              </w:rPr>
              <w:t>наречия;</w:t>
            </w:r>
          </w:p>
          <w:p w:rsidR="003147F9" w:rsidRPr="00E85698" w:rsidRDefault="003147F9" w:rsidP="00A047B0">
            <w:pPr>
              <w:pStyle w:val="TableParagraph"/>
              <w:spacing w:before="2" w:line="266" w:lineRule="auto"/>
              <w:ind w:left="79"/>
              <w:rPr>
                <w:sz w:val="15"/>
              </w:rPr>
            </w:pPr>
            <w:r w:rsidRPr="00E85698">
              <w:rPr>
                <w:w w:val="105"/>
                <w:sz w:val="15"/>
              </w:rPr>
              <w:t>Определять</w:t>
            </w:r>
            <w:r w:rsidRPr="00E85698">
              <w:rPr>
                <w:spacing w:val="-10"/>
                <w:w w:val="105"/>
                <w:sz w:val="15"/>
              </w:rPr>
              <w:t xml:space="preserve"> </w:t>
            </w:r>
            <w:r w:rsidRPr="00E85698">
              <w:rPr>
                <w:w w:val="105"/>
                <w:sz w:val="15"/>
              </w:rPr>
              <w:t>основания</w:t>
            </w:r>
            <w:r w:rsidRPr="00E85698">
              <w:rPr>
                <w:spacing w:val="-10"/>
                <w:w w:val="105"/>
                <w:sz w:val="15"/>
              </w:rPr>
              <w:t xml:space="preserve"> </w:t>
            </w:r>
            <w:r w:rsidRPr="00E85698">
              <w:rPr>
                <w:w w:val="105"/>
                <w:sz w:val="15"/>
              </w:rPr>
              <w:t>для</w:t>
            </w:r>
            <w:r w:rsidRPr="00E85698">
              <w:rPr>
                <w:spacing w:val="-9"/>
                <w:w w:val="105"/>
                <w:sz w:val="15"/>
              </w:rPr>
              <w:t xml:space="preserve"> </w:t>
            </w:r>
            <w:r w:rsidRPr="00E85698">
              <w:rPr>
                <w:w w:val="105"/>
                <w:sz w:val="15"/>
              </w:rPr>
              <w:t>сравнения</w:t>
            </w:r>
            <w:r w:rsidRPr="00E85698">
              <w:rPr>
                <w:spacing w:val="-10"/>
                <w:w w:val="105"/>
                <w:sz w:val="15"/>
              </w:rPr>
              <w:t xml:space="preserve"> </w:t>
            </w:r>
            <w:r w:rsidRPr="00E85698">
              <w:rPr>
                <w:w w:val="105"/>
                <w:sz w:val="15"/>
              </w:rPr>
              <w:t>и</w:t>
            </w:r>
            <w:r w:rsidRPr="00E85698">
              <w:rPr>
                <w:spacing w:val="-9"/>
                <w:w w:val="105"/>
                <w:sz w:val="15"/>
              </w:rPr>
              <w:t xml:space="preserve"> </w:t>
            </w:r>
            <w:r w:rsidRPr="00E85698">
              <w:rPr>
                <w:w w:val="105"/>
                <w:sz w:val="15"/>
              </w:rPr>
              <w:t>сравнивать</w:t>
            </w:r>
            <w:r w:rsidRPr="00E85698">
              <w:rPr>
                <w:spacing w:val="-10"/>
                <w:w w:val="105"/>
                <w:sz w:val="15"/>
              </w:rPr>
              <w:t xml:space="preserve"> </w:t>
            </w:r>
            <w:r w:rsidRPr="00E85698">
              <w:rPr>
                <w:w w:val="105"/>
                <w:sz w:val="15"/>
              </w:rPr>
              <w:t>наречия</w:t>
            </w:r>
            <w:r w:rsidRPr="00E85698">
              <w:rPr>
                <w:spacing w:val="-9"/>
                <w:w w:val="105"/>
                <w:sz w:val="15"/>
              </w:rPr>
              <w:t xml:space="preserve"> </w:t>
            </w:r>
            <w:r w:rsidRPr="00E85698">
              <w:rPr>
                <w:w w:val="105"/>
                <w:sz w:val="15"/>
              </w:rPr>
              <w:t>и</w:t>
            </w:r>
            <w:r w:rsidRPr="00E85698">
              <w:rPr>
                <w:spacing w:val="-10"/>
                <w:w w:val="105"/>
                <w:sz w:val="15"/>
              </w:rPr>
              <w:t xml:space="preserve"> </w:t>
            </w:r>
            <w:r w:rsidRPr="00E85698">
              <w:rPr>
                <w:w w:val="105"/>
                <w:sz w:val="15"/>
              </w:rPr>
              <w:t>слова</w:t>
            </w:r>
            <w:r w:rsidRPr="00E85698">
              <w:rPr>
                <w:spacing w:val="-9"/>
                <w:w w:val="105"/>
                <w:sz w:val="15"/>
              </w:rPr>
              <w:t xml:space="preserve"> </w:t>
            </w:r>
            <w:r w:rsidRPr="00E85698">
              <w:rPr>
                <w:w w:val="105"/>
                <w:sz w:val="15"/>
              </w:rPr>
              <w:t>категории</w:t>
            </w:r>
            <w:r w:rsidRPr="00E85698">
              <w:rPr>
                <w:spacing w:val="-37"/>
                <w:w w:val="105"/>
                <w:sz w:val="15"/>
              </w:rPr>
              <w:t xml:space="preserve"> </w:t>
            </w:r>
            <w:r w:rsidRPr="00E85698">
              <w:rPr>
                <w:w w:val="105"/>
                <w:sz w:val="15"/>
              </w:rPr>
              <w:t>состояния;</w:t>
            </w:r>
          </w:p>
          <w:p w:rsidR="003147F9" w:rsidRPr="00E85698" w:rsidRDefault="003147F9" w:rsidP="00A047B0">
            <w:pPr>
              <w:pStyle w:val="TableParagraph"/>
              <w:spacing w:before="2"/>
              <w:ind w:left="79"/>
              <w:rPr>
                <w:sz w:val="15"/>
              </w:rPr>
            </w:pPr>
            <w:r w:rsidRPr="00E85698">
              <w:rPr>
                <w:w w:val="105"/>
                <w:sz w:val="15"/>
              </w:rPr>
              <w:t>Характеризовать</w:t>
            </w:r>
            <w:r w:rsidRPr="00E85698">
              <w:rPr>
                <w:spacing w:val="-10"/>
                <w:w w:val="105"/>
                <w:sz w:val="15"/>
              </w:rPr>
              <w:t xml:space="preserve"> </w:t>
            </w:r>
            <w:r w:rsidRPr="00E85698">
              <w:rPr>
                <w:w w:val="105"/>
                <w:sz w:val="15"/>
              </w:rPr>
              <w:t>роль</w:t>
            </w:r>
            <w:r w:rsidRPr="00E85698">
              <w:rPr>
                <w:spacing w:val="-10"/>
                <w:w w:val="105"/>
                <w:sz w:val="15"/>
              </w:rPr>
              <w:t xml:space="preserve"> </w:t>
            </w:r>
            <w:r w:rsidRPr="00E85698">
              <w:rPr>
                <w:w w:val="105"/>
                <w:sz w:val="15"/>
              </w:rPr>
              <w:t>слов</w:t>
            </w:r>
            <w:r w:rsidRPr="00E85698">
              <w:rPr>
                <w:spacing w:val="-10"/>
                <w:w w:val="105"/>
                <w:sz w:val="15"/>
              </w:rPr>
              <w:t xml:space="preserve"> </w:t>
            </w:r>
            <w:r w:rsidRPr="00E85698">
              <w:rPr>
                <w:w w:val="105"/>
                <w:sz w:val="15"/>
              </w:rPr>
              <w:t>категории</w:t>
            </w:r>
            <w:r w:rsidRPr="00E85698">
              <w:rPr>
                <w:spacing w:val="-9"/>
                <w:w w:val="105"/>
                <w:sz w:val="15"/>
              </w:rPr>
              <w:t xml:space="preserve"> </w:t>
            </w:r>
            <w:r w:rsidRPr="00E85698">
              <w:rPr>
                <w:w w:val="105"/>
                <w:sz w:val="15"/>
              </w:rPr>
              <w:t>состояния</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тексте;</w:t>
            </w:r>
          </w:p>
        </w:tc>
        <w:tc>
          <w:tcPr>
            <w:tcW w:w="1134" w:type="dxa"/>
            <w:gridSpan w:val="3"/>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701" w:type="dxa"/>
          </w:tcPr>
          <w:p w:rsidR="003147F9" w:rsidRPr="00E85698" w:rsidRDefault="00942243" w:rsidP="00A047B0">
            <w:pPr>
              <w:pStyle w:val="TableParagraph"/>
              <w:spacing w:before="64" w:line="266" w:lineRule="auto"/>
              <w:ind w:left="80" w:right="52"/>
              <w:rPr>
                <w:sz w:val="15"/>
              </w:rPr>
            </w:pPr>
            <w:hyperlink r:id="rId50">
              <w:r w:rsidR="003147F9" w:rsidRPr="00E85698">
                <w:rPr>
                  <w:w w:val="105"/>
                  <w:sz w:val="15"/>
                </w:rPr>
                <w:t>http://rus.1september.ru</w:t>
              </w:r>
            </w:hyperlink>
            <w:r w:rsidR="003147F9" w:rsidRPr="00E85698">
              <w:rPr>
                <w:spacing w:val="1"/>
                <w:w w:val="105"/>
                <w:sz w:val="15"/>
              </w:rPr>
              <w:t xml:space="preserve"> </w:t>
            </w:r>
            <w:hyperlink r:id="rId51">
              <w:r w:rsidR="003147F9" w:rsidRPr="00E85698">
                <w:rPr>
                  <w:spacing w:val="-1"/>
                  <w:w w:val="105"/>
                  <w:sz w:val="15"/>
                </w:rPr>
                <w:t>http://pedsovet.su/load/27,</w:t>
              </w:r>
            </w:hyperlink>
            <w:r w:rsidR="003147F9" w:rsidRPr="00E85698">
              <w:rPr>
                <w:spacing w:val="-37"/>
                <w:w w:val="105"/>
                <w:sz w:val="15"/>
              </w:rPr>
              <w:t xml:space="preserve"> </w:t>
            </w:r>
            <w:hyperlink r:id="rId52">
              <w:r w:rsidR="003147F9" w:rsidRPr="00E85698">
                <w:rPr>
                  <w:w w:val="105"/>
                  <w:sz w:val="15"/>
                </w:rPr>
                <w:t>http://www.proshkolu.ru</w:t>
              </w:r>
            </w:hyperlink>
          </w:p>
        </w:tc>
      </w:tr>
      <w:tr w:rsidR="003147F9" w:rsidRPr="00E85698" w:rsidTr="00A047B0">
        <w:trPr>
          <w:gridAfter w:val="1"/>
          <w:wAfter w:w="58" w:type="dxa"/>
          <w:trHeight w:val="1990"/>
        </w:trPr>
        <w:tc>
          <w:tcPr>
            <w:tcW w:w="426" w:type="dxa"/>
            <w:gridSpan w:val="3"/>
          </w:tcPr>
          <w:p w:rsidR="003147F9" w:rsidRPr="00E85698" w:rsidRDefault="003147F9" w:rsidP="00A047B0">
            <w:pPr>
              <w:pStyle w:val="TableParagraph"/>
              <w:spacing w:before="64"/>
              <w:ind w:left="76"/>
              <w:rPr>
                <w:sz w:val="15"/>
              </w:rPr>
            </w:pPr>
            <w:r w:rsidRPr="00E85698">
              <w:rPr>
                <w:w w:val="105"/>
                <w:sz w:val="15"/>
              </w:rPr>
              <w:t>6.6.</w:t>
            </w:r>
          </w:p>
        </w:tc>
        <w:tc>
          <w:tcPr>
            <w:tcW w:w="2976" w:type="dxa"/>
            <w:gridSpan w:val="4"/>
          </w:tcPr>
          <w:p w:rsidR="003147F9" w:rsidRPr="00E85698" w:rsidRDefault="003147F9" w:rsidP="00A047B0">
            <w:pPr>
              <w:pStyle w:val="TableParagraph"/>
              <w:spacing w:before="64"/>
              <w:ind w:left="76"/>
              <w:rPr>
                <w:sz w:val="15"/>
              </w:rPr>
            </w:pPr>
            <w:r w:rsidRPr="00E85698">
              <w:rPr>
                <w:w w:val="105"/>
                <w:sz w:val="15"/>
              </w:rPr>
              <w:t>Служебные</w:t>
            </w:r>
            <w:r w:rsidRPr="00E85698">
              <w:rPr>
                <w:spacing w:val="-9"/>
                <w:w w:val="105"/>
                <w:sz w:val="15"/>
              </w:rPr>
              <w:t xml:space="preserve"> </w:t>
            </w:r>
            <w:r w:rsidRPr="00E85698">
              <w:rPr>
                <w:w w:val="105"/>
                <w:sz w:val="15"/>
              </w:rPr>
              <w:t>части</w:t>
            </w:r>
            <w:r w:rsidRPr="00E85698">
              <w:rPr>
                <w:spacing w:val="-8"/>
                <w:w w:val="105"/>
                <w:sz w:val="15"/>
              </w:rPr>
              <w:t xml:space="preserve"> </w:t>
            </w:r>
            <w:r w:rsidRPr="00E85698">
              <w:rPr>
                <w:w w:val="105"/>
                <w:sz w:val="15"/>
              </w:rPr>
              <w:t>речи</w:t>
            </w:r>
          </w:p>
        </w:tc>
        <w:tc>
          <w:tcPr>
            <w:tcW w:w="426" w:type="dxa"/>
          </w:tcPr>
          <w:p w:rsidR="003147F9" w:rsidRPr="00E85698" w:rsidRDefault="003147F9" w:rsidP="00A047B0">
            <w:pPr>
              <w:pStyle w:val="TableParagraph"/>
              <w:spacing w:before="64"/>
              <w:ind w:left="77"/>
              <w:rPr>
                <w:sz w:val="15"/>
              </w:rPr>
            </w:pPr>
            <w:r w:rsidRPr="00E85698">
              <w:rPr>
                <w:w w:val="104"/>
                <w:sz w:val="15"/>
              </w:rPr>
              <w:t>1</w:t>
            </w:r>
          </w:p>
        </w:tc>
        <w:tc>
          <w:tcPr>
            <w:tcW w:w="1134" w:type="dxa"/>
            <w:gridSpan w:val="2"/>
          </w:tcPr>
          <w:p w:rsidR="003147F9" w:rsidRPr="00E85698" w:rsidRDefault="003147F9" w:rsidP="00A047B0">
            <w:pPr>
              <w:pStyle w:val="TableParagraph"/>
              <w:rPr>
                <w:sz w:val="14"/>
              </w:rPr>
            </w:pPr>
          </w:p>
        </w:tc>
        <w:tc>
          <w:tcPr>
            <w:tcW w:w="1134" w:type="dxa"/>
            <w:gridSpan w:val="3"/>
          </w:tcPr>
          <w:p w:rsidR="003147F9" w:rsidRPr="00E85698" w:rsidRDefault="003147F9" w:rsidP="00A047B0">
            <w:pPr>
              <w:pStyle w:val="TableParagraph"/>
              <w:rPr>
                <w:sz w:val="14"/>
              </w:rPr>
            </w:pPr>
          </w:p>
        </w:tc>
        <w:tc>
          <w:tcPr>
            <w:tcW w:w="850" w:type="dxa"/>
            <w:gridSpan w:val="4"/>
          </w:tcPr>
          <w:p w:rsidR="003147F9" w:rsidRPr="00E85698" w:rsidRDefault="001D3699" w:rsidP="00A047B0">
            <w:pPr>
              <w:pStyle w:val="TableParagraph"/>
              <w:rPr>
                <w:sz w:val="14"/>
              </w:rPr>
            </w:pPr>
            <w:r>
              <w:rPr>
                <w:sz w:val="14"/>
              </w:rPr>
              <w:t>2.02</w:t>
            </w:r>
          </w:p>
        </w:tc>
        <w:tc>
          <w:tcPr>
            <w:tcW w:w="5670" w:type="dxa"/>
            <w:gridSpan w:val="3"/>
          </w:tcPr>
          <w:p w:rsidR="003147F9" w:rsidRPr="00E85698" w:rsidRDefault="003147F9" w:rsidP="00A047B0">
            <w:pPr>
              <w:pStyle w:val="TableParagraph"/>
              <w:spacing w:before="64"/>
              <w:ind w:left="79"/>
              <w:rPr>
                <w:sz w:val="15"/>
              </w:rPr>
            </w:pPr>
            <w:r w:rsidRPr="00E85698">
              <w:rPr>
                <w:spacing w:val="-1"/>
                <w:w w:val="105"/>
                <w:sz w:val="15"/>
              </w:rPr>
              <w:t>Опознавать</w:t>
            </w:r>
            <w:r w:rsidRPr="00E85698">
              <w:rPr>
                <w:spacing w:val="-9"/>
                <w:w w:val="105"/>
                <w:sz w:val="15"/>
              </w:rPr>
              <w:t xml:space="preserve"> </w:t>
            </w:r>
            <w:r w:rsidRPr="00E85698">
              <w:rPr>
                <w:w w:val="105"/>
                <w:sz w:val="15"/>
              </w:rPr>
              <w:t>слова</w:t>
            </w:r>
            <w:r w:rsidRPr="00E85698">
              <w:rPr>
                <w:spacing w:val="-8"/>
                <w:w w:val="105"/>
                <w:sz w:val="15"/>
              </w:rPr>
              <w:t xml:space="preserve"> </w:t>
            </w:r>
            <w:r w:rsidRPr="00E85698">
              <w:rPr>
                <w:w w:val="105"/>
                <w:sz w:val="15"/>
              </w:rPr>
              <w:t>служебных</w:t>
            </w:r>
            <w:r w:rsidRPr="00E85698">
              <w:rPr>
                <w:spacing w:val="-8"/>
                <w:w w:val="105"/>
                <w:sz w:val="15"/>
              </w:rPr>
              <w:t xml:space="preserve"> </w:t>
            </w:r>
            <w:r w:rsidRPr="00E85698">
              <w:rPr>
                <w:w w:val="105"/>
                <w:sz w:val="15"/>
              </w:rPr>
              <w:t>частей</w:t>
            </w:r>
            <w:r w:rsidRPr="00E85698">
              <w:rPr>
                <w:spacing w:val="-9"/>
                <w:w w:val="105"/>
                <w:sz w:val="15"/>
              </w:rPr>
              <w:t xml:space="preserve"> </w:t>
            </w:r>
            <w:r w:rsidRPr="00E85698">
              <w:rPr>
                <w:w w:val="105"/>
                <w:sz w:val="15"/>
              </w:rPr>
              <w:t>речи;</w:t>
            </w:r>
          </w:p>
          <w:p w:rsidR="003147F9" w:rsidRPr="00E85698" w:rsidRDefault="003147F9" w:rsidP="00A047B0">
            <w:pPr>
              <w:pStyle w:val="TableParagraph"/>
              <w:spacing w:before="20"/>
              <w:ind w:left="79"/>
              <w:rPr>
                <w:sz w:val="15"/>
              </w:rPr>
            </w:pPr>
            <w:r w:rsidRPr="00E85698">
              <w:rPr>
                <w:w w:val="105"/>
                <w:sz w:val="15"/>
              </w:rPr>
              <w:t>Различать</w:t>
            </w:r>
            <w:r w:rsidRPr="00E85698">
              <w:rPr>
                <w:spacing w:val="-9"/>
                <w:w w:val="105"/>
                <w:sz w:val="15"/>
              </w:rPr>
              <w:t xml:space="preserve"> </w:t>
            </w:r>
            <w:r w:rsidRPr="00E85698">
              <w:rPr>
                <w:w w:val="105"/>
                <w:sz w:val="15"/>
              </w:rPr>
              <w:t>предлоги,</w:t>
            </w:r>
            <w:r w:rsidRPr="00E85698">
              <w:rPr>
                <w:spacing w:val="-9"/>
                <w:w w:val="105"/>
                <w:sz w:val="15"/>
              </w:rPr>
              <w:t xml:space="preserve"> </w:t>
            </w:r>
            <w:r w:rsidRPr="00E85698">
              <w:rPr>
                <w:w w:val="105"/>
                <w:sz w:val="15"/>
              </w:rPr>
              <w:t>союзы</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частицы</w:t>
            </w:r>
            <w:r w:rsidRPr="00E85698">
              <w:rPr>
                <w:spacing w:val="-8"/>
                <w:w w:val="105"/>
                <w:sz w:val="15"/>
              </w:rPr>
              <w:t xml:space="preserve"> </w:t>
            </w:r>
            <w:r w:rsidRPr="00E85698">
              <w:rPr>
                <w:w w:val="105"/>
                <w:sz w:val="15"/>
              </w:rPr>
              <w:t>на</w:t>
            </w:r>
            <w:r w:rsidRPr="00E85698">
              <w:rPr>
                <w:spacing w:val="-9"/>
                <w:w w:val="105"/>
                <w:sz w:val="15"/>
              </w:rPr>
              <w:t xml:space="preserve"> </w:t>
            </w:r>
            <w:r w:rsidRPr="00E85698">
              <w:rPr>
                <w:w w:val="105"/>
                <w:sz w:val="15"/>
              </w:rPr>
              <w:t>основе</w:t>
            </w:r>
            <w:r w:rsidRPr="00E85698">
              <w:rPr>
                <w:spacing w:val="-8"/>
                <w:w w:val="105"/>
                <w:sz w:val="15"/>
              </w:rPr>
              <w:t xml:space="preserve"> </w:t>
            </w:r>
            <w:r w:rsidRPr="00E85698">
              <w:rPr>
                <w:w w:val="105"/>
                <w:sz w:val="15"/>
              </w:rPr>
              <w:t>анализа</w:t>
            </w:r>
            <w:r w:rsidRPr="00E85698">
              <w:rPr>
                <w:spacing w:val="-9"/>
                <w:w w:val="105"/>
                <w:sz w:val="15"/>
              </w:rPr>
              <w:t xml:space="preserve"> </w:t>
            </w:r>
            <w:r w:rsidRPr="00E85698">
              <w:rPr>
                <w:w w:val="105"/>
                <w:sz w:val="15"/>
              </w:rPr>
              <w:t>их</w:t>
            </w:r>
            <w:r w:rsidRPr="00E85698">
              <w:rPr>
                <w:spacing w:val="-8"/>
                <w:w w:val="105"/>
                <w:sz w:val="15"/>
              </w:rPr>
              <w:t xml:space="preserve"> </w:t>
            </w:r>
            <w:r w:rsidRPr="00E85698">
              <w:rPr>
                <w:w w:val="105"/>
                <w:sz w:val="15"/>
              </w:rPr>
              <w:t>функций;</w:t>
            </w:r>
          </w:p>
        </w:tc>
        <w:tc>
          <w:tcPr>
            <w:tcW w:w="1134" w:type="dxa"/>
            <w:gridSpan w:val="3"/>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tc>
        <w:tc>
          <w:tcPr>
            <w:tcW w:w="1701" w:type="dxa"/>
          </w:tcPr>
          <w:p w:rsidR="003147F9" w:rsidRPr="00E85698" w:rsidRDefault="00942243" w:rsidP="00A047B0">
            <w:pPr>
              <w:pStyle w:val="TableParagraph"/>
              <w:spacing w:before="64" w:line="266" w:lineRule="auto"/>
              <w:ind w:left="80" w:right="52"/>
              <w:rPr>
                <w:sz w:val="15"/>
              </w:rPr>
            </w:pPr>
            <w:hyperlink r:id="rId53">
              <w:r w:rsidR="003147F9" w:rsidRPr="00E85698">
                <w:rPr>
                  <w:w w:val="105"/>
                  <w:sz w:val="15"/>
                </w:rPr>
                <w:t>http://rus.1september.ru</w:t>
              </w:r>
            </w:hyperlink>
            <w:r w:rsidR="003147F9" w:rsidRPr="00E85698">
              <w:rPr>
                <w:spacing w:val="1"/>
                <w:w w:val="105"/>
                <w:sz w:val="15"/>
              </w:rPr>
              <w:t xml:space="preserve"> </w:t>
            </w:r>
            <w:hyperlink r:id="rId54">
              <w:r w:rsidR="003147F9" w:rsidRPr="00E85698">
                <w:rPr>
                  <w:spacing w:val="-1"/>
                  <w:w w:val="105"/>
                  <w:sz w:val="15"/>
                </w:rPr>
                <w:t>http://pedsovet.su/load/27,</w:t>
              </w:r>
            </w:hyperlink>
            <w:r w:rsidR="003147F9" w:rsidRPr="00E85698">
              <w:rPr>
                <w:spacing w:val="-37"/>
                <w:w w:val="105"/>
                <w:sz w:val="15"/>
              </w:rPr>
              <w:t xml:space="preserve"> </w:t>
            </w:r>
            <w:hyperlink r:id="rId55">
              <w:r w:rsidR="003147F9" w:rsidRPr="00E85698">
                <w:rPr>
                  <w:w w:val="105"/>
                  <w:sz w:val="15"/>
                </w:rPr>
                <w:t>http://www.proshkolu.ru</w:t>
              </w:r>
            </w:hyperlink>
          </w:p>
        </w:tc>
      </w:tr>
      <w:tr w:rsidR="003147F9" w:rsidRPr="00E85698" w:rsidTr="00A047B0">
        <w:trPr>
          <w:gridBefore w:val="2"/>
          <w:gridAfter w:val="1"/>
          <w:wBefore w:w="142" w:type="dxa"/>
          <w:wAfter w:w="58" w:type="dxa"/>
          <w:trHeight w:val="4559"/>
        </w:trPr>
        <w:tc>
          <w:tcPr>
            <w:tcW w:w="425" w:type="dxa"/>
            <w:gridSpan w:val="3"/>
          </w:tcPr>
          <w:p w:rsidR="003147F9" w:rsidRPr="00E85698" w:rsidRDefault="003147F9" w:rsidP="00A047B0">
            <w:pPr>
              <w:pStyle w:val="TableParagraph"/>
              <w:spacing w:before="64"/>
              <w:ind w:left="76"/>
              <w:rPr>
                <w:sz w:val="15"/>
              </w:rPr>
            </w:pPr>
            <w:r w:rsidRPr="00E85698">
              <w:rPr>
                <w:w w:val="105"/>
                <w:sz w:val="15"/>
              </w:rPr>
              <w:t>6.7.</w:t>
            </w:r>
          </w:p>
        </w:tc>
        <w:tc>
          <w:tcPr>
            <w:tcW w:w="2835" w:type="dxa"/>
            <w:gridSpan w:val="2"/>
          </w:tcPr>
          <w:p w:rsidR="003147F9" w:rsidRPr="00E85698" w:rsidRDefault="003147F9" w:rsidP="00A047B0">
            <w:pPr>
              <w:pStyle w:val="TableParagraph"/>
              <w:spacing w:before="64"/>
              <w:ind w:left="76"/>
              <w:rPr>
                <w:sz w:val="15"/>
              </w:rPr>
            </w:pPr>
            <w:r w:rsidRPr="00E85698">
              <w:rPr>
                <w:w w:val="105"/>
                <w:sz w:val="15"/>
              </w:rPr>
              <w:t>Предлог</w:t>
            </w:r>
          </w:p>
        </w:tc>
        <w:tc>
          <w:tcPr>
            <w:tcW w:w="426" w:type="dxa"/>
          </w:tcPr>
          <w:p w:rsidR="003147F9" w:rsidRPr="00E85698" w:rsidRDefault="003147F9" w:rsidP="00A047B0">
            <w:pPr>
              <w:pStyle w:val="TableParagraph"/>
              <w:spacing w:before="64"/>
              <w:ind w:left="77"/>
              <w:rPr>
                <w:sz w:val="15"/>
              </w:rPr>
            </w:pPr>
            <w:r w:rsidRPr="00E85698">
              <w:rPr>
                <w:w w:val="105"/>
                <w:sz w:val="15"/>
              </w:rPr>
              <w:t>12</w:t>
            </w:r>
          </w:p>
        </w:tc>
        <w:tc>
          <w:tcPr>
            <w:tcW w:w="1275" w:type="dxa"/>
            <w:gridSpan w:val="4"/>
          </w:tcPr>
          <w:p w:rsidR="003147F9" w:rsidRPr="00E85698" w:rsidRDefault="003147F9" w:rsidP="00A047B0">
            <w:pPr>
              <w:pStyle w:val="TableParagraph"/>
              <w:rPr>
                <w:sz w:val="14"/>
              </w:rPr>
            </w:pPr>
          </w:p>
        </w:tc>
        <w:tc>
          <w:tcPr>
            <w:tcW w:w="1134" w:type="dxa"/>
            <w:gridSpan w:val="3"/>
          </w:tcPr>
          <w:p w:rsidR="003147F9" w:rsidRPr="00E85698" w:rsidRDefault="003147F9" w:rsidP="00A047B0">
            <w:pPr>
              <w:pStyle w:val="TableParagraph"/>
              <w:rPr>
                <w:sz w:val="14"/>
              </w:rPr>
            </w:pPr>
          </w:p>
        </w:tc>
        <w:tc>
          <w:tcPr>
            <w:tcW w:w="851" w:type="dxa"/>
            <w:gridSpan w:val="3"/>
          </w:tcPr>
          <w:p w:rsidR="003147F9" w:rsidRPr="00E85698" w:rsidRDefault="001D3699" w:rsidP="00A047B0">
            <w:pPr>
              <w:pStyle w:val="TableParagraph"/>
              <w:rPr>
                <w:sz w:val="14"/>
              </w:rPr>
            </w:pPr>
            <w:r>
              <w:rPr>
                <w:sz w:val="14"/>
              </w:rPr>
              <w:t>6.02-27.02</w:t>
            </w:r>
          </w:p>
        </w:tc>
        <w:tc>
          <w:tcPr>
            <w:tcW w:w="5670" w:type="dxa"/>
            <w:gridSpan w:val="3"/>
          </w:tcPr>
          <w:p w:rsidR="003147F9" w:rsidRPr="00E85698" w:rsidRDefault="003147F9" w:rsidP="00A047B0">
            <w:pPr>
              <w:pStyle w:val="TableParagraph"/>
              <w:spacing w:before="64" w:line="266" w:lineRule="auto"/>
              <w:ind w:left="79"/>
              <w:rPr>
                <w:sz w:val="15"/>
              </w:rPr>
            </w:pPr>
            <w:r w:rsidRPr="00E85698">
              <w:rPr>
                <w:spacing w:val="-1"/>
                <w:w w:val="105"/>
                <w:sz w:val="15"/>
              </w:rPr>
              <w:t>Распознавать</w:t>
            </w:r>
            <w:r w:rsidRPr="00E85698">
              <w:rPr>
                <w:spacing w:val="-9"/>
                <w:w w:val="105"/>
                <w:sz w:val="15"/>
              </w:rPr>
              <w:t xml:space="preserve"> </w:t>
            </w:r>
            <w:r w:rsidRPr="00E85698">
              <w:rPr>
                <w:spacing w:val="-1"/>
                <w:w w:val="105"/>
                <w:sz w:val="15"/>
              </w:rPr>
              <w:t>предлоги</w:t>
            </w:r>
            <w:r w:rsidRPr="00E85698">
              <w:rPr>
                <w:spacing w:val="-8"/>
                <w:w w:val="105"/>
                <w:sz w:val="15"/>
              </w:rPr>
              <w:t xml:space="preserve"> </w:t>
            </w:r>
            <w:r w:rsidRPr="00E85698">
              <w:rPr>
                <w:spacing w:val="-1"/>
                <w:w w:val="105"/>
                <w:sz w:val="15"/>
              </w:rPr>
              <w:t>в</w:t>
            </w:r>
            <w:r w:rsidRPr="00E85698">
              <w:rPr>
                <w:spacing w:val="-9"/>
                <w:w w:val="105"/>
                <w:sz w:val="15"/>
              </w:rPr>
              <w:t xml:space="preserve"> </w:t>
            </w:r>
            <w:r w:rsidRPr="00E85698">
              <w:rPr>
                <w:spacing w:val="-1"/>
                <w:w w:val="105"/>
                <w:sz w:val="15"/>
              </w:rPr>
              <w:t>составе</w:t>
            </w:r>
            <w:r w:rsidRPr="00E85698">
              <w:rPr>
                <w:spacing w:val="-8"/>
                <w:w w:val="105"/>
                <w:sz w:val="15"/>
              </w:rPr>
              <w:t xml:space="preserve"> </w:t>
            </w:r>
            <w:r w:rsidRPr="00E85698">
              <w:rPr>
                <w:w w:val="105"/>
                <w:sz w:val="15"/>
              </w:rPr>
              <w:t>предложно-падежных</w:t>
            </w:r>
            <w:r w:rsidRPr="00E85698">
              <w:rPr>
                <w:spacing w:val="-9"/>
                <w:w w:val="105"/>
                <w:sz w:val="15"/>
              </w:rPr>
              <w:t xml:space="preserve"> </w:t>
            </w:r>
            <w:r w:rsidRPr="00E85698">
              <w:rPr>
                <w:w w:val="105"/>
                <w:sz w:val="15"/>
              </w:rPr>
              <w:t>форм,</w:t>
            </w:r>
            <w:r w:rsidRPr="00E85698">
              <w:rPr>
                <w:spacing w:val="-8"/>
                <w:w w:val="105"/>
                <w:sz w:val="15"/>
              </w:rPr>
              <w:t xml:space="preserve"> </w:t>
            </w:r>
            <w:r w:rsidRPr="00E85698">
              <w:rPr>
                <w:w w:val="105"/>
                <w:sz w:val="15"/>
              </w:rPr>
              <w:t>словосочетаний</w:t>
            </w:r>
            <w:r w:rsidRPr="00E85698">
              <w:rPr>
                <w:spacing w:val="-9"/>
                <w:w w:val="105"/>
                <w:sz w:val="15"/>
              </w:rPr>
              <w:t xml:space="preserve"> </w:t>
            </w:r>
            <w:r w:rsidRPr="00E85698">
              <w:rPr>
                <w:w w:val="105"/>
                <w:sz w:val="15"/>
              </w:rPr>
              <w:t>и</w:t>
            </w:r>
            <w:r w:rsidRPr="00E85698">
              <w:rPr>
                <w:spacing w:val="-36"/>
                <w:w w:val="105"/>
                <w:sz w:val="15"/>
              </w:rPr>
              <w:t xml:space="preserve"> </w:t>
            </w:r>
            <w:r w:rsidRPr="00E85698">
              <w:rPr>
                <w:w w:val="105"/>
                <w:sz w:val="15"/>
              </w:rPr>
              <w:t>предложений;</w:t>
            </w:r>
          </w:p>
          <w:p w:rsidR="003147F9" w:rsidRPr="00E85698" w:rsidRDefault="003147F9" w:rsidP="00A047B0">
            <w:pPr>
              <w:pStyle w:val="TableParagraph"/>
              <w:spacing w:before="2"/>
              <w:ind w:left="79"/>
              <w:rPr>
                <w:sz w:val="15"/>
              </w:rPr>
            </w:pPr>
            <w:r w:rsidRPr="00E85698">
              <w:rPr>
                <w:spacing w:val="-1"/>
                <w:w w:val="105"/>
                <w:sz w:val="15"/>
              </w:rPr>
              <w:t>Характеризовать</w:t>
            </w:r>
            <w:r w:rsidRPr="00E85698">
              <w:rPr>
                <w:spacing w:val="-8"/>
                <w:w w:val="105"/>
                <w:sz w:val="15"/>
              </w:rPr>
              <w:t xml:space="preserve"> </w:t>
            </w:r>
            <w:r w:rsidRPr="00E85698">
              <w:rPr>
                <w:spacing w:val="-1"/>
                <w:w w:val="105"/>
                <w:sz w:val="15"/>
              </w:rPr>
              <w:t>функции</w:t>
            </w:r>
            <w:r w:rsidRPr="00E85698">
              <w:rPr>
                <w:spacing w:val="-8"/>
                <w:w w:val="105"/>
                <w:sz w:val="15"/>
              </w:rPr>
              <w:t xml:space="preserve"> </w:t>
            </w:r>
            <w:r w:rsidRPr="00E85698">
              <w:rPr>
                <w:w w:val="105"/>
                <w:sz w:val="15"/>
              </w:rPr>
              <w:t>предлогов;</w:t>
            </w:r>
          </w:p>
          <w:p w:rsidR="003147F9" w:rsidRPr="00E85698" w:rsidRDefault="003147F9" w:rsidP="00A047B0">
            <w:pPr>
              <w:pStyle w:val="TableParagraph"/>
              <w:spacing w:before="19" w:line="266" w:lineRule="auto"/>
              <w:ind w:left="79" w:right="96"/>
              <w:rPr>
                <w:sz w:val="15"/>
              </w:rPr>
            </w:pPr>
            <w:r w:rsidRPr="00E85698">
              <w:rPr>
                <w:w w:val="105"/>
                <w:sz w:val="15"/>
              </w:rPr>
              <w:t>Определять</w:t>
            </w:r>
            <w:r w:rsidRPr="00E85698">
              <w:rPr>
                <w:spacing w:val="-10"/>
                <w:w w:val="105"/>
                <w:sz w:val="15"/>
              </w:rPr>
              <w:t xml:space="preserve"> </w:t>
            </w:r>
            <w:r w:rsidRPr="00E85698">
              <w:rPr>
                <w:w w:val="105"/>
                <w:sz w:val="15"/>
              </w:rPr>
              <w:t>падежную</w:t>
            </w:r>
            <w:r w:rsidRPr="00E85698">
              <w:rPr>
                <w:spacing w:val="-10"/>
                <w:w w:val="105"/>
                <w:sz w:val="15"/>
              </w:rPr>
              <w:t xml:space="preserve"> </w:t>
            </w:r>
            <w:r w:rsidRPr="00E85698">
              <w:rPr>
                <w:w w:val="105"/>
                <w:sz w:val="15"/>
              </w:rPr>
              <w:t>форму</w:t>
            </w:r>
            <w:r w:rsidRPr="00E85698">
              <w:rPr>
                <w:spacing w:val="-10"/>
                <w:w w:val="105"/>
                <w:sz w:val="15"/>
              </w:rPr>
              <w:t xml:space="preserve"> </w:t>
            </w:r>
            <w:r w:rsidRPr="00E85698">
              <w:rPr>
                <w:w w:val="105"/>
                <w:sz w:val="15"/>
              </w:rPr>
              <w:t>именных</w:t>
            </w:r>
            <w:r w:rsidRPr="00E85698">
              <w:rPr>
                <w:spacing w:val="-9"/>
                <w:w w:val="105"/>
                <w:sz w:val="15"/>
              </w:rPr>
              <w:t xml:space="preserve"> </w:t>
            </w:r>
            <w:r w:rsidRPr="00E85698">
              <w:rPr>
                <w:w w:val="105"/>
                <w:sz w:val="15"/>
              </w:rPr>
              <w:t>частей</w:t>
            </w:r>
            <w:r w:rsidRPr="00E85698">
              <w:rPr>
                <w:spacing w:val="-10"/>
                <w:w w:val="105"/>
                <w:sz w:val="15"/>
              </w:rPr>
              <w:t xml:space="preserve"> </w:t>
            </w:r>
            <w:r w:rsidRPr="00E85698">
              <w:rPr>
                <w:w w:val="105"/>
                <w:sz w:val="15"/>
              </w:rPr>
              <w:t>речи</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составе</w:t>
            </w:r>
            <w:r w:rsidRPr="00E85698">
              <w:rPr>
                <w:spacing w:val="-9"/>
                <w:w w:val="105"/>
                <w:sz w:val="15"/>
              </w:rPr>
              <w:t xml:space="preserve"> </w:t>
            </w:r>
            <w:r w:rsidRPr="00E85698">
              <w:rPr>
                <w:w w:val="105"/>
                <w:sz w:val="15"/>
              </w:rPr>
              <w:t>предложно-</w:t>
            </w:r>
            <w:r w:rsidRPr="00E85698">
              <w:rPr>
                <w:spacing w:val="-37"/>
                <w:w w:val="105"/>
                <w:sz w:val="15"/>
              </w:rPr>
              <w:t xml:space="preserve"> </w:t>
            </w:r>
            <w:r w:rsidRPr="00E85698">
              <w:rPr>
                <w:w w:val="105"/>
                <w:sz w:val="15"/>
              </w:rPr>
              <w:t>падежных</w:t>
            </w:r>
            <w:r w:rsidRPr="00E85698">
              <w:rPr>
                <w:spacing w:val="-2"/>
                <w:w w:val="105"/>
                <w:sz w:val="15"/>
              </w:rPr>
              <w:t xml:space="preserve"> </w:t>
            </w:r>
            <w:r w:rsidRPr="00E85698">
              <w:rPr>
                <w:w w:val="105"/>
                <w:sz w:val="15"/>
              </w:rPr>
              <w:t>форм;</w:t>
            </w:r>
          </w:p>
          <w:p w:rsidR="003147F9" w:rsidRPr="00E85698" w:rsidRDefault="003147F9" w:rsidP="00A047B0">
            <w:pPr>
              <w:pStyle w:val="TableParagraph"/>
              <w:spacing w:before="2"/>
              <w:ind w:left="79"/>
              <w:rPr>
                <w:sz w:val="15"/>
              </w:rPr>
            </w:pPr>
            <w:r w:rsidRPr="00E85698">
              <w:rPr>
                <w:w w:val="105"/>
                <w:sz w:val="15"/>
              </w:rPr>
              <w:t>Анализировать</w:t>
            </w:r>
            <w:r w:rsidRPr="00E85698">
              <w:rPr>
                <w:spacing w:val="-10"/>
                <w:w w:val="105"/>
                <w:sz w:val="15"/>
              </w:rPr>
              <w:t xml:space="preserve"> </w:t>
            </w:r>
            <w:r w:rsidRPr="00E85698">
              <w:rPr>
                <w:w w:val="105"/>
                <w:sz w:val="15"/>
              </w:rPr>
              <w:t>предлоги</w:t>
            </w:r>
            <w:r w:rsidRPr="00E85698">
              <w:rPr>
                <w:spacing w:val="-10"/>
                <w:w w:val="105"/>
                <w:sz w:val="15"/>
              </w:rPr>
              <w:t xml:space="preserve"> </w:t>
            </w:r>
            <w:r w:rsidRPr="00E85698">
              <w:rPr>
                <w:w w:val="105"/>
                <w:sz w:val="15"/>
              </w:rPr>
              <w:t>в</w:t>
            </w:r>
            <w:r w:rsidRPr="00E85698">
              <w:rPr>
                <w:spacing w:val="-10"/>
                <w:w w:val="105"/>
                <w:sz w:val="15"/>
              </w:rPr>
              <w:t xml:space="preserve"> </w:t>
            </w:r>
            <w:r w:rsidRPr="00E85698">
              <w:rPr>
                <w:w w:val="105"/>
                <w:sz w:val="15"/>
              </w:rPr>
              <w:t>аспекте</w:t>
            </w:r>
            <w:r w:rsidRPr="00E85698">
              <w:rPr>
                <w:spacing w:val="-9"/>
                <w:w w:val="105"/>
                <w:sz w:val="15"/>
              </w:rPr>
              <w:t xml:space="preserve"> </w:t>
            </w:r>
            <w:r w:rsidRPr="00E85698">
              <w:rPr>
                <w:w w:val="105"/>
                <w:sz w:val="15"/>
              </w:rPr>
              <w:t>их</w:t>
            </w:r>
            <w:r w:rsidRPr="00E85698">
              <w:rPr>
                <w:spacing w:val="-10"/>
                <w:w w:val="105"/>
                <w:sz w:val="15"/>
              </w:rPr>
              <w:t xml:space="preserve"> </w:t>
            </w:r>
            <w:r w:rsidRPr="00E85698">
              <w:rPr>
                <w:w w:val="105"/>
                <w:sz w:val="15"/>
              </w:rPr>
              <w:t>строения</w:t>
            </w:r>
            <w:r w:rsidRPr="00E85698">
              <w:rPr>
                <w:spacing w:val="-10"/>
                <w:w w:val="105"/>
                <w:sz w:val="15"/>
              </w:rPr>
              <w:t xml:space="preserve"> </w:t>
            </w:r>
            <w:r w:rsidRPr="00E85698">
              <w:rPr>
                <w:w w:val="105"/>
                <w:sz w:val="15"/>
              </w:rPr>
              <w:t>и</w:t>
            </w:r>
            <w:r w:rsidRPr="00E85698">
              <w:rPr>
                <w:spacing w:val="-10"/>
                <w:w w:val="105"/>
                <w:sz w:val="15"/>
              </w:rPr>
              <w:t xml:space="preserve"> </w:t>
            </w:r>
            <w:r w:rsidRPr="00E85698">
              <w:rPr>
                <w:w w:val="105"/>
                <w:sz w:val="15"/>
              </w:rPr>
              <w:t>происхождения;</w:t>
            </w:r>
          </w:p>
          <w:p w:rsidR="003147F9" w:rsidRPr="00E85698" w:rsidRDefault="003147F9" w:rsidP="00A047B0">
            <w:pPr>
              <w:pStyle w:val="TableParagraph"/>
              <w:spacing w:before="19" w:line="266" w:lineRule="auto"/>
              <w:ind w:left="79"/>
              <w:rPr>
                <w:sz w:val="15"/>
              </w:rPr>
            </w:pPr>
            <w:r w:rsidRPr="00E85698">
              <w:rPr>
                <w:spacing w:val="-1"/>
                <w:w w:val="105"/>
                <w:sz w:val="15"/>
              </w:rPr>
              <w:t>На</w:t>
            </w:r>
            <w:r w:rsidRPr="00E85698">
              <w:rPr>
                <w:spacing w:val="-9"/>
                <w:w w:val="105"/>
                <w:sz w:val="15"/>
              </w:rPr>
              <w:t xml:space="preserve"> </w:t>
            </w:r>
            <w:r w:rsidRPr="00E85698">
              <w:rPr>
                <w:spacing w:val="-1"/>
                <w:w w:val="105"/>
                <w:sz w:val="15"/>
              </w:rPr>
              <w:t>основе</w:t>
            </w:r>
            <w:r w:rsidRPr="00E85698">
              <w:rPr>
                <w:spacing w:val="-8"/>
                <w:w w:val="105"/>
                <w:sz w:val="15"/>
              </w:rPr>
              <w:t xml:space="preserve"> </w:t>
            </w:r>
            <w:r w:rsidRPr="00E85698">
              <w:rPr>
                <w:spacing w:val="-1"/>
                <w:w w:val="105"/>
                <w:sz w:val="15"/>
              </w:rPr>
              <w:t>анализа</w:t>
            </w:r>
            <w:r w:rsidRPr="00E85698">
              <w:rPr>
                <w:spacing w:val="-9"/>
                <w:w w:val="105"/>
                <w:sz w:val="15"/>
              </w:rPr>
              <w:t xml:space="preserve"> </w:t>
            </w:r>
            <w:r w:rsidRPr="00E85698">
              <w:rPr>
                <w:w w:val="105"/>
                <w:sz w:val="15"/>
              </w:rPr>
              <w:t>различать</w:t>
            </w:r>
            <w:r w:rsidRPr="00E85698">
              <w:rPr>
                <w:spacing w:val="-8"/>
                <w:w w:val="105"/>
                <w:sz w:val="15"/>
              </w:rPr>
              <w:t xml:space="preserve"> </w:t>
            </w:r>
            <w:r w:rsidRPr="00E85698">
              <w:rPr>
                <w:w w:val="105"/>
                <w:sz w:val="15"/>
              </w:rPr>
              <w:t>предлоги</w:t>
            </w:r>
            <w:r w:rsidRPr="00E85698">
              <w:rPr>
                <w:spacing w:val="-8"/>
                <w:w w:val="105"/>
                <w:sz w:val="15"/>
              </w:rPr>
              <w:t xml:space="preserve"> </w:t>
            </w:r>
            <w:r w:rsidRPr="00E85698">
              <w:rPr>
                <w:w w:val="105"/>
                <w:sz w:val="15"/>
              </w:rPr>
              <w:t>разных</w:t>
            </w:r>
            <w:r w:rsidRPr="00E85698">
              <w:rPr>
                <w:spacing w:val="-9"/>
                <w:w w:val="105"/>
                <w:sz w:val="15"/>
              </w:rPr>
              <w:t xml:space="preserve"> </w:t>
            </w:r>
            <w:r w:rsidRPr="00E85698">
              <w:rPr>
                <w:w w:val="105"/>
                <w:sz w:val="15"/>
              </w:rPr>
              <w:t>разрядов,</w:t>
            </w:r>
            <w:r w:rsidRPr="00E85698">
              <w:rPr>
                <w:spacing w:val="-8"/>
                <w:w w:val="105"/>
                <w:sz w:val="15"/>
              </w:rPr>
              <w:t xml:space="preserve"> </w:t>
            </w:r>
            <w:r w:rsidRPr="00E85698">
              <w:rPr>
                <w:w w:val="105"/>
                <w:sz w:val="15"/>
              </w:rPr>
              <w:t>группы</w:t>
            </w:r>
            <w:r w:rsidRPr="00E85698">
              <w:rPr>
                <w:spacing w:val="-8"/>
                <w:w w:val="105"/>
                <w:sz w:val="15"/>
              </w:rPr>
              <w:t xml:space="preserve"> </w:t>
            </w:r>
            <w:r w:rsidRPr="00E85698">
              <w:rPr>
                <w:w w:val="105"/>
                <w:sz w:val="15"/>
              </w:rPr>
              <w:t>производных</w:t>
            </w:r>
            <w:r w:rsidRPr="00E85698">
              <w:rPr>
                <w:spacing w:val="-37"/>
                <w:w w:val="105"/>
                <w:sz w:val="15"/>
              </w:rPr>
              <w:t xml:space="preserve"> </w:t>
            </w:r>
            <w:r w:rsidRPr="00E85698">
              <w:rPr>
                <w:w w:val="105"/>
                <w:sz w:val="15"/>
              </w:rPr>
              <w:t>предлогов;</w:t>
            </w:r>
          </w:p>
          <w:p w:rsidR="003147F9" w:rsidRPr="00E85698" w:rsidRDefault="003147F9" w:rsidP="00A047B0">
            <w:pPr>
              <w:pStyle w:val="TableParagraph"/>
              <w:spacing w:before="1" w:line="266" w:lineRule="auto"/>
              <w:ind w:left="79"/>
              <w:rPr>
                <w:sz w:val="15"/>
              </w:rPr>
            </w:pPr>
            <w:r w:rsidRPr="00E85698">
              <w:rPr>
                <w:w w:val="105"/>
                <w:sz w:val="15"/>
              </w:rPr>
              <w:t>Определять основания для сравнения и сравнивать производные предлоги и</w:t>
            </w:r>
            <w:r w:rsidRPr="00E85698">
              <w:rPr>
                <w:spacing w:val="1"/>
                <w:w w:val="105"/>
                <w:sz w:val="15"/>
              </w:rPr>
              <w:t xml:space="preserve"> </w:t>
            </w:r>
            <w:r w:rsidRPr="00E85698">
              <w:rPr>
                <w:w w:val="105"/>
                <w:sz w:val="15"/>
              </w:rPr>
              <w:t>созвучные</w:t>
            </w:r>
            <w:r w:rsidRPr="00E85698">
              <w:rPr>
                <w:spacing w:val="-9"/>
                <w:w w:val="105"/>
                <w:sz w:val="15"/>
              </w:rPr>
              <w:t xml:space="preserve"> </w:t>
            </w:r>
            <w:r w:rsidRPr="00E85698">
              <w:rPr>
                <w:w w:val="105"/>
                <w:sz w:val="15"/>
              </w:rPr>
              <w:t>предложно-падежные</w:t>
            </w:r>
            <w:r w:rsidRPr="00E85698">
              <w:rPr>
                <w:spacing w:val="-9"/>
                <w:w w:val="105"/>
                <w:sz w:val="15"/>
              </w:rPr>
              <w:t xml:space="preserve"> </w:t>
            </w:r>
            <w:r w:rsidRPr="00E85698">
              <w:rPr>
                <w:w w:val="105"/>
                <w:sz w:val="15"/>
              </w:rPr>
              <w:t>формы</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течение</w:t>
            </w:r>
            <w:r w:rsidRPr="00E85698">
              <w:rPr>
                <w:spacing w:val="-9"/>
                <w:w w:val="105"/>
                <w:sz w:val="15"/>
              </w:rPr>
              <w:t xml:space="preserve"> </w:t>
            </w:r>
            <w:r w:rsidRPr="00E85698">
              <w:rPr>
                <w:w w:val="105"/>
                <w:sz w:val="15"/>
              </w:rPr>
              <w:t>—</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течении,</w:t>
            </w:r>
            <w:r w:rsidRPr="00E85698">
              <w:rPr>
                <w:spacing w:val="-9"/>
                <w:w w:val="105"/>
                <w:sz w:val="15"/>
              </w:rPr>
              <w:t xml:space="preserve"> </w:t>
            </w:r>
            <w:r w:rsidRPr="00E85698">
              <w:rPr>
                <w:w w:val="105"/>
                <w:sz w:val="15"/>
              </w:rPr>
              <w:t>навстречу</w:t>
            </w:r>
            <w:r w:rsidRPr="00E85698">
              <w:rPr>
                <w:spacing w:val="-9"/>
                <w:w w:val="105"/>
                <w:sz w:val="15"/>
              </w:rPr>
              <w:t xml:space="preserve"> </w:t>
            </w:r>
            <w:r w:rsidRPr="00E85698">
              <w:rPr>
                <w:w w:val="105"/>
                <w:sz w:val="15"/>
              </w:rPr>
              <w:t>—</w:t>
            </w:r>
            <w:r w:rsidRPr="00E85698">
              <w:rPr>
                <w:spacing w:val="-8"/>
                <w:w w:val="105"/>
                <w:sz w:val="15"/>
              </w:rPr>
              <w:t xml:space="preserve"> </w:t>
            </w:r>
            <w:r w:rsidRPr="00E85698">
              <w:rPr>
                <w:w w:val="105"/>
                <w:sz w:val="15"/>
              </w:rPr>
              <w:t>на</w:t>
            </w:r>
            <w:r w:rsidRPr="00E85698">
              <w:rPr>
                <w:spacing w:val="-37"/>
                <w:w w:val="105"/>
                <w:sz w:val="15"/>
              </w:rPr>
              <w:t xml:space="preserve"> </w:t>
            </w:r>
            <w:r w:rsidRPr="00E85698">
              <w:rPr>
                <w:w w:val="105"/>
                <w:sz w:val="15"/>
              </w:rPr>
              <w:t>встречу);</w:t>
            </w:r>
          </w:p>
          <w:p w:rsidR="003147F9" w:rsidRPr="00E85698" w:rsidRDefault="003147F9" w:rsidP="00A047B0">
            <w:pPr>
              <w:pStyle w:val="TableParagraph"/>
              <w:spacing w:before="2"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написание</w:t>
            </w:r>
            <w:r w:rsidRPr="00E85698">
              <w:rPr>
                <w:spacing w:val="-9"/>
                <w:w w:val="105"/>
                <w:sz w:val="15"/>
              </w:rPr>
              <w:t xml:space="preserve"> </w:t>
            </w:r>
            <w:r w:rsidRPr="00E85698">
              <w:rPr>
                <w:spacing w:val="-1"/>
                <w:w w:val="105"/>
                <w:sz w:val="15"/>
              </w:rPr>
              <w:t>производных</w:t>
            </w:r>
            <w:r w:rsidRPr="00E85698">
              <w:rPr>
                <w:spacing w:val="-8"/>
                <w:w w:val="105"/>
                <w:sz w:val="15"/>
              </w:rPr>
              <w:t xml:space="preserve"> </w:t>
            </w:r>
            <w:r w:rsidRPr="00E85698">
              <w:rPr>
                <w:w w:val="105"/>
                <w:sz w:val="15"/>
              </w:rPr>
              <w:t>предлогов,</w:t>
            </w:r>
            <w:r w:rsidRPr="00E85698">
              <w:rPr>
                <w:spacing w:val="-9"/>
                <w:w w:val="105"/>
                <w:sz w:val="15"/>
              </w:rPr>
              <w:t xml:space="preserve"> </w:t>
            </w:r>
            <w:r w:rsidRPr="00E85698">
              <w:rPr>
                <w:w w:val="105"/>
                <w:sz w:val="15"/>
              </w:rPr>
              <w:t>написание</w:t>
            </w:r>
            <w:r w:rsidRPr="00E85698">
              <w:rPr>
                <w:spacing w:val="-9"/>
                <w:w w:val="105"/>
                <w:sz w:val="15"/>
              </w:rPr>
              <w:t xml:space="preserve"> </w:t>
            </w:r>
            <w:r w:rsidRPr="00E85698">
              <w:rPr>
                <w:w w:val="105"/>
                <w:sz w:val="15"/>
              </w:rPr>
              <w:t>предлогов</w:t>
            </w:r>
            <w:r w:rsidRPr="00E85698">
              <w:rPr>
                <w:spacing w:val="-8"/>
                <w:w w:val="105"/>
                <w:sz w:val="15"/>
              </w:rPr>
              <w:t xml:space="preserve"> </w:t>
            </w:r>
            <w:r w:rsidRPr="00E85698">
              <w:rPr>
                <w:w w:val="105"/>
                <w:sz w:val="15"/>
              </w:rPr>
              <w:t>с</w:t>
            </w:r>
            <w:r w:rsidRPr="00E85698">
              <w:rPr>
                <w:spacing w:val="-9"/>
                <w:w w:val="105"/>
                <w:sz w:val="15"/>
              </w:rPr>
              <w:t xml:space="preserve"> </w:t>
            </w:r>
            <w:r w:rsidRPr="00E85698">
              <w:rPr>
                <w:w w:val="105"/>
                <w:sz w:val="15"/>
              </w:rPr>
              <w:t>именными</w:t>
            </w:r>
            <w:r w:rsidRPr="00E85698">
              <w:rPr>
                <w:spacing w:val="1"/>
                <w:w w:val="105"/>
                <w:sz w:val="15"/>
              </w:rPr>
              <w:t xml:space="preserve"> </w:t>
            </w:r>
            <w:r w:rsidRPr="00E85698">
              <w:rPr>
                <w:w w:val="105"/>
                <w:sz w:val="15"/>
              </w:rPr>
              <w:t>частями</w:t>
            </w:r>
            <w:r w:rsidRPr="00E85698">
              <w:rPr>
                <w:spacing w:val="-2"/>
                <w:w w:val="105"/>
                <w:sz w:val="15"/>
              </w:rPr>
              <w:t xml:space="preserve"> </w:t>
            </w:r>
            <w:r w:rsidRPr="00E85698">
              <w:rPr>
                <w:w w:val="105"/>
                <w:sz w:val="15"/>
              </w:rPr>
              <w:t>речи;</w:t>
            </w:r>
          </w:p>
          <w:p w:rsidR="003147F9" w:rsidRPr="00E85698" w:rsidRDefault="003147F9" w:rsidP="00A047B0">
            <w:pPr>
              <w:pStyle w:val="TableParagraph"/>
              <w:spacing w:before="2" w:line="266" w:lineRule="auto"/>
              <w:ind w:left="79"/>
              <w:rPr>
                <w:sz w:val="15"/>
              </w:rPr>
            </w:pPr>
            <w:r w:rsidRPr="00E85698">
              <w:rPr>
                <w:spacing w:val="-1"/>
                <w:w w:val="105"/>
                <w:sz w:val="15"/>
              </w:rPr>
              <w:t>Различать</w:t>
            </w:r>
            <w:r w:rsidRPr="00E85698">
              <w:rPr>
                <w:spacing w:val="-9"/>
                <w:w w:val="105"/>
                <w:sz w:val="15"/>
              </w:rPr>
              <w:t xml:space="preserve"> </w:t>
            </w:r>
            <w:r w:rsidRPr="00E85698">
              <w:rPr>
                <w:spacing w:val="-1"/>
                <w:w w:val="105"/>
                <w:sz w:val="15"/>
              </w:rPr>
              <w:t>нейтральные</w:t>
            </w:r>
            <w:r w:rsidRPr="00E85698">
              <w:rPr>
                <w:spacing w:val="-9"/>
                <w:w w:val="105"/>
                <w:sz w:val="15"/>
              </w:rPr>
              <w:t xml:space="preserve"> </w:t>
            </w:r>
            <w:r w:rsidRPr="00E85698">
              <w:rPr>
                <w:w w:val="105"/>
                <w:sz w:val="15"/>
              </w:rPr>
              <w:t>предлоги</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предлоги,</w:t>
            </w:r>
            <w:r w:rsidRPr="00E85698">
              <w:rPr>
                <w:spacing w:val="-8"/>
                <w:w w:val="105"/>
                <w:sz w:val="15"/>
              </w:rPr>
              <w:t xml:space="preserve"> </w:t>
            </w:r>
            <w:r w:rsidRPr="00E85698">
              <w:rPr>
                <w:w w:val="105"/>
                <w:sz w:val="15"/>
              </w:rPr>
              <w:t>используемые</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текстах</w:t>
            </w:r>
            <w:r w:rsidRPr="00E85698">
              <w:rPr>
                <w:spacing w:val="-9"/>
                <w:w w:val="105"/>
                <w:sz w:val="15"/>
              </w:rPr>
              <w:t xml:space="preserve"> </w:t>
            </w:r>
            <w:r w:rsidRPr="00E85698">
              <w:rPr>
                <w:w w:val="105"/>
                <w:sz w:val="15"/>
              </w:rPr>
              <w:t>книжных</w:t>
            </w:r>
            <w:r w:rsidRPr="00E85698">
              <w:rPr>
                <w:spacing w:val="1"/>
                <w:w w:val="105"/>
                <w:sz w:val="15"/>
              </w:rPr>
              <w:t xml:space="preserve"> </w:t>
            </w:r>
            <w:r w:rsidRPr="00E85698">
              <w:rPr>
                <w:w w:val="105"/>
                <w:sz w:val="15"/>
              </w:rPr>
              <w:t>стилей;</w:t>
            </w:r>
          </w:p>
          <w:p w:rsidR="003147F9" w:rsidRPr="00E85698" w:rsidRDefault="003147F9" w:rsidP="00A047B0">
            <w:pPr>
              <w:pStyle w:val="TableParagraph"/>
              <w:spacing w:before="1" w:line="266" w:lineRule="auto"/>
              <w:ind w:left="79" w:right="53"/>
              <w:rPr>
                <w:sz w:val="15"/>
              </w:rPr>
            </w:pPr>
            <w:r w:rsidRPr="00E85698">
              <w:rPr>
                <w:spacing w:val="-1"/>
                <w:w w:val="105"/>
                <w:sz w:val="15"/>
              </w:rPr>
              <w:t>Конструировать</w:t>
            </w:r>
            <w:r w:rsidRPr="00E85698">
              <w:rPr>
                <w:spacing w:val="-9"/>
                <w:w w:val="105"/>
                <w:sz w:val="15"/>
              </w:rPr>
              <w:t xml:space="preserve"> </w:t>
            </w:r>
            <w:r w:rsidRPr="00E85698">
              <w:rPr>
                <w:spacing w:val="-1"/>
                <w:w w:val="105"/>
                <w:sz w:val="15"/>
              </w:rPr>
              <w:t>словосочетания</w:t>
            </w:r>
            <w:r w:rsidRPr="00E85698">
              <w:rPr>
                <w:spacing w:val="-8"/>
                <w:w w:val="105"/>
                <w:sz w:val="15"/>
              </w:rPr>
              <w:t xml:space="preserve"> </w:t>
            </w:r>
            <w:r w:rsidRPr="00E85698">
              <w:rPr>
                <w:w w:val="105"/>
                <w:sz w:val="15"/>
              </w:rPr>
              <w:t>с</w:t>
            </w:r>
            <w:r w:rsidRPr="00E85698">
              <w:rPr>
                <w:spacing w:val="-9"/>
                <w:w w:val="105"/>
                <w:sz w:val="15"/>
              </w:rPr>
              <w:t xml:space="preserve"> </w:t>
            </w:r>
            <w:r w:rsidRPr="00E85698">
              <w:rPr>
                <w:w w:val="105"/>
                <w:sz w:val="15"/>
              </w:rPr>
              <w:t>предложным</w:t>
            </w:r>
            <w:r w:rsidRPr="00E85698">
              <w:rPr>
                <w:spacing w:val="-8"/>
                <w:w w:val="105"/>
                <w:sz w:val="15"/>
              </w:rPr>
              <w:t xml:space="preserve"> </w:t>
            </w:r>
            <w:r w:rsidRPr="00E85698">
              <w:rPr>
                <w:w w:val="105"/>
                <w:sz w:val="15"/>
              </w:rPr>
              <w:t>управлением</w:t>
            </w:r>
            <w:r w:rsidRPr="00E85698">
              <w:rPr>
                <w:spacing w:val="-9"/>
                <w:w w:val="105"/>
                <w:sz w:val="15"/>
              </w:rPr>
              <w:t xml:space="preserve"> </w:t>
            </w:r>
            <w:r w:rsidRPr="00E85698">
              <w:rPr>
                <w:w w:val="105"/>
                <w:sz w:val="15"/>
              </w:rPr>
              <w:t>по</w:t>
            </w:r>
            <w:r w:rsidRPr="00E85698">
              <w:rPr>
                <w:spacing w:val="-8"/>
                <w:w w:val="105"/>
                <w:sz w:val="15"/>
              </w:rPr>
              <w:t xml:space="preserve"> </w:t>
            </w:r>
            <w:r w:rsidRPr="00E85698">
              <w:rPr>
                <w:w w:val="105"/>
                <w:sz w:val="15"/>
              </w:rPr>
              <w:t>заданным</w:t>
            </w:r>
            <w:r w:rsidRPr="00E85698">
              <w:rPr>
                <w:spacing w:val="-9"/>
                <w:w w:val="105"/>
                <w:sz w:val="15"/>
              </w:rPr>
              <w:t xml:space="preserve"> </w:t>
            </w:r>
            <w:r w:rsidRPr="00E85698">
              <w:rPr>
                <w:w w:val="105"/>
                <w:sz w:val="15"/>
              </w:rPr>
              <w:t>схемам</w:t>
            </w:r>
            <w:r w:rsidRPr="00E85698">
              <w:rPr>
                <w:spacing w:val="-36"/>
                <w:w w:val="105"/>
                <w:sz w:val="15"/>
              </w:rPr>
              <w:t xml:space="preserve"> </w:t>
            </w:r>
            <w:r w:rsidRPr="00E85698">
              <w:rPr>
                <w:w w:val="105"/>
                <w:sz w:val="15"/>
              </w:rPr>
              <w:t>и</w:t>
            </w:r>
            <w:r w:rsidRPr="00E85698">
              <w:rPr>
                <w:spacing w:val="-2"/>
                <w:w w:val="105"/>
                <w:sz w:val="15"/>
              </w:rPr>
              <w:t xml:space="preserve"> </w:t>
            </w:r>
            <w:r w:rsidRPr="00E85698">
              <w:rPr>
                <w:w w:val="105"/>
                <w:sz w:val="15"/>
              </w:rPr>
              <w:t>без</w:t>
            </w:r>
            <w:r w:rsidRPr="00E85698">
              <w:rPr>
                <w:spacing w:val="-1"/>
                <w:w w:val="105"/>
                <w:sz w:val="15"/>
              </w:rPr>
              <w:t xml:space="preserve"> </w:t>
            </w:r>
            <w:r w:rsidRPr="00E85698">
              <w:rPr>
                <w:w w:val="105"/>
                <w:sz w:val="15"/>
              </w:rPr>
              <w:t>использования</w:t>
            </w:r>
            <w:r w:rsidRPr="00E85698">
              <w:rPr>
                <w:spacing w:val="-1"/>
                <w:w w:val="105"/>
                <w:sz w:val="15"/>
              </w:rPr>
              <w:t xml:space="preserve"> </w:t>
            </w:r>
            <w:r w:rsidRPr="00E85698">
              <w:rPr>
                <w:w w:val="105"/>
                <w:sz w:val="15"/>
              </w:rPr>
              <w:t>схем;</w:t>
            </w:r>
          </w:p>
          <w:p w:rsidR="003147F9" w:rsidRPr="00E85698" w:rsidRDefault="003147F9" w:rsidP="00A047B0">
            <w:pPr>
              <w:pStyle w:val="TableParagraph"/>
              <w:spacing w:before="1" w:line="266" w:lineRule="auto"/>
              <w:ind w:left="79" w:right="96"/>
              <w:rPr>
                <w:sz w:val="15"/>
              </w:rPr>
            </w:pPr>
            <w:r w:rsidRPr="00E85698">
              <w:rPr>
                <w:spacing w:val="-1"/>
                <w:w w:val="105"/>
                <w:sz w:val="15"/>
              </w:rPr>
              <w:t>Использовать</w:t>
            </w:r>
            <w:r w:rsidRPr="00E85698">
              <w:rPr>
                <w:spacing w:val="-9"/>
                <w:w w:val="105"/>
                <w:sz w:val="15"/>
              </w:rPr>
              <w:t xml:space="preserve"> </w:t>
            </w:r>
            <w:r w:rsidRPr="00E85698">
              <w:rPr>
                <w:spacing w:val="-1"/>
                <w:w w:val="105"/>
                <w:sz w:val="15"/>
              </w:rPr>
              <w:t>производные</w:t>
            </w:r>
            <w:r w:rsidRPr="00E85698">
              <w:rPr>
                <w:spacing w:val="-8"/>
                <w:w w:val="105"/>
                <w:sz w:val="15"/>
              </w:rPr>
              <w:t xml:space="preserve"> </w:t>
            </w:r>
            <w:r w:rsidRPr="00E85698">
              <w:rPr>
                <w:w w:val="105"/>
                <w:sz w:val="15"/>
              </w:rPr>
              <w:t>предлоги</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соответствии</w:t>
            </w:r>
            <w:r w:rsidRPr="00E85698">
              <w:rPr>
                <w:spacing w:val="-8"/>
                <w:w w:val="105"/>
                <w:sz w:val="15"/>
              </w:rPr>
              <w:t xml:space="preserve"> </w:t>
            </w:r>
            <w:r w:rsidRPr="00E85698">
              <w:rPr>
                <w:w w:val="105"/>
                <w:sz w:val="15"/>
              </w:rPr>
              <w:t>с</w:t>
            </w:r>
            <w:r w:rsidRPr="00E85698">
              <w:rPr>
                <w:spacing w:val="-9"/>
                <w:w w:val="105"/>
                <w:sz w:val="15"/>
              </w:rPr>
              <w:t xml:space="preserve"> </w:t>
            </w:r>
            <w:r w:rsidRPr="00E85698">
              <w:rPr>
                <w:w w:val="105"/>
                <w:sz w:val="15"/>
              </w:rPr>
              <w:t>их</w:t>
            </w:r>
            <w:r w:rsidRPr="00E85698">
              <w:rPr>
                <w:spacing w:val="-8"/>
                <w:w w:val="105"/>
                <w:sz w:val="15"/>
              </w:rPr>
              <w:t xml:space="preserve"> </w:t>
            </w:r>
            <w:r w:rsidRPr="00E85698">
              <w:rPr>
                <w:w w:val="105"/>
                <w:sz w:val="15"/>
              </w:rPr>
              <w:t>стилистической</w:t>
            </w:r>
            <w:r w:rsidRPr="00E85698">
              <w:rPr>
                <w:spacing w:val="-36"/>
                <w:w w:val="105"/>
                <w:sz w:val="15"/>
              </w:rPr>
              <w:t xml:space="preserve"> </w:t>
            </w:r>
            <w:r w:rsidRPr="00E85698">
              <w:rPr>
                <w:w w:val="105"/>
                <w:sz w:val="15"/>
              </w:rPr>
              <w:t>окраской;</w:t>
            </w:r>
          </w:p>
          <w:p w:rsidR="003147F9" w:rsidRPr="00E85698" w:rsidRDefault="003147F9" w:rsidP="00A047B0">
            <w:pPr>
              <w:pStyle w:val="TableParagraph"/>
              <w:spacing w:before="2"/>
              <w:ind w:left="79"/>
              <w:rPr>
                <w:sz w:val="15"/>
              </w:rPr>
            </w:pPr>
            <w:r w:rsidRPr="00E85698">
              <w:rPr>
                <w:w w:val="105"/>
                <w:sz w:val="15"/>
              </w:rPr>
              <w:t>Выбирать</w:t>
            </w:r>
            <w:r w:rsidRPr="00E85698">
              <w:rPr>
                <w:spacing w:val="-6"/>
                <w:w w:val="105"/>
                <w:sz w:val="15"/>
              </w:rPr>
              <w:t xml:space="preserve"> </w:t>
            </w:r>
            <w:r w:rsidRPr="00E85698">
              <w:rPr>
                <w:w w:val="105"/>
                <w:sz w:val="15"/>
              </w:rPr>
              <w:t>предлоги</w:t>
            </w:r>
            <w:r w:rsidRPr="00E85698">
              <w:rPr>
                <w:spacing w:val="-5"/>
                <w:w w:val="105"/>
                <w:sz w:val="15"/>
              </w:rPr>
              <w:t xml:space="preserve"> </w:t>
            </w:r>
            <w:r w:rsidRPr="00E85698">
              <w:rPr>
                <w:w w:val="105"/>
                <w:sz w:val="15"/>
              </w:rPr>
              <w:t>из</w:t>
            </w:r>
            <w:r w:rsidRPr="00E85698">
              <w:rPr>
                <w:spacing w:val="-6"/>
                <w:w w:val="105"/>
                <w:sz w:val="15"/>
              </w:rPr>
              <w:t xml:space="preserve"> </w:t>
            </w:r>
            <w:r w:rsidRPr="00E85698">
              <w:rPr>
                <w:w w:val="105"/>
                <w:sz w:val="15"/>
              </w:rPr>
              <w:t>—</w:t>
            </w:r>
            <w:r w:rsidRPr="00E85698">
              <w:rPr>
                <w:spacing w:val="-5"/>
                <w:w w:val="105"/>
                <w:sz w:val="15"/>
              </w:rPr>
              <w:t xml:space="preserve"> </w:t>
            </w:r>
            <w:r w:rsidRPr="00E85698">
              <w:rPr>
                <w:w w:val="105"/>
                <w:sz w:val="15"/>
              </w:rPr>
              <w:t>с,</w:t>
            </w:r>
            <w:r w:rsidRPr="00E85698">
              <w:rPr>
                <w:spacing w:val="-6"/>
                <w:w w:val="105"/>
                <w:sz w:val="15"/>
              </w:rPr>
              <w:t xml:space="preserve"> </w:t>
            </w:r>
            <w:r w:rsidRPr="00E85698">
              <w:rPr>
                <w:w w:val="105"/>
                <w:sz w:val="15"/>
              </w:rPr>
              <w:t>в</w:t>
            </w:r>
            <w:r w:rsidRPr="00E85698">
              <w:rPr>
                <w:spacing w:val="-5"/>
                <w:w w:val="105"/>
                <w:sz w:val="15"/>
              </w:rPr>
              <w:t xml:space="preserve"> </w:t>
            </w:r>
            <w:r w:rsidRPr="00E85698">
              <w:rPr>
                <w:w w:val="105"/>
                <w:sz w:val="15"/>
              </w:rPr>
              <w:t>—</w:t>
            </w:r>
            <w:r w:rsidRPr="00E85698">
              <w:rPr>
                <w:spacing w:val="-6"/>
                <w:w w:val="105"/>
                <w:sz w:val="15"/>
              </w:rPr>
              <w:t xml:space="preserve"> </w:t>
            </w:r>
            <w:r w:rsidRPr="00E85698">
              <w:rPr>
                <w:w w:val="105"/>
                <w:sz w:val="15"/>
              </w:rPr>
              <w:t>на</w:t>
            </w:r>
            <w:r w:rsidRPr="00E85698">
              <w:rPr>
                <w:spacing w:val="-5"/>
                <w:w w:val="105"/>
                <w:sz w:val="15"/>
              </w:rPr>
              <w:t xml:space="preserve"> </w:t>
            </w:r>
            <w:r w:rsidRPr="00E85698">
              <w:rPr>
                <w:w w:val="105"/>
                <w:sz w:val="15"/>
              </w:rPr>
              <w:t>и</w:t>
            </w:r>
            <w:r w:rsidRPr="00E85698">
              <w:rPr>
                <w:spacing w:val="-6"/>
                <w:w w:val="105"/>
                <w:sz w:val="15"/>
              </w:rPr>
              <w:t xml:space="preserve"> </w:t>
            </w:r>
            <w:r w:rsidRPr="00E85698">
              <w:rPr>
                <w:w w:val="105"/>
                <w:sz w:val="15"/>
              </w:rPr>
              <w:t>объяснять</w:t>
            </w:r>
            <w:r w:rsidRPr="00E85698">
              <w:rPr>
                <w:spacing w:val="-5"/>
                <w:w w:val="105"/>
                <w:sz w:val="15"/>
              </w:rPr>
              <w:t xml:space="preserve"> </w:t>
            </w:r>
            <w:r w:rsidRPr="00E85698">
              <w:rPr>
                <w:w w:val="105"/>
                <w:sz w:val="15"/>
              </w:rPr>
              <w:t>свой</w:t>
            </w:r>
            <w:r w:rsidRPr="00E85698">
              <w:rPr>
                <w:spacing w:val="-6"/>
                <w:w w:val="105"/>
                <w:sz w:val="15"/>
              </w:rPr>
              <w:t xml:space="preserve"> </w:t>
            </w:r>
            <w:r w:rsidRPr="00E85698">
              <w:rPr>
                <w:w w:val="105"/>
                <w:sz w:val="15"/>
              </w:rPr>
              <w:t>выбор;</w:t>
            </w:r>
          </w:p>
          <w:p w:rsidR="003147F9" w:rsidRPr="00E85698" w:rsidRDefault="003147F9" w:rsidP="00A047B0">
            <w:pPr>
              <w:pStyle w:val="TableParagraph"/>
              <w:spacing w:before="19" w:line="266" w:lineRule="auto"/>
              <w:ind w:left="79" w:right="384"/>
              <w:rPr>
                <w:sz w:val="15"/>
              </w:rPr>
            </w:pPr>
            <w:r w:rsidRPr="00E85698">
              <w:rPr>
                <w:spacing w:val="-1"/>
                <w:w w:val="105"/>
                <w:sz w:val="15"/>
              </w:rPr>
              <w:t>Использовать</w:t>
            </w:r>
            <w:r w:rsidRPr="00E85698">
              <w:rPr>
                <w:spacing w:val="-9"/>
                <w:w w:val="105"/>
                <w:sz w:val="15"/>
              </w:rPr>
              <w:t xml:space="preserve"> </w:t>
            </w:r>
            <w:r w:rsidRPr="00E85698">
              <w:rPr>
                <w:spacing w:val="-1"/>
                <w:w w:val="105"/>
                <w:sz w:val="15"/>
              </w:rPr>
              <w:t>предлоги</w:t>
            </w:r>
            <w:r w:rsidRPr="00E85698">
              <w:rPr>
                <w:spacing w:val="-8"/>
                <w:w w:val="105"/>
                <w:sz w:val="15"/>
              </w:rPr>
              <w:t xml:space="preserve"> </w:t>
            </w:r>
            <w:r w:rsidRPr="00E85698">
              <w:rPr>
                <w:w w:val="105"/>
                <w:sz w:val="15"/>
              </w:rPr>
              <w:t>по,</w:t>
            </w:r>
            <w:r w:rsidRPr="00E85698">
              <w:rPr>
                <w:spacing w:val="-8"/>
                <w:w w:val="105"/>
                <w:sz w:val="15"/>
              </w:rPr>
              <w:t xml:space="preserve"> </w:t>
            </w:r>
            <w:r w:rsidRPr="00E85698">
              <w:rPr>
                <w:w w:val="105"/>
                <w:sz w:val="15"/>
              </w:rPr>
              <w:t>благодаря,</w:t>
            </w:r>
            <w:r w:rsidRPr="00E85698">
              <w:rPr>
                <w:spacing w:val="-8"/>
                <w:w w:val="105"/>
                <w:sz w:val="15"/>
              </w:rPr>
              <w:t xml:space="preserve"> </w:t>
            </w:r>
            <w:r w:rsidRPr="00E85698">
              <w:rPr>
                <w:w w:val="105"/>
                <w:sz w:val="15"/>
              </w:rPr>
              <w:t>согласно,</w:t>
            </w:r>
            <w:r w:rsidRPr="00E85698">
              <w:rPr>
                <w:spacing w:val="-9"/>
                <w:w w:val="105"/>
                <w:sz w:val="15"/>
              </w:rPr>
              <w:t xml:space="preserve"> </w:t>
            </w:r>
            <w:r w:rsidRPr="00E85698">
              <w:rPr>
                <w:w w:val="105"/>
                <w:sz w:val="15"/>
              </w:rPr>
              <w:t>вопреки,</w:t>
            </w:r>
            <w:r w:rsidRPr="00E85698">
              <w:rPr>
                <w:spacing w:val="-8"/>
                <w:w w:val="105"/>
                <w:sz w:val="15"/>
              </w:rPr>
              <w:t xml:space="preserve"> </w:t>
            </w:r>
            <w:r w:rsidRPr="00E85698">
              <w:rPr>
                <w:w w:val="105"/>
                <w:sz w:val="15"/>
              </w:rPr>
              <w:t>наперерез</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составе</w:t>
            </w:r>
            <w:r w:rsidRPr="00E85698">
              <w:rPr>
                <w:spacing w:val="-37"/>
                <w:w w:val="105"/>
                <w:sz w:val="15"/>
              </w:rPr>
              <w:t xml:space="preserve"> </w:t>
            </w:r>
            <w:r w:rsidRPr="00E85698">
              <w:rPr>
                <w:w w:val="105"/>
                <w:sz w:val="15"/>
              </w:rPr>
              <w:t>предложно-падежных</w:t>
            </w:r>
            <w:r w:rsidRPr="00E85698">
              <w:rPr>
                <w:spacing w:val="-2"/>
                <w:w w:val="105"/>
                <w:sz w:val="15"/>
              </w:rPr>
              <w:t xml:space="preserve"> </w:t>
            </w:r>
            <w:r w:rsidRPr="00E85698">
              <w:rPr>
                <w:w w:val="105"/>
                <w:sz w:val="15"/>
              </w:rPr>
              <w:t>форм;</w:t>
            </w:r>
          </w:p>
          <w:p w:rsidR="003147F9" w:rsidRPr="00E85698" w:rsidRDefault="003147F9" w:rsidP="00A047B0">
            <w:pPr>
              <w:pStyle w:val="TableParagraph"/>
              <w:spacing w:before="2"/>
              <w:ind w:left="79"/>
              <w:rPr>
                <w:sz w:val="15"/>
              </w:rPr>
            </w:pPr>
            <w:r w:rsidRPr="00E85698">
              <w:rPr>
                <w:spacing w:val="-1"/>
                <w:w w:val="105"/>
                <w:sz w:val="15"/>
              </w:rPr>
              <w:t>Выполнять</w:t>
            </w:r>
            <w:r w:rsidRPr="00E85698">
              <w:rPr>
                <w:spacing w:val="-9"/>
                <w:w w:val="105"/>
                <w:sz w:val="15"/>
              </w:rPr>
              <w:t xml:space="preserve"> </w:t>
            </w:r>
            <w:r w:rsidRPr="00E85698">
              <w:rPr>
                <w:spacing w:val="-1"/>
                <w:w w:val="105"/>
                <w:sz w:val="15"/>
              </w:rPr>
              <w:t>морфологический</w:t>
            </w:r>
            <w:r w:rsidRPr="00E85698">
              <w:rPr>
                <w:spacing w:val="-8"/>
                <w:w w:val="105"/>
                <w:sz w:val="15"/>
              </w:rPr>
              <w:t xml:space="preserve"> </w:t>
            </w:r>
            <w:r w:rsidRPr="00E85698">
              <w:rPr>
                <w:w w:val="105"/>
                <w:sz w:val="15"/>
              </w:rPr>
              <w:t>анализ</w:t>
            </w:r>
            <w:r w:rsidRPr="00E85698">
              <w:rPr>
                <w:spacing w:val="-8"/>
                <w:w w:val="105"/>
                <w:sz w:val="15"/>
              </w:rPr>
              <w:t xml:space="preserve"> </w:t>
            </w:r>
            <w:r w:rsidRPr="00E85698">
              <w:rPr>
                <w:w w:val="105"/>
                <w:sz w:val="15"/>
              </w:rPr>
              <w:t>предлогов;</w:t>
            </w:r>
          </w:p>
        </w:tc>
        <w:tc>
          <w:tcPr>
            <w:tcW w:w="992" w:type="dxa"/>
            <w:gridSpan w:val="2"/>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701" w:type="dxa"/>
          </w:tcPr>
          <w:p w:rsidR="003147F9" w:rsidRPr="00E85698" w:rsidRDefault="00942243" w:rsidP="00A047B0">
            <w:pPr>
              <w:pStyle w:val="TableParagraph"/>
              <w:spacing w:before="64" w:line="266" w:lineRule="auto"/>
              <w:ind w:left="80" w:right="52"/>
              <w:rPr>
                <w:sz w:val="15"/>
              </w:rPr>
            </w:pPr>
            <w:hyperlink r:id="rId56">
              <w:r w:rsidR="003147F9" w:rsidRPr="00E85698">
                <w:rPr>
                  <w:w w:val="105"/>
                  <w:sz w:val="15"/>
                </w:rPr>
                <w:t>http://rus.1september.ru</w:t>
              </w:r>
            </w:hyperlink>
            <w:r w:rsidR="003147F9" w:rsidRPr="00E85698">
              <w:rPr>
                <w:spacing w:val="1"/>
                <w:w w:val="105"/>
                <w:sz w:val="15"/>
              </w:rPr>
              <w:t xml:space="preserve"> </w:t>
            </w:r>
            <w:hyperlink r:id="rId57">
              <w:r w:rsidR="003147F9" w:rsidRPr="00E85698">
                <w:rPr>
                  <w:spacing w:val="-1"/>
                  <w:w w:val="105"/>
                  <w:sz w:val="15"/>
                </w:rPr>
                <w:t>http://pedsovet.su/load/27,</w:t>
              </w:r>
            </w:hyperlink>
            <w:r w:rsidR="003147F9" w:rsidRPr="00E85698">
              <w:rPr>
                <w:spacing w:val="-37"/>
                <w:w w:val="105"/>
                <w:sz w:val="15"/>
              </w:rPr>
              <w:t xml:space="preserve"> </w:t>
            </w:r>
            <w:hyperlink r:id="rId58">
              <w:r w:rsidR="003147F9" w:rsidRPr="00E85698">
                <w:rPr>
                  <w:w w:val="105"/>
                  <w:sz w:val="15"/>
                </w:rPr>
                <w:t>http://www.proshkolu.ru</w:t>
              </w:r>
            </w:hyperlink>
          </w:p>
        </w:tc>
      </w:tr>
      <w:tr w:rsidR="003147F9" w:rsidRPr="00E85698" w:rsidTr="00A047B0">
        <w:trPr>
          <w:gridBefore w:val="2"/>
          <w:gridAfter w:val="1"/>
          <w:wBefore w:w="142" w:type="dxa"/>
          <w:wAfter w:w="58" w:type="dxa"/>
          <w:trHeight w:val="5048"/>
        </w:trPr>
        <w:tc>
          <w:tcPr>
            <w:tcW w:w="425" w:type="dxa"/>
            <w:gridSpan w:val="3"/>
          </w:tcPr>
          <w:p w:rsidR="003147F9" w:rsidRPr="00E85698" w:rsidRDefault="003147F9" w:rsidP="00A047B0">
            <w:pPr>
              <w:pStyle w:val="TableParagraph"/>
              <w:spacing w:before="64"/>
              <w:ind w:left="76"/>
              <w:rPr>
                <w:sz w:val="15"/>
              </w:rPr>
            </w:pPr>
            <w:r w:rsidRPr="00E85698">
              <w:rPr>
                <w:w w:val="105"/>
                <w:sz w:val="15"/>
              </w:rPr>
              <w:lastRenderedPageBreak/>
              <w:t>6.8.</w:t>
            </w:r>
          </w:p>
        </w:tc>
        <w:tc>
          <w:tcPr>
            <w:tcW w:w="2835" w:type="dxa"/>
            <w:gridSpan w:val="2"/>
          </w:tcPr>
          <w:p w:rsidR="003147F9" w:rsidRPr="00E85698" w:rsidRDefault="003147F9" w:rsidP="00A047B0">
            <w:pPr>
              <w:pStyle w:val="TableParagraph"/>
              <w:spacing w:before="64"/>
              <w:ind w:left="76"/>
              <w:rPr>
                <w:sz w:val="15"/>
              </w:rPr>
            </w:pPr>
            <w:r w:rsidRPr="00E85698">
              <w:rPr>
                <w:w w:val="105"/>
                <w:sz w:val="15"/>
              </w:rPr>
              <w:t>Союз</w:t>
            </w:r>
          </w:p>
        </w:tc>
        <w:tc>
          <w:tcPr>
            <w:tcW w:w="426" w:type="dxa"/>
          </w:tcPr>
          <w:p w:rsidR="003147F9" w:rsidRPr="00E85698" w:rsidRDefault="003147F9" w:rsidP="00A047B0">
            <w:pPr>
              <w:pStyle w:val="TableParagraph"/>
              <w:spacing w:before="64"/>
              <w:ind w:left="77"/>
              <w:rPr>
                <w:sz w:val="15"/>
              </w:rPr>
            </w:pPr>
            <w:r w:rsidRPr="00E85698">
              <w:rPr>
                <w:w w:val="105"/>
                <w:sz w:val="15"/>
              </w:rPr>
              <w:t>12</w:t>
            </w:r>
          </w:p>
        </w:tc>
        <w:tc>
          <w:tcPr>
            <w:tcW w:w="1275" w:type="dxa"/>
            <w:gridSpan w:val="4"/>
          </w:tcPr>
          <w:p w:rsidR="003147F9" w:rsidRPr="00E85698" w:rsidRDefault="003147F9" w:rsidP="00A047B0">
            <w:pPr>
              <w:pStyle w:val="TableParagraph"/>
              <w:rPr>
                <w:sz w:val="14"/>
              </w:rPr>
            </w:pPr>
          </w:p>
        </w:tc>
        <w:tc>
          <w:tcPr>
            <w:tcW w:w="1134" w:type="dxa"/>
            <w:gridSpan w:val="3"/>
          </w:tcPr>
          <w:p w:rsidR="003147F9" w:rsidRPr="00E85698" w:rsidRDefault="003147F9" w:rsidP="00A047B0">
            <w:pPr>
              <w:pStyle w:val="TableParagraph"/>
              <w:rPr>
                <w:sz w:val="14"/>
              </w:rPr>
            </w:pPr>
          </w:p>
        </w:tc>
        <w:tc>
          <w:tcPr>
            <w:tcW w:w="851" w:type="dxa"/>
            <w:gridSpan w:val="3"/>
          </w:tcPr>
          <w:p w:rsidR="003147F9" w:rsidRPr="00E85698" w:rsidRDefault="001D3699" w:rsidP="00A047B0">
            <w:pPr>
              <w:pStyle w:val="TableParagraph"/>
              <w:rPr>
                <w:sz w:val="14"/>
              </w:rPr>
            </w:pPr>
            <w:r>
              <w:rPr>
                <w:sz w:val="14"/>
              </w:rPr>
              <w:t>28.02-22.03</w:t>
            </w:r>
          </w:p>
        </w:tc>
        <w:tc>
          <w:tcPr>
            <w:tcW w:w="5670" w:type="dxa"/>
            <w:gridSpan w:val="3"/>
          </w:tcPr>
          <w:p w:rsidR="003147F9" w:rsidRPr="00E85698" w:rsidRDefault="003147F9" w:rsidP="00A047B0">
            <w:pPr>
              <w:pStyle w:val="TableParagraph"/>
              <w:spacing w:before="64" w:line="266" w:lineRule="auto"/>
              <w:ind w:left="79"/>
              <w:rPr>
                <w:sz w:val="15"/>
              </w:rPr>
            </w:pPr>
            <w:r w:rsidRPr="00E85698">
              <w:rPr>
                <w:w w:val="105"/>
                <w:sz w:val="15"/>
              </w:rPr>
              <w:t>Распознавать союзы, использованные как средство связи однородных членов</w:t>
            </w:r>
            <w:r w:rsidRPr="00E85698">
              <w:rPr>
                <w:spacing w:val="1"/>
                <w:w w:val="105"/>
                <w:sz w:val="15"/>
              </w:rPr>
              <w:t xml:space="preserve"> </w:t>
            </w:r>
            <w:r w:rsidRPr="00E85698">
              <w:rPr>
                <w:w w:val="105"/>
                <w:sz w:val="15"/>
              </w:rPr>
              <w:t>предложения и частей сложного предложения, характеризовать их функции;</w:t>
            </w:r>
            <w:r w:rsidRPr="00E85698">
              <w:rPr>
                <w:spacing w:val="1"/>
                <w:w w:val="105"/>
                <w:sz w:val="15"/>
              </w:rPr>
              <w:t xml:space="preserve"> </w:t>
            </w:r>
            <w:r w:rsidRPr="00E85698">
              <w:rPr>
                <w:spacing w:val="-1"/>
                <w:w w:val="105"/>
                <w:sz w:val="15"/>
              </w:rPr>
              <w:t>Определять</w:t>
            </w:r>
            <w:r w:rsidRPr="00E85698">
              <w:rPr>
                <w:spacing w:val="-9"/>
                <w:w w:val="105"/>
                <w:sz w:val="15"/>
              </w:rPr>
              <w:t xml:space="preserve"> </w:t>
            </w:r>
            <w:r w:rsidRPr="00E85698">
              <w:rPr>
                <w:spacing w:val="-1"/>
                <w:w w:val="105"/>
                <w:sz w:val="15"/>
              </w:rPr>
              <w:t>основания</w:t>
            </w:r>
            <w:r w:rsidRPr="00E85698">
              <w:rPr>
                <w:spacing w:val="-8"/>
                <w:w w:val="105"/>
                <w:sz w:val="15"/>
              </w:rPr>
              <w:t xml:space="preserve"> </w:t>
            </w:r>
            <w:r w:rsidRPr="00E85698">
              <w:rPr>
                <w:w w:val="105"/>
                <w:sz w:val="15"/>
              </w:rPr>
              <w:t>для</w:t>
            </w:r>
            <w:r w:rsidRPr="00E85698">
              <w:rPr>
                <w:spacing w:val="-9"/>
                <w:w w:val="105"/>
                <w:sz w:val="15"/>
              </w:rPr>
              <w:t xml:space="preserve"> </w:t>
            </w:r>
            <w:r w:rsidRPr="00E85698">
              <w:rPr>
                <w:w w:val="105"/>
                <w:sz w:val="15"/>
              </w:rPr>
              <w:t>сравнения</w:t>
            </w:r>
            <w:r w:rsidRPr="00E85698">
              <w:rPr>
                <w:spacing w:val="-8"/>
                <w:w w:val="105"/>
                <w:sz w:val="15"/>
              </w:rPr>
              <w:t xml:space="preserve"> </w:t>
            </w:r>
            <w:r w:rsidRPr="00E85698">
              <w:rPr>
                <w:w w:val="105"/>
                <w:sz w:val="15"/>
              </w:rPr>
              <w:t>и</w:t>
            </w:r>
            <w:r w:rsidRPr="00E85698">
              <w:rPr>
                <w:spacing w:val="-9"/>
                <w:w w:val="105"/>
                <w:sz w:val="15"/>
              </w:rPr>
              <w:t xml:space="preserve"> </w:t>
            </w:r>
            <w:r w:rsidRPr="00E85698">
              <w:rPr>
                <w:w w:val="105"/>
                <w:sz w:val="15"/>
              </w:rPr>
              <w:t>сравнивать</w:t>
            </w:r>
            <w:r w:rsidRPr="00E85698">
              <w:rPr>
                <w:spacing w:val="-8"/>
                <w:w w:val="105"/>
                <w:sz w:val="15"/>
              </w:rPr>
              <w:t xml:space="preserve"> </w:t>
            </w:r>
            <w:r w:rsidRPr="00E85698">
              <w:rPr>
                <w:w w:val="105"/>
                <w:sz w:val="15"/>
              </w:rPr>
              <w:t>конструкции</w:t>
            </w:r>
            <w:r w:rsidRPr="00E85698">
              <w:rPr>
                <w:spacing w:val="-9"/>
                <w:w w:val="105"/>
                <w:sz w:val="15"/>
              </w:rPr>
              <w:t xml:space="preserve"> </w:t>
            </w:r>
            <w:r w:rsidRPr="00E85698">
              <w:rPr>
                <w:w w:val="105"/>
                <w:sz w:val="15"/>
              </w:rPr>
              <w:t>с</w:t>
            </w:r>
            <w:r w:rsidRPr="00E85698">
              <w:rPr>
                <w:spacing w:val="-8"/>
                <w:w w:val="105"/>
                <w:sz w:val="15"/>
              </w:rPr>
              <w:t xml:space="preserve"> </w:t>
            </w:r>
            <w:r w:rsidRPr="00E85698">
              <w:rPr>
                <w:w w:val="105"/>
                <w:sz w:val="15"/>
              </w:rPr>
              <w:t>однородными</w:t>
            </w:r>
            <w:r w:rsidRPr="00E85698">
              <w:rPr>
                <w:spacing w:val="-36"/>
                <w:w w:val="105"/>
                <w:sz w:val="15"/>
              </w:rPr>
              <w:t xml:space="preserve"> </w:t>
            </w:r>
            <w:r w:rsidRPr="00E85698">
              <w:rPr>
                <w:w w:val="105"/>
                <w:sz w:val="15"/>
              </w:rPr>
              <w:t>членами, связанными сочинительными союзами, и сложносочинённые</w:t>
            </w:r>
            <w:r w:rsidRPr="00E85698">
              <w:rPr>
                <w:spacing w:val="1"/>
                <w:w w:val="105"/>
                <w:sz w:val="15"/>
              </w:rPr>
              <w:t xml:space="preserve"> </w:t>
            </w:r>
            <w:r w:rsidRPr="00E85698">
              <w:rPr>
                <w:w w:val="105"/>
                <w:sz w:val="15"/>
              </w:rPr>
              <w:t>предложения;</w:t>
            </w:r>
          </w:p>
          <w:p w:rsidR="003147F9" w:rsidRPr="00E85698" w:rsidRDefault="003147F9" w:rsidP="00A047B0">
            <w:pPr>
              <w:pStyle w:val="TableParagraph"/>
              <w:spacing w:before="4" w:line="266" w:lineRule="auto"/>
              <w:ind w:left="79"/>
              <w:rPr>
                <w:sz w:val="15"/>
              </w:rPr>
            </w:pPr>
            <w:r w:rsidRPr="00E85698">
              <w:rPr>
                <w:w w:val="105"/>
                <w:sz w:val="15"/>
              </w:rPr>
              <w:t>Использовать навыки пунктуационного анализа простых предложений с</w:t>
            </w:r>
            <w:r w:rsidRPr="00E85698">
              <w:rPr>
                <w:spacing w:val="1"/>
                <w:w w:val="105"/>
                <w:sz w:val="15"/>
              </w:rPr>
              <w:t xml:space="preserve"> </w:t>
            </w:r>
            <w:r w:rsidRPr="00E85698">
              <w:rPr>
                <w:spacing w:val="-1"/>
                <w:w w:val="105"/>
                <w:sz w:val="15"/>
              </w:rPr>
              <w:t>однородными</w:t>
            </w:r>
            <w:r w:rsidRPr="00E85698">
              <w:rPr>
                <w:spacing w:val="-8"/>
                <w:w w:val="105"/>
                <w:sz w:val="15"/>
              </w:rPr>
              <w:t xml:space="preserve"> </w:t>
            </w:r>
            <w:r w:rsidRPr="00E85698">
              <w:rPr>
                <w:spacing w:val="-1"/>
                <w:w w:val="105"/>
                <w:sz w:val="15"/>
              </w:rPr>
              <w:t>членами</w:t>
            </w:r>
            <w:r w:rsidRPr="00E85698">
              <w:rPr>
                <w:spacing w:val="-7"/>
                <w:w w:val="105"/>
                <w:sz w:val="15"/>
              </w:rPr>
              <w:t xml:space="preserve"> </w:t>
            </w:r>
            <w:r w:rsidRPr="00E85698">
              <w:rPr>
                <w:spacing w:val="-1"/>
                <w:w w:val="105"/>
                <w:sz w:val="15"/>
              </w:rPr>
              <w:t>и</w:t>
            </w:r>
            <w:r w:rsidRPr="00E85698">
              <w:rPr>
                <w:spacing w:val="-7"/>
                <w:w w:val="105"/>
                <w:sz w:val="15"/>
              </w:rPr>
              <w:t xml:space="preserve"> </w:t>
            </w:r>
            <w:r w:rsidRPr="00E85698">
              <w:rPr>
                <w:spacing w:val="-1"/>
                <w:w w:val="105"/>
                <w:sz w:val="15"/>
              </w:rPr>
              <w:t>сложносочинённых</w:t>
            </w:r>
            <w:r w:rsidRPr="00E85698">
              <w:rPr>
                <w:spacing w:val="-7"/>
                <w:w w:val="105"/>
                <w:sz w:val="15"/>
              </w:rPr>
              <w:t xml:space="preserve"> </w:t>
            </w:r>
            <w:r w:rsidRPr="00E85698">
              <w:rPr>
                <w:w w:val="105"/>
                <w:sz w:val="15"/>
              </w:rPr>
              <w:t>предложений</w:t>
            </w:r>
            <w:r w:rsidRPr="00E85698">
              <w:rPr>
                <w:spacing w:val="-8"/>
                <w:w w:val="105"/>
                <w:sz w:val="15"/>
              </w:rPr>
              <w:t xml:space="preserve"> </w:t>
            </w:r>
            <w:r w:rsidRPr="00E85698">
              <w:rPr>
                <w:w w:val="105"/>
                <w:sz w:val="15"/>
              </w:rPr>
              <w:t>в</w:t>
            </w:r>
            <w:r w:rsidRPr="00E85698">
              <w:rPr>
                <w:spacing w:val="-7"/>
                <w:w w:val="105"/>
                <w:sz w:val="15"/>
              </w:rPr>
              <w:t xml:space="preserve"> </w:t>
            </w:r>
            <w:r w:rsidRPr="00E85698">
              <w:rPr>
                <w:w w:val="105"/>
                <w:sz w:val="15"/>
              </w:rPr>
              <w:t>практике</w:t>
            </w:r>
            <w:r w:rsidRPr="00E85698">
              <w:rPr>
                <w:spacing w:val="-7"/>
                <w:w w:val="105"/>
                <w:sz w:val="15"/>
              </w:rPr>
              <w:t xml:space="preserve"> </w:t>
            </w:r>
            <w:r w:rsidRPr="00E85698">
              <w:rPr>
                <w:w w:val="105"/>
                <w:sz w:val="15"/>
              </w:rPr>
              <w:t>письма;</w:t>
            </w:r>
            <w:r w:rsidRPr="00E85698">
              <w:rPr>
                <w:spacing w:val="-36"/>
                <w:w w:val="105"/>
                <w:sz w:val="15"/>
              </w:rPr>
              <w:t xml:space="preserve"> </w:t>
            </w:r>
            <w:r w:rsidRPr="00E85698">
              <w:rPr>
                <w:w w:val="105"/>
                <w:sz w:val="15"/>
              </w:rPr>
              <w:t>Анализировать</w:t>
            </w:r>
            <w:r w:rsidRPr="00E85698">
              <w:rPr>
                <w:spacing w:val="-3"/>
                <w:w w:val="105"/>
                <w:sz w:val="15"/>
              </w:rPr>
              <w:t xml:space="preserve"> </w:t>
            </w:r>
            <w:r w:rsidRPr="00E85698">
              <w:rPr>
                <w:w w:val="105"/>
                <w:sz w:val="15"/>
              </w:rPr>
              <w:t>союзы</w:t>
            </w:r>
            <w:r w:rsidRPr="00E85698">
              <w:rPr>
                <w:spacing w:val="-3"/>
                <w:w w:val="105"/>
                <w:sz w:val="15"/>
              </w:rPr>
              <w:t xml:space="preserve"> </w:t>
            </w:r>
            <w:r w:rsidRPr="00E85698">
              <w:rPr>
                <w:w w:val="105"/>
                <w:sz w:val="15"/>
              </w:rPr>
              <w:t>в</w:t>
            </w:r>
            <w:r w:rsidRPr="00E85698">
              <w:rPr>
                <w:spacing w:val="-3"/>
                <w:w w:val="105"/>
                <w:sz w:val="15"/>
              </w:rPr>
              <w:t xml:space="preserve"> </w:t>
            </w:r>
            <w:r w:rsidRPr="00E85698">
              <w:rPr>
                <w:w w:val="105"/>
                <w:sz w:val="15"/>
              </w:rPr>
              <w:t>аспекте</w:t>
            </w:r>
            <w:r w:rsidRPr="00E85698">
              <w:rPr>
                <w:spacing w:val="-3"/>
                <w:w w:val="105"/>
                <w:sz w:val="15"/>
              </w:rPr>
              <w:t xml:space="preserve"> </w:t>
            </w:r>
            <w:r w:rsidRPr="00E85698">
              <w:rPr>
                <w:w w:val="105"/>
                <w:sz w:val="15"/>
              </w:rPr>
              <w:t>их</w:t>
            </w:r>
            <w:r w:rsidRPr="00E85698">
              <w:rPr>
                <w:spacing w:val="-3"/>
                <w:w w:val="105"/>
                <w:sz w:val="15"/>
              </w:rPr>
              <w:t xml:space="preserve"> </w:t>
            </w:r>
            <w:r w:rsidRPr="00E85698">
              <w:rPr>
                <w:w w:val="105"/>
                <w:sz w:val="15"/>
              </w:rPr>
              <w:t>строения</w:t>
            </w:r>
            <w:r w:rsidRPr="00E85698">
              <w:rPr>
                <w:spacing w:val="-3"/>
                <w:w w:val="105"/>
                <w:sz w:val="15"/>
              </w:rPr>
              <w:t xml:space="preserve"> </w:t>
            </w:r>
            <w:r w:rsidRPr="00E85698">
              <w:rPr>
                <w:w w:val="105"/>
                <w:sz w:val="15"/>
              </w:rPr>
              <w:t>и</w:t>
            </w:r>
            <w:r w:rsidRPr="00E85698">
              <w:rPr>
                <w:spacing w:val="-3"/>
                <w:w w:val="105"/>
                <w:sz w:val="15"/>
              </w:rPr>
              <w:t xml:space="preserve"> </w:t>
            </w:r>
            <w:r w:rsidRPr="00E85698">
              <w:rPr>
                <w:w w:val="105"/>
                <w:sz w:val="15"/>
              </w:rPr>
              <w:t>происхождения;</w:t>
            </w:r>
          </w:p>
          <w:p w:rsidR="003147F9" w:rsidRPr="00E85698" w:rsidRDefault="003147F9" w:rsidP="00A047B0">
            <w:pPr>
              <w:pStyle w:val="TableParagraph"/>
              <w:spacing w:before="1" w:line="266" w:lineRule="auto"/>
              <w:ind w:left="79" w:right="1323"/>
              <w:rPr>
                <w:sz w:val="15"/>
              </w:rPr>
            </w:pPr>
            <w:r w:rsidRPr="00E85698">
              <w:rPr>
                <w:w w:val="105"/>
                <w:sz w:val="15"/>
              </w:rPr>
              <w:t>На</w:t>
            </w:r>
            <w:r w:rsidRPr="00E85698">
              <w:rPr>
                <w:spacing w:val="-10"/>
                <w:w w:val="105"/>
                <w:sz w:val="15"/>
              </w:rPr>
              <w:t xml:space="preserve"> </w:t>
            </w:r>
            <w:r w:rsidRPr="00E85698">
              <w:rPr>
                <w:w w:val="105"/>
                <w:sz w:val="15"/>
              </w:rPr>
              <w:t>основе</w:t>
            </w:r>
            <w:r w:rsidRPr="00E85698">
              <w:rPr>
                <w:spacing w:val="-9"/>
                <w:w w:val="105"/>
                <w:sz w:val="15"/>
              </w:rPr>
              <w:t xml:space="preserve"> </w:t>
            </w:r>
            <w:r w:rsidRPr="00E85698">
              <w:rPr>
                <w:w w:val="105"/>
                <w:sz w:val="15"/>
              </w:rPr>
              <w:t>анализа</w:t>
            </w:r>
            <w:r w:rsidRPr="00E85698">
              <w:rPr>
                <w:spacing w:val="-10"/>
                <w:w w:val="105"/>
                <w:sz w:val="15"/>
              </w:rPr>
              <w:t xml:space="preserve"> </w:t>
            </w:r>
            <w:r w:rsidRPr="00E85698">
              <w:rPr>
                <w:w w:val="105"/>
                <w:sz w:val="15"/>
              </w:rPr>
              <w:t>различать</w:t>
            </w:r>
            <w:r w:rsidRPr="00E85698">
              <w:rPr>
                <w:spacing w:val="-9"/>
                <w:w w:val="105"/>
                <w:sz w:val="15"/>
              </w:rPr>
              <w:t xml:space="preserve"> </w:t>
            </w:r>
            <w:r w:rsidRPr="00E85698">
              <w:rPr>
                <w:w w:val="105"/>
                <w:sz w:val="15"/>
              </w:rPr>
              <w:t>союзы</w:t>
            </w:r>
            <w:r w:rsidRPr="00E85698">
              <w:rPr>
                <w:spacing w:val="-10"/>
                <w:w w:val="105"/>
                <w:sz w:val="15"/>
              </w:rPr>
              <w:t xml:space="preserve"> </w:t>
            </w:r>
            <w:r w:rsidRPr="00E85698">
              <w:rPr>
                <w:w w:val="105"/>
                <w:sz w:val="15"/>
              </w:rPr>
              <w:t>разных</w:t>
            </w:r>
            <w:r w:rsidRPr="00E85698">
              <w:rPr>
                <w:spacing w:val="-9"/>
                <w:w w:val="105"/>
                <w:sz w:val="15"/>
              </w:rPr>
              <w:t xml:space="preserve"> </w:t>
            </w:r>
            <w:r w:rsidRPr="00E85698">
              <w:rPr>
                <w:w w:val="105"/>
                <w:sz w:val="15"/>
              </w:rPr>
              <w:t>разрядов;</w:t>
            </w:r>
            <w:r w:rsidRPr="00E85698">
              <w:rPr>
                <w:spacing w:val="-36"/>
                <w:w w:val="105"/>
                <w:sz w:val="15"/>
              </w:rPr>
              <w:t xml:space="preserve"> </w:t>
            </w:r>
            <w:r w:rsidRPr="00E85698">
              <w:rPr>
                <w:w w:val="105"/>
                <w:sz w:val="15"/>
              </w:rPr>
              <w:t>Объяснять</w:t>
            </w:r>
            <w:r w:rsidRPr="00E85698">
              <w:rPr>
                <w:spacing w:val="-4"/>
                <w:w w:val="105"/>
                <w:sz w:val="15"/>
              </w:rPr>
              <w:t xml:space="preserve"> </w:t>
            </w:r>
            <w:r w:rsidRPr="00E85698">
              <w:rPr>
                <w:w w:val="105"/>
                <w:sz w:val="15"/>
              </w:rPr>
              <w:t>написание</w:t>
            </w:r>
            <w:r w:rsidRPr="00E85698">
              <w:rPr>
                <w:spacing w:val="-3"/>
                <w:w w:val="105"/>
                <w:sz w:val="15"/>
              </w:rPr>
              <w:t xml:space="preserve"> </w:t>
            </w:r>
            <w:r w:rsidRPr="00E85698">
              <w:rPr>
                <w:w w:val="105"/>
                <w:sz w:val="15"/>
              </w:rPr>
              <w:t>производных</w:t>
            </w:r>
            <w:r w:rsidRPr="00E85698">
              <w:rPr>
                <w:spacing w:val="-4"/>
                <w:w w:val="105"/>
                <w:sz w:val="15"/>
              </w:rPr>
              <w:t xml:space="preserve"> </w:t>
            </w:r>
            <w:r w:rsidRPr="00E85698">
              <w:rPr>
                <w:w w:val="105"/>
                <w:sz w:val="15"/>
              </w:rPr>
              <w:t>союзов;</w:t>
            </w:r>
          </w:p>
          <w:p w:rsidR="003147F9" w:rsidRPr="00E85698" w:rsidRDefault="003147F9" w:rsidP="00A047B0">
            <w:pPr>
              <w:pStyle w:val="TableParagraph"/>
              <w:spacing w:before="2" w:line="266" w:lineRule="auto"/>
              <w:ind w:left="79"/>
              <w:rPr>
                <w:sz w:val="15"/>
              </w:rPr>
            </w:pPr>
            <w:r w:rsidRPr="00E85698">
              <w:rPr>
                <w:spacing w:val="-1"/>
                <w:w w:val="105"/>
                <w:sz w:val="15"/>
              </w:rPr>
              <w:t>Характеризовать</w:t>
            </w:r>
            <w:r w:rsidRPr="00E85698">
              <w:rPr>
                <w:spacing w:val="-9"/>
                <w:w w:val="105"/>
                <w:sz w:val="15"/>
              </w:rPr>
              <w:t xml:space="preserve"> </w:t>
            </w:r>
            <w:r w:rsidRPr="00E85698">
              <w:rPr>
                <w:spacing w:val="-1"/>
                <w:w w:val="105"/>
                <w:sz w:val="15"/>
              </w:rPr>
              <w:t>отношения</w:t>
            </w:r>
            <w:r w:rsidRPr="00E85698">
              <w:rPr>
                <w:spacing w:val="-9"/>
                <w:w w:val="105"/>
                <w:sz w:val="15"/>
              </w:rPr>
              <w:t xml:space="preserve"> </w:t>
            </w:r>
            <w:r w:rsidRPr="00E85698">
              <w:rPr>
                <w:w w:val="105"/>
                <w:sz w:val="15"/>
              </w:rPr>
              <w:t>между</w:t>
            </w:r>
            <w:r w:rsidRPr="00E85698">
              <w:rPr>
                <w:spacing w:val="-9"/>
                <w:w w:val="105"/>
                <w:sz w:val="15"/>
              </w:rPr>
              <w:t xml:space="preserve"> </w:t>
            </w:r>
            <w:r w:rsidRPr="00E85698">
              <w:rPr>
                <w:w w:val="105"/>
                <w:sz w:val="15"/>
              </w:rPr>
              <w:t>однородными</w:t>
            </w:r>
            <w:r w:rsidRPr="00E85698">
              <w:rPr>
                <w:spacing w:val="-8"/>
                <w:w w:val="105"/>
                <w:sz w:val="15"/>
              </w:rPr>
              <w:t xml:space="preserve"> </w:t>
            </w:r>
            <w:r w:rsidRPr="00E85698">
              <w:rPr>
                <w:w w:val="105"/>
                <w:sz w:val="15"/>
              </w:rPr>
              <w:t>членами</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частями</w:t>
            </w:r>
            <w:r w:rsidRPr="00E85698">
              <w:rPr>
                <w:spacing w:val="-9"/>
                <w:w w:val="105"/>
                <w:sz w:val="15"/>
              </w:rPr>
              <w:t xml:space="preserve"> </w:t>
            </w:r>
            <w:r w:rsidRPr="00E85698">
              <w:rPr>
                <w:w w:val="105"/>
                <w:sz w:val="15"/>
              </w:rPr>
              <w:t>сложного</w:t>
            </w:r>
            <w:r w:rsidRPr="00E85698">
              <w:rPr>
                <w:spacing w:val="-36"/>
                <w:w w:val="105"/>
                <w:sz w:val="15"/>
              </w:rPr>
              <w:t xml:space="preserve"> </w:t>
            </w:r>
            <w:r w:rsidRPr="00E85698">
              <w:rPr>
                <w:w w:val="105"/>
                <w:sz w:val="15"/>
              </w:rPr>
              <w:t>предложения,</w:t>
            </w:r>
            <w:r w:rsidRPr="00E85698">
              <w:rPr>
                <w:spacing w:val="-2"/>
                <w:w w:val="105"/>
                <w:sz w:val="15"/>
              </w:rPr>
              <w:t xml:space="preserve"> </w:t>
            </w:r>
            <w:r w:rsidRPr="00E85698">
              <w:rPr>
                <w:w w:val="105"/>
                <w:sz w:val="15"/>
              </w:rPr>
              <w:t>устанавливаемые</w:t>
            </w:r>
            <w:r w:rsidRPr="00E85698">
              <w:rPr>
                <w:spacing w:val="-2"/>
                <w:w w:val="105"/>
                <w:sz w:val="15"/>
              </w:rPr>
              <w:t xml:space="preserve"> </w:t>
            </w:r>
            <w:r w:rsidRPr="00E85698">
              <w:rPr>
                <w:w w:val="105"/>
                <w:sz w:val="15"/>
              </w:rPr>
              <w:t>с</w:t>
            </w:r>
            <w:r w:rsidRPr="00E85698">
              <w:rPr>
                <w:spacing w:val="-2"/>
                <w:w w:val="105"/>
                <w:sz w:val="15"/>
              </w:rPr>
              <w:t xml:space="preserve"> </w:t>
            </w:r>
            <w:r w:rsidRPr="00E85698">
              <w:rPr>
                <w:w w:val="105"/>
                <w:sz w:val="15"/>
              </w:rPr>
              <w:t>помощью</w:t>
            </w:r>
            <w:r w:rsidRPr="00E85698">
              <w:rPr>
                <w:spacing w:val="-2"/>
                <w:w w:val="105"/>
                <w:sz w:val="15"/>
              </w:rPr>
              <w:t xml:space="preserve"> </w:t>
            </w:r>
            <w:r w:rsidRPr="00E85698">
              <w:rPr>
                <w:w w:val="105"/>
                <w:sz w:val="15"/>
              </w:rPr>
              <w:t>союзов;</w:t>
            </w:r>
          </w:p>
          <w:p w:rsidR="003147F9" w:rsidRPr="00E85698" w:rsidRDefault="003147F9" w:rsidP="00A047B0">
            <w:pPr>
              <w:pStyle w:val="TableParagraph"/>
              <w:spacing w:before="1" w:line="266" w:lineRule="auto"/>
              <w:ind w:left="79"/>
              <w:rPr>
                <w:sz w:val="15"/>
              </w:rPr>
            </w:pPr>
            <w:r w:rsidRPr="00E85698">
              <w:rPr>
                <w:w w:val="105"/>
                <w:sz w:val="15"/>
              </w:rPr>
              <w:t>Анализировать и конструировать предложения с однородными членами,</w:t>
            </w:r>
            <w:r w:rsidRPr="00E85698">
              <w:rPr>
                <w:spacing w:val="1"/>
                <w:w w:val="105"/>
                <w:sz w:val="15"/>
              </w:rPr>
              <w:t xml:space="preserve"> </w:t>
            </w:r>
            <w:r w:rsidRPr="00E85698">
              <w:rPr>
                <w:spacing w:val="-1"/>
                <w:w w:val="105"/>
                <w:sz w:val="15"/>
              </w:rPr>
              <w:t>связанными</w:t>
            </w:r>
            <w:r w:rsidRPr="00E85698">
              <w:rPr>
                <w:spacing w:val="-7"/>
                <w:w w:val="105"/>
                <w:sz w:val="15"/>
              </w:rPr>
              <w:t xml:space="preserve"> </w:t>
            </w:r>
            <w:r w:rsidRPr="00E85698">
              <w:rPr>
                <w:spacing w:val="-1"/>
                <w:w w:val="105"/>
                <w:sz w:val="15"/>
              </w:rPr>
              <w:t>одиночными,</w:t>
            </w:r>
            <w:r w:rsidRPr="00E85698">
              <w:rPr>
                <w:spacing w:val="-7"/>
                <w:w w:val="105"/>
                <w:sz w:val="15"/>
              </w:rPr>
              <w:t xml:space="preserve"> </w:t>
            </w:r>
            <w:r w:rsidRPr="00E85698">
              <w:rPr>
                <w:spacing w:val="-1"/>
                <w:w w:val="105"/>
                <w:sz w:val="15"/>
              </w:rPr>
              <w:t>двойными</w:t>
            </w:r>
            <w:r w:rsidRPr="00E85698">
              <w:rPr>
                <w:spacing w:val="-7"/>
                <w:w w:val="105"/>
                <w:sz w:val="15"/>
              </w:rPr>
              <w:t xml:space="preserve"> </w:t>
            </w:r>
            <w:r w:rsidRPr="00E85698">
              <w:rPr>
                <w:spacing w:val="-1"/>
                <w:w w:val="105"/>
                <w:sz w:val="15"/>
              </w:rPr>
              <w:t>и</w:t>
            </w:r>
            <w:r w:rsidRPr="00E85698">
              <w:rPr>
                <w:spacing w:val="-7"/>
                <w:w w:val="105"/>
                <w:sz w:val="15"/>
              </w:rPr>
              <w:t xml:space="preserve"> </w:t>
            </w:r>
            <w:r w:rsidRPr="00E85698">
              <w:rPr>
                <w:spacing w:val="-1"/>
                <w:w w:val="105"/>
                <w:sz w:val="15"/>
              </w:rPr>
              <w:t>повторяющимися</w:t>
            </w:r>
            <w:r w:rsidRPr="00E85698">
              <w:rPr>
                <w:spacing w:val="-7"/>
                <w:w w:val="105"/>
                <w:sz w:val="15"/>
              </w:rPr>
              <w:t xml:space="preserve"> </w:t>
            </w:r>
            <w:r w:rsidRPr="00E85698">
              <w:rPr>
                <w:w w:val="105"/>
                <w:sz w:val="15"/>
              </w:rPr>
              <w:t>союзами,</w:t>
            </w:r>
            <w:r w:rsidRPr="00E85698">
              <w:rPr>
                <w:spacing w:val="-7"/>
                <w:w w:val="105"/>
                <w:sz w:val="15"/>
              </w:rPr>
              <w:t xml:space="preserve"> </w:t>
            </w:r>
            <w:r w:rsidRPr="00E85698">
              <w:rPr>
                <w:w w:val="105"/>
                <w:sz w:val="15"/>
              </w:rPr>
              <w:t>правильно</w:t>
            </w:r>
            <w:r w:rsidRPr="00E85698">
              <w:rPr>
                <w:spacing w:val="-37"/>
                <w:w w:val="105"/>
                <w:sz w:val="15"/>
              </w:rPr>
              <w:t xml:space="preserve"> </w:t>
            </w:r>
            <w:r w:rsidRPr="00E85698">
              <w:rPr>
                <w:w w:val="105"/>
                <w:sz w:val="15"/>
              </w:rPr>
              <w:t>оформлять</w:t>
            </w:r>
            <w:r w:rsidRPr="00E85698">
              <w:rPr>
                <w:spacing w:val="-2"/>
                <w:w w:val="105"/>
                <w:sz w:val="15"/>
              </w:rPr>
              <w:t xml:space="preserve"> </w:t>
            </w:r>
            <w:r w:rsidRPr="00E85698">
              <w:rPr>
                <w:w w:val="105"/>
                <w:sz w:val="15"/>
              </w:rPr>
              <w:t>их</w:t>
            </w:r>
            <w:r w:rsidRPr="00E85698">
              <w:rPr>
                <w:spacing w:val="-1"/>
                <w:w w:val="105"/>
                <w:sz w:val="15"/>
              </w:rPr>
              <w:t xml:space="preserve"> </w:t>
            </w:r>
            <w:r w:rsidRPr="00E85698">
              <w:rPr>
                <w:w w:val="105"/>
                <w:sz w:val="15"/>
              </w:rPr>
              <w:t>на</w:t>
            </w:r>
            <w:r w:rsidRPr="00E85698">
              <w:rPr>
                <w:spacing w:val="-1"/>
                <w:w w:val="105"/>
                <w:sz w:val="15"/>
              </w:rPr>
              <w:t xml:space="preserve"> </w:t>
            </w:r>
            <w:r w:rsidRPr="00E85698">
              <w:rPr>
                <w:w w:val="105"/>
                <w:sz w:val="15"/>
              </w:rPr>
              <w:t>письме;</w:t>
            </w:r>
          </w:p>
          <w:p w:rsidR="003147F9" w:rsidRPr="00E85698" w:rsidRDefault="003147F9" w:rsidP="00A047B0">
            <w:pPr>
              <w:pStyle w:val="TableParagraph"/>
              <w:spacing w:before="2" w:line="266" w:lineRule="auto"/>
              <w:ind w:left="79"/>
              <w:rPr>
                <w:sz w:val="15"/>
              </w:rPr>
            </w:pPr>
            <w:r w:rsidRPr="00E85698">
              <w:rPr>
                <w:spacing w:val="-1"/>
                <w:w w:val="105"/>
                <w:sz w:val="15"/>
              </w:rPr>
              <w:t>Различать</w:t>
            </w:r>
            <w:r w:rsidRPr="00E85698">
              <w:rPr>
                <w:spacing w:val="-8"/>
                <w:w w:val="105"/>
                <w:sz w:val="15"/>
              </w:rPr>
              <w:t xml:space="preserve"> </w:t>
            </w:r>
            <w:r w:rsidRPr="00E85698">
              <w:rPr>
                <w:spacing w:val="-1"/>
                <w:w w:val="105"/>
                <w:sz w:val="15"/>
              </w:rPr>
              <w:t>нейтральные</w:t>
            </w:r>
            <w:r w:rsidRPr="00E85698">
              <w:rPr>
                <w:spacing w:val="-8"/>
                <w:w w:val="105"/>
                <w:sz w:val="15"/>
              </w:rPr>
              <w:t xml:space="preserve"> </w:t>
            </w:r>
            <w:r w:rsidRPr="00E85698">
              <w:rPr>
                <w:w w:val="105"/>
                <w:sz w:val="15"/>
              </w:rPr>
              <w:t>союзы</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союзы,</w:t>
            </w:r>
            <w:r w:rsidRPr="00E85698">
              <w:rPr>
                <w:spacing w:val="-8"/>
                <w:w w:val="105"/>
                <w:sz w:val="15"/>
              </w:rPr>
              <w:t xml:space="preserve"> </w:t>
            </w:r>
            <w:r w:rsidRPr="00E85698">
              <w:rPr>
                <w:w w:val="105"/>
                <w:sz w:val="15"/>
              </w:rPr>
              <w:t>используемые</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текстах</w:t>
            </w:r>
            <w:r w:rsidRPr="00E85698">
              <w:rPr>
                <w:spacing w:val="-8"/>
                <w:w w:val="105"/>
                <w:sz w:val="15"/>
              </w:rPr>
              <w:t xml:space="preserve"> </w:t>
            </w:r>
            <w:r w:rsidRPr="00E85698">
              <w:rPr>
                <w:w w:val="105"/>
                <w:sz w:val="15"/>
              </w:rPr>
              <w:t>книжных</w:t>
            </w:r>
            <w:r w:rsidRPr="00E85698">
              <w:rPr>
                <w:spacing w:val="-8"/>
                <w:w w:val="105"/>
                <w:sz w:val="15"/>
              </w:rPr>
              <w:t xml:space="preserve"> </w:t>
            </w:r>
            <w:r w:rsidRPr="00E85698">
              <w:rPr>
                <w:w w:val="105"/>
                <w:sz w:val="15"/>
              </w:rPr>
              <w:t>стилей;</w:t>
            </w:r>
            <w:r w:rsidRPr="00E85698">
              <w:rPr>
                <w:spacing w:val="1"/>
                <w:w w:val="105"/>
                <w:sz w:val="15"/>
              </w:rPr>
              <w:t xml:space="preserve"> </w:t>
            </w:r>
            <w:r w:rsidRPr="00E85698">
              <w:rPr>
                <w:w w:val="105"/>
                <w:sz w:val="15"/>
              </w:rPr>
              <w:t>Использовать</w:t>
            </w:r>
            <w:r w:rsidRPr="00E85698">
              <w:rPr>
                <w:spacing w:val="-4"/>
                <w:w w:val="105"/>
                <w:sz w:val="15"/>
              </w:rPr>
              <w:t xml:space="preserve"> </w:t>
            </w:r>
            <w:r w:rsidRPr="00E85698">
              <w:rPr>
                <w:w w:val="105"/>
                <w:sz w:val="15"/>
              </w:rPr>
              <w:t>союзы</w:t>
            </w:r>
            <w:r w:rsidRPr="00E85698">
              <w:rPr>
                <w:spacing w:val="-3"/>
                <w:w w:val="105"/>
                <w:sz w:val="15"/>
              </w:rPr>
              <w:t xml:space="preserve"> </w:t>
            </w:r>
            <w:r w:rsidRPr="00E85698">
              <w:rPr>
                <w:w w:val="105"/>
                <w:sz w:val="15"/>
              </w:rPr>
              <w:t>в</w:t>
            </w:r>
            <w:r w:rsidRPr="00E85698">
              <w:rPr>
                <w:spacing w:val="-3"/>
                <w:w w:val="105"/>
                <w:sz w:val="15"/>
              </w:rPr>
              <w:t xml:space="preserve"> </w:t>
            </w:r>
            <w:r w:rsidRPr="00E85698">
              <w:rPr>
                <w:w w:val="105"/>
                <w:sz w:val="15"/>
              </w:rPr>
              <w:t>соответствии</w:t>
            </w:r>
            <w:r w:rsidRPr="00E85698">
              <w:rPr>
                <w:spacing w:val="-3"/>
                <w:w w:val="105"/>
                <w:sz w:val="15"/>
              </w:rPr>
              <w:t xml:space="preserve"> </w:t>
            </w:r>
            <w:r w:rsidRPr="00E85698">
              <w:rPr>
                <w:w w:val="105"/>
                <w:sz w:val="15"/>
              </w:rPr>
              <w:t>с</w:t>
            </w:r>
            <w:r w:rsidRPr="00E85698">
              <w:rPr>
                <w:spacing w:val="-3"/>
                <w:w w:val="105"/>
                <w:sz w:val="15"/>
              </w:rPr>
              <w:t xml:space="preserve"> </w:t>
            </w:r>
            <w:r w:rsidRPr="00E85698">
              <w:rPr>
                <w:w w:val="105"/>
                <w:sz w:val="15"/>
              </w:rPr>
              <w:t>их</w:t>
            </w:r>
            <w:r w:rsidRPr="00E85698">
              <w:rPr>
                <w:spacing w:val="-4"/>
                <w:w w:val="105"/>
                <w:sz w:val="15"/>
              </w:rPr>
              <w:t xml:space="preserve"> </w:t>
            </w:r>
            <w:r w:rsidRPr="00E85698">
              <w:rPr>
                <w:w w:val="105"/>
                <w:sz w:val="15"/>
              </w:rPr>
              <w:t>стилистической</w:t>
            </w:r>
            <w:r w:rsidRPr="00E85698">
              <w:rPr>
                <w:spacing w:val="-3"/>
                <w:w w:val="105"/>
                <w:sz w:val="15"/>
              </w:rPr>
              <w:t xml:space="preserve"> </w:t>
            </w:r>
            <w:r w:rsidRPr="00E85698">
              <w:rPr>
                <w:w w:val="105"/>
                <w:sz w:val="15"/>
              </w:rPr>
              <w:t>окраской;</w:t>
            </w:r>
          </w:p>
          <w:p w:rsidR="003147F9" w:rsidRPr="00E85698" w:rsidRDefault="003147F9" w:rsidP="00A047B0">
            <w:pPr>
              <w:pStyle w:val="TableParagraph"/>
              <w:spacing w:before="1"/>
              <w:ind w:left="79"/>
              <w:rPr>
                <w:sz w:val="15"/>
              </w:rPr>
            </w:pPr>
            <w:r w:rsidRPr="00E85698">
              <w:rPr>
                <w:spacing w:val="-1"/>
                <w:w w:val="105"/>
                <w:sz w:val="15"/>
              </w:rPr>
              <w:t>Определять</w:t>
            </w:r>
            <w:r w:rsidRPr="00E85698">
              <w:rPr>
                <w:spacing w:val="-8"/>
                <w:w w:val="105"/>
                <w:sz w:val="15"/>
              </w:rPr>
              <w:t xml:space="preserve"> </w:t>
            </w:r>
            <w:r w:rsidRPr="00E85698">
              <w:rPr>
                <w:spacing w:val="-1"/>
                <w:w w:val="105"/>
                <w:sz w:val="15"/>
              </w:rPr>
              <w:t>экспрессивное</w:t>
            </w:r>
            <w:r w:rsidRPr="00E85698">
              <w:rPr>
                <w:spacing w:val="-8"/>
                <w:w w:val="105"/>
                <w:sz w:val="15"/>
              </w:rPr>
              <w:t xml:space="preserve"> </w:t>
            </w:r>
            <w:r w:rsidRPr="00E85698">
              <w:rPr>
                <w:w w:val="105"/>
                <w:sz w:val="15"/>
              </w:rPr>
              <w:t>использование</w:t>
            </w:r>
            <w:r w:rsidRPr="00E85698">
              <w:rPr>
                <w:spacing w:val="-8"/>
                <w:w w:val="105"/>
                <w:sz w:val="15"/>
              </w:rPr>
              <w:t xml:space="preserve"> </w:t>
            </w:r>
            <w:r w:rsidRPr="00E85698">
              <w:rPr>
                <w:w w:val="105"/>
                <w:sz w:val="15"/>
              </w:rPr>
              <w:t>союзов</w:t>
            </w:r>
            <w:r w:rsidRPr="00E85698">
              <w:rPr>
                <w:spacing w:val="-8"/>
                <w:w w:val="105"/>
                <w:sz w:val="15"/>
              </w:rPr>
              <w:t xml:space="preserve"> </w:t>
            </w:r>
            <w:r w:rsidRPr="00E85698">
              <w:rPr>
                <w:w w:val="105"/>
                <w:sz w:val="15"/>
              </w:rPr>
              <w:t>в</w:t>
            </w:r>
            <w:r w:rsidRPr="00E85698">
              <w:rPr>
                <w:spacing w:val="-8"/>
                <w:w w:val="105"/>
                <w:sz w:val="15"/>
              </w:rPr>
              <w:t xml:space="preserve"> </w:t>
            </w:r>
            <w:r w:rsidRPr="00E85698">
              <w:rPr>
                <w:w w:val="105"/>
                <w:sz w:val="15"/>
              </w:rPr>
              <w:t>речи;</w:t>
            </w:r>
          </w:p>
          <w:p w:rsidR="003147F9" w:rsidRPr="00E85698" w:rsidRDefault="003147F9" w:rsidP="00A047B0">
            <w:pPr>
              <w:pStyle w:val="TableParagraph"/>
              <w:spacing w:before="20" w:line="266" w:lineRule="auto"/>
              <w:ind w:left="79"/>
              <w:rPr>
                <w:sz w:val="15"/>
              </w:rPr>
            </w:pPr>
            <w:r w:rsidRPr="00E85698">
              <w:rPr>
                <w:w w:val="105"/>
                <w:sz w:val="15"/>
              </w:rPr>
              <w:t>Выявлять</w:t>
            </w:r>
            <w:r w:rsidRPr="00E85698">
              <w:rPr>
                <w:spacing w:val="-9"/>
                <w:w w:val="105"/>
                <w:sz w:val="15"/>
              </w:rPr>
              <w:t xml:space="preserve"> </w:t>
            </w:r>
            <w:r w:rsidRPr="00E85698">
              <w:rPr>
                <w:w w:val="105"/>
                <w:sz w:val="15"/>
              </w:rPr>
              <w:t>роль</w:t>
            </w:r>
            <w:r w:rsidRPr="00E85698">
              <w:rPr>
                <w:spacing w:val="-8"/>
                <w:w w:val="105"/>
                <w:sz w:val="15"/>
              </w:rPr>
              <w:t xml:space="preserve"> </w:t>
            </w:r>
            <w:r w:rsidRPr="00E85698">
              <w:rPr>
                <w:w w:val="105"/>
                <w:sz w:val="15"/>
              </w:rPr>
              <w:t>союзов</w:t>
            </w:r>
            <w:r w:rsidRPr="00E85698">
              <w:rPr>
                <w:spacing w:val="-8"/>
                <w:w w:val="105"/>
                <w:sz w:val="15"/>
              </w:rPr>
              <w:t xml:space="preserve"> </w:t>
            </w:r>
            <w:r w:rsidRPr="00E85698">
              <w:rPr>
                <w:w w:val="105"/>
                <w:sz w:val="15"/>
              </w:rPr>
              <w:t>как</w:t>
            </w:r>
            <w:r w:rsidRPr="00E85698">
              <w:rPr>
                <w:spacing w:val="-8"/>
                <w:w w:val="105"/>
                <w:sz w:val="15"/>
              </w:rPr>
              <w:t xml:space="preserve"> </w:t>
            </w:r>
            <w:r w:rsidRPr="00E85698">
              <w:rPr>
                <w:w w:val="105"/>
                <w:sz w:val="15"/>
              </w:rPr>
              <w:t>средства</w:t>
            </w:r>
            <w:r w:rsidRPr="00E85698">
              <w:rPr>
                <w:spacing w:val="-8"/>
                <w:w w:val="105"/>
                <w:sz w:val="15"/>
              </w:rPr>
              <w:t xml:space="preserve"> </w:t>
            </w:r>
            <w:r w:rsidRPr="00E85698">
              <w:rPr>
                <w:w w:val="105"/>
                <w:sz w:val="15"/>
              </w:rPr>
              <w:t>связи</w:t>
            </w:r>
            <w:r w:rsidRPr="00E85698">
              <w:rPr>
                <w:spacing w:val="-8"/>
                <w:w w:val="105"/>
                <w:sz w:val="15"/>
              </w:rPr>
              <w:t xml:space="preserve"> </w:t>
            </w:r>
            <w:r w:rsidRPr="00E85698">
              <w:rPr>
                <w:w w:val="105"/>
                <w:sz w:val="15"/>
              </w:rPr>
              <w:t>предложений</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частей</w:t>
            </w:r>
            <w:r w:rsidRPr="00E85698">
              <w:rPr>
                <w:spacing w:val="-8"/>
                <w:w w:val="105"/>
                <w:sz w:val="15"/>
              </w:rPr>
              <w:t xml:space="preserve"> </w:t>
            </w:r>
            <w:r w:rsidRPr="00E85698">
              <w:rPr>
                <w:w w:val="105"/>
                <w:sz w:val="15"/>
              </w:rPr>
              <w:t>текста</w:t>
            </w:r>
            <w:r w:rsidRPr="00E85698">
              <w:rPr>
                <w:spacing w:val="-9"/>
                <w:w w:val="105"/>
                <w:sz w:val="15"/>
              </w:rPr>
              <w:t xml:space="preserve"> </w:t>
            </w:r>
            <w:r w:rsidRPr="00E85698">
              <w:rPr>
                <w:w w:val="105"/>
                <w:sz w:val="15"/>
              </w:rPr>
              <w:t>и</w:t>
            </w:r>
            <w:r w:rsidRPr="00E85698">
              <w:rPr>
                <w:spacing w:val="-36"/>
                <w:w w:val="105"/>
                <w:sz w:val="15"/>
              </w:rPr>
              <w:t xml:space="preserve"> </w:t>
            </w:r>
            <w:r w:rsidRPr="00E85698">
              <w:rPr>
                <w:w w:val="105"/>
                <w:sz w:val="15"/>
              </w:rPr>
              <w:t>использовать</w:t>
            </w:r>
            <w:r w:rsidRPr="00E85698">
              <w:rPr>
                <w:spacing w:val="-3"/>
                <w:w w:val="105"/>
                <w:sz w:val="15"/>
              </w:rPr>
              <w:t xml:space="preserve"> </w:t>
            </w:r>
            <w:r w:rsidRPr="00E85698">
              <w:rPr>
                <w:w w:val="105"/>
                <w:sz w:val="15"/>
              </w:rPr>
              <w:t>их</w:t>
            </w:r>
            <w:r w:rsidRPr="00E85698">
              <w:rPr>
                <w:spacing w:val="-2"/>
                <w:w w:val="105"/>
                <w:sz w:val="15"/>
              </w:rPr>
              <w:t xml:space="preserve"> </w:t>
            </w:r>
            <w:r w:rsidRPr="00E85698">
              <w:rPr>
                <w:w w:val="105"/>
                <w:sz w:val="15"/>
              </w:rPr>
              <w:t>в</w:t>
            </w:r>
            <w:r w:rsidRPr="00E85698">
              <w:rPr>
                <w:spacing w:val="-2"/>
                <w:w w:val="105"/>
                <w:sz w:val="15"/>
              </w:rPr>
              <w:t xml:space="preserve"> </w:t>
            </w:r>
            <w:r w:rsidRPr="00E85698">
              <w:rPr>
                <w:w w:val="105"/>
                <w:sz w:val="15"/>
              </w:rPr>
              <w:t>этой</w:t>
            </w:r>
            <w:r w:rsidRPr="00E85698">
              <w:rPr>
                <w:spacing w:val="-2"/>
                <w:w w:val="105"/>
                <w:sz w:val="15"/>
              </w:rPr>
              <w:t xml:space="preserve"> </w:t>
            </w:r>
            <w:r w:rsidRPr="00E85698">
              <w:rPr>
                <w:w w:val="105"/>
                <w:sz w:val="15"/>
              </w:rPr>
              <w:t>функции</w:t>
            </w:r>
            <w:r w:rsidRPr="00E85698">
              <w:rPr>
                <w:spacing w:val="-3"/>
                <w:w w:val="105"/>
                <w:sz w:val="15"/>
              </w:rPr>
              <w:t xml:space="preserve"> </w:t>
            </w:r>
            <w:r w:rsidRPr="00E85698">
              <w:rPr>
                <w:w w:val="105"/>
                <w:sz w:val="15"/>
              </w:rPr>
              <w:t>в</w:t>
            </w:r>
            <w:r w:rsidRPr="00E85698">
              <w:rPr>
                <w:spacing w:val="-2"/>
                <w:w w:val="105"/>
                <w:sz w:val="15"/>
              </w:rPr>
              <w:t xml:space="preserve"> </w:t>
            </w:r>
            <w:r w:rsidRPr="00E85698">
              <w:rPr>
                <w:w w:val="105"/>
                <w:sz w:val="15"/>
              </w:rPr>
              <w:t>собственной</w:t>
            </w:r>
            <w:r w:rsidRPr="00E85698">
              <w:rPr>
                <w:spacing w:val="-2"/>
                <w:w w:val="105"/>
                <w:sz w:val="15"/>
              </w:rPr>
              <w:t xml:space="preserve"> </w:t>
            </w:r>
            <w:r w:rsidRPr="00E85698">
              <w:rPr>
                <w:w w:val="105"/>
                <w:sz w:val="15"/>
              </w:rPr>
              <w:t>речи;</w:t>
            </w:r>
          </w:p>
          <w:p w:rsidR="003147F9" w:rsidRPr="00E85698" w:rsidRDefault="003147F9" w:rsidP="00A047B0">
            <w:pPr>
              <w:pStyle w:val="TableParagraph"/>
              <w:spacing w:before="1"/>
              <w:ind w:left="79"/>
              <w:rPr>
                <w:sz w:val="15"/>
              </w:rPr>
            </w:pPr>
            <w:r w:rsidRPr="00E85698">
              <w:rPr>
                <w:spacing w:val="-1"/>
                <w:w w:val="105"/>
                <w:sz w:val="15"/>
              </w:rPr>
              <w:t>Выполнять</w:t>
            </w:r>
            <w:r w:rsidRPr="00E85698">
              <w:rPr>
                <w:spacing w:val="-8"/>
                <w:w w:val="105"/>
                <w:sz w:val="15"/>
              </w:rPr>
              <w:t xml:space="preserve"> </w:t>
            </w:r>
            <w:r w:rsidRPr="00E85698">
              <w:rPr>
                <w:spacing w:val="-1"/>
                <w:w w:val="105"/>
                <w:sz w:val="15"/>
              </w:rPr>
              <w:t>морфологический</w:t>
            </w:r>
            <w:r w:rsidRPr="00E85698">
              <w:rPr>
                <w:spacing w:val="-7"/>
                <w:w w:val="105"/>
                <w:sz w:val="15"/>
              </w:rPr>
              <w:t xml:space="preserve"> </w:t>
            </w:r>
            <w:r w:rsidRPr="00E85698">
              <w:rPr>
                <w:w w:val="105"/>
                <w:sz w:val="15"/>
              </w:rPr>
              <w:t>анализ</w:t>
            </w:r>
            <w:r w:rsidRPr="00E85698">
              <w:rPr>
                <w:spacing w:val="-7"/>
                <w:w w:val="105"/>
                <w:sz w:val="15"/>
              </w:rPr>
              <w:t xml:space="preserve"> </w:t>
            </w:r>
            <w:r w:rsidRPr="00E85698">
              <w:rPr>
                <w:w w:val="105"/>
                <w:sz w:val="15"/>
              </w:rPr>
              <w:t>союзов;</w:t>
            </w:r>
          </w:p>
          <w:p w:rsidR="003147F9" w:rsidRPr="00E85698" w:rsidRDefault="003147F9" w:rsidP="00A047B0">
            <w:pPr>
              <w:pStyle w:val="TableParagraph"/>
              <w:spacing w:before="20" w:line="266" w:lineRule="auto"/>
              <w:ind w:left="79" w:right="197"/>
              <w:rPr>
                <w:sz w:val="15"/>
              </w:rPr>
            </w:pPr>
            <w:r w:rsidRPr="00E85698">
              <w:rPr>
                <w:w w:val="105"/>
                <w:sz w:val="15"/>
              </w:rPr>
              <w:t>Определять</w:t>
            </w:r>
            <w:r w:rsidRPr="00E85698">
              <w:rPr>
                <w:spacing w:val="-10"/>
                <w:w w:val="105"/>
                <w:sz w:val="15"/>
              </w:rPr>
              <w:t xml:space="preserve"> </w:t>
            </w:r>
            <w:r w:rsidRPr="00E85698">
              <w:rPr>
                <w:w w:val="105"/>
                <w:sz w:val="15"/>
              </w:rPr>
              <w:t>основания</w:t>
            </w:r>
            <w:r w:rsidRPr="00E85698">
              <w:rPr>
                <w:spacing w:val="-10"/>
                <w:w w:val="105"/>
                <w:sz w:val="15"/>
              </w:rPr>
              <w:t xml:space="preserve"> </w:t>
            </w:r>
            <w:r w:rsidRPr="00E85698">
              <w:rPr>
                <w:w w:val="105"/>
                <w:sz w:val="15"/>
              </w:rPr>
              <w:t>для</w:t>
            </w:r>
            <w:r w:rsidRPr="00E85698">
              <w:rPr>
                <w:spacing w:val="-9"/>
                <w:w w:val="105"/>
                <w:sz w:val="15"/>
              </w:rPr>
              <w:t xml:space="preserve"> </w:t>
            </w:r>
            <w:r w:rsidRPr="00E85698">
              <w:rPr>
                <w:w w:val="105"/>
                <w:sz w:val="15"/>
              </w:rPr>
              <w:t>сравнения</w:t>
            </w:r>
            <w:r w:rsidRPr="00E85698">
              <w:rPr>
                <w:spacing w:val="-10"/>
                <w:w w:val="105"/>
                <w:sz w:val="15"/>
              </w:rPr>
              <w:t xml:space="preserve"> </w:t>
            </w:r>
            <w:r w:rsidRPr="00E85698">
              <w:rPr>
                <w:w w:val="105"/>
                <w:sz w:val="15"/>
              </w:rPr>
              <w:t>и</w:t>
            </w:r>
            <w:r w:rsidRPr="00E85698">
              <w:rPr>
                <w:spacing w:val="-9"/>
                <w:w w:val="105"/>
                <w:sz w:val="15"/>
              </w:rPr>
              <w:t xml:space="preserve"> </w:t>
            </w:r>
            <w:r w:rsidRPr="00E85698">
              <w:rPr>
                <w:w w:val="105"/>
                <w:sz w:val="15"/>
              </w:rPr>
              <w:t>сравнивать</w:t>
            </w:r>
            <w:r w:rsidRPr="00E85698">
              <w:rPr>
                <w:spacing w:val="-10"/>
                <w:w w:val="105"/>
                <w:sz w:val="15"/>
              </w:rPr>
              <w:t xml:space="preserve"> </w:t>
            </w:r>
            <w:r w:rsidRPr="00E85698">
              <w:rPr>
                <w:w w:val="105"/>
                <w:sz w:val="15"/>
              </w:rPr>
              <w:t>союзы</w:t>
            </w:r>
            <w:r w:rsidRPr="00E85698">
              <w:rPr>
                <w:spacing w:val="-9"/>
                <w:w w:val="105"/>
                <w:sz w:val="15"/>
              </w:rPr>
              <w:t xml:space="preserve"> </w:t>
            </w:r>
            <w:r w:rsidRPr="00E85698">
              <w:rPr>
                <w:w w:val="105"/>
                <w:sz w:val="15"/>
              </w:rPr>
              <w:t>тоже,</w:t>
            </w:r>
            <w:r w:rsidRPr="00E85698">
              <w:rPr>
                <w:spacing w:val="-10"/>
                <w:w w:val="105"/>
                <w:sz w:val="15"/>
              </w:rPr>
              <w:t xml:space="preserve"> </w:t>
            </w:r>
            <w:r w:rsidRPr="00E85698">
              <w:rPr>
                <w:w w:val="105"/>
                <w:sz w:val="15"/>
              </w:rPr>
              <w:t>также,</w:t>
            </w:r>
            <w:r w:rsidRPr="00E85698">
              <w:rPr>
                <w:spacing w:val="-9"/>
                <w:w w:val="105"/>
                <w:sz w:val="15"/>
              </w:rPr>
              <w:t xml:space="preserve"> </w:t>
            </w:r>
            <w:r w:rsidRPr="00E85698">
              <w:rPr>
                <w:w w:val="105"/>
                <w:sz w:val="15"/>
              </w:rPr>
              <w:t>чтобы,</w:t>
            </w:r>
            <w:r w:rsidRPr="00E85698">
              <w:rPr>
                <w:spacing w:val="-37"/>
                <w:w w:val="105"/>
                <w:sz w:val="15"/>
              </w:rPr>
              <w:t xml:space="preserve"> </w:t>
            </w:r>
            <w:r w:rsidRPr="00E85698">
              <w:rPr>
                <w:w w:val="105"/>
                <w:sz w:val="15"/>
              </w:rPr>
              <w:t>зато и созвучные сочетания слов то же, так же, что бы, за то; опираясь на</w:t>
            </w:r>
            <w:r w:rsidRPr="00E85698">
              <w:rPr>
                <w:spacing w:val="1"/>
                <w:w w:val="105"/>
                <w:sz w:val="15"/>
              </w:rPr>
              <w:t xml:space="preserve"> </w:t>
            </w:r>
            <w:r w:rsidRPr="00E85698">
              <w:rPr>
                <w:w w:val="105"/>
                <w:sz w:val="15"/>
              </w:rPr>
              <w:t>проведённый</w:t>
            </w:r>
            <w:r w:rsidRPr="00E85698">
              <w:rPr>
                <w:spacing w:val="-4"/>
                <w:w w:val="105"/>
                <w:sz w:val="15"/>
              </w:rPr>
              <w:t xml:space="preserve"> </w:t>
            </w:r>
            <w:r w:rsidRPr="00E85698">
              <w:rPr>
                <w:w w:val="105"/>
                <w:sz w:val="15"/>
              </w:rPr>
              <w:t>анализ,</w:t>
            </w:r>
            <w:r w:rsidRPr="00E85698">
              <w:rPr>
                <w:spacing w:val="-3"/>
                <w:w w:val="105"/>
                <w:sz w:val="15"/>
              </w:rPr>
              <w:t xml:space="preserve"> </w:t>
            </w:r>
            <w:r w:rsidRPr="00E85698">
              <w:rPr>
                <w:w w:val="105"/>
                <w:sz w:val="15"/>
              </w:rPr>
              <w:t>правильно</w:t>
            </w:r>
            <w:r w:rsidRPr="00E85698">
              <w:rPr>
                <w:spacing w:val="-3"/>
                <w:w w:val="105"/>
                <w:sz w:val="15"/>
              </w:rPr>
              <w:t xml:space="preserve"> </w:t>
            </w:r>
            <w:r w:rsidRPr="00E85698">
              <w:rPr>
                <w:w w:val="105"/>
                <w:sz w:val="15"/>
              </w:rPr>
              <w:t>оформлять</w:t>
            </w:r>
            <w:r w:rsidRPr="00E85698">
              <w:rPr>
                <w:spacing w:val="-3"/>
                <w:w w:val="105"/>
                <w:sz w:val="15"/>
              </w:rPr>
              <w:t xml:space="preserve"> </w:t>
            </w:r>
            <w:r w:rsidRPr="00E85698">
              <w:rPr>
                <w:w w:val="105"/>
                <w:sz w:val="15"/>
              </w:rPr>
              <w:t>эти</w:t>
            </w:r>
            <w:r w:rsidRPr="00E85698">
              <w:rPr>
                <w:spacing w:val="-4"/>
                <w:w w:val="105"/>
                <w:sz w:val="15"/>
              </w:rPr>
              <w:t xml:space="preserve"> </w:t>
            </w:r>
            <w:r w:rsidRPr="00E85698">
              <w:rPr>
                <w:w w:val="105"/>
                <w:sz w:val="15"/>
              </w:rPr>
              <w:t>слова</w:t>
            </w:r>
            <w:r w:rsidRPr="00E85698">
              <w:rPr>
                <w:spacing w:val="-3"/>
                <w:w w:val="105"/>
                <w:sz w:val="15"/>
              </w:rPr>
              <w:t xml:space="preserve"> </w:t>
            </w:r>
            <w:r w:rsidRPr="00E85698">
              <w:rPr>
                <w:w w:val="105"/>
                <w:sz w:val="15"/>
              </w:rPr>
              <w:t>на</w:t>
            </w:r>
            <w:r w:rsidRPr="00E85698">
              <w:rPr>
                <w:spacing w:val="-3"/>
                <w:w w:val="105"/>
                <w:sz w:val="15"/>
              </w:rPr>
              <w:t xml:space="preserve"> </w:t>
            </w:r>
            <w:r w:rsidRPr="00E85698">
              <w:rPr>
                <w:w w:val="105"/>
                <w:sz w:val="15"/>
              </w:rPr>
              <w:t>письме;</w:t>
            </w:r>
          </w:p>
        </w:tc>
        <w:tc>
          <w:tcPr>
            <w:tcW w:w="992" w:type="dxa"/>
            <w:gridSpan w:val="2"/>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701" w:type="dxa"/>
          </w:tcPr>
          <w:p w:rsidR="003147F9" w:rsidRPr="00E85698" w:rsidRDefault="00942243" w:rsidP="00A047B0">
            <w:pPr>
              <w:pStyle w:val="TableParagraph"/>
              <w:spacing w:before="64" w:line="266" w:lineRule="auto"/>
              <w:ind w:left="80" w:right="52"/>
              <w:rPr>
                <w:sz w:val="15"/>
              </w:rPr>
            </w:pPr>
            <w:hyperlink r:id="rId59">
              <w:r w:rsidR="003147F9" w:rsidRPr="00E85698">
                <w:rPr>
                  <w:w w:val="105"/>
                  <w:sz w:val="15"/>
                </w:rPr>
                <w:t>http://rus.1september.ru</w:t>
              </w:r>
            </w:hyperlink>
            <w:r w:rsidR="003147F9" w:rsidRPr="00E85698">
              <w:rPr>
                <w:spacing w:val="1"/>
                <w:w w:val="105"/>
                <w:sz w:val="15"/>
              </w:rPr>
              <w:t xml:space="preserve"> </w:t>
            </w:r>
            <w:hyperlink r:id="rId60">
              <w:r w:rsidR="003147F9" w:rsidRPr="00E85698">
                <w:rPr>
                  <w:spacing w:val="-1"/>
                  <w:w w:val="105"/>
                  <w:sz w:val="15"/>
                </w:rPr>
                <w:t>http://pedsovet.su/load/27,</w:t>
              </w:r>
            </w:hyperlink>
            <w:r w:rsidR="003147F9" w:rsidRPr="00E85698">
              <w:rPr>
                <w:spacing w:val="-37"/>
                <w:w w:val="105"/>
                <w:sz w:val="15"/>
              </w:rPr>
              <w:t xml:space="preserve"> </w:t>
            </w:r>
            <w:hyperlink r:id="rId61">
              <w:r w:rsidR="003147F9" w:rsidRPr="00E85698">
                <w:rPr>
                  <w:w w:val="105"/>
                  <w:sz w:val="15"/>
                </w:rPr>
                <w:t>http://www.proshkolu.ru</w:t>
              </w:r>
            </w:hyperlink>
          </w:p>
        </w:tc>
      </w:tr>
    </w:tbl>
    <w:p w:rsidR="003147F9" w:rsidRPr="00E85698" w:rsidRDefault="003147F9" w:rsidP="003147F9">
      <w:pPr>
        <w:spacing w:line="266" w:lineRule="auto"/>
        <w:rPr>
          <w:sz w:val="15"/>
        </w:rPr>
        <w:sectPr w:rsidR="003147F9" w:rsidRPr="00E85698">
          <w:pgSz w:w="16840" w:h="11900" w:orient="landscape"/>
          <w:pgMar w:top="580" w:right="540" w:bottom="280" w:left="560" w:header="720" w:footer="720" w:gutter="0"/>
          <w:cols w:space="720"/>
        </w:sectPr>
      </w:pPr>
    </w:p>
    <w:tbl>
      <w:tblPr>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857"/>
        <w:gridCol w:w="528"/>
        <w:gridCol w:w="145"/>
        <w:gridCol w:w="959"/>
        <w:gridCol w:w="1140"/>
        <w:gridCol w:w="804"/>
        <w:gridCol w:w="5667"/>
        <w:gridCol w:w="1116"/>
        <w:gridCol w:w="1812"/>
      </w:tblGrid>
      <w:tr w:rsidR="003147F9" w:rsidRPr="00E85698" w:rsidTr="00A047B0">
        <w:trPr>
          <w:trHeight w:val="2254"/>
        </w:trPr>
        <w:tc>
          <w:tcPr>
            <w:tcW w:w="468" w:type="dxa"/>
          </w:tcPr>
          <w:p w:rsidR="003147F9" w:rsidRPr="00E85698" w:rsidRDefault="003147F9" w:rsidP="00A047B0">
            <w:pPr>
              <w:pStyle w:val="TableParagraph"/>
              <w:spacing w:before="64"/>
              <w:ind w:left="55" w:right="118"/>
              <w:jc w:val="center"/>
              <w:rPr>
                <w:sz w:val="15"/>
              </w:rPr>
            </w:pPr>
            <w:r w:rsidRPr="00E85698">
              <w:rPr>
                <w:w w:val="105"/>
                <w:sz w:val="15"/>
              </w:rPr>
              <w:lastRenderedPageBreak/>
              <w:t>6.9.</w:t>
            </w:r>
          </w:p>
        </w:tc>
        <w:tc>
          <w:tcPr>
            <w:tcW w:w="2857" w:type="dxa"/>
          </w:tcPr>
          <w:p w:rsidR="003147F9" w:rsidRPr="00E85698" w:rsidRDefault="003147F9" w:rsidP="00A047B0">
            <w:pPr>
              <w:pStyle w:val="TableParagraph"/>
              <w:spacing w:before="64"/>
              <w:ind w:left="76"/>
              <w:rPr>
                <w:sz w:val="15"/>
              </w:rPr>
            </w:pPr>
            <w:r w:rsidRPr="00E85698">
              <w:rPr>
                <w:w w:val="105"/>
                <w:sz w:val="15"/>
              </w:rPr>
              <w:t>Частица</w:t>
            </w:r>
          </w:p>
        </w:tc>
        <w:tc>
          <w:tcPr>
            <w:tcW w:w="528" w:type="dxa"/>
          </w:tcPr>
          <w:p w:rsidR="003147F9" w:rsidRPr="00E85698" w:rsidRDefault="003147F9" w:rsidP="00A047B0">
            <w:pPr>
              <w:pStyle w:val="TableParagraph"/>
              <w:spacing w:before="64"/>
              <w:ind w:left="77"/>
              <w:rPr>
                <w:sz w:val="15"/>
              </w:rPr>
            </w:pPr>
            <w:r w:rsidRPr="00E85698">
              <w:rPr>
                <w:w w:val="105"/>
                <w:sz w:val="15"/>
              </w:rPr>
              <w:t>12</w:t>
            </w:r>
          </w:p>
        </w:tc>
        <w:tc>
          <w:tcPr>
            <w:tcW w:w="1104" w:type="dxa"/>
            <w:gridSpan w:val="2"/>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1D3699" w:rsidP="00A047B0">
            <w:pPr>
              <w:pStyle w:val="TableParagraph"/>
              <w:rPr>
                <w:sz w:val="14"/>
              </w:rPr>
            </w:pPr>
            <w:r>
              <w:rPr>
                <w:sz w:val="14"/>
              </w:rPr>
              <w:t>23.03-20.04</w:t>
            </w:r>
          </w:p>
        </w:tc>
        <w:tc>
          <w:tcPr>
            <w:tcW w:w="5667" w:type="dxa"/>
          </w:tcPr>
          <w:p w:rsidR="003147F9" w:rsidRPr="00E85698" w:rsidRDefault="003147F9" w:rsidP="00A047B0">
            <w:pPr>
              <w:pStyle w:val="TableParagraph"/>
              <w:spacing w:before="64" w:line="266" w:lineRule="auto"/>
              <w:ind w:left="79" w:right="1323"/>
              <w:rPr>
                <w:sz w:val="15"/>
              </w:rPr>
            </w:pPr>
            <w:r w:rsidRPr="00E85698">
              <w:rPr>
                <w:spacing w:val="-1"/>
                <w:w w:val="105"/>
                <w:sz w:val="15"/>
              </w:rPr>
              <w:t>На</w:t>
            </w:r>
            <w:r w:rsidRPr="00E85698">
              <w:rPr>
                <w:spacing w:val="-9"/>
                <w:w w:val="105"/>
                <w:sz w:val="15"/>
              </w:rPr>
              <w:t xml:space="preserve"> </w:t>
            </w:r>
            <w:r w:rsidRPr="00E85698">
              <w:rPr>
                <w:spacing w:val="-1"/>
                <w:w w:val="105"/>
                <w:sz w:val="15"/>
              </w:rPr>
              <w:t>основе</w:t>
            </w:r>
            <w:r w:rsidRPr="00E85698">
              <w:rPr>
                <w:spacing w:val="-9"/>
                <w:w w:val="105"/>
                <w:sz w:val="15"/>
              </w:rPr>
              <w:t xml:space="preserve"> </w:t>
            </w:r>
            <w:r w:rsidRPr="00E85698">
              <w:rPr>
                <w:w w:val="105"/>
                <w:sz w:val="15"/>
              </w:rPr>
              <w:t>анализа</w:t>
            </w:r>
            <w:r w:rsidRPr="00E85698">
              <w:rPr>
                <w:spacing w:val="-9"/>
                <w:w w:val="105"/>
                <w:sz w:val="15"/>
              </w:rPr>
              <w:t xml:space="preserve"> </w:t>
            </w:r>
            <w:r w:rsidRPr="00E85698">
              <w:rPr>
                <w:w w:val="105"/>
                <w:sz w:val="15"/>
              </w:rPr>
              <w:t>различать</w:t>
            </w:r>
            <w:r w:rsidRPr="00E85698">
              <w:rPr>
                <w:spacing w:val="-9"/>
                <w:w w:val="105"/>
                <w:sz w:val="15"/>
              </w:rPr>
              <w:t xml:space="preserve"> </w:t>
            </w:r>
            <w:r w:rsidRPr="00E85698">
              <w:rPr>
                <w:w w:val="105"/>
                <w:sz w:val="15"/>
              </w:rPr>
              <w:t>частицы</w:t>
            </w:r>
            <w:r w:rsidRPr="00E85698">
              <w:rPr>
                <w:spacing w:val="-8"/>
                <w:w w:val="105"/>
                <w:sz w:val="15"/>
              </w:rPr>
              <w:t xml:space="preserve"> </w:t>
            </w:r>
            <w:r w:rsidRPr="00E85698">
              <w:rPr>
                <w:w w:val="105"/>
                <w:sz w:val="15"/>
              </w:rPr>
              <w:t>разных</w:t>
            </w:r>
            <w:r w:rsidRPr="00E85698">
              <w:rPr>
                <w:spacing w:val="-9"/>
                <w:w w:val="105"/>
                <w:sz w:val="15"/>
              </w:rPr>
              <w:t xml:space="preserve"> </w:t>
            </w:r>
            <w:r w:rsidRPr="00E85698">
              <w:rPr>
                <w:w w:val="105"/>
                <w:sz w:val="15"/>
              </w:rPr>
              <w:t>разрядов;</w:t>
            </w:r>
            <w:r w:rsidRPr="00E85698">
              <w:rPr>
                <w:spacing w:val="-36"/>
                <w:w w:val="105"/>
                <w:sz w:val="15"/>
              </w:rPr>
              <w:t xml:space="preserve"> </w:t>
            </w:r>
            <w:r w:rsidRPr="00E85698">
              <w:rPr>
                <w:w w:val="105"/>
                <w:sz w:val="15"/>
              </w:rPr>
              <w:t>Выполнять</w:t>
            </w:r>
            <w:r w:rsidRPr="00E85698">
              <w:rPr>
                <w:spacing w:val="-4"/>
                <w:w w:val="105"/>
                <w:sz w:val="15"/>
              </w:rPr>
              <w:t xml:space="preserve"> </w:t>
            </w:r>
            <w:r w:rsidRPr="00E85698">
              <w:rPr>
                <w:w w:val="105"/>
                <w:sz w:val="15"/>
              </w:rPr>
              <w:t>морфологический</w:t>
            </w:r>
            <w:r w:rsidRPr="00E85698">
              <w:rPr>
                <w:spacing w:val="-3"/>
                <w:w w:val="105"/>
                <w:sz w:val="15"/>
              </w:rPr>
              <w:t xml:space="preserve"> </w:t>
            </w:r>
            <w:r w:rsidRPr="00E85698">
              <w:rPr>
                <w:w w:val="105"/>
                <w:sz w:val="15"/>
              </w:rPr>
              <w:t>анализ</w:t>
            </w:r>
            <w:r w:rsidRPr="00E85698">
              <w:rPr>
                <w:spacing w:val="-3"/>
                <w:w w:val="105"/>
                <w:sz w:val="15"/>
              </w:rPr>
              <w:t xml:space="preserve"> </w:t>
            </w:r>
            <w:r w:rsidRPr="00E85698">
              <w:rPr>
                <w:w w:val="105"/>
                <w:sz w:val="15"/>
              </w:rPr>
              <w:t>частиц;</w:t>
            </w:r>
          </w:p>
          <w:p w:rsidR="003147F9" w:rsidRPr="00E85698" w:rsidRDefault="003147F9" w:rsidP="00A047B0">
            <w:pPr>
              <w:pStyle w:val="TableParagraph"/>
              <w:spacing w:before="2"/>
              <w:ind w:left="79"/>
              <w:rPr>
                <w:sz w:val="15"/>
              </w:rPr>
            </w:pPr>
            <w:r w:rsidRPr="00E85698">
              <w:rPr>
                <w:spacing w:val="-1"/>
                <w:w w:val="105"/>
                <w:sz w:val="15"/>
              </w:rPr>
              <w:t>Использовать</w:t>
            </w:r>
            <w:r w:rsidRPr="00E85698">
              <w:rPr>
                <w:spacing w:val="-9"/>
                <w:w w:val="105"/>
                <w:sz w:val="15"/>
              </w:rPr>
              <w:t xml:space="preserve"> </w:t>
            </w:r>
            <w:r w:rsidRPr="00E85698">
              <w:rPr>
                <w:w w:val="105"/>
                <w:sz w:val="15"/>
              </w:rPr>
              <w:t>частицы</w:t>
            </w:r>
            <w:r w:rsidRPr="00E85698">
              <w:rPr>
                <w:spacing w:val="-8"/>
                <w:w w:val="105"/>
                <w:sz w:val="15"/>
              </w:rPr>
              <w:t xml:space="preserve"> </w:t>
            </w:r>
            <w:r w:rsidRPr="00E85698">
              <w:rPr>
                <w:w w:val="105"/>
                <w:sz w:val="15"/>
              </w:rPr>
              <w:t>разных</w:t>
            </w:r>
            <w:r w:rsidRPr="00E85698">
              <w:rPr>
                <w:spacing w:val="-9"/>
                <w:w w:val="105"/>
                <w:sz w:val="15"/>
              </w:rPr>
              <w:t xml:space="preserve"> </w:t>
            </w:r>
            <w:r w:rsidRPr="00E85698">
              <w:rPr>
                <w:w w:val="105"/>
                <w:sz w:val="15"/>
              </w:rPr>
              <w:t>разрядов</w:t>
            </w:r>
            <w:r w:rsidRPr="00E85698">
              <w:rPr>
                <w:spacing w:val="-8"/>
                <w:w w:val="105"/>
                <w:sz w:val="15"/>
              </w:rPr>
              <w:t xml:space="preserve"> </w:t>
            </w:r>
            <w:r w:rsidRPr="00E85698">
              <w:rPr>
                <w:w w:val="105"/>
                <w:sz w:val="15"/>
              </w:rPr>
              <w:t>в</w:t>
            </w:r>
            <w:r w:rsidRPr="00E85698">
              <w:rPr>
                <w:spacing w:val="-9"/>
                <w:w w:val="105"/>
                <w:sz w:val="15"/>
              </w:rPr>
              <w:t xml:space="preserve"> </w:t>
            </w:r>
            <w:r w:rsidRPr="00E85698">
              <w:rPr>
                <w:w w:val="105"/>
                <w:sz w:val="15"/>
              </w:rPr>
              <w:t>собственной</w:t>
            </w:r>
            <w:r w:rsidRPr="00E85698">
              <w:rPr>
                <w:spacing w:val="-8"/>
                <w:w w:val="105"/>
                <w:sz w:val="15"/>
              </w:rPr>
              <w:t xml:space="preserve"> </w:t>
            </w:r>
            <w:r w:rsidRPr="00E85698">
              <w:rPr>
                <w:w w:val="105"/>
                <w:sz w:val="15"/>
              </w:rPr>
              <w:t>речи;</w:t>
            </w:r>
          </w:p>
          <w:p w:rsidR="003147F9" w:rsidRPr="00E85698" w:rsidRDefault="003147F9" w:rsidP="00A047B0">
            <w:pPr>
              <w:pStyle w:val="TableParagraph"/>
              <w:spacing w:before="19" w:line="266" w:lineRule="auto"/>
              <w:ind w:left="79"/>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экспрессивное</w:t>
            </w:r>
            <w:r w:rsidRPr="00E85698">
              <w:rPr>
                <w:spacing w:val="-9"/>
                <w:w w:val="105"/>
                <w:sz w:val="15"/>
              </w:rPr>
              <w:t xml:space="preserve"> </w:t>
            </w:r>
            <w:r w:rsidRPr="00E85698">
              <w:rPr>
                <w:spacing w:val="-1"/>
                <w:w w:val="105"/>
                <w:sz w:val="15"/>
              </w:rPr>
              <w:t>использование</w:t>
            </w:r>
            <w:r w:rsidRPr="00E85698">
              <w:rPr>
                <w:spacing w:val="-8"/>
                <w:w w:val="105"/>
                <w:sz w:val="15"/>
              </w:rPr>
              <w:t xml:space="preserve"> </w:t>
            </w:r>
            <w:r w:rsidRPr="00E85698">
              <w:rPr>
                <w:w w:val="105"/>
                <w:sz w:val="15"/>
              </w:rPr>
              <w:t>частиц</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художественном</w:t>
            </w:r>
            <w:r w:rsidRPr="00E85698">
              <w:rPr>
                <w:spacing w:val="-9"/>
                <w:w w:val="105"/>
                <w:sz w:val="15"/>
              </w:rPr>
              <w:t xml:space="preserve"> </w:t>
            </w:r>
            <w:r w:rsidRPr="00E85698">
              <w:rPr>
                <w:w w:val="105"/>
                <w:sz w:val="15"/>
              </w:rPr>
              <w:t>тексте;</w:t>
            </w:r>
            <w:r w:rsidRPr="00E85698">
              <w:rPr>
                <w:spacing w:val="1"/>
                <w:w w:val="105"/>
                <w:sz w:val="15"/>
              </w:rPr>
              <w:t xml:space="preserve"> </w:t>
            </w:r>
            <w:r w:rsidRPr="00E85698">
              <w:rPr>
                <w:spacing w:val="-1"/>
                <w:w w:val="105"/>
                <w:sz w:val="15"/>
              </w:rPr>
              <w:t xml:space="preserve">Характеризовать </w:t>
            </w:r>
            <w:r w:rsidRPr="00E85698">
              <w:rPr>
                <w:w w:val="105"/>
                <w:sz w:val="15"/>
              </w:rPr>
              <w:t>интонационные особенности предложений с частицами и</w:t>
            </w:r>
            <w:r w:rsidRPr="00E85698">
              <w:rPr>
                <w:spacing w:val="-37"/>
                <w:w w:val="105"/>
                <w:sz w:val="15"/>
              </w:rPr>
              <w:t xml:space="preserve"> </w:t>
            </w:r>
            <w:r w:rsidRPr="00E85698">
              <w:rPr>
                <w:w w:val="105"/>
                <w:sz w:val="15"/>
              </w:rPr>
              <w:t>правильно</w:t>
            </w:r>
            <w:r w:rsidRPr="00E85698">
              <w:rPr>
                <w:spacing w:val="-2"/>
                <w:w w:val="105"/>
                <w:sz w:val="15"/>
              </w:rPr>
              <w:t xml:space="preserve"> </w:t>
            </w:r>
            <w:r w:rsidRPr="00E85698">
              <w:rPr>
                <w:w w:val="105"/>
                <w:sz w:val="15"/>
              </w:rPr>
              <w:t>интонировать</w:t>
            </w:r>
            <w:r w:rsidRPr="00E85698">
              <w:rPr>
                <w:spacing w:val="-2"/>
                <w:w w:val="105"/>
                <w:sz w:val="15"/>
              </w:rPr>
              <w:t xml:space="preserve"> </w:t>
            </w:r>
            <w:r w:rsidRPr="00E85698">
              <w:rPr>
                <w:w w:val="105"/>
                <w:sz w:val="15"/>
              </w:rPr>
              <w:t>такие</w:t>
            </w:r>
            <w:r w:rsidRPr="00E85698">
              <w:rPr>
                <w:spacing w:val="-2"/>
                <w:w w:val="105"/>
                <w:sz w:val="15"/>
              </w:rPr>
              <w:t xml:space="preserve"> </w:t>
            </w:r>
            <w:r w:rsidRPr="00E85698">
              <w:rPr>
                <w:w w:val="105"/>
                <w:sz w:val="15"/>
              </w:rPr>
              <w:t>предложения;</w:t>
            </w:r>
          </w:p>
          <w:p w:rsidR="003147F9" w:rsidRPr="00E85698" w:rsidRDefault="003147F9" w:rsidP="00A047B0">
            <w:pPr>
              <w:pStyle w:val="TableParagraph"/>
              <w:spacing w:before="2"/>
              <w:ind w:left="79"/>
              <w:rPr>
                <w:sz w:val="15"/>
              </w:rPr>
            </w:pPr>
            <w:r w:rsidRPr="00E85698">
              <w:rPr>
                <w:w w:val="105"/>
                <w:sz w:val="15"/>
              </w:rPr>
              <w:t>Характеризовать</w:t>
            </w:r>
            <w:r w:rsidRPr="00E85698">
              <w:rPr>
                <w:spacing w:val="-10"/>
                <w:w w:val="105"/>
                <w:sz w:val="15"/>
              </w:rPr>
              <w:t xml:space="preserve"> </w:t>
            </w:r>
            <w:r w:rsidRPr="00E85698">
              <w:rPr>
                <w:w w:val="105"/>
                <w:sz w:val="15"/>
              </w:rPr>
              <w:t>смысловые</w:t>
            </w:r>
            <w:r w:rsidRPr="00E85698">
              <w:rPr>
                <w:spacing w:val="-9"/>
                <w:w w:val="105"/>
                <w:sz w:val="15"/>
              </w:rPr>
              <w:t xml:space="preserve"> </w:t>
            </w:r>
            <w:r w:rsidRPr="00E85698">
              <w:rPr>
                <w:w w:val="105"/>
                <w:sz w:val="15"/>
              </w:rPr>
              <w:t>различия</w:t>
            </w:r>
            <w:r w:rsidRPr="00E85698">
              <w:rPr>
                <w:spacing w:val="-9"/>
                <w:w w:val="105"/>
                <w:sz w:val="15"/>
              </w:rPr>
              <w:t xml:space="preserve"> </w:t>
            </w:r>
            <w:r w:rsidRPr="00E85698">
              <w:rPr>
                <w:w w:val="105"/>
                <w:sz w:val="15"/>
              </w:rPr>
              <w:t>частиц</w:t>
            </w:r>
            <w:r w:rsidRPr="00E85698">
              <w:rPr>
                <w:spacing w:val="-9"/>
                <w:w w:val="105"/>
                <w:sz w:val="15"/>
              </w:rPr>
              <w:t xml:space="preserve"> </w:t>
            </w:r>
            <w:r w:rsidRPr="00E85698">
              <w:rPr>
                <w:w w:val="105"/>
                <w:sz w:val="15"/>
              </w:rPr>
              <w:t>не</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ни;</w:t>
            </w:r>
          </w:p>
          <w:p w:rsidR="003147F9" w:rsidRPr="00E85698" w:rsidRDefault="003147F9" w:rsidP="00A047B0">
            <w:pPr>
              <w:pStyle w:val="TableParagraph"/>
              <w:spacing w:before="20" w:line="266" w:lineRule="auto"/>
              <w:ind w:left="79"/>
              <w:rPr>
                <w:sz w:val="15"/>
              </w:rPr>
            </w:pPr>
            <w:r w:rsidRPr="00E85698">
              <w:rPr>
                <w:w w:val="105"/>
                <w:sz w:val="15"/>
              </w:rPr>
              <w:t>Выбирать слитное или раздельное написание не с разными частями речи;</w:t>
            </w:r>
            <w:r w:rsidRPr="00E85698">
              <w:rPr>
                <w:spacing w:val="1"/>
                <w:w w:val="105"/>
                <w:sz w:val="15"/>
              </w:rPr>
              <w:t xml:space="preserve"> </w:t>
            </w:r>
            <w:r w:rsidRPr="00E85698">
              <w:rPr>
                <w:w w:val="105"/>
                <w:sz w:val="15"/>
              </w:rPr>
              <w:t>Различать</w:t>
            </w:r>
            <w:r w:rsidRPr="00E85698">
              <w:rPr>
                <w:spacing w:val="-7"/>
                <w:w w:val="105"/>
                <w:sz w:val="15"/>
              </w:rPr>
              <w:t xml:space="preserve"> </w:t>
            </w:r>
            <w:r w:rsidRPr="00E85698">
              <w:rPr>
                <w:w w:val="105"/>
                <w:sz w:val="15"/>
              </w:rPr>
              <w:t>частицы</w:t>
            </w:r>
            <w:r w:rsidRPr="00E85698">
              <w:rPr>
                <w:spacing w:val="-7"/>
                <w:w w:val="105"/>
                <w:sz w:val="15"/>
              </w:rPr>
              <w:t xml:space="preserve"> </w:t>
            </w:r>
            <w:r w:rsidRPr="00E85698">
              <w:rPr>
                <w:w w:val="105"/>
                <w:sz w:val="15"/>
              </w:rPr>
              <w:t>бы,</w:t>
            </w:r>
            <w:r w:rsidRPr="00E85698">
              <w:rPr>
                <w:spacing w:val="-7"/>
                <w:w w:val="105"/>
                <w:sz w:val="15"/>
              </w:rPr>
              <w:t xml:space="preserve"> </w:t>
            </w:r>
            <w:r w:rsidRPr="00E85698">
              <w:rPr>
                <w:w w:val="105"/>
                <w:sz w:val="15"/>
              </w:rPr>
              <w:t>ли,</w:t>
            </w:r>
            <w:r w:rsidRPr="00E85698">
              <w:rPr>
                <w:spacing w:val="-7"/>
                <w:w w:val="105"/>
                <w:sz w:val="15"/>
              </w:rPr>
              <w:t xml:space="preserve"> </w:t>
            </w:r>
            <w:r w:rsidRPr="00E85698">
              <w:rPr>
                <w:w w:val="105"/>
                <w:sz w:val="15"/>
              </w:rPr>
              <w:t>же</w:t>
            </w:r>
            <w:r w:rsidRPr="00E85698">
              <w:rPr>
                <w:spacing w:val="-7"/>
                <w:w w:val="105"/>
                <w:sz w:val="15"/>
              </w:rPr>
              <w:t xml:space="preserve"> </w:t>
            </w:r>
            <w:r w:rsidRPr="00E85698">
              <w:rPr>
                <w:w w:val="105"/>
                <w:sz w:val="15"/>
              </w:rPr>
              <w:t>и</w:t>
            </w:r>
            <w:r w:rsidRPr="00E85698">
              <w:rPr>
                <w:spacing w:val="-7"/>
                <w:w w:val="105"/>
                <w:sz w:val="15"/>
              </w:rPr>
              <w:t xml:space="preserve"> </w:t>
            </w:r>
            <w:r w:rsidRPr="00E85698">
              <w:rPr>
                <w:w w:val="105"/>
                <w:sz w:val="15"/>
              </w:rPr>
              <w:t>части</w:t>
            </w:r>
            <w:r w:rsidRPr="00E85698">
              <w:rPr>
                <w:spacing w:val="-7"/>
                <w:w w:val="105"/>
                <w:sz w:val="15"/>
              </w:rPr>
              <w:t xml:space="preserve"> </w:t>
            </w:r>
            <w:r w:rsidRPr="00E85698">
              <w:rPr>
                <w:w w:val="105"/>
                <w:sz w:val="15"/>
              </w:rPr>
              <w:t>союзов</w:t>
            </w:r>
            <w:r w:rsidRPr="00E85698">
              <w:rPr>
                <w:spacing w:val="-7"/>
                <w:w w:val="105"/>
                <w:sz w:val="15"/>
              </w:rPr>
              <w:t xml:space="preserve"> </w:t>
            </w:r>
            <w:r w:rsidRPr="00E85698">
              <w:rPr>
                <w:w w:val="105"/>
                <w:sz w:val="15"/>
              </w:rPr>
              <w:t>чтобы,</w:t>
            </w:r>
            <w:r w:rsidRPr="00E85698">
              <w:rPr>
                <w:spacing w:val="-7"/>
                <w:w w:val="105"/>
                <w:sz w:val="15"/>
              </w:rPr>
              <w:t xml:space="preserve"> </w:t>
            </w:r>
            <w:r w:rsidRPr="00E85698">
              <w:rPr>
                <w:w w:val="105"/>
                <w:sz w:val="15"/>
              </w:rPr>
              <w:t>тоже,</w:t>
            </w:r>
            <w:r w:rsidRPr="00E85698">
              <w:rPr>
                <w:spacing w:val="-7"/>
                <w:w w:val="105"/>
                <w:sz w:val="15"/>
              </w:rPr>
              <w:t xml:space="preserve"> </w:t>
            </w:r>
            <w:r w:rsidRPr="00E85698">
              <w:rPr>
                <w:w w:val="105"/>
                <w:sz w:val="15"/>
              </w:rPr>
              <w:t>также</w:t>
            </w:r>
            <w:r w:rsidRPr="00E85698">
              <w:rPr>
                <w:spacing w:val="-7"/>
                <w:w w:val="105"/>
                <w:sz w:val="15"/>
              </w:rPr>
              <w:t xml:space="preserve"> </w:t>
            </w:r>
            <w:r w:rsidRPr="00E85698">
              <w:rPr>
                <w:w w:val="105"/>
                <w:sz w:val="15"/>
              </w:rPr>
              <w:t>на</w:t>
            </w:r>
            <w:r w:rsidRPr="00E85698">
              <w:rPr>
                <w:spacing w:val="-7"/>
                <w:w w:val="105"/>
                <w:sz w:val="15"/>
              </w:rPr>
              <w:t xml:space="preserve"> </w:t>
            </w:r>
            <w:r w:rsidRPr="00E85698">
              <w:rPr>
                <w:w w:val="105"/>
                <w:sz w:val="15"/>
              </w:rPr>
              <w:t>основе</w:t>
            </w:r>
            <w:r w:rsidRPr="00E85698">
              <w:rPr>
                <w:spacing w:val="-37"/>
                <w:w w:val="105"/>
                <w:sz w:val="15"/>
              </w:rPr>
              <w:t xml:space="preserve"> </w:t>
            </w:r>
            <w:r w:rsidRPr="00E85698">
              <w:rPr>
                <w:w w:val="105"/>
                <w:sz w:val="15"/>
              </w:rPr>
              <w:t>грамматического</w:t>
            </w:r>
            <w:r w:rsidRPr="00E85698">
              <w:rPr>
                <w:spacing w:val="-4"/>
                <w:w w:val="105"/>
                <w:sz w:val="15"/>
              </w:rPr>
              <w:t xml:space="preserve"> </w:t>
            </w:r>
            <w:r w:rsidRPr="00E85698">
              <w:rPr>
                <w:w w:val="105"/>
                <w:sz w:val="15"/>
              </w:rPr>
              <w:t>анализа</w:t>
            </w:r>
            <w:r w:rsidRPr="00E85698">
              <w:rPr>
                <w:spacing w:val="-3"/>
                <w:w w:val="105"/>
                <w:sz w:val="15"/>
              </w:rPr>
              <w:t xml:space="preserve"> </w:t>
            </w:r>
            <w:r w:rsidRPr="00E85698">
              <w:rPr>
                <w:w w:val="105"/>
                <w:sz w:val="15"/>
              </w:rPr>
              <w:t>и</w:t>
            </w:r>
            <w:r w:rsidRPr="00E85698">
              <w:rPr>
                <w:spacing w:val="-3"/>
                <w:w w:val="105"/>
                <w:sz w:val="15"/>
              </w:rPr>
              <w:t xml:space="preserve"> </w:t>
            </w:r>
            <w:r w:rsidRPr="00E85698">
              <w:rPr>
                <w:w w:val="105"/>
                <w:sz w:val="15"/>
              </w:rPr>
              <w:t>выбирать</w:t>
            </w:r>
            <w:r w:rsidRPr="00E85698">
              <w:rPr>
                <w:spacing w:val="-4"/>
                <w:w w:val="105"/>
                <w:sz w:val="15"/>
              </w:rPr>
              <w:t xml:space="preserve"> </w:t>
            </w:r>
            <w:r w:rsidRPr="00E85698">
              <w:rPr>
                <w:w w:val="105"/>
                <w:sz w:val="15"/>
              </w:rPr>
              <w:t>правильное</w:t>
            </w:r>
            <w:r w:rsidRPr="00E85698">
              <w:rPr>
                <w:spacing w:val="-3"/>
                <w:w w:val="105"/>
                <w:sz w:val="15"/>
              </w:rPr>
              <w:t xml:space="preserve"> </w:t>
            </w:r>
            <w:r w:rsidRPr="00E85698">
              <w:rPr>
                <w:w w:val="105"/>
                <w:sz w:val="15"/>
              </w:rPr>
              <w:t>написание;</w:t>
            </w:r>
          </w:p>
          <w:p w:rsidR="003147F9" w:rsidRPr="00E85698" w:rsidRDefault="003147F9" w:rsidP="00A047B0">
            <w:pPr>
              <w:pStyle w:val="TableParagraph"/>
              <w:spacing w:before="2"/>
              <w:ind w:left="79"/>
              <w:rPr>
                <w:sz w:val="15"/>
              </w:rPr>
            </w:pPr>
            <w:r w:rsidRPr="00E85698">
              <w:rPr>
                <w:w w:val="105"/>
                <w:sz w:val="15"/>
              </w:rPr>
              <w:t>Соблюдать</w:t>
            </w:r>
            <w:r w:rsidRPr="00E85698">
              <w:rPr>
                <w:spacing w:val="-10"/>
                <w:w w:val="105"/>
                <w:sz w:val="15"/>
              </w:rPr>
              <w:t xml:space="preserve"> </w:t>
            </w:r>
            <w:r w:rsidRPr="00E85698">
              <w:rPr>
                <w:w w:val="105"/>
                <w:sz w:val="15"/>
              </w:rPr>
              <w:t>нормы</w:t>
            </w:r>
            <w:r w:rsidRPr="00E85698">
              <w:rPr>
                <w:spacing w:val="-10"/>
                <w:w w:val="105"/>
                <w:sz w:val="15"/>
              </w:rPr>
              <w:t xml:space="preserve"> </w:t>
            </w:r>
            <w:r w:rsidRPr="00E85698">
              <w:rPr>
                <w:w w:val="105"/>
                <w:sz w:val="15"/>
              </w:rPr>
              <w:t>правописания</w:t>
            </w:r>
            <w:r w:rsidRPr="00E85698">
              <w:rPr>
                <w:spacing w:val="-9"/>
                <w:w w:val="105"/>
                <w:sz w:val="15"/>
              </w:rPr>
              <w:t xml:space="preserve"> </w:t>
            </w:r>
            <w:r w:rsidRPr="00E85698">
              <w:rPr>
                <w:w w:val="105"/>
                <w:sz w:val="15"/>
              </w:rPr>
              <w:t>частиц</w:t>
            </w:r>
            <w:r w:rsidRPr="00E85698">
              <w:rPr>
                <w:spacing w:val="-10"/>
                <w:w w:val="105"/>
                <w:sz w:val="15"/>
              </w:rPr>
              <w:t xml:space="preserve"> </w:t>
            </w:r>
            <w:r w:rsidRPr="00E85698">
              <w:rPr>
                <w:w w:val="105"/>
                <w:sz w:val="15"/>
              </w:rPr>
              <w:t>-то,</w:t>
            </w:r>
            <w:r w:rsidRPr="00E85698">
              <w:rPr>
                <w:spacing w:val="-10"/>
                <w:w w:val="105"/>
                <w:sz w:val="15"/>
              </w:rPr>
              <w:t xml:space="preserve"> </w:t>
            </w:r>
            <w:r w:rsidRPr="00E85698">
              <w:rPr>
                <w:w w:val="105"/>
                <w:sz w:val="15"/>
              </w:rPr>
              <w:t>-таки,</w:t>
            </w:r>
            <w:r w:rsidRPr="00E85698">
              <w:rPr>
                <w:spacing w:val="-9"/>
                <w:w w:val="105"/>
                <w:sz w:val="15"/>
              </w:rPr>
              <w:t xml:space="preserve"> </w:t>
            </w:r>
            <w:r w:rsidRPr="00E85698">
              <w:rPr>
                <w:w w:val="105"/>
                <w:sz w:val="15"/>
              </w:rPr>
              <w:t>-ка;</w:t>
            </w:r>
          </w:p>
        </w:tc>
        <w:tc>
          <w:tcPr>
            <w:tcW w:w="1116" w:type="dxa"/>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812" w:type="dxa"/>
          </w:tcPr>
          <w:p w:rsidR="003147F9" w:rsidRPr="00E85698" w:rsidRDefault="00942243" w:rsidP="00A047B0">
            <w:pPr>
              <w:pStyle w:val="TableParagraph"/>
              <w:spacing w:before="64" w:line="266" w:lineRule="auto"/>
              <w:ind w:left="80" w:right="52"/>
              <w:rPr>
                <w:sz w:val="15"/>
              </w:rPr>
            </w:pPr>
            <w:hyperlink r:id="rId62">
              <w:r w:rsidR="003147F9" w:rsidRPr="00E85698">
                <w:rPr>
                  <w:w w:val="105"/>
                  <w:sz w:val="15"/>
                </w:rPr>
                <w:t>http://rus.1september.ru</w:t>
              </w:r>
            </w:hyperlink>
            <w:r w:rsidR="003147F9" w:rsidRPr="00E85698">
              <w:rPr>
                <w:spacing w:val="1"/>
                <w:w w:val="105"/>
                <w:sz w:val="15"/>
              </w:rPr>
              <w:t xml:space="preserve"> </w:t>
            </w:r>
            <w:hyperlink r:id="rId63">
              <w:r w:rsidR="003147F9" w:rsidRPr="00E85698">
                <w:rPr>
                  <w:spacing w:val="-1"/>
                  <w:w w:val="105"/>
                  <w:sz w:val="15"/>
                </w:rPr>
                <w:t>http://pedsovet.su/load/27,</w:t>
              </w:r>
            </w:hyperlink>
            <w:r w:rsidR="003147F9" w:rsidRPr="00E85698">
              <w:rPr>
                <w:spacing w:val="-37"/>
                <w:w w:val="105"/>
                <w:sz w:val="15"/>
              </w:rPr>
              <w:t xml:space="preserve"> </w:t>
            </w:r>
            <w:hyperlink r:id="rId64">
              <w:r w:rsidR="003147F9" w:rsidRPr="00E85698">
                <w:rPr>
                  <w:w w:val="105"/>
                  <w:sz w:val="15"/>
                </w:rPr>
                <w:t>http://www.proshkolu.ru</w:t>
              </w:r>
            </w:hyperlink>
          </w:p>
        </w:tc>
      </w:tr>
      <w:tr w:rsidR="003147F9" w:rsidRPr="00E85698" w:rsidTr="00A047B0">
        <w:trPr>
          <w:trHeight w:val="2482"/>
        </w:trPr>
        <w:tc>
          <w:tcPr>
            <w:tcW w:w="468" w:type="dxa"/>
          </w:tcPr>
          <w:p w:rsidR="003147F9" w:rsidRPr="00E85698" w:rsidRDefault="003147F9" w:rsidP="00A047B0">
            <w:pPr>
              <w:pStyle w:val="TableParagraph"/>
              <w:spacing w:before="64"/>
              <w:ind w:left="55" w:right="43"/>
              <w:jc w:val="center"/>
              <w:rPr>
                <w:sz w:val="15"/>
              </w:rPr>
            </w:pPr>
            <w:r w:rsidRPr="00E85698">
              <w:rPr>
                <w:w w:val="105"/>
                <w:sz w:val="15"/>
              </w:rPr>
              <w:t>6.10.</w:t>
            </w:r>
          </w:p>
        </w:tc>
        <w:tc>
          <w:tcPr>
            <w:tcW w:w="2857" w:type="dxa"/>
          </w:tcPr>
          <w:p w:rsidR="003147F9" w:rsidRPr="00E85698" w:rsidRDefault="003147F9" w:rsidP="00A047B0">
            <w:pPr>
              <w:pStyle w:val="TableParagraph"/>
              <w:spacing w:before="64"/>
              <w:ind w:left="76"/>
              <w:rPr>
                <w:sz w:val="15"/>
              </w:rPr>
            </w:pPr>
            <w:r w:rsidRPr="00E85698">
              <w:rPr>
                <w:w w:val="105"/>
                <w:sz w:val="15"/>
              </w:rPr>
              <w:t>Междометия</w:t>
            </w:r>
          </w:p>
          <w:p w:rsidR="003147F9" w:rsidRPr="00E85698" w:rsidRDefault="003147F9" w:rsidP="00A047B0">
            <w:pPr>
              <w:pStyle w:val="TableParagraph"/>
              <w:spacing w:before="20"/>
              <w:ind w:left="76"/>
              <w:rPr>
                <w:sz w:val="15"/>
              </w:rPr>
            </w:pPr>
            <w:r w:rsidRPr="00E85698">
              <w:rPr>
                <w:spacing w:val="-1"/>
                <w:w w:val="105"/>
                <w:sz w:val="15"/>
              </w:rPr>
              <w:t>и</w:t>
            </w:r>
            <w:r w:rsidRPr="00E85698">
              <w:rPr>
                <w:spacing w:val="-5"/>
                <w:w w:val="105"/>
                <w:sz w:val="15"/>
              </w:rPr>
              <w:t xml:space="preserve"> </w:t>
            </w:r>
            <w:r w:rsidRPr="00E85698">
              <w:rPr>
                <w:spacing w:val="-1"/>
                <w:w w:val="105"/>
                <w:sz w:val="15"/>
              </w:rPr>
              <w:t>звукоподражательные</w:t>
            </w:r>
            <w:r w:rsidRPr="00E85698">
              <w:rPr>
                <w:spacing w:val="-5"/>
                <w:w w:val="105"/>
                <w:sz w:val="15"/>
              </w:rPr>
              <w:t xml:space="preserve"> </w:t>
            </w:r>
            <w:r w:rsidRPr="00E85698">
              <w:rPr>
                <w:w w:val="105"/>
                <w:sz w:val="15"/>
              </w:rPr>
              <w:t>слова</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04" w:type="dxa"/>
            <w:gridSpan w:val="2"/>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1D3699" w:rsidP="00A047B0">
            <w:pPr>
              <w:pStyle w:val="TableParagraph"/>
              <w:rPr>
                <w:sz w:val="14"/>
              </w:rPr>
            </w:pPr>
            <w:r>
              <w:rPr>
                <w:sz w:val="14"/>
              </w:rPr>
              <w:t>24.04-27.04</w:t>
            </w:r>
          </w:p>
        </w:tc>
        <w:tc>
          <w:tcPr>
            <w:tcW w:w="5667" w:type="dxa"/>
          </w:tcPr>
          <w:p w:rsidR="003147F9" w:rsidRPr="00E85698" w:rsidRDefault="003147F9" w:rsidP="00A047B0">
            <w:pPr>
              <w:pStyle w:val="TableParagraph"/>
              <w:spacing w:before="64" w:line="266" w:lineRule="auto"/>
              <w:ind w:left="79" w:right="120"/>
              <w:rPr>
                <w:sz w:val="15"/>
              </w:rPr>
            </w:pPr>
            <w:r w:rsidRPr="00E85698">
              <w:rPr>
                <w:w w:val="105"/>
                <w:sz w:val="15"/>
              </w:rPr>
              <w:t>Распознавать</w:t>
            </w:r>
            <w:r w:rsidRPr="00E85698">
              <w:rPr>
                <w:spacing w:val="-10"/>
                <w:w w:val="105"/>
                <w:sz w:val="15"/>
              </w:rPr>
              <w:t xml:space="preserve"> </w:t>
            </w:r>
            <w:r w:rsidRPr="00E85698">
              <w:rPr>
                <w:w w:val="105"/>
                <w:sz w:val="15"/>
              </w:rPr>
              <w:t>междометия</w:t>
            </w:r>
            <w:r w:rsidRPr="00E85698">
              <w:rPr>
                <w:spacing w:val="-9"/>
                <w:w w:val="105"/>
                <w:sz w:val="15"/>
              </w:rPr>
              <w:t xml:space="preserve"> </w:t>
            </w:r>
            <w:r w:rsidRPr="00E85698">
              <w:rPr>
                <w:w w:val="105"/>
                <w:sz w:val="15"/>
              </w:rPr>
              <w:t>в</w:t>
            </w:r>
            <w:r w:rsidRPr="00E85698">
              <w:rPr>
                <w:spacing w:val="-9"/>
                <w:w w:val="105"/>
                <w:sz w:val="15"/>
              </w:rPr>
              <w:t xml:space="preserve"> </w:t>
            </w:r>
            <w:r w:rsidRPr="00E85698">
              <w:rPr>
                <w:w w:val="105"/>
                <w:sz w:val="15"/>
              </w:rPr>
              <w:t>предложении</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тексте</w:t>
            </w:r>
            <w:r w:rsidRPr="00E85698">
              <w:rPr>
                <w:spacing w:val="-9"/>
                <w:w w:val="105"/>
                <w:sz w:val="15"/>
              </w:rPr>
              <w:t xml:space="preserve"> </w:t>
            </w:r>
            <w:r w:rsidRPr="00E85698">
              <w:rPr>
                <w:w w:val="105"/>
                <w:sz w:val="15"/>
              </w:rPr>
              <w:t>на</w:t>
            </w:r>
            <w:r w:rsidRPr="00E85698">
              <w:rPr>
                <w:spacing w:val="-9"/>
                <w:w w:val="105"/>
                <w:sz w:val="15"/>
              </w:rPr>
              <w:t xml:space="preserve"> </w:t>
            </w:r>
            <w:r w:rsidRPr="00E85698">
              <w:rPr>
                <w:w w:val="105"/>
                <w:sz w:val="15"/>
              </w:rPr>
              <w:t>основе</w:t>
            </w:r>
            <w:r w:rsidRPr="00E85698">
              <w:rPr>
                <w:spacing w:val="-9"/>
                <w:w w:val="105"/>
                <w:sz w:val="15"/>
              </w:rPr>
              <w:t xml:space="preserve"> </w:t>
            </w:r>
            <w:r w:rsidRPr="00E85698">
              <w:rPr>
                <w:w w:val="105"/>
                <w:sz w:val="15"/>
              </w:rPr>
              <w:t>анализа</w:t>
            </w:r>
            <w:r w:rsidRPr="00E85698">
              <w:rPr>
                <w:spacing w:val="-9"/>
                <w:w w:val="105"/>
                <w:sz w:val="15"/>
              </w:rPr>
              <w:t xml:space="preserve"> </w:t>
            </w:r>
            <w:r w:rsidRPr="00E85698">
              <w:rPr>
                <w:w w:val="105"/>
                <w:sz w:val="15"/>
              </w:rPr>
              <w:t>их</w:t>
            </w:r>
            <w:r w:rsidRPr="00E85698">
              <w:rPr>
                <w:spacing w:val="-9"/>
                <w:w w:val="105"/>
                <w:sz w:val="15"/>
              </w:rPr>
              <w:t xml:space="preserve"> </w:t>
            </w:r>
            <w:r w:rsidRPr="00E85698">
              <w:rPr>
                <w:w w:val="105"/>
                <w:sz w:val="15"/>
              </w:rPr>
              <w:t>функций</w:t>
            </w:r>
            <w:r w:rsidRPr="00E85698">
              <w:rPr>
                <w:spacing w:val="1"/>
                <w:w w:val="105"/>
                <w:sz w:val="15"/>
              </w:rPr>
              <w:t xml:space="preserve"> </w:t>
            </w:r>
            <w:r w:rsidRPr="00E85698">
              <w:rPr>
                <w:w w:val="105"/>
                <w:sz w:val="15"/>
              </w:rPr>
              <w:t>в</w:t>
            </w:r>
            <w:r w:rsidRPr="00E85698">
              <w:rPr>
                <w:spacing w:val="-1"/>
                <w:w w:val="105"/>
                <w:sz w:val="15"/>
              </w:rPr>
              <w:t xml:space="preserve"> </w:t>
            </w:r>
            <w:r w:rsidRPr="00E85698">
              <w:rPr>
                <w:w w:val="105"/>
                <w:sz w:val="15"/>
              </w:rPr>
              <w:t>речи;</w:t>
            </w:r>
          </w:p>
          <w:p w:rsidR="003147F9" w:rsidRPr="00E85698" w:rsidRDefault="003147F9" w:rsidP="00A047B0">
            <w:pPr>
              <w:pStyle w:val="TableParagraph"/>
              <w:spacing w:before="2"/>
              <w:ind w:left="79"/>
              <w:rPr>
                <w:sz w:val="15"/>
              </w:rPr>
            </w:pPr>
            <w:r w:rsidRPr="00E85698">
              <w:rPr>
                <w:spacing w:val="-1"/>
                <w:w w:val="105"/>
                <w:sz w:val="15"/>
              </w:rPr>
              <w:t>Различать</w:t>
            </w:r>
            <w:r w:rsidRPr="00E85698">
              <w:rPr>
                <w:spacing w:val="-8"/>
                <w:w w:val="105"/>
                <w:sz w:val="15"/>
              </w:rPr>
              <w:t xml:space="preserve"> </w:t>
            </w:r>
            <w:r w:rsidRPr="00E85698">
              <w:rPr>
                <w:spacing w:val="-1"/>
                <w:w w:val="105"/>
                <w:sz w:val="15"/>
              </w:rPr>
              <w:t>междометия</w:t>
            </w:r>
            <w:r w:rsidRPr="00E85698">
              <w:rPr>
                <w:spacing w:val="-7"/>
                <w:w w:val="105"/>
                <w:sz w:val="15"/>
              </w:rPr>
              <w:t xml:space="preserve"> </w:t>
            </w:r>
            <w:r w:rsidRPr="00E85698">
              <w:rPr>
                <w:w w:val="105"/>
                <w:sz w:val="15"/>
              </w:rPr>
              <w:t>разных</w:t>
            </w:r>
            <w:r w:rsidRPr="00E85698">
              <w:rPr>
                <w:spacing w:val="-8"/>
                <w:w w:val="105"/>
                <w:sz w:val="15"/>
              </w:rPr>
              <w:t xml:space="preserve"> </w:t>
            </w:r>
            <w:r w:rsidRPr="00E85698">
              <w:rPr>
                <w:w w:val="105"/>
                <w:sz w:val="15"/>
              </w:rPr>
              <w:t>разрядов;</w:t>
            </w:r>
          </w:p>
          <w:p w:rsidR="003147F9" w:rsidRPr="00E85698" w:rsidRDefault="003147F9" w:rsidP="00A047B0">
            <w:pPr>
              <w:pStyle w:val="TableParagraph"/>
              <w:spacing w:before="19"/>
              <w:ind w:left="79"/>
              <w:rPr>
                <w:sz w:val="15"/>
              </w:rPr>
            </w:pPr>
            <w:r w:rsidRPr="00E85698">
              <w:rPr>
                <w:w w:val="105"/>
                <w:sz w:val="15"/>
              </w:rPr>
              <w:t>Характеризовать</w:t>
            </w:r>
            <w:r w:rsidRPr="00E85698">
              <w:rPr>
                <w:spacing w:val="-10"/>
                <w:w w:val="105"/>
                <w:sz w:val="15"/>
              </w:rPr>
              <w:t xml:space="preserve"> </w:t>
            </w:r>
            <w:r w:rsidRPr="00E85698">
              <w:rPr>
                <w:w w:val="105"/>
                <w:sz w:val="15"/>
              </w:rPr>
              <w:t>роль</w:t>
            </w:r>
            <w:r w:rsidRPr="00E85698">
              <w:rPr>
                <w:spacing w:val="-10"/>
                <w:w w:val="105"/>
                <w:sz w:val="15"/>
              </w:rPr>
              <w:t xml:space="preserve"> </w:t>
            </w:r>
            <w:r w:rsidRPr="00E85698">
              <w:rPr>
                <w:w w:val="105"/>
                <w:sz w:val="15"/>
              </w:rPr>
              <w:t>междометий</w:t>
            </w:r>
            <w:r w:rsidRPr="00E85698">
              <w:rPr>
                <w:spacing w:val="-9"/>
                <w:w w:val="105"/>
                <w:sz w:val="15"/>
              </w:rPr>
              <w:t xml:space="preserve"> </w:t>
            </w:r>
            <w:r w:rsidRPr="00E85698">
              <w:rPr>
                <w:w w:val="105"/>
                <w:sz w:val="15"/>
              </w:rPr>
              <w:t>разных</w:t>
            </w:r>
            <w:r w:rsidRPr="00E85698">
              <w:rPr>
                <w:spacing w:val="-10"/>
                <w:w w:val="105"/>
                <w:sz w:val="15"/>
              </w:rPr>
              <w:t xml:space="preserve"> </w:t>
            </w:r>
            <w:r w:rsidRPr="00E85698">
              <w:rPr>
                <w:w w:val="105"/>
                <w:sz w:val="15"/>
              </w:rPr>
              <w:t>разрядов</w:t>
            </w:r>
            <w:r w:rsidRPr="00E85698">
              <w:rPr>
                <w:spacing w:val="-10"/>
                <w:w w:val="105"/>
                <w:sz w:val="15"/>
              </w:rPr>
              <w:t xml:space="preserve"> </w:t>
            </w:r>
            <w:r w:rsidRPr="00E85698">
              <w:rPr>
                <w:w w:val="105"/>
                <w:sz w:val="15"/>
              </w:rPr>
              <w:t>в</w:t>
            </w:r>
            <w:r w:rsidRPr="00E85698">
              <w:rPr>
                <w:spacing w:val="-9"/>
                <w:w w:val="105"/>
                <w:sz w:val="15"/>
              </w:rPr>
              <w:t xml:space="preserve"> </w:t>
            </w:r>
            <w:r w:rsidRPr="00E85698">
              <w:rPr>
                <w:w w:val="105"/>
                <w:sz w:val="15"/>
              </w:rPr>
              <w:t>речи;</w:t>
            </w:r>
          </w:p>
          <w:p w:rsidR="003147F9" w:rsidRPr="00E85698" w:rsidRDefault="003147F9" w:rsidP="00A047B0">
            <w:pPr>
              <w:pStyle w:val="TableParagraph"/>
              <w:spacing w:before="20" w:line="266" w:lineRule="auto"/>
              <w:ind w:left="79" w:right="197"/>
              <w:rPr>
                <w:sz w:val="15"/>
              </w:rPr>
            </w:pPr>
            <w:r w:rsidRPr="00E85698">
              <w:rPr>
                <w:w w:val="105"/>
                <w:sz w:val="15"/>
              </w:rPr>
              <w:t>Использовать междометия разных разрядов в собственной речи для выражения</w:t>
            </w:r>
            <w:r w:rsidRPr="00E85698">
              <w:rPr>
                <w:spacing w:val="-37"/>
                <w:w w:val="105"/>
                <w:sz w:val="15"/>
              </w:rPr>
              <w:t xml:space="preserve"> </w:t>
            </w:r>
            <w:r w:rsidRPr="00E85698">
              <w:rPr>
                <w:w w:val="105"/>
                <w:sz w:val="15"/>
              </w:rPr>
              <w:t>различных</w:t>
            </w:r>
            <w:r w:rsidRPr="00E85698">
              <w:rPr>
                <w:spacing w:val="-9"/>
                <w:w w:val="105"/>
                <w:sz w:val="15"/>
              </w:rPr>
              <w:t xml:space="preserve"> </w:t>
            </w:r>
            <w:r w:rsidRPr="00E85698">
              <w:rPr>
                <w:w w:val="105"/>
                <w:sz w:val="15"/>
              </w:rPr>
              <w:t>чувств</w:t>
            </w:r>
            <w:r w:rsidRPr="00E85698">
              <w:rPr>
                <w:spacing w:val="-9"/>
                <w:w w:val="105"/>
                <w:sz w:val="15"/>
              </w:rPr>
              <w:t xml:space="preserve"> </w:t>
            </w:r>
            <w:r w:rsidRPr="00E85698">
              <w:rPr>
                <w:w w:val="105"/>
                <w:sz w:val="15"/>
              </w:rPr>
              <w:t>и</w:t>
            </w:r>
            <w:r w:rsidRPr="00E85698">
              <w:rPr>
                <w:spacing w:val="-9"/>
                <w:w w:val="105"/>
                <w:sz w:val="15"/>
              </w:rPr>
              <w:t xml:space="preserve"> </w:t>
            </w:r>
            <w:r w:rsidRPr="00E85698">
              <w:rPr>
                <w:w w:val="105"/>
                <w:sz w:val="15"/>
              </w:rPr>
              <w:t>побуждений,</w:t>
            </w:r>
            <w:r w:rsidRPr="00E85698">
              <w:rPr>
                <w:spacing w:val="-9"/>
                <w:w w:val="105"/>
                <w:sz w:val="15"/>
              </w:rPr>
              <w:t xml:space="preserve"> </w:t>
            </w:r>
            <w:r w:rsidRPr="00E85698">
              <w:rPr>
                <w:w w:val="105"/>
                <w:sz w:val="15"/>
              </w:rPr>
              <w:t>а</w:t>
            </w:r>
            <w:r w:rsidRPr="00E85698">
              <w:rPr>
                <w:spacing w:val="-9"/>
                <w:w w:val="105"/>
                <w:sz w:val="15"/>
              </w:rPr>
              <w:t xml:space="preserve"> </w:t>
            </w:r>
            <w:r w:rsidRPr="00E85698">
              <w:rPr>
                <w:w w:val="105"/>
                <w:sz w:val="15"/>
              </w:rPr>
              <w:t>также</w:t>
            </w:r>
            <w:r w:rsidRPr="00E85698">
              <w:rPr>
                <w:spacing w:val="-9"/>
                <w:w w:val="105"/>
                <w:sz w:val="15"/>
              </w:rPr>
              <w:t xml:space="preserve"> </w:t>
            </w:r>
            <w:r w:rsidRPr="00E85698">
              <w:rPr>
                <w:w w:val="105"/>
                <w:sz w:val="15"/>
              </w:rPr>
              <w:t>в</w:t>
            </w:r>
            <w:r w:rsidRPr="00E85698">
              <w:rPr>
                <w:spacing w:val="-8"/>
                <w:w w:val="105"/>
                <w:sz w:val="15"/>
              </w:rPr>
              <w:t xml:space="preserve"> </w:t>
            </w:r>
            <w:r w:rsidRPr="00E85698">
              <w:rPr>
                <w:w w:val="105"/>
                <w:sz w:val="15"/>
              </w:rPr>
              <w:t>качестве</w:t>
            </w:r>
            <w:r w:rsidRPr="00E85698">
              <w:rPr>
                <w:spacing w:val="-9"/>
                <w:w w:val="105"/>
                <w:sz w:val="15"/>
              </w:rPr>
              <w:t xml:space="preserve"> </w:t>
            </w:r>
            <w:r w:rsidRPr="00E85698">
              <w:rPr>
                <w:w w:val="105"/>
                <w:sz w:val="15"/>
              </w:rPr>
              <w:t>форм</w:t>
            </w:r>
            <w:r w:rsidRPr="00E85698">
              <w:rPr>
                <w:spacing w:val="-9"/>
                <w:w w:val="105"/>
                <w:sz w:val="15"/>
              </w:rPr>
              <w:t xml:space="preserve"> </w:t>
            </w:r>
            <w:r w:rsidRPr="00E85698">
              <w:rPr>
                <w:w w:val="105"/>
                <w:sz w:val="15"/>
              </w:rPr>
              <w:t>приветствия,</w:t>
            </w:r>
            <w:r w:rsidRPr="00E85698">
              <w:rPr>
                <w:spacing w:val="-9"/>
                <w:w w:val="105"/>
                <w:sz w:val="15"/>
              </w:rPr>
              <w:t xml:space="preserve"> </w:t>
            </w:r>
            <w:r w:rsidRPr="00E85698">
              <w:rPr>
                <w:w w:val="105"/>
                <w:sz w:val="15"/>
              </w:rPr>
              <w:t>выделяя</w:t>
            </w:r>
            <w:r w:rsidRPr="00E85698">
              <w:rPr>
                <w:spacing w:val="-36"/>
                <w:w w:val="105"/>
                <w:sz w:val="15"/>
              </w:rPr>
              <w:t xml:space="preserve"> </w:t>
            </w:r>
            <w:r w:rsidRPr="00E85698">
              <w:rPr>
                <w:w w:val="105"/>
                <w:sz w:val="15"/>
              </w:rPr>
              <w:t>их</w:t>
            </w:r>
            <w:r w:rsidRPr="00E85698">
              <w:rPr>
                <w:spacing w:val="-2"/>
                <w:w w:val="105"/>
                <w:sz w:val="15"/>
              </w:rPr>
              <w:t xml:space="preserve"> </w:t>
            </w:r>
            <w:r w:rsidRPr="00E85698">
              <w:rPr>
                <w:w w:val="105"/>
                <w:sz w:val="15"/>
              </w:rPr>
              <w:t>интонационно;</w:t>
            </w:r>
          </w:p>
          <w:p w:rsidR="003147F9" w:rsidRPr="00E85698" w:rsidRDefault="003147F9" w:rsidP="00A047B0">
            <w:pPr>
              <w:pStyle w:val="TableParagraph"/>
              <w:spacing w:before="2" w:line="266" w:lineRule="auto"/>
              <w:ind w:left="79"/>
              <w:rPr>
                <w:sz w:val="15"/>
              </w:rPr>
            </w:pPr>
            <w:r w:rsidRPr="00E85698">
              <w:rPr>
                <w:spacing w:val="-1"/>
                <w:w w:val="105"/>
                <w:sz w:val="15"/>
              </w:rPr>
              <w:t>Определять</w:t>
            </w:r>
            <w:r w:rsidRPr="00E85698">
              <w:rPr>
                <w:spacing w:val="-9"/>
                <w:w w:val="105"/>
                <w:sz w:val="15"/>
              </w:rPr>
              <w:t xml:space="preserve"> </w:t>
            </w:r>
            <w:r w:rsidRPr="00E85698">
              <w:rPr>
                <w:spacing w:val="-1"/>
                <w:w w:val="105"/>
                <w:sz w:val="15"/>
              </w:rPr>
              <w:t>роль</w:t>
            </w:r>
            <w:r w:rsidRPr="00E85698">
              <w:rPr>
                <w:spacing w:val="-8"/>
                <w:w w:val="105"/>
                <w:sz w:val="15"/>
              </w:rPr>
              <w:t xml:space="preserve"> </w:t>
            </w:r>
            <w:r w:rsidRPr="00E85698">
              <w:rPr>
                <w:spacing w:val="-1"/>
                <w:w w:val="105"/>
                <w:sz w:val="15"/>
              </w:rPr>
              <w:t>междометий</w:t>
            </w:r>
            <w:r w:rsidRPr="00E85698">
              <w:rPr>
                <w:spacing w:val="-8"/>
                <w:w w:val="105"/>
                <w:sz w:val="15"/>
              </w:rPr>
              <w:t xml:space="preserve"> </w:t>
            </w:r>
            <w:r w:rsidRPr="00E85698">
              <w:rPr>
                <w:w w:val="105"/>
                <w:sz w:val="15"/>
              </w:rPr>
              <w:t>и</w:t>
            </w:r>
            <w:r w:rsidRPr="00E85698">
              <w:rPr>
                <w:spacing w:val="-8"/>
                <w:w w:val="105"/>
                <w:sz w:val="15"/>
              </w:rPr>
              <w:t xml:space="preserve"> </w:t>
            </w:r>
            <w:r w:rsidRPr="00E85698">
              <w:rPr>
                <w:w w:val="105"/>
                <w:sz w:val="15"/>
              </w:rPr>
              <w:t>звукоподражательных</w:t>
            </w:r>
            <w:r w:rsidRPr="00E85698">
              <w:rPr>
                <w:spacing w:val="-8"/>
                <w:w w:val="105"/>
                <w:sz w:val="15"/>
              </w:rPr>
              <w:t xml:space="preserve"> </w:t>
            </w:r>
            <w:r w:rsidRPr="00E85698">
              <w:rPr>
                <w:w w:val="105"/>
                <w:sz w:val="15"/>
              </w:rPr>
              <w:t>слов</w:t>
            </w:r>
            <w:r w:rsidRPr="00E85698">
              <w:rPr>
                <w:spacing w:val="-8"/>
                <w:w w:val="105"/>
                <w:sz w:val="15"/>
              </w:rPr>
              <w:t xml:space="preserve"> </w:t>
            </w:r>
            <w:r w:rsidRPr="00E85698">
              <w:rPr>
                <w:w w:val="105"/>
                <w:sz w:val="15"/>
              </w:rPr>
              <w:t>как</w:t>
            </w:r>
            <w:r w:rsidRPr="00E85698">
              <w:rPr>
                <w:spacing w:val="-9"/>
                <w:w w:val="105"/>
                <w:sz w:val="15"/>
              </w:rPr>
              <w:t xml:space="preserve"> </w:t>
            </w:r>
            <w:r w:rsidRPr="00E85698">
              <w:rPr>
                <w:w w:val="105"/>
                <w:sz w:val="15"/>
              </w:rPr>
              <w:t>средств</w:t>
            </w:r>
            <w:r w:rsidRPr="00E85698">
              <w:rPr>
                <w:spacing w:val="-8"/>
                <w:w w:val="105"/>
                <w:sz w:val="15"/>
              </w:rPr>
              <w:t xml:space="preserve"> </w:t>
            </w:r>
            <w:r w:rsidRPr="00E85698">
              <w:rPr>
                <w:w w:val="105"/>
                <w:sz w:val="15"/>
              </w:rPr>
              <w:t>создания</w:t>
            </w:r>
            <w:r w:rsidRPr="00E85698">
              <w:rPr>
                <w:spacing w:val="1"/>
                <w:w w:val="105"/>
                <w:sz w:val="15"/>
              </w:rPr>
              <w:t xml:space="preserve"> </w:t>
            </w:r>
            <w:r w:rsidRPr="00E85698">
              <w:rPr>
                <w:w w:val="105"/>
                <w:sz w:val="15"/>
              </w:rPr>
              <w:t>экспрессии</w:t>
            </w:r>
            <w:r w:rsidRPr="00E85698">
              <w:rPr>
                <w:spacing w:val="-2"/>
                <w:w w:val="105"/>
                <w:sz w:val="15"/>
              </w:rPr>
              <w:t xml:space="preserve"> </w:t>
            </w:r>
            <w:r w:rsidRPr="00E85698">
              <w:rPr>
                <w:w w:val="105"/>
                <w:sz w:val="15"/>
              </w:rPr>
              <w:t>разговорной</w:t>
            </w:r>
            <w:r w:rsidRPr="00E85698">
              <w:rPr>
                <w:spacing w:val="-2"/>
                <w:w w:val="105"/>
                <w:sz w:val="15"/>
              </w:rPr>
              <w:t xml:space="preserve"> </w:t>
            </w:r>
            <w:r w:rsidRPr="00E85698">
              <w:rPr>
                <w:w w:val="105"/>
                <w:sz w:val="15"/>
              </w:rPr>
              <w:t>и</w:t>
            </w:r>
            <w:r w:rsidRPr="00E85698">
              <w:rPr>
                <w:spacing w:val="-2"/>
                <w:w w:val="105"/>
                <w:sz w:val="15"/>
              </w:rPr>
              <w:t xml:space="preserve"> </w:t>
            </w:r>
            <w:r w:rsidRPr="00E85698">
              <w:rPr>
                <w:w w:val="105"/>
                <w:sz w:val="15"/>
              </w:rPr>
              <w:t>художественной</w:t>
            </w:r>
            <w:r w:rsidRPr="00E85698">
              <w:rPr>
                <w:spacing w:val="-1"/>
                <w:w w:val="105"/>
                <w:sz w:val="15"/>
              </w:rPr>
              <w:t xml:space="preserve"> </w:t>
            </w:r>
            <w:r w:rsidRPr="00E85698">
              <w:rPr>
                <w:w w:val="105"/>
                <w:sz w:val="15"/>
              </w:rPr>
              <w:t>речи;</w:t>
            </w:r>
          </w:p>
          <w:p w:rsidR="003147F9" w:rsidRPr="00E85698" w:rsidRDefault="003147F9" w:rsidP="00A047B0">
            <w:pPr>
              <w:pStyle w:val="TableParagraph"/>
              <w:spacing w:before="1"/>
              <w:ind w:left="79"/>
              <w:rPr>
                <w:sz w:val="15"/>
              </w:rPr>
            </w:pPr>
            <w:r w:rsidRPr="00E85698">
              <w:rPr>
                <w:spacing w:val="-1"/>
                <w:w w:val="105"/>
                <w:sz w:val="15"/>
              </w:rPr>
              <w:t>Выполнять</w:t>
            </w:r>
            <w:r w:rsidRPr="00E85698">
              <w:rPr>
                <w:spacing w:val="-8"/>
                <w:w w:val="105"/>
                <w:sz w:val="15"/>
              </w:rPr>
              <w:t xml:space="preserve"> </w:t>
            </w:r>
            <w:r w:rsidRPr="00E85698">
              <w:rPr>
                <w:spacing w:val="-1"/>
                <w:w w:val="105"/>
                <w:sz w:val="15"/>
              </w:rPr>
              <w:t>морфологический</w:t>
            </w:r>
            <w:r w:rsidRPr="00E85698">
              <w:rPr>
                <w:spacing w:val="-8"/>
                <w:w w:val="105"/>
                <w:sz w:val="15"/>
              </w:rPr>
              <w:t xml:space="preserve"> </w:t>
            </w:r>
            <w:r w:rsidRPr="00E85698">
              <w:rPr>
                <w:spacing w:val="-1"/>
                <w:w w:val="105"/>
                <w:sz w:val="15"/>
              </w:rPr>
              <w:t>анализ</w:t>
            </w:r>
            <w:r w:rsidRPr="00E85698">
              <w:rPr>
                <w:spacing w:val="-8"/>
                <w:w w:val="105"/>
                <w:sz w:val="15"/>
              </w:rPr>
              <w:t xml:space="preserve"> </w:t>
            </w:r>
            <w:r w:rsidRPr="00E85698">
              <w:rPr>
                <w:w w:val="105"/>
                <w:sz w:val="15"/>
              </w:rPr>
              <w:t>междометий;</w:t>
            </w:r>
          </w:p>
          <w:p w:rsidR="003147F9" w:rsidRPr="00E85698" w:rsidRDefault="003147F9" w:rsidP="00A047B0">
            <w:pPr>
              <w:pStyle w:val="TableParagraph"/>
              <w:spacing w:before="20" w:line="266" w:lineRule="auto"/>
              <w:ind w:left="79"/>
              <w:rPr>
                <w:sz w:val="15"/>
              </w:rPr>
            </w:pPr>
            <w:r w:rsidRPr="00E85698">
              <w:rPr>
                <w:spacing w:val="-1"/>
                <w:w w:val="105"/>
                <w:sz w:val="15"/>
              </w:rPr>
              <w:t>Объяснять</w:t>
            </w:r>
            <w:r w:rsidRPr="00E85698">
              <w:rPr>
                <w:spacing w:val="-9"/>
                <w:w w:val="105"/>
                <w:sz w:val="15"/>
              </w:rPr>
              <w:t xml:space="preserve"> </w:t>
            </w:r>
            <w:r w:rsidRPr="00E85698">
              <w:rPr>
                <w:spacing w:val="-1"/>
                <w:w w:val="105"/>
                <w:sz w:val="15"/>
              </w:rPr>
              <w:t>особенности</w:t>
            </w:r>
            <w:r w:rsidRPr="00E85698">
              <w:rPr>
                <w:spacing w:val="-9"/>
                <w:w w:val="105"/>
                <w:sz w:val="15"/>
              </w:rPr>
              <w:t xml:space="preserve"> </w:t>
            </w:r>
            <w:r w:rsidRPr="00E85698">
              <w:rPr>
                <w:spacing w:val="-1"/>
                <w:w w:val="105"/>
                <w:sz w:val="15"/>
              </w:rPr>
              <w:t>интонационного</w:t>
            </w:r>
            <w:r w:rsidRPr="00E85698">
              <w:rPr>
                <w:spacing w:val="-9"/>
                <w:w w:val="105"/>
                <w:sz w:val="15"/>
              </w:rPr>
              <w:t xml:space="preserve"> </w:t>
            </w:r>
            <w:r w:rsidRPr="00E85698">
              <w:rPr>
                <w:spacing w:val="-1"/>
                <w:w w:val="105"/>
                <w:sz w:val="15"/>
              </w:rPr>
              <w:t>и</w:t>
            </w:r>
            <w:r w:rsidRPr="00E85698">
              <w:rPr>
                <w:spacing w:val="-9"/>
                <w:w w:val="105"/>
                <w:sz w:val="15"/>
              </w:rPr>
              <w:t xml:space="preserve"> </w:t>
            </w:r>
            <w:r w:rsidRPr="00E85698">
              <w:rPr>
                <w:w w:val="105"/>
                <w:sz w:val="15"/>
              </w:rPr>
              <w:t>пунктуационного</w:t>
            </w:r>
            <w:r w:rsidRPr="00E85698">
              <w:rPr>
                <w:spacing w:val="-8"/>
                <w:w w:val="105"/>
                <w:sz w:val="15"/>
              </w:rPr>
              <w:t xml:space="preserve"> </w:t>
            </w:r>
            <w:r w:rsidRPr="00E85698">
              <w:rPr>
                <w:w w:val="105"/>
                <w:sz w:val="15"/>
              </w:rPr>
              <w:t>выделения</w:t>
            </w:r>
            <w:r w:rsidRPr="00E85698">
              <w:rPr>
                <w:spacing w:val="-37"/>
                <w:w w:val="105"/>
                <w:sz w:val="15"/>
              </w:rPr>
              <w:t xml:space="preserve"> </w:t>
            </w:r>
            <w:r w:rsidRPr="00E85698">
              <w:rPr>
                <w:w w:val="105"/>
                <w:sz w:val="15"/>
              </w:rPr>
              <w:t>междометий</w:t>
            </w:r>
            <w:r w:rsidRPr="00E85698">
              <w:rPr>
                <w:spacing w:val="-2"/>
                <w:w w:val="105"/>
                <w:sz w:val="15"/>
              </w:rPr>
              <w:t xml:space="preserve"> </w:t>
            </w:r>
            <w:r w:rsidRPr="00E85698">
              <w:rPr>
                <w:w w:val="105"/>
                <w:sz w:val="15"/>
              </w:rPr>
              <w:t>в</w:t>
            </w:r>
            <w:r w:rsidRPr="00E85698">
              <w:rPr>
                <w:spacing w:val="-1"/>
                <w:w w:val="105"/>
                <w:sz w:val="15"/>
              </w:rPr>
              <w:t xml:space="preserve"> </w:t>
            </w:r>
            <w:r w:rsidRPr="00E85698">
              <w:rPr>
                <w:w w:val="105"/>
                <w:sz w:val="15"/>
              </w:rPr>
              <w:t>предложении;</w:t>
            </w:r>
          </w:p>
        </w:tc>
        <w:tc>
          <w:tcPr>
            <w:tcW w:w="1116" w:type="dxa"/>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812" w:type="dxa"/>
          </w:tcPr>
          <w:p w:rsidR="003147F9" w:rsidRPr="00E85698" w:rsidRDefault="00942243" w:rsidP="00A047B0">
            <w:pPr>
              <w:pStyle w:val="TableParagraph"/>
              <w:spacing w:before="64" w:line="266" w:lineRule="auto"/>
              <w:ind w:left="80" w:right="52"/>
              <w:rPr>
                <w:sz w:val="15"/>
              </w:rPr>
            </w:pPr>
            <w:hyperlink r:id="rId65">
              <w:r w:rsidR="003147F9" w:rsidRPr="00E85698">
                <w:rPr>
                  <w:w w:val="105"/>
                  <w:sz w:val="15"/>
                </w:rPr>
                <w:t>http://rus.1september.ru</w:t>
              </w:r>
            </w:hyperlink>
            <w:r w:rsidR="003147F9" w:rsidRPr="00E85698">
              <w:rPr>
                <w:spacing w:val="1"/>
                <w:w w:val="105"/>
                <w:sz w:val="15"/>
              </w:rPr>
              <w:t xml:space="preserve"> </w:t>
            </w:r>
            <w:hyperlink r:id="rId66">
              <w:r w:rsidR="003147F9" w:rsidRPr="00E85698">
                <w:rPr>
                  <w:spacing w:val="-1"/>
                  <w:w w:val="105"/>
                  <w:sz w:val="15"/>
                </w:rPr>
                <w:t>http://pedsovet.su/load/27,</w:t>
              </w:r>
            </w:hyperlink>
            <w:r w:rsidR="003147F9" w:rsidRPr="00E85698">
              <w:rPr>
                <w:spacing w:val="-37"/>
                <w:w w:val="105"/>
                <w:sz w:val="15"/>
              </w:rPr>
              <w:t xml:space="preserve"> </w:t>
            </w:r>
            <w:hyperlink r:id="rId67">
              <w:r w:rsidR="003147F9" w:rsidRPr="00E85698">
                <w:rPr>
                  <w:w w:val="105"/>
                  <w:sz w:val="15"/>
                </w:rPr>
                <w:t>http://www.proshkolu.ru</w:t>
              </w:r>
            </w:hyperlink>
          </w:p>
        </w:tc>
      </w:tr>
      <w:tr w:rsidR="003147F9" w:rsidRPr="00E85698" w:rsidTr="00A047B0">
        <w:trPr>
          <w:trHeight w:val="2254"/>
        </w:trPr>
        <w:tc>
          <w:tcPr>
            <w:tcW w:w="468" w:type="dxa"/>
          </w:tcPr>
          <w:p w:rsidR="003147F9" w:rsidRPr="00E85698" w:rsidRDefault="003147F9" w:rsidP="00A047B0">
            <w:pPr>
              <w:pStyle w:val="TableParagraph"/>
              <w:spacing w:before="64"/>
              <w:ind w:left="55" w:right="43"/>
              <w:jc w:val="center"/>
              <w:rPr>
                <w:sz w:val="15"/>
              </w:rPr>
            </w:pPr>
            <w:r w:rsidRPr="00E85698">
              <w:rPr>
                <w:w w:val="105"/>
                <w:sz w:val="15"/>
              </w:rPr>
              <w:t>6.11.</w:t>
            </w:r>
          </w:p>
        </w:tc>
        <w:tc>
          <w:tcPr>
            <w:tcW w:w="2857" w:type="dxa"/>
          </w:tcPr>
          <w:p w:rsidR="003147F9" w:rsidRPr="00E85698" w:rsidRDefault="003147F9" w:rsidP="00A047B0">
            <w:pPr>
              <w:pStyle w:val="TableParagraph"/>
              <w:spacing w:before="64"/>
              <w:ind w:left="76"/>
              <w:rPr>
                <w:sz w:val="15"/>
              </w:rPr>
            </w:pPr>
            <w:r w:rsidRPr="00E85698">
              <w:rPr>
                <w:w w:val="105"/>
                <w:sz w:val="15"/>
              </w:rPr>
              <w:t>Омонимия</w:t>
            </w:r>
            <w:r w:rsidRPr="00E85698">
              <w:rPr>
                <w:spacing w:val="-9"/>
                <w:w w:val="105"/>
                <w:sz w:val="15"/>
              </w:rPr>
              <w:t xml:space="preserve"> </w:t>
            </w:r>
            <w:r w:rsidRPr="00E85698">
              <w:rPr>
                <w:w w:val="105"/>
                <w:sz w:val="15"/>
              </w:rPr>
              <w:t>слов</w:t>
            </w:r>
            <w:r w:rsidRPr="00E85698">
              <w:rPr>
                <w:spacing w:val="-8"/>
                <w:w w:val="105"/>
                <w:sz w:val="15"/>
              </w:rPr>
              <w:t xml:space="preserve"> </w:t>
            </w:r>
            <w:r w:rsidRPr="00E85698">
              <w:rPr>
                <w:w w:val="105"/>
                <w:sz w:val="15"/>
              </w:rPr>
              <w:t>разных</w:t>
            </w:r>
            <w:r w:rsidRPr="00E85698">
              <w:rPr>
                <w:spacing w:val="-8"/>
                <w:w w:val="105"/>
                <w:sz w:val="15"/>
              </w:rPr>
              <w:t xml:space="preserve"> </w:t>
            </w:r>
            <w:r w:rsidRPr="00E85698">
              <w:rPr>
                <w:w w:val="105"/>
                <w:sz w:val="15"/>
              </w:rPr>
              <w:t>частей</w:t>
            </w:r>
            <w:r w:rsidRPr="00E85698">
              <w:rPr>
                <w:spacing w:val="-8"/>
                <w:w w:val="105"/>
                <w:sz w:val="15"/>
              </w:rPr>
              <w:t xml:space="preserve"> </w:t>
            </w:r>
            <w:r w:rsidRPr="00E85698">
              <w:rPr>
                <w:w w:val="105"/>
                <w:sz w:val="15"/>
              </w:rPr>
              <w:t>речи</w:t>
            </w:r>
          </w:p>
        </w:tc>
        <w:tc>
          <w:tcPr>
            <w:tcW w:w="528" w:type="dxa"/>
          </w:tcPr>
          <w:p w:rsidR="003147F9" w:rsidRPr="00E85698" w:rsidRDefault="003147F9" w:rsidP="00A047B0">
            <w:pPr>
              <w:pStyle w:val="TableParagraph"/>
              <w:spacing w:before="64"/>
              <w:ind w:left="77"/>
              <w:rPr>
                <w:sz w:val="15"/>
              </w:rPr>
            </w:pPr>
            <w:r w:rsidRPr="00E85698">
              <w:rPr>
                <w:w w:val="104"/>
                <w:sz w:val="15"/>
              </w:rPr>
              <w:t>2</w:t>
            </w:r>
          </w:p>
        </w:tc>
        <w:tc>
          <w:tcPr>
            <w:tcW w:w="1104" w:type="dxa"/>
            <w:gridSpan w:val="2"/>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1D3699" w:rsidP="00A047B0">
            <w:pPr>
              <w:pStyle w:val="TableParagraph"/>
              <w:rPr>
                <w:sz w:val="14"/>
              </w:rPr>
            </w:pPr>
            <w:r>
              <w:rPr>
                <w:sz w:val="14"/>
              </w:rPr>
              <w:t>2.05-3.05</w:t>
            </w:r>
          </w:p>
        </w:tc>
        <w:tc>
          <w:tcPr>
            <w:tcW w:w="5667" w:type="dxa"/>
          </w:tcPr>
          <w:p w:rsidR="003147F9" w:rsidRPr="00E85698" w:rsidRDefault="003147F9" w:rsidP="00A047B0">
            <w:pPr>
              <w:pStyle w:val="TableParagraph"/>
              <w:spacing w:before="64"/>
              <w:ind w:left="79"/>
              <w:rPr>
                <w:sz w:val="15"/>
              </w:rPr>
            </w:pPr>
            <w:r w:rsidRPr="00E85698">
              <w:rPr>
                <w:spacing w:val="-1"/>
                <w:w w:val="105"/>
                <w:sz w:val="15"/>
              </w:rPr>
              <w:t>Распознавать</w:t>
            </w:r>
            <w:r w:rsidRPr="00E85698">
              <w:rPr>
                <w:spacing w:val="-8"/>
                <w:w w:val="105"/>
                <w:sz w:val="15"/>
              </w:rPr>
              <w:t xml:space="preserve"> </w:t>
            </w:r>
            <w:r w:rsidRPr="00E85698">
              <w:rPr>
                <w:w w:val="105"/>
                <w:sz w:val="15"/>
              </w:rPr>
              <w:t>омонимию</w:t>
            </w:r>
            <w:r w:rsidRPr="00E85698">
              <w:rPr>
                <w:spacing w:val="-8"/>
                <w:w w:val="105"/>
                <w:sz w:val="15"/>
              </w:rPr>
              <w:t xml:space="preserve"> </w:t>
            </w:r>
            <w:r w:rsidRPr="00E85698">
              <w:rPr>
                <w:w w:val="105"/>
                <w:sz w:val="15"/>
              </w:rPr>
              <w:t>слов</w:t>
            </w:r>
            <w:r w:rsidRPr="00E85698">
              <w:rPr>
                <w:spacing w:val="-8"/>
                <w:w w:val="105"/>
                <w:sz w:val="15"/>
              </w:rPr>
              <w:t xml:space="preserve"> </w:t>
            </w:r>
            <w:r w:rsidRPr="00E85698">
              <w:rPr>
                <w:w w:val="105"/>
                <w:sz w:val="15"/>
              </w:rPr>
              <w:t>разных</w:t>
            </w:r>
            <w:r w:rsidRPr="00E85698">
              <w:rPr>
                <w:spacing w:val="-8"/>
                <w:w w:val="105"/>
                <w:sz w:val="15"/>
              </w:rPr>
              <w:t xml:space="preserve"> </w:t>
            </w:r>
            <w:r w:rsidRPr="00E85698">
              <w:rPr>
                <w:w w:val="105"/>
                <w:sz w:val="15"/>
              </w:rPr>
              <w:t>частей</w:t>
            </w:r>
            <w:r w:rsidRPr="00E85698">
              <w:rPr>
                <w:spacing w:val="-8"/>
                <w:w w:val="105"/>
                <w:sz w:val="15"/>
              </w:rPr>
              <w:t xml:space="preserve"> </w:t>
            </w:r>
            <w:r w:rsidRPr="00E85698">
              <w:rPr>
                <w:w w:val="105"/>
                <w:sz w:val="15"/>
              </w:rPr>
              <w:t>речи;</w:t>
            </w:r>
          </w:p>
          <w:p w:rsidR="003147F9" w:rsidRPr="00E85698" w:rsidRDefault="003147F9" w:rsidP="00A047B0">
            <w:pPr>
              <w:pStyle w:val="TableParagraph"/>
              <w:spacing w:before="20" w:line="266" w:lineRule="auto"/>
              <w:ind w:left="79" w:right="96"/>
              <w:rPr>
                <w:sz w:val="15"/>
              </w:rPr>
            </w:pPr>
            <w:r w:rsidRPr="00E85698">
              <w:rPr>
                <w:spacing w:val="-1"/>
                <w:w w:val="105"/>
                <w:sz w:val="15"/>
              </w:rPr>
              <w:t>На</w:t>
            </w:r>
            <w:r w:rsidRPr="00E85698">
              <w:rPr>
                <w:spacing w:val="-9"/>
                <w:w w:val="105"/>
                <w:sz w:val="15"/>
              </w:rPr>
              <w:t xml:space="preserve"> </w:t>
            </w:r>
            <w:r w:rsidRPr="00E85698">
              <w:rPr>
                <w:spacing w:val="-1"/>
                <w:w w:val="105"/>
                <w:sz w:val="15"/>
              </w:rPr>
              <w:t>основе</w:t>
            </w:r>
            <w:r w:rsidRPr="00E85698">
              <w:rPr>
                <w:spacing w:val="-8"/>
                <w:w w:val="105"/>
                <w:sz w:val="15"/>
              </w:rPr>
              <w:t xml:space="preserve"> </w:t>
            </w:r>
            <w:r w:rsidRPr="00E85698">
              <w:rPr>
                <w:spacing w:val="-1"/>
                <w:w w:val="105"/>
                <w:sz w:val="15"/>
              </w:rPr>
              <w:t>грамматического</w:t>
            </w:r>
            <w:r w:rsidRPr="00E85698">
              <w:rPr>
                <w:spacing w:val="-9"/>
                <w:w w:val="105"/>
                <w:sz w:val="15"/>
              </w:rPr>
              <w:t xml:space="preserve"> </w:t>
            </w:r>
            <w:r w:rsidRPr="00E85698">
              <w:rPr>
                <w:w w:val="105"/>
                <w:sz w:val="15"/>
              </w:rPr>
              <w:t>анализа</w:t>
            </w:r>
            <w:r w:rsidRPr="00E85698">
              <w:rPr>
                <w:spacing w:val="-8"/>
                <w:w w:val="105"/>
                <w:sz w:val="15"/>
              </w:rPr>
              <w:t xml:space="preserve"> </w:t>
            </w:r>
            <w:r w:rsidRPr="00E85698">
              <w:rPr>
                <w:w w:val="105"/>
                <w:sz w:val="15"/>
              </w:rPr>
              <w:t>различать</w:t>
            </w:r>
            <w:r w:rsidRPr="00E85698">
              <w:rPr>
                <w:spacing w:val="-8"/>
                <w:w w:val="105"/>
                <w:sz w:val="15"/>
              </w:rPr>
              <w:t xml:space="preserve"> </w:t>
            </w:r>
            <w:r w:rsidRPr="00E85698">
              <w:rPr>
                <w:w w:val="105"/>
                <w:sz w:val="15"/>
              </w:rPr>
              <w:t>омонимичные</w:t>
            </w:r>
            <w:r w:rsidRPr="00E85698">
              <w:rPr>
                <w:spacing w:val="-9"/>
                <w:w w:val="105"/>
                <w:sz w:val="15"/>
              </w:rPr>
              <w:t xml:space="preserve"> </w:t>
            </w:r>
            <w:r w:rsidRPr="00E85698">
              <w:rPr>
                <w:w w:val="105"/>
                <w:sz w:val="15"/>
              </w:rPr>
              <w:t>части</w:t>
            </w:r>
            <w:r w:rsidRPr="00E85698">
              <w:rPr>
                <w:spacing w:val="-8"/>
                <w:w w:val="105"/>
                <w:sz w:val="15"/>
              </w:rPr>
              <w:t xml:space="preserve"> </w:t>
            </w:r>
            <w:r w:rsidRPr="00E85698">
              <w:rPr>
                <w:w w:val="105"/>
                <w:sz w:val="15"/>
              </w:rPr>
              <w:t>речи;</w:t>
            </w:r>
            <w:r w:rsidRPr="00E85698">
              <w:rPr>
                <w:spacing w:val="-37"/>
                <w:w w:val="105"/>
                <w:sz w:val="15"/>
              </w:rPr>
              <w:t xml:space="preserve"> </w:t>
            </w:r>
            <w:r w:rsidRPr="00E85698">
              <w:rPr>
                <w:w w:val="105"/>
                <w:sz w:val="15"/>
              </w:rPr>
              <w:t>Различать</w:t>
            </w:r>
            <w:r w:rsidRPr="00E85698">
              <w:rPr>
                <w:spacing w:val="-3"/>
                <w:w w:val="105"/>
                <w:sz w:val="15"/>
              </w:rPr>
              <w:t xml:space="preserve"> </w:t>
            </w:r>
            <w:r w:rsidRPr="00E85698">
              <w:rPr>
                <w:w w:val="105"/>
                <w:sz w:val="15"/>
              </w:rPr>
              <w:t>лексическую</w:t>
            </w:r>
            <w:r w:rsidRPr="00E85698">
              <w:rPr>
                <w:spacing w:val="-3"/>
                <w:w w:val="105"/>
                <w:sz w:val="15"/>
              </w:rPr>
              <w:t xml:space="preserve"> </w:t>
            </w:r>
            <w:r w:rsidRPr="00E85698">
              <w:rPr>
                <w:w w:val="105"/>
                <w:sz w:val="15"/>
              </w:rPr>
              <w:t>и</w:t>
            </w:r>
            <w:r w:rsidRPr="00E85698">
              <w:rPr>
                <w:spacing w:val="-2"/>
                <w:w w:val="105"/>
                <w:sz w:val="15"/>
              </w:rPr>
              <w:t xml:space="preserve"> </w:t>
            </w:r>
            <w:r w:rsidRPr="00E85698">
              <w:rPr>
                <w:w w:val="105"/>
                <w:sz w:val="15"/>
              </w:rPr>
              <w:t>грамматическую</w:t>
            </w:r>
            <w:r w:rsidRPr="00E85698">
              <w:rPr>
                <w:spacing w:val="-3"/>
                <w:w w:val="105"/>
                <w:sz w:val="15"/>
              </w:rPr>
              <w:t xml:space="preserve"> </w:t>
            </w:r>
            <w:r w:rsidRPr="00E85698">
              <w:rPr>
                <w:w w:val="105"/>
                <w:sz w:val="15"/>
              </w:rPr>
              <w:t>омонимию;</w:t>
            </w:r>
          </w:p>
          <w:p w:rsidR="003147F9" w:rsidRPr="00E85698" w:rsidRDefault="003147F9" w:rsidP="00A047B0">
            <w:pPr>
              <w:pStyle w:val="TableParagraph"/>
              <w:spacing w:before="1"/>
              <w:ind w:left="79"/>
              <w:rPr>
                <w:sz w:val="15"/>
              </w:rPr>
            </w:pPr>
            <w:r w:rsidRPr="00E85698">
              <w:rPr>
                <w:spacing w:val="-1"/>
                <w:w w:val="105"/>
                <w:sz w:val="15"/>
              </w:rPr>
              <w:t>Понимать</w:t>
            </w:r>
            <w:r w:rsidRPr="00E85698">
              <w:rPr>
                <w:spacing w:val="-8"/>
                <w:w w:val="105"/>
                <w:sz w:val="15"/>
              </w:rPr>
              <w:t xml:space="preserve"> </w:t>
            </w:r>
            <w:r w:rsidRPr="00E85698">
              <w:rPr>
                <w:spacing w:val="-1"/>
                <w:w w:val="105"/>
                <w:sz w:val="15"/>
              </w:rPr>
              <w:t>особенности</w:t>
            </w:r>
            <w:r w:rsidRPr="00E85698">
              <w:rPr>
                <w:spacing w:val="-7"/>
                <w:w w:val="105"/>
                <w:sz w:val="15"/>
              </w:rPr>
              <w:t xml:space="preserve"> </w:t>
            </w:r>
            <w:r w:rsidRPr="00E85698">
              <w:rPr>
                <w:w w:val="105"/>
                <w:sz w:val="15"/>
              </w:rPr>
              <w:t>употребления</w:t>
            </w:r>
            <w:r w:rsidRPr="00E85698">
              <w:rPr>
                <w:spacing w:val="-8"/>
                <w:w w:val="105"/>
                <w:sz w:val="15"/>
              </w:rPr>
              <w:t xml:space="preserve"> </w:t>
            </w:r>
            <w:r w:rsidRPr="00E85698">
              <w:rPr>
                <w:w w:val="105"/>
                <w:sz w:val="15"/>
              </w:rPr>
              <w:t>омонимов</w:t>
            </w:r>
            <w:r w:rsidRPr="00E85698">
              <w:rPr>
                <w:spacing w:val="-7"/>
                <w:w w:val="105"/>
                <w:sz w:val="15"/>
              </w:rPr>
              <w:t xml:space="preserve"> </w:t>
            </w:r>
            <w:r w:rsidRPr="00E85698">
              <w:rPr>
                <w:w w:val="105"/>
                <w:sz w:val="15"/>
              </w:rPr>
              <w:t>в</w:t>
            </w:r>
            <w:r w:rsidRPr="00E85698">
              <w:rPr>
                <w:spacing w:val="-7"/>
                <w:w w:val="105"/>
                <w:sz w:val="15"/>
              </w:rPr>
              <w:t xml:space="preserve"> </w:t>
            </w:r>
            <w:r w:rsidRPr="00E85698">
              <w:rPr>
                <w:w w:val="105"/>
                <w:sz w:val="15"/>
              </w:rPr>
              <w:t>речи;</w:t>
            </w:r>
          </w:p>
        </w:tc>
        <w:tc>
          <w:tcPr>
            <w:tcW w:w="1116" w:type="dxa"/>
          </w:tcPr>
          <w:p w:rsidR="003147F9" w:rsidRPr="00E85698" w:rsidRDefault="003147F9" w:rsidP="00A047B0">
            <w:pPr>
              <w:pStyle w:val="TableParagraph"/>
              <w:spacing w:before="64" w:line="266" w:lineRule="auto"/>
              <w:ind w:left="79" w:right="98"/>
              <w:rPr>
                <w:sz w:val="15"/>
              </w:rPr>
            </w:pPr>
            <w:r w:rsidRPr="00E85698">
              <w:rPr>
                <w:w w:val="105"/>
                <w:sz w:val="15"/>
              </w:rPr>
              <w:t>Письменный</w:t>
            </w:r>
            <w:r w:rsidRPr="00E85698">
              <w:rPr>
                <w:spacing w:val="1"/>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r w:rsidRPr="00E85698">
              <w:rPr>
                <w:spacing w:val="1"/>
                <w:w w:val="105"/>
                <w:sz w:val="15"/>
              </w:rPr>
              <w:t xml:space="preserve"> </w:t>
            </w: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6"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812" w:type="dxa"/>
          </w:tcPr>
          <w:p w:rsidR="003147F9" w:rsidRPr="00E85698" w:rsidRDefault="00942243" w:rsidP="00A047B0">
            <w:pPr>
              <w:pStyle w:val="TableParagraph"/>
              <w:spacing w:before="64" w:line="266" w:lineRule="auto"/>
              <w:ind w:left="80" w:right="52"/>
              <w:rPr>
                <w:sz w:val="15"/>
              </w:rPr>
            </w:pPr>
            <w:hyperlink r:id="rId68">
              <w:r w:rsidR="003147F9" w:rsidRPr="00E85698">
                <w:rPr>
                  <w:w w:val="105"/>
                  <w:sz w:val="15"/>
                </w:rPr>
                <w:t>http://rus.1september.ru</w:t>
              </w:r>
            </w:hyperlink>
            <w:r w:rsidR="003147F9" w:rsidRPr="00E85698">
              <w:rPr>
                <w:spacing w:val="1"/>
                <w:w w:val="105"/>
                <w:sz w:val="15"/>
              </w:rPr>
              <w:t xml:space="preserve"> </w:t>
            </w:r>
            <w:hyperlink r:id="rId69">
              <w:r w:rsidR="003147F9" w:rsidRPr="00E85698">
                <w:rPr>
                  <w:spacing w:val="-1"/>
                  <w:w w:val="105"/>
                  <w:sz w:val="15"/>
                </w:rPr>
                <w:t>http://pedsovet.su/load/27,</w:t>
              </w:r>
            </w:hyperlink>
            <w:r w:rsidR="003147F9" w:rsidRPr="00E85698">
              <w:rPr>
                <w:spacing w:val="-37"/>
                <w:w w:val="105"/>
                <w:sz w:val="15"/>
              </w:rPr>
              <w:t xml:space="preserve"> </w:t>
            </w:r>
            <w:hyperlink r:id="rId70">
              <w:r w:rsidR="003147F9" w:rsidRPr="00E85698">
                <w:rPr>
                  <w:w w:val="105"/>
                  <w:sz w:val="15"/>
                </w:rPr>
                <w:t>http://www.proshkolu.ru</w:t>
              </w:r>
            </w:hyperlink>
          </w:p>
        </w:tc>
      </w:tr>
      <w:tr w:rsidR="003147F9" w:rsidRPr="00E85698" w:rsidTr="00A047B0">
        <w:trPr>
          <w:trHeight w:val="333"/>
        </w:trPr>
        <w:tc>
          <w:tcPr>
            <w:tcW w:w="3325" w:type="dxa"/>
            <w:gridSpan w:val="2"/>
          </w:tcPr>
          <w:p w:rsidR="003147F9" w:rsidRPr="00E85698" w:rsidRDefault="003147F9" w:rsidP="00A047B0">
            <w:pPr>
              <w:pStyle w:val="TableParagraph"/>
              <w:spacing w:before="6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5"/>
                <w:sz w:val="15"/>
              </w:rPr>
              <w:t>101</w:t>
            </w:r>
          </w:p>
        </w:tc>
        <w:tc>
          <w:tcPr>
            <w:tcW w:w="11643" w:type="dxa"/>
            <w:gridSpan w:val="7"/>
          </w:tcPr>
          <w:p w:rsidR="003147F9" w:rsidRPr="00E85698" w:rsidRDefault="003147F9" w:rsidP="00A047B0">
            <w:pPr>
              <w:pStyle w:val="TableParagraph"/>
              <w:rPr>
                <w:sz w:val="14"/>
              </w:rPr>
            </w:pPr>
          </w:p>
        </w:tc>
      </w:tr>
      <w:tr w:rsidR="003147F9" w:rsidRPr="00E85698" w:rsidTr="00A047B0">
        <w:trPr>
          <w:trHeight w:val="333"/>
        </w:trPr>
        <w:tc>
          <w:tcPr>
            <w:tcW w:w="15496" w:type="dxa"/>
            <w:gridSpan w:val="10"/>
          </w:tcPr>
          <w:p w:rsidR="003147F9" w:rsidRPr="00E85698" w:rsidRDefault="003147F9" w:rsidP="00A047B0">
            <w:pPr>
              <w:pStyle w:val="TableParagraph"/>
              <w:spacing w:before="64"/>
              <w:ind w:left="76"/>
              <w:rPr>
                <w:b/>
                <w:sz w:val="15"/>
              </w:rPr>
            </w:pPr>
            <w:r w:rsidRPr="00E85698">
              <w:rPr>
                <w:b/>
                <w:w w:val="105"/>
                <w:sz w:val="15"/>
              </w:rPr>
              <w:t>Раздел</w:t>
            </w:r>
            <w:r w:rsidRPr="00E85698">
              <w:rPr>
                <w:b/>
                <w:spacing w:val="-10"/>
                <w:w w:val="105"/>
                <w:sz w:val="15"/>
              </w:rPr>
              <w:t xml:space="preserve"> </w:t>
            </w:r>
            <w:r w:rsidRPr="00E85698">
              <w:rPr>
                <w:b/>
                <w:w w:val="105"/>
                <w:sz w:val="15"/>
              </w:rPr>
              <w:t>7.</w:t>
            </w:r>
            <w:r w:rsidRPr="00E85698">
              <w:rPr>
                <w:b/>
                <w:spacing w:val="-9"/>
                <w:w w:val="105"/>
                <w:sz w:val="15"/>
              </w:rPr>
              <w:t xml:space="preserve"> </w:t>
            </w:r>
            <w:r w:rsidRPr="00E85698">
              <w:rPr>
                <w:b/>
                <w:w w:val="105"/>
                <w:sz w:val="15"/>
              </w:rPr>
              <w:t>ПОВТОРЕНИЕ</w:t>
            </w:r>
          </w:p>
        </w:tc>
      </w:tr>
      <w:tr w:rsidR="003147F9" w:rsidRPr="00E85698" w:rsidTr="00A047B0">
        <w:trPr>
          <w:trHeight w:val="909"/>
        </w:trPr>
        <w:tc>
          <w:tcPr>
            <w:tcW w:w="468" w:type="dxa"/>
          </w:tcPr>
          <w:p w:rsidR="003147F9" w:rsidRPr="00E85698" w:rsidRDefault="003147F9" w:rsidP="00A047B0">
            <w:pPr>
              <w:pStyle w:val="TableParagraph"/>
              <w:spacing w:before="64"/>
              <w:ind w:left="55" w:right="118"/>
              <w:jc w:val="center"/>
              <w:rPr>
                <w:sz w:val="15"/>
              </w:rPr>
            </w:pPr>
            <w:r w:rsidRPr="00E85698">
              <w:rPr>
                <w:w w:val="105"/>
                <w:sz w:val="15"/>
              </w:rPr>
              <w:t>7.1.</w:t>
            </w:r>
          </w:p>
        </w:tc>
        <w:tc>
          <w:tcPr>
            <w:tcW w:w="2857" w:type="dxa"/>
          </w:tcPr>
          <w:p w:rsidR="003147F9" w:rsidRPr="00E85698" w:rsidRDefault="003147F9" w:rsidP="00A047B0">
            <w:pPr>
              <w:pStyle w:val="TableParagraph"/>
              <w:spacing w:before="64"/>
              <w:ind w:left="76"/>
              <w:rPr>
                <w:sz w:val="15"/>
              </w:rPr>
            </w:pPr>
            <w:r w:rsidRPr="00E85698">
              <w:rPr>
                <w:spacing w:val="-1"/>
                <w:w w:val="105"/>
                <w:sz w:val="15"/>
              </w:rPr>
              <w:t>Повторение</w:t>
            </w:r>
            <w:r w:rsidRPr="00E85698">
              <w:rPr>
                <w:spacing w:val="-7"/>
                <w:w w:val="105"/>
                <w:sz w:val="15"/>
              </w:rPr>
              <w:t xml:space="preserve"> </w:t>
            </w:r>
            <w:r w:rsidRPr="00E85698">
              <w:rPr>
                <w:spacing w:val="-1"/>
                <w:w w:val="105"/>
                <w:sz w:val="15"/>
              </w:rPr>
              <w:t>пройденного</w:t>
            </w:r>
            <w:r w:rsidRPr="00E85698">
              <w:rPr>
                <w:spacing w:val="-7"/>
                <w:w w:val="105"/>
                <w:sz w:val="15"/>
              </w:rPr>
              <w:t xml:space="preserve"> </w:t>
            </w:r>
            <w:r w:rsidRPr="00E85698">
              <w:rPr>
                <w:w w:val="105"/>
                <w:sz w:val="15"/>
              </w:rPr>
              <w:t>материала</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04" w:type="dxa"/>
            <w:gridSpan w:val="2"/>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1D3699" w:rsidP="00A047B0">
            <w:pPr>
              <w:pStyle w:val="TableParagraph"/>
              <w:rPr>
                <w:sz w:val="14"/>
              </w:rPr>
            </w:pPr>
            <w:r>
              <w:rPr>
                <w:sz w:val="14"/>
              </w:rPr>
              <w:t>4.05-15.05</w:t>
            </w:r>
          </w:p>
        </w:tc>
        <w:tc>
          <w:tcPr>
            <w:tcW w:w="5667" w:type="dxa"/>
          </w:tcPr>
          <w:p w:rsidR="003147F9" w:rsidRPr="00E85698" w:rsidRDefault="003147F9" w:rsidP="00A047B0">
            <w:pPr>
              <w:pStyle w:val="TableParagraph"/>
              <w:rPr>
                <w:sz w:val="14"/>
              </w:rPr>
            </w:pPr>
          </w:p>
        </w:tc>
        <w:tc>
          <w:tcPr>
            <w:tcW w:w="1116" w:type="dxa"/>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tcPr>
          <w:p w:rsidR="003147F9" w:rsidRPr="00E85698" w:rsidRDefault="00942243" w:rsidP="00A047B0">
            <w:pPr>
              <w:pStyle w:val="TableParagraph"/>
              <w:spacing w:before="64" w:line="266" w:lineRule="auto"/>
              <w:ind w:left="80" w:right="52"/>
              <w:rPr>
                <w:sz w:val="15"/>
              </w:rPr>
            </w:pPr>
            <w:hyperlink r:id="rId71">
              <w:r w:rsidR="003147F9" w:rsidRPr="00E85698">
                <w:rPr>
                  <w:w w:val="105"/>
                  <w:sz w:val="15"/>
                </w:rPr>
                <w:t>http://rus.1september.ru</w:t>
              </w:r>
            </w:hyperlink>
            <w:r w:rsidR="003147F9" w:rsidRPr="00E85698">
              <w:rPr>
                <w:spacing w:val="1"/>
                <w:w w:val="105"/>
                <w:sz w:val="15"/>
              </w:rPr>
              <w:t xml:space="preserve"> </w:t>
            </w:r>
            <w:hyperlink r:id="rId72">
              <w:r w:rsidR="003147F9" w:rsidRPr="00E85698">
                <w:rPr>
                  <w:spacing w:val="-1"/>
                  <w:w w:val="105"/>
                  <w:sz w:val="15"/>
                </w:rPr>
                <w:t>http://pedsovet.su/load/27,</w:t>
              </w:r>
            </w:hyperlink>
            <w:r w:rsidR="003147F9" w:rsidRPr="00E85698">
              <w:rPr>
                <w:spacing w:val="-37"/>
                <w:w w:val="105"/>
                <w:sz w:val="15"/>
              </w:rPr>
              <w:t xml:space="preserve"> </w:t>
            </w:r>
            <w:hyperlink r:id="rId73">
              <w:r w:rsidR="003147F9" w:rsidRPr="00E85698">
                <w:rPr>
                  <w:w w:val="105"/>
                  <w:sz w:val="15"/>
                </w:rPr>
                <w:t>http://www.proshkolu.ru</w:t>
              </w:r>
            </w:hyperlink>
          </w:p>
        </w:tc>
      </w:tr>
      <w:tr w:rsidR="003147F9" w:rsidRPr="00E85698" w:rsidTr="00A047B0">
        <w:trPr>
          <w:trHeight w:val="333"/>
        </w:trPr>
        <w:tc>
          <w:tcPr>
            <w:tcW w:w="3325" w:type="dxa"/>
            <w:gridSpan w:val="2"/>
          </w:tcPr>
          <w:p w:rsidR="003147F9" w:rsidRPr="00E85698" w:rsidRDefault="003147F9" w:rsidP="00A047B0">
            <w:pPr>
              <w:pStyle w:val="TableParagraph"/>
              <w:spacing w:before="6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528" w:type="dxa"/>
          </w:tcPr>
          <w:p w:rsidR="003147F9" w:rsidRPr="00E85698" w:rsidRDefault="003147F9" w:rsidP="00A047B0">
            <w:pPr>
              <w:pStyle w:val="TableParagraph"/>
              <w:spacing w:before="64"/>
              <w:ind w:left="77"/>
              <w:rPr>
                <w:sz w:val="15"/>
              </w:rPr>
            </w:pPr>
            <w:r w:rsidRPr="00E85698">
              <w:rPr>
                <w:w w:val="104"/>
                <w:sz w:val="15"/>
              </w:rPr>
              <w:t>4</w:t>
            </w:r>
          </w:p>
        </w:tc>
        <w:tc>
          <w:tcPr>
            <w:tcW w:w="11643" w:type="dxa"/>
            <w:gridSpan w:val="7"/>
          </w:tcPr>
          <w:p w:rsidR="003147F9" w:rsidRPr="00E85698" w:rsidRDefault="003147F9" w:rsidP="00A047B0">
            <w:pPr>
              <w:pStyle w:val="TableParagraph"/>
              <w:rPr>
                <w:sz w:val="14"/>
              </w:rPr>
            </w:pPr>
          </w:p>
        </w:tc>
      </w:tr>
      <w:tr w:rsidR="003147F9" w:rsidRPr="00E85698" w:rsidTr="00A047B0">
        <w:trPr>
          <w:trHeight w:val="333"/>
        </w:trPr>
        <w:tc>
          <w:tcPr>
            <w:tcW w:w="15496" w:type="dxa"/>
            <w:gridSpan w:val="10"/>
          </w:tcPr>
          <w:p w:rsidR="003147F9" w:rsidRPr="00E85698" w:rsidRDefault="003147F9" w:rsidP="00A047B0">
            <w:pPr>
              <w:pStyle w:val="TableParagraph"/>
              <w:spacing w:before="64"/>
              <w:ind w:left="76"/>
              <w:rPr>
                <w:b/>
                <w:sz w:val="15"/>
              </w:rPr>
            </w:pPr>
            <w:r w:rsidRPr="00E85698">
              <w:rPr>
                <w:b/>
                <w:spacing w:val="-1"/>
                <w:w w:val="105"/>
                <w:sz w:val="15"/>
              </w:rPr>
              <w:t>Раздел</w:t>
            </w:r>
            <w:r w:rsidRPr="00E85698">
              <w:rPr>
                <w:b/>
                <w:spacing w:val="-9"/>
                <w:w w:val="105"/>
                <w:sz w:val="15"/>
              </w:rPr>
              <w:t xml:space="preserve"> </w:t>
            </w:r>
            <w:r w:rsidRPr="00E85698">
              <w:rPr>
                <w:b/>
                <w:w w:val="105"/>
                <w:sz w:val="15"/>
              </w:rPr>
              <w:t>8.</w:t>
            </w:r>
            <w:r w:rsidRPr="00E85698">
              <w:rPr>
                <w:b/>
                <w:spacing w:val="-9"/>
                <w:w w:val="105"/>
                <w:sz w:val="15"/>
              </w:rPr>
              <w:t xml:space="preserve"> </w:t>
            </w:r>
            <w:r w:rsidRPr="00E85698">
              <w:rPr>
                <w:b/>
                <w:w w:val="105"/>
                <w:sz w:val="15"/>
              </w:rPr>
              <w:t>ИТОГОВЫЙ</w:t>
            </w:r>
            <w:r w:rsidRPr="00E85698">
              <w:rPr>
                <w:b/>
                <w:spacing w:val="-9"/>
                <w:w w:val="105"/>
                <w:sz w:val="15"/>
              </w:rPr>
              <w:t xml:space="preserve"> </w:t>
            </w:r>
            <w:r w:rsidRPr="00E85698">
              <w:rPr>
                <w:b/>
                <w:w w:val="105"/>
                <w:sz w:val="15"/>
              </w:rPr>
              <w:t>КОНТРОЛЬ</w:t>
            </w:r>
          </w:p>
        </w:tc>
      </w:tr>
      <w:tr w:rsidR="003147F9" w:rsidRPr="00E85698" w:rsidTr="00A047B0">
        <w:trPr>
          <w:trHeight w:val="717"/>
        </w:trPr>
        <w:tc>
          <w:tcPr>
            <w:tcW w:w="468" w:type="dxa"/>
          </w:tcPr>
          <w:p w:rsidR="003147F9" w:rsidRPr="00E85698" w:rsidRDefault="003147F9" w:rsidP="00A047B0">
            <w:pPr>
              <w:pStyle w:val="TableParagraph"/>
              <w:spacing w:before="64"/>
              <w:ind w:left="55" w:right="118"/>
              <w:jc w:val="center"/>
              <w:rPr>
                <w:sz w:val="15"/>
              </w:rPr>
            </w:pPr>
            <w:r w:rsidRPr="00E85698">
              <w:rPr>
                <w:w w:val="105"/>
                <w:sz w:val="15"/>
              </w:rPr>
              <w:lastRenderedPageBreak/>
              <w:t>8.1.</w:t>
            </w:r>
          </w:p>
        </w:tc>
        <w:tc>
          <w:tcPr>
            <w:tcW w:w="2857" w:type="dxa"/>
          </w:tcPr>
          <w:p w:rsidR="003147F9" w:rsidRPr="00E85698" w:rsidRDefault="003147F9" w:rsidP="00A047B0">
            <w:pPr>
              <w:pStyle w:val="TableParagraph"/>
              <w:spacing w:before="64"/>
              <w:ind w:left="76"/>
              <w:rPr>
                <w:sz w:val="15"/>
              </w:rPr>
            </w:pPr>
            <w:r w:rsidRPr="00E85698">
              <w:rPr>
                <w:w w:val="105"/>
                <w:sz w:val="15"/>
              </w:rPr>
              <w:t>Сочинения</w:t>
            </w:r>
          </w:p>
        </w:tc>
        <w:tc>
          <w:tcPr>
            <w:tcW w:w="673" w:type="dxa"/>
            <w:gridSpan w:val="2"/>
          </w:tcPr>
          <w:p w:rsidR="003147F9" w:rsidRPr="00E85698" w:rsidRDefault="003147F9" w:rsidP="00A047B0">
            <w:pPr>
              <w:pStyle w:val="TableParagraph"/>
              <w:rPr>
                <w:sz w:val="14"/>
              </w:rPr>
            </w:pPr>
          </w:p>
        </w:tc>
        <w:tc>
          <w:tcPr>
            <w:tcW w:w="959" w:type="dxa"/>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3147F9" w:rsidP="00A047B0">
            <w:pPr>
              <w:pStyle w:val="TableParagraph"/>
              <w:rPr>
                <w:sz w:val="14"/>
              </w:rPr>
            </w:pPr>
          </w:p>
        </w:tc>
        <w:tc>
          <w:tcPr>
            <w:tcW w:w="5667" w:type="dxa"/>
          </w:tcPr>
          <w:p w:rsidR="003147F9" w:rsidRPr="00E85698" w:rsidRDefault="003147F9" w:rsidP="00A047B0">
            <w:pPr>
              <w:pStyle w:val="TableParagraph"/>
              <w:rPr>
                <w:sz w:val="14"/>
              </w:rPr>
            </w:pPr>
          </w:p>
        </w:tc>
        <w:tc>
          <w:tcPr>
            <w:tcW w:w="1116" w:type="dxa"/>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p>
        </w:tc>
        <w:tc>
          <w:tcPr>
            <w:tcW w:w="1812" w:type="dxa"/>
          </w:tcPr>
          <w:p w:rsidR="003147F9" w:rsidRPr="00E85698" w:rsidRDefault="00942243" w:rsidP="00A047B0">
            <w:pPr>
              <w:pStyle w:val="TableParagraph"/>
              <w:spacing w:before="64" w:line="266" w:lineRule="auto"/>
              <w:ind w:left="80" w:right="52"/>
              <w:rPr>
                <w:sz w:val="15"/>
              </w:rPr>
            </w:pPr>
            <w:hyperlink r:id="rId74">
              <w:r w:rsidR="003147F9" w:rsidRPr="00E85698">
                <w:rPr>
                  <w:w w:val="105"/>
                  <w:sz w:val="15"/>
                </w:rPr>
                <w:t>http://rus.1september.ru</w:t>
              </w:r>
            </w:hyperlink>
            <w:r w:rsidR="003147F9" w:rsidRPr="00E85698">
              <w:rPr>
                <w:spacing w:val="1"/>
                <w:w w:val="105"/>
                <w:sz w:val="15"/>
              </w:rPr>
              <w:t xml:space="preserve"> </w:t>
            </w:r>
            <w:hyperlink r:id="rId75">
              <w:r w:rsidR="003147F9" w:rsidRPr="00E85698">
                <w:rPr>
                  <w:spacing w:val="-1"/>
                  <w:w w:val="105"/>
                  <w:sz w:val="15"/>
                </w:rPr>
                <w:t>http://pedsovet.su/load/27,</w:t>
              </w:r>
            </w:hyperlink>
            <w:r w:rsidR="003147F9" w:rsidRPr="00E85698">
              <w:rPr>
                <w:spacing w:val="-37"/>
                <w:w w:val="105"/>
                <w:sz w:val="15"/>
              </w:rPr>
              <w:t xml:space="preserve"> </w:t>
            </w:r>
            <w:hyperlink r:id="rId76">
              <w:r w:rsidR="003147F9" w:rsidRPr="00E85698">
                <w:rPr>
                  <w:w w:val="105"/>
                  <w:sz w:val="15"/>
                </w:rPr>
                <w:t>http://www.proshkolu.ru</w:t>
              </w:r>
            </w:hyperlink>
          </w:p>
        </w:tc>
      </w:tr>
      <w:tr w:rsidR="003147F9" w:rsidRPr="00E85698" w:rsidTr="00A047B0">
        <w:trPr>
          <w:trHeight w:val="909"/>
        </w:trPr>
        <w:tc>
          <w:tcPr>
            <w:tcW w:w="468" w:type="dxa"/>
          </w:tcPr>
          <w:p w:rsidR="003147F9" w:rsidRPr="00E85698" w:rsidRDefault="003147F9" w:rsidP="00A047B0">
            <w:pPr>
              <w:pStyle w:val="TableParagraph"/>
              <w:spacing w:before="64"/>
              <w:ind w:left="76"/>
              <w:rPr>
                <w:sz w:val="15"/>
              </w:rPr>
            </w:pPr>
            <w:r w:rsidRPr="00E85698">
              <w:rPr>
                <w:w w:val="105"/>
                <w:sz w:val="15"/>
              </w:rPr>
              <w:t>8.2.</w:t>
            </w:r>
          </w:p>
        </w:tc>
        <w:tc>
          <w:tcPr>
            <w:tcW w:w="2857" w:type="dxa"/>
          </w:tcPr>
          <w:p w:rsidR="003147F9" w:rsidRPr="00E85698" w:rsidRDefault="003147F9" w:rsidP="00A047B0">
            <w:pPr>
              <w:pStyle w:val="TableParagraph"/>
              <w:spacing w:before="64"/>
              <w:ind w:left="76"/>
              <w:rPr>
                <w:sz w:val="15"/>
              </w:rPr>
            </w:pPr>
            <w:r w:rsidRPr="00E85698">
              <w:rPr>
                <w:w w:val="105"/>
                <w:sz w:val="15"/>
              </w:rPr>
              <w:t>Изложения</w:t>
            </w:r>
          </w:p>
        </w:tc>
        <w:tc>
          <w:tcPr>
            <w:tcW w:w="673" w:type="dxa"/>
            <w:gridSpan w:val="2"/>
          </w:tcPr>
          <w:p w:rsidR="003147F9" w:rsidRPr="00E85698" w:rsidRDefault="003147F9" w:rsidP="00A047B0">
            <w:pPr>
              <w:pStyle w:val="TableParagraph"/>
              <w:rPr>
                <w:sz w:val="14"/>
              </w:rPr>
            </w:pPr>
          </w:p>
        </w:tc>
        <w:tc>
          <w:tcPr>
            <w:tcW w:w="959" w:type="dxa"/>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3147F9" w:rsidP="00A047B0">
            <w:pPr>
              <w:pStyle w:val="TableParagraph"/>
              <w:rPr>
                <w:sz w:val="14"/>
              </w:rPr>
            </w:pPr>
          </w:p>
        </w:tc>
        <w:tc>
          <w:tcPr>
            <w:tcW w:w="5667" w:type="dxa"/>
          </w:tcPr>
          <w:p w:rsidR="003147F9" w:rsidRPr="00E85698" w:rsidRDefault="003147F9" w:rsidP="00A047B0">
            <w:pPr>
              <w:pStyle w:val="TableParagraph"/>
              <w:rPr>
                <w:sz w:val="14"/>
              </w:rPr>
            </w:pPr>
          </w:p>
        </w:tc>
        <w:tc>
          <w:tcPr>
            <w:tcW w:w="1116" w:type="dxa"/>
          </w:tcPr>
          <w:p w:rsidR="003147F9" w:rsidRPr="00E85698" w:rsidRDefault="003147F9" w:rsidP="00A047B0">
            <w:pPr>
              <w:pStyle w:val="TableParagraph"/>
              <w:spacing w:before="64" w:line="266" w:lineRule="auto"/>
              <w:ind w:left="79" w:right="143"/>
              <w:rPr>
                <w:sz w:val="15"/>
              </w:rPr>
            </w:pPr>
            <w:r w:rsidRPr="00E85698">
              <w:rPr>
                <w:spacing w:val="-1"/>
                <w:w w:val="105"/>
                <w:sz w:val="15"/>
              </w:rPr>
              <w:t>Письменный</w:t>
            </w:r>
            <w:r w:rsidRPr="00E85698">
              <w:rPr>
                <w:spacing w:val="-37"/>
                <w:w w:val="105"/>
                <w:sz w:val="15"/>
              </w:rPr>
              <w:t xml:space="preserve"> </w:t>
            </w:r>
            <w:r w:rsidRPr="00E85698">
              <w:rPr>
                <w:w w:val="105"/>
                <w:sz w:val="15"/>
              </w:rPr>
              <w:t>контроль;</w:t>
            </w:r>
            <w:r w:rsidRPr="00E85698">
              <w:rPr>
                <w:spacing w:val="1"/>
                <w:w w:val="105"/>
                <w:sz w:val="15"/>
              </w:rPr>
              <w:t xml:space="preserve"> </w:t>
            </w:r>
            <w:r w:rsidRPr="00E85698">
              <w:rPr>
                <w:w w:val="105"/>
                <w:sz w:val="15"/>
              </w:rPr>
              <w:t>Устный</w:t>
            </w:r>
            <w:r w:rsidRPr="00E85698">
              <w:rPr>
                <w:spacing w:val="1"/>
                <w:w w:val="105"/>
                <w:sz w:val="15"/>
              </w:rPr>
              <w:t xml:space="preserve"> </w:t>
            </w:r>
            <w:r w:rsidRPr="00E85698">
              <w:rPr>
                <w:w w:val="105"/>
                <w:sz w:val="15"/>
              </w:rPr>
              <w:t>опрос;</w:t>
            </w:r>
          </w:p>
        </w:tc>
        <w:tc>
          <w:tcPr>
            <w:tcW w:w="1812" w:type="dxa"/>
          </w:tcPr>
          <w:p w:rsidR="003147F9" w:rsidRPr="00E85698" w:rsidRDefault="00942243" w:rsidP="00A047B0">
            <w:pPr>
              <w:pStyle w:val="TableParagraph"/>
              <w:spacing w:before="64" w:line="266" w:lineRule="auto"/>
              <w:ind w:left="80" w:right="52"/>
              <w:rPr>
                <w:sz w:val="15"/>
              </w:rPr>
            </w:pPr>
            <w:hyperlink r:id="rId77">
              <w:r w:rsidR="003147F9" w:rsidRPr="00E85698">
                <w:rPr>
                  <w:w w:val="105"/>
                  <w:sz w:val="15"/>
                </w:rPr>
                <w:t>http://rus.1september.ru</w:t>
              </w:r>
            </w:hyperlink>
            <w:r w:rsidR="003147F9" w:rsidRPr="00E85698">
              <w:rPr>
                <w:spacing w:val="1"/>
                <w:w w:val="105"/>
                <w:sz w:val="15"/>
              </w:rPr>
              <w:t xml:space="preserve"> </w:t>
            </w:r>
            <w:hyperlink r:id="rId78">
              <w:r w:rsidR="003147F9" w:rsidRPr="00E85698">
                <w:rPr>
                  <w:spacing w:val="-1"/>
                  <w:w w:val="105"/>
                  <w:sz w:val="15"/>
                </w:rPr>
                <w:t>http://pedsovet.su/load/27,</w:t>
              </w:r>
            </w:hyperlink>
            <w:r w:rsidR="003147F9" w:rsidRPr="00E85698">
              <w:rPr>
                <w:spacing w:val="-37"/>
                <w:w w:val="105"/>
                <w:sz w:val="15"/>
              </w:rPr>
              <w:t xml:space="preserve"> </w:t>
            </w:r>
            <w:hyperlink r:id="rId79">
              <w:r w:rsidR="003147F9" w:rsidRPr="00E85698">
                <w:rPr>
                  <w:w w:val="105"/>
                  <w:sz w:val="15"/>
                </w:rPr>
                <w:t>http://www.proshkolu.ru</w:t>
              </w:r>
            </w:hyperlink>
          </w:p>
        </w:tc>
      </w:tr>
      <w:tr w:rsidR="003147F9" w:rsidRPr="00E85698" w:rsidTr="00A047B0">
        <w:trPr>
          <w:trHeight w:val="1485"/>
        </w:trPr>
        <w:tc>
          <w:tcPr>
            <w:tcW w:w="468" w:type="dxa"/>
          </w:tcPr>
          <w:p w:rsidR="003147F9" w:rsidRPr="00E85698" w:rsidRDefault="003147F9" w:rsidP="00A047B0">
            <w:pPr>
              <w:pStyle w:val="TableParagraph"/>
              <w:spacing w:before="64"/>
              <w:ind w:left="76"/>
              <w:rPr>
                <w:sz w:val="15"/>
              </w:rPr>
            </w:pPr>
            <w:r w:rsidRPr="00E85698">
              <w:rPr>
                <w:w w:val="105"/>
                <w:sz w:val="15"/>
              </w:rPr>
              <w:t>8.3.</w:t>
            </w:r>
          </w:p>
        </w:tc>
        <w:tc>
          <w:tcPr>
            <w:tcW w:w="2857" w:type="dxa"/>
          </w:tcPr>
          <w:p w:rsidR="003147F9" w:rsidRPr="00E85698" w:rsidRDefault="003147F9" w:rsidP="00A047B0">
            <w:pPr>
              <w:pStyle w:val="TableParagraph"/>
              <w:spacing w:before="64"/>
              <w:ind w:left="76"/>
              <w:rPr>
                <w:sz w:val="15"/>
              </w:rPr>
            </w:pPr>
            <w:r w:rsidRPr="00E85698">
              <w:rPr>
                <w:w w:val="105"/>
                <w:sz w:val="15"/>
              </w:rPr>
              <w:t>Контрольные</w:t>
            </w:r>
            <w:r w:rsidRPr="00E85698">
              <w:rPr>
                <w:spacing w:val="-10"/>
                <w:w w:val="105"/>
                <w:sz w:val="15"/>
              </w:rPr>
              <w:t xml:space="preserve"> </w:t>
            </w:r>
            <w:r w:rsidRPr="00E85698">
              <w:rPr>
                <w:w w:val="105"/>
                <w:sz w:val="15"/>
              </w:rPr>
              <w:t>и</w:t>
            </w:r>
            <w:r w:rsidRPr="00E85698">
              <w:rPr>
                <w:spacing w:val="-9"/>
                <w:w w:val="105"/>
                <w:sz w:val="15"/>
              </w:rPr>
              <w:t xml:space="preserve"> </w:t>
            </w:r>
            <w:r w:rsidRPr="00E85698">
              <w:rPr>
                <w:w w:val="105"/>
                <w:sz w:val="15"/>
              </w:rPr>
              <w:t>проверочные</w:t>
            </w:r>
            <w:r w:rsidRPr="00E85698">
              <w:rPr>
                <w:spacing w:val="-9"/>
                <w:w w:val="105"/>
                <w:sz w:val="15"/>
              </w:rPr>
              <w:t xml:space="preserve"> </w:t>
            </w:r>
            <w:r w:rsidRPr="00E85698">
              <w:rPr>
                <w:w w:val="105"/>
                <w:sz w:val="15"/>
              </w:rPr>
              <w:t>работы</w:t>
            </w:r>
          </w:p>
        </w:tc>
        <w:tc>
          <w:tcPr>
            <w:tcW w:w="673" w:type="dxa"/>
            <w:gridSpan w:val="2"/>
          </w:tcPr>
          <w:p w:rsidR="003147F9" w:rsidRPr="00E85698" w:rsidRDefault="003147F9" w:rsidP="00A047B0">
            <w:pPr>
              <w:pStyle w:val="TableParagraph"/>
              <w:rPr>
                <w:sz w:val="14"/>
              </w:rPr>
            </w:pPr>
          </w:p>
        </w:tc>
        <w:tc>
          <w:tcPr>
            <w:tcW w:w="959" w:type="dxa"/>
          </w:tcPr>
          <w:p w:rsidR="003147F9" w:rsidRPr="00E85698" w:rsidRDefault="003147F9" w:rsidP="00A047B0">
            <w:pPr>
              <w:pStyle w:val="TableParagraph"/>
              <w:rPr>
                <w:sz w:val="14"/>
              </w:rPr>
            </w:pPr>
          </w:p>
        </w:tc>
        <w:tc>
          <w:tcPr>
            <w:tcW w:w="1140" w:type="dxa"/>
          </w:tcPr>
          <w:p w:rsidR="003147F9" w:rsidRPr="00E85698" w:rsidRDefault="003147F9" w:rsidP="00A047B0">
            <w:pPr>
              <w:pStyle w:val="TableParagraph"/>
              <w:rPr>
                <w:sz w:val="14"/>
              </w:rPr>
            </w:pPr>
          </w:p>
        </w:tc>
        <w:tc>
          <w:tcPr>
            <w:tcW w:w="804" w:type="dxa"/>
          </w:tcPr>
          <w:p w:rsidR="003147F9" w:rsidRPr="00E85698" w:rsidRDefault="003147F9" w:rsidP="00A047B0">
            <w:pPr>
              <w:pStyle w:val="TableParagraph"/>
              <w:rPr>
                <w:sz w:val="14"/>
              </w:rPr>
            </w:pPr>
          </w:p>
        </w:tc>
        <w:tc>
          <w:tcPr>
            <w:tcW w:w="5667" w:type="dxa"/>
          </w:tcPr>
          <w:p w:rsidR="003147F9" w:rsidRPr="00E85698" w:rsidRDefault="003147F9" w:rsidP="00A047B0">
            <w:pPr>
              <w:pStyle w:val="TableParagraph"/>
              <w:rPr>
                <w:sz w:val="14"/>
              </w:rPr>
            </w:pPr>
          </w:p>
        </w:tc>
        <w:tc>
          <w:tcPr>
            <w:tcW w:w="1116" w:type="dxa"/>
          </w:tcPr>
          <w:p w:rsidR="003147F9" w:rsidRPr="00E85698" w:rsidRDefault="003147F9" w:rsidP="00A047B0">
            <w:pPr>
              <w:pStyle w:val="TableParagraph"/>
              <w:spacing w:before="64" w:line="266" w:lineRule="auto"/>
              <w:ind w:left="79" w:right="98"/>
              <w:rPr>
                <w:sz w:val="15"/>
              </w:rPr>
            </w:pPr>
            <w:r w:rsidRPr="00E85698">
              <w:rPr>
                <w:w w:val="105"/>
                <w:sz w:val="15"/>
              </w:rPr>
              <w:t>Контрольная</w:t>
            </w:r>
            <w:r w:rsidRPr="00E85698">
              <w:rPr>
                <w:spacing w:val="1"/>
                <w:w w:val="105"/>
                <w:sz w:val="15"/>
              </w:rPr>
              <w:t xml:space="preserve"> </w:t>
            </w:r>
            <w:r w:rsidRPr="00E85698">
              <w:rPr>
                <w:w w:val="105"/>
                <w:sz w:val="15"/>
              </w:rPr>
              <w:t>работа;</w:t>
            </w:r>
            <w:r w:rsidRPr="00E85698">
              <w:rPr>
                <w:spacing w:val="1"/>
                <w:w w:val="105"/>
                <w:sz w:val="15"/>
              </w:rPr>
              <w:t xml:space="preserve"> </w:t>
            </w:r>
            <w:r w:rsidRPr="00E85698">
              <w:rPr>
                <w:w w:val="105"/>
                <w:sz w:val="15"/>
              </w:rPr>
              <w:t>Зачет;</w:t>
            </w:r>
            <w:r w:rsidRPr="00E85698">
              <w:rPr>
                <w:spacing w:val="1"/>
                <w:w w:val="105"/>
                <w:sz w:val="15"/>
              </w:rPr>
              <w:t xml:space="preserve"> </w:t>
            </w:r>
            <w:r w:rsidRPr="00E85698">
              <w:rPr>
                <w:spacing w:val="-1"/>
                <w:w w:val="105"/>
                <w:sz w:val="15"/>
              </w:rPr>
              <w:t>Практическая</w:t>
            </w:r>
            <w:r w:rsidRPr="00E85698">
              <w:rPr>
                <w:spacing w:val="-37"/>
                <w:w w:val="105"/>
                <w:sz w:val="15"/>
              </w:rPr>
              <w:t xml:space="preserve"> </w:t>
            </w:r>
            <w:r w:rsidRPr="00E85698">
              <w:rPr>
                <w:w w:val="105"/>
                <w:sz w:val="15"/>
              </w:rPr>
              <w:t>работа;</w:t>
            </w:r>
          </w:p>
          <w:p w:rsidR="003147F9" w:rsidRPr="00E85698" w:rsidRDefault="003147F9" w:rsidP="00A047B0">
            <w:pPr>
              <w:pStyle w:val="TableParagraph"/>
              <w:spacing w:before="4" w:line="266" w:lineRule="auto"/>
              <w:ind w:left="79" w:right="41"/>
              <w:rPr>
                <w:sz w:val="15"/>
              </w:rPr>
            </w:pPr>
            <w:r w:rsidRPr="00E85698">
              <w:rPr>
                <w:spacing w:val="-1"/>
                <w:w w:val="105"/>
                <w:sz w:val="15"/>
              </w:rPr>
              <w:t>Тестирование;</w:t>
            </w:r>
            <w:r w:rsidRPr="00E85698">
              <w:rPr>
                <w:spacing w:val="-37"/>
                <w:w w:val="105"/>
                <w:sz w:val="15"/>
              </w:rPr>
              <w:t xml:space="preserve"> </w:t>
            </w:r>
            <w:r w:rsidRPr="00E85698">
              <w:rPr>
                <w:w w:val="105"/>
                <w:sz w:val="15"/>
              </w:rPr>
              <w:t>Диктант;</w:t>
            </w:r>
          </w:p>
        </w:tc>
        <w:tc>
          <w:tcPr>
            <w:tcW w:w="1812" w:type="dxa"/>
          </w:tcPr>
          <w:p w:rsidR="003147F9" w:rsidRPr="00E85698" w:rsidRDefault="00942243" w:rsidP="00A047B0">
            <w:pPr>
              <w:pStyle w:val="TableParagraph"/>
              <w:spacing w:before="64" w:line="266" w:lineRule="auto"/>
              <w:ind w:left="80" w:right="52"/>
              <w:rPr>
                <w:sz w:val="15"/>
              </w:rPr>
            </w:pPr>
            <w:hyperlink r:id="rId80">
              <w:r w:rsidR="003147F9" w:rsidRPr="00E85698">
                <w:rPr>
                  <w:w w:val="105"/>
                  <w:sz w:val="15"/>
                </w:rPr>
                <w:t>http://rus.1september.ru</w:t>
              </w:r>
            </w:hyperlink>
            <w:r w:rsidR="003147F9" w:rsidRPr="00E85698">
              <w:rPr>
                <w:spacing w:val="1"/>
                <w:w w:val="105"/>
                <w:sz w:val="15"/>
              </w:rPr>
              <w:t xml:space="preserve"> </w:t>
            </w:r>
            <w:hyperlink r:id="rId81">
              <w:r w:rsidR="003147F9" w:rsidRPr="00E85698">
                <w:rPr>
                  <w:spacing w:val="-1"/>
                  <w:w w:val="105"/>
                  <w:sz w:val="15"/>
                </w:rPr>
                <w:t>http://pedsovet.su/load/27,</w:t>
              </w:r>
            </w:hyperlink>
            <w:r w:rsidR="003147F9" w:rsidRPr="00E85698">
              <w:rPr>
                <w:spacing w:val="-37"/>
                <w:w w:val="105"/>
                <w:sz w:val="15"/>
              </w:rPr>
              <w:t xml:space="preserve"> </w:t>
            </w:r>
            <w:hyperlink r:id="rId82">
              <w:r w:rsidR="003147F9" w:rsidRPr="00E85698">
                <w:rPr>
                  <w:w w:val="105"/>
                  <w:sz w:val="15"/>
                </w:rPr>
                <w:t>http://www.proshkolu.ru</w:t>
              </w:r>
            </w:hyperlink>
          </w:p>
        </w:tc>
      </w:tr>
      <w:tr w:rsidR="003147F9" w:rsidRPr="00E85698" w:rsidTr="00A047B0">
        <w:trPr>
          <w:trHeight w:val="333"/>
        </w:trPr>
        <w:tc>
          <w:tcPr>
            <w:tcW w:w="3325" w:type="dxa"/>
            <w:gridSpan w:val="2"/>
          </w:tcPr>
          <w:p w:rsidR="003147F9" w:rsidRPr="00E85698" w:rsidRDefault="003147F9" w:rsidP="00A047B0">
            <w:pPr>
              <w:pStyle w:val="TableParagraph"/>
              <w:spacing w:before="64"/>
              <w:ind w:left="76"/>
              <w:rPr>
                <w:sz w:val="15"/>
              </w:rPr>
            </w:pPr>
            <w:r w:rsidRPr="00E85698">
              <w:rPr>
                <w:w w:val="105"/>
                <w:sz w:val="15"/>
              </w:rPr>
              <w:t>Итого</w:t>
            </w:r>
            <w:r w:rsidRPr="00E85698">
              <w:rPr>
                <w:spacing w:val="-7"/>
                <w:w w:val="105"/>
                <w:sz w:val="15"/>
              </w:rPr>
              <w:t xml:space="preserve"> </w:t>
            </w:r>
            <w:r w:rsidRPr="00E85698">
              <w:rPr>
                <w:w w:val="105"/>
                <w:sz w:val="15"/>
              </w:rPr>
              <w:t>по</w:t>
            </w:r>
            <w:r w:rsidRPr="00E85698">
              <w:rPr>
                <w:spacing w:val="-7"/>
                <w:w w:val="105"/>
                <w:sz w:val="15"/>
              </w:rPr>
              <w:t xml:space="preserve"> </w:t>
            </w:r>
            <w:r w:rsidRPr="00E85698">
              <w:rPr>
                <w:w w:val="105"/>
                <w:sz w:val="15"/>
              </w:rPr>
              <w:t>разделу:</w:t>
            </w:r>
          </w:p>
        </w:tc>
        <w:tc>
          <w:tcPr>
            <w:tcW w:w="673" w:type="dxa"/>
            <w:gridSpan w:val="2"/>
          </w:tcPr>
          <w:p w:rsidR="003147F9" w:rsidRPr="00E85698" w:rsidRDefault="003147F9" w:rsidP="00A047B0">
            <w:pPr>
              <w:pStyle w:val="TableParagraph"/>
              <w:spacing w:before="64"/>
              <w:ind w:left="77"/>
              <w:rPr>
                <w:sz w:val="15"/>
              </w:rPr>
            </w:pPr>
            <w:r w:rsidRPr="00E85698">
              <w:rPr>
                <w:w w:val="105"/>
                <w:sz w:val="15"/>
              </w:rPr>
              <w:t>10</w:t>
            </w:r>
          </w:p>
        </w:tc>
        <w:tc>
          <w:tcPr>
            <w:tcW w:w="11498" w:type="dxa"/>
            <w:gridSpan w:val="6"/>
          </w:tcPr>
          <w:p w:rsidR="003147F9" w:rsidRPr="00E85698" w:rsidRDefault="003147F9" w:rsidP="00A047B0">
            <w:pPr>
              <w:pStyle w:val="TableParagraph"/>
              <w:rPr>
                <w:sz w:val="14"/>
              </w:rPr>
            </w:pPr>
          </w:p>
        </w:tc>
      </w:tr>
      <w:tr w:rsidR="003147F9" w:rsidRPr="00E85698" w:rsidTr="00A047B0">
        <w:trPr>
          <w:trHeight w:val="525"/>
        </w:trPr>
        <w:tc>
          <w:tcPr>
            <w:tcW w:w="3325" w:type="dxa"/>
            <w:gridSpan w:val="2"/>
          </w:tcPr>
          <w:p w:rsidR="003147F9" w:rsidRPr="00E85698" w:rsidRDefault="003147F9" w:rsidP="00A047B0">
            <w:pPr>
              <w:pStyle w:val="TableParagraph"/>
              <w:spacing w:before="64" w:line="266" w:lineRule="auto"/>
              <w:ind w:left="76" w:right="754"/>
              <w:rPr>
                <w:sz w:val="15"/>
              </w:rPr>
            </w:pPr>
            <w:r w:rsidRPr="00E85698">
              <w:rPr>
                <w:spacing w:val="-1"/>
                <w:w w:val="105"/>
                <w:sz w:val="15"/>
              </w:rPr>
              <w:t>ОБЩЕЕ</w:t>
            </w:r>
            <w:r w:rsidRPr="00E85698">
              <w:rPr>
                <w:spacing w:val="-8"/>
                <w:w w:val="105"/>
                <w:sz w:val="15"/>
              </w:rPr>
              <w:t xml:space="preserve"> </w:t>
            </w:r>
            <w:r w:rsidRPr="00E85698">
              <w:rPr>
                <w:spacing w:val="-1"/>
                <w:w w:val="105"/>
                <w:sz w:val="15"/>
              </w:rPr>
              <w:t>КОЛИЧЕСТВО</w:t>
            </w:r>
            <w:r w:rsidRPr="00E85698">
              <w:rPr>
                <w:spacing w:val="-8"/>
                <w:w w:val="105"/>
                <w:sz w:val="15"/>
              </w:rPr>
              <w:t xml:space="preserve"> </w:t>
            </w:r>
            <w:r w:rsidRPr="00E85698">
              <w:rPr>
                <w:w w:val="105"/>
                <w:sz w:val="15"/>
              </w:rPr>
              <w:t>ЧАСОВ</w:t>
            </w:r>
            <w:r w:rsidRPr="00E85698">
              <w:rPr>
                <w:spacing w:val="-8"/>
                <w:w w:val="105"/>
                <w:sz w:val="15"/>
              </w:rPr>
              <w:t xml:space="preserve"> </w:t>
            </w:r>
            <w:r w:rsidRPr="00E85698">
              <w:rPr>
                <w:w w:val="105"/>
                <w:sz w:val="15"/>
              </w:rPr>
              <w:t>ПО</w:t>
            </w:r>
            <w:r w:rsidRPr="00E85698">
              <w:rPr>
                <w:spacing w:val="-36"/>
                <w:w w:val="105"/>
                <w:sz w:val="15"/>
              </w:rPr>
              <w:t xml:space="preserve"> </w:t>
            </w:r>
            <w:r w:rsidRPr="00E85698">
              <w:rPr>
                <w:w w:val="105"/>
                <w:sz w:val="15"/>
              </w:rPr>
              <w:t>ПРОГРАММЕ</w:t>
            </w:r>
          </w:p>
        </w:tc>
        <w:tc>
          <w:tcPr>
            <w:tcW w:w="673" w:type="dxa"/>
            <w:gridSpan w:val="2"/>
          </w:tcPr>
          <w:p w:rsidR="003147F9" w:rsidRPr="00E85698" w:rsidRDefault="003147F9" w:rsidP="00A047B0">
            <w:pPr>
              <w:pStyle w:val="TableParagraph"/>
              <w:spacing w:before="64"/>
              <w:ind w:left="77"/>
              <w:rPr>
                <w:sz w:val="15"/>
              </w:rPr>
            </w:pPr>
            <w:r w:rsidRPr="00E85698">
              <w:rPr>
                <w:w w:val="105"/>
                <w:sz w:val="15"/>
              </w:rPr>
              <w:t>136</w:t>
            </w:r>
          </w:p>
        </w:tc>
        <w:tc>
          <w:tcPr>
            <w:tcW w:w="959" w:type="dxa"/>
          </w:tcPr>
          <w:p w:rsidR="003147F9" w:rsidRPr="00E85698" w:rsidRDefault="003147F9" w:rsidP="00A047B0">
            <w:pPr>
              <w:pStyle w:val="TableParagraph"/>
              <w:spacing w:before="64"/>
              <w:ind w:left="77"/>
              <w:rPr>
                <w:sz w:val="15"/>
              </w:rPr>
            </w:pPr>
            <w:r w:rsidRPr="00E85698">
              <w:rPr>
                <w:w w:val="105"/>
                <w:sz w:val="15"/>
              </w:rPr>
              <w:t>14</w:t>
            </w:r>
          </w:p>
        </w:tc>
        <w:tc>
          <w:tcPr>
            <w:tcW w:w="1140" w:type="dxa"/>
          </w:tcPr>
          <w:p w:rsidR="003147F9" w:rsidRPr="00E85698" w:rsidRDefault="003147F9" w:rsidP="00A047B0">
            <w:pPr>
              <w:pStyle w:val="TableParagraph"/>
              <w:rPr>
                <w:sz w:val="14"/>
              </w:rPr>
            </w:pPr>
          </w:p>
        </w:tc>
        <w:tc>
          <w:tcPr>
            <w:tcW w:w="9399" w:type="dxa"/>
            <w:gridSpan w:val="4"/>
          </w:tcPr>
          <w:p w:rsidR="003147F9" w:rsidRPr="00E85698" w:rsidRDefault="003147F9" w:rsidP="00A047B0">
            <w:pPr>
              <w:pStyle w:val="TableParagraph"/>
              <w:rPr>
                <w:sz w:val="14"/>
              </w:rPr>
            </w:pPr>
          </w:p>
        </w:tc>
      </w:tr>
    </w:tbl>
    <w:p w:rsidR="003147F9" w:rsidRPr="00E85698" w:rsidRDefault="003147F9" w:rsidP="003147F9">
      <w:pPr>
        <w:rPr>
          <w:sz w:val="14"/>
        </w:rPr>
        <w:sectPr w:rsidR="003147F9" w:rsidRPr="00E85698">
          <w:pgSz w:w="16840" w:h="11900" w:orient="landscape"/>
          <w:pgMar w:top="580" w:right="540" w:bottom="280" w:left="560" w:header="720" w:footer="720" w:gutter="0"/>
          <w:cols w:space="720"/>
        </w:sectPr>
      </w:pPr>
    </w:p>
    <w:p w:rsidR="003147F9" w:rsidRPr="00E85698" w:rsidRDefault="003147F9" w:rsidP="003147F9">
      <w:pPr>
        <w:rPr>
          <w:sz w:val="16"/>
        </w:rPr>
      </w:pPr>
    </w:p>
    <w:p w:rsidR="00A047B0" w:rsidRPr="00E85698" w:rsidRDefault="00942243" w:rsidP="00A047B0">
      <w:pPr>
        <w:spacing w:before="80"/>
        <w:ind w:left="106"/>
        <w:rPr>
          <w:b/>
          <w:sz w:val="19"/>
        </w:rPr>
      </w:pPr>
      <w:r>
        <w:pict>
          <v:rect id="_x0000_s1041" style="position:absolute;left:0;text-align:left;margin-left:33.3pt;margin-top:17.65pt;width:775.65pt;height:.6pt;z-index:-15717888;mso-wrap-distance-left:0;mso-wrap-distance-right:0;mso-position-horizontal-relative:page" fillcolor="black" stroked="f">
            <w10:wrap type="topAndBottom" anchorx="page"/>
          </v:rect>
        </w:pict>
      </w:r>
      <w:r w:rsidR="00A047B0" w:rsidRPr="00E85698">
        <w:rPr>
          <w:b/>
          <w:sz w:val="19"/>
        </w:rPr>
        <w:t>ТЕМАТИЧЕСКОЕ</w:t>
      </w:r>
      <w:r w:rsidR="00A047B0" w:rsidRPr="00E85698">
        <w:rPr>
          <w:b/>
          <w:spacing w:val="9"/>
          <w:sz w:val="19"/>
        </w:rPr>
        <w:t xml:space="preserve"> </w:t>
      </w:r>
      <w:r w:rsidR="00A047B0" w:rsidRPr="00E85698">
        <w:rPr>
          <w:b/>
          <w:sz w:val="19"/>
        </w:rPr>
        <w:t>ПЛАНИРОВАНИЕ</w:t>
      </w:r>
    </w:p>
    <w:p w:rsidR="00A047B0" w:rsidRPr="00E85698" w:rsidRDefault="00A047B0" w:rsidP="00A047B0">
      <w:pPr>
        <w:tabs>
          <w:tab w:val="left" w:pos="242"/>
        </w:tabs>
        <w:spacing w:before="151"/>
        <w:ind w:left="105"/>
        <w:rPr>
          <w:b/>
          <w:sz w:val="18"/>
        </w:rPr>
      </w:pPr>
      <w:r w:rsidRPr="00E85698">
        <w:rPr>
          <w:b/>
          <w:sz w:val="18"/>
        </w:rPr>
        <w:t>8  КЛАСС</w:t>
      </w:r>
    </w:p>
    <w:p w:rsidR="003147F9" w:rsidRPr="00E85698" w:rsidRDefault="003147F9" w:rsidP="003147F9">
      <w:pPr>
        <w:rPr>
          <w:sz w:val="16"/>
        </w:rPr>
      </w:pPr>
    </w:p>
    <w:p w:rsidR="00A047B0" w:rsidRPr="00E85698" w:rsidRDefault="00A047B0" w:rsidP="00A047B0">
      <w:pPr>
        <w:pStyle w:val="a5"/>
        <w:tabs>
          <w:tab w:val="left" w:pos="7250"/>
        </w:tabs>
        <w:spacing w:before="7"/>
        <w:ind w:left="0"/>
        <w:rPr>
          <w:b/>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831"/>
        <w:gridCol w:w="529"/>
        <w:gridCol w:w="1107"/>
        <w:gridCol w:w="1141"/>
        <w:gridCol w:w="805"/>
        <w:gridCol w:w="5166"/>
        <w:gridCol w:w="1081"/>
        <w:gridCol w:w="1384"/>
      </w:tblGrid>
      <w:tr w:rsidR="00A047B0" w:rsidRPr="00E85698" w:rsidTr="00A047B0">
        <w:trPr>
          <w:trHeight w:val="337"/>
        </w:trPr>
        <w:tc>
          <w:tcPr>
            <w:tcW w:w="468" w:type="dxa"/>
            <w:vMerge w:val="restart"/>
          </w:tcPr>
          <w:p w:rsidR="00A047B0" w:rsidRPr="00E85698" w:rsidRDefault="00A047B0" w:rsidP="00A047B0">
            <w:pPr>
              <w:pStyle w:val="TableParagraph"/>
              <w:spacing w:before="73" w:line="247" w:lineRule="auto"/>
              <w:ind w:left="50" w:right="170" w:firstLine="33"/>
              <w:rPr>
                <w:b/>
                <w:sz w:val="16"/>
              </w:rPr>
            </w:pPr>
            <w:r w:rsidRPr="00E85698">
              <w:rPr>
                <w:b/>
                <w:sz w:val="16"/>
              </w:rPr>
              <w:t>№</w:t>
            </w:r>
            <w:r w:rsidRPr="00E85698">
              <w:rPr>
                <w:b/>
                <w:spacing w:val="-37"/>
                <w:sz w:val="16"/>
              </w:rPr>
              <w:t xml:space="preserve"> </w:t>
            </w:r>
            <w:r w:rsidRPr="00E85698">
              <w:rPr>
                <w:b/>
                <w:w w:val="95"/>
                <w:sz w:val="16"/>
              </w:rPr>
              <w:t>п/п</w:t>
            </w:r>
          </w:p>
        </w:tc>
        <w:tc>
          <w:tcPr>
            <w:tcW w:w="3831" w:type="dxa"/>
            <w:vMerge w:val="restart"/>
          </w:tcPr>
          <w:p w:rsidR="00A047B0" w:rsidRPr="00E85698" w:rsidRDefault="00A047B0" w:rsidP="00A047B0">
            <w:pPr>
              <w:pStyle w:val="TableParagraph"/>
              <w:spacing w:before="69"/>
              <w:ind w:left="76"/>
              <w:rPr>
                <w:b/>
                <w:sz w:val="16"/>
              </w:rPr>
            </w:pPr>
            <w:r w:rsidRPr="00E85698">
              <w:rPr>
                <w:b/>
                <w:w w:val="95"/>
                <w:sz w:val="16"/>
              </w:rPr>
              <w:t>Наименование</w:t>
            </w:r>
            <w:r w:rsidRPr="00E85698">
              <w:rPr>
                <w:b/>
                <w:spacing w:val="9"/>
                <w:w w:val="95"/>
                <w:sz w:val="16"/>
              </w:rPr>
              <w:t xml:space="preserve"> </w:t>
            </w:r>
            <w:r w:rsidRPr="00E85698">
              <w:rPr>
                <w:b/>
                <w:w w:val="95"/>
                <w:sz w:val="16"/>
              </w:rPr>
              <w:t>разделов</w:t>
            </w:r>
            <w:r w:rsidRPr="00E85698">
              <w:rPr>
                <w:b/>
                <w:spacing w:val="5"/>
                <w:w w:val="95"/>
                <w:sz w:val="16"/>
              </w:rPr>
              <w:t xml:space="preserve"> </w:t>
            </w:r>
            <w:r w:rsidRPr="00E85698">
              <w:rPr>
                <w:b/>
                <w:w w:val="95"/>
                <w:sz w:val="16"/>
              </w:rPr>
              <w:t>и</w:t>
            </w:r>
            <w:r w:rsidRPr="00E85698">
              <w:rPr>
                <w:b/>
                <w:spacing w:val="11"/>
                <w:w w:val="95"/>
                <w:sz w:val="16"/>
              </w:rPr>
              <w:t xml:space="preserve"> </w:t>
            </w:r>
            <w:r w:rsidRPr="00E85698">
              <w:rPr>
                <w:b/>
                <w:w w:val="95"/>
                <w:sz w:val="16"/>
              </w:rPr>
              <w:t>тем</w:t>
            </w:r>
            <w:r w:rsidRPr="00E85698">
              <w:rPr>
                <w:b/>
                <w:spacing w:val="8"/>
                <w:w w:val="95"/>
                <w:sz w:val="16"/>
              </w:rPr>
              <w:t xml:space="preserve"> </w:t>
            </w:r>
            <w:r w:rsidRPr="00E85698">
              <w:rPr>
                <w:b/>
                <w:w w:val="95"/>
                <w:sz w:val="16"/>
              </w:rPr>
              <w:t>программы</w:t>
            </w:r>
          </w:p>
        </w:tc>
        <w:tc>
          <w:tcPr>
            <w:tcW w:w="2777" w:type="dxa"/>
            <w:gridSpan w:val="3"/>
          </w:tcPr>
          <w:p w:rsidR="00A047B0" w:rsidRPr="00E85698" w:rsidRDefault="00A047B0" w:rsidP="00A047B0">
            <w:pPr>
              <w:pStyle w:val="TableParagraph"/>
              <w:spacing w:before="69"/>
              <w:ind w:left="76"/>
              <w:rPr>
                <w:b/>
                <w:sz w:val="16"/>
              </w:rPr>
            </w:pPr>
            <w:r w:rsidRPr="00E85698">
              <w:rPr>
                <w:b/>
                <w:w w:val="95"/>
                <w:sz w:val="16"/>
              </w:rPr>
              <w:t>Количество</w:t>
            </w:r>
            <w:r w:rsidRPr="00E85698">
              <w:rPr>
                <w:b/>
                <w:spacing w:val="9"/>
                <w:w w:val="95"/>
                <w:sz w:val="16"/>
              </w:rPr>
              <w:t xml:space="preserve"> </w:t>
            </w:r>
            <w:r w:rsidRPr="00E85698">
              <w:rPr>
                <w:b/>
                <w:w w:val="95"/>
                <w:sz w:val="16"/>
              </w:rPr>
              <w:t>часов</w:t>
            </w:r>
          </w:p>
        </w:tc>
        <w:tc>
          <w:tcPr>
            <w:tcW w:w="805" w:type="dxa"/>
            <w:vMerge w:val="restart"/>
          </w:tcPr>
          <w:p w:rsidR="00A047B0" w:rsidRPr="00E85698" w:rsidRDefault="00A047B0" w:rsidP="00A047B0">
            <w:pPr>
              <w:pStyle w:val="TableParagraph"/>
              <w:spacing w:before="73"/>
              <w:ind w:left="74"/>
              <w:rPr>
                <w:b/>
                <w:sz w:val="16"/>
              </w:rPr>
            </w:pPr>
            <w:r w:rsidRPr="00E85698">
              <w:rPr>
                <w:b/>
                <w:sz w:val="16"/>
              </w:rPr>
              <w:t>Дата</w:t>
            </w:r>
          </w:p>
          <w:p w:rsidR="00A047B0" w:rsidRPr="00E85698" w:rsidRDefault="00A047B0" w:rsidP="00A047B0">
            <w:pPr>
              <w:pStyle w:val="TableParagraph"/>
              <w:spacing w:before="6"/>
              <w:ind w:left="74"/>
              <w:rPr>
                <w:b/>
                <w:sz w:val="16"/>
              </w:rPr>
            </w:pPr>
            <w:r w:rsidRPr="00E85698">
              <w:rPr>
                <w:b/>
                <w:sz w:val="16"/>
              </w:rPr>
              <w:t>изучения</w:t>
            </w:r>
          </w:p>
        </w:tc>
        <w:tc>
          <w:tcPr>
            <w:tcW w:w="5166" w:type="dxa"/>
            <w:vMerge w:val="restart"/>
          </w:tcPr>
          <w:p w:rsidR="00A047B0" w:rsidRPr="00E85698" w:rsidRDefault="00A047B0" w:rsidP="00A047B0">
            <w:pPr>
              <w:pStyle w:val="TableParagraph"/>
              <w:spacing w:before="69"/>
              <w:ind w:left="73"/>
              <w:rPr>
                <w:b/>
                <w:sz w:val="16"/>
              </w:rPr>
            </w:pPr>
            <w:r w:rsidRPr="00E85698">
              <w:rPr>
                <w:b/>
                <w:w w:val="95"/>
                <w:sz w:val="16"/>
              </w:rPr>
              <w:t>Виды</w:t>
            </w:r>
            <w:r w:rsidRPr="00E85698">
              <w:rPr>
                <w:b/>
                <w:spacing w:val="9"/>
                <w:w w:val="95"/>
                <w:sz w:val="16"/>
              </w:rPr>
              <w:t xml:space="preserve"> </w:t>
            </w:r>
            <w:r w:rsidRPr="00E85698">
              <w:rPr>
                <w:b/>
                <w:w w:val="95"/>
                <w:sz w:val="16"/>
              </w:rPr>
              <w:t>деятельности</w:t>
            </w:r>
          </w:p>
        </w:tc>
        <w:tc>
          <w:tcPr>
            <w:tcW w:w="1081" w:type="dxa"/>
            <w:vMerge w:val="restart"/>
          </w:tcPr>
          <w:p w:rsidR="00A047B0" w:rsidRPr="00E85698" w:rsidRDefault="00A047B0" w:rsidP="00A047B0">
            <w:pPr>
              <w:pStyle w:val="TableParagraph"/>
              <w:spacing w:before="76" w:line="244" w:lineRule="auto"/>
              <w:ind w:left="70" w:right="327"/>
              <w:rPr>
                <w:b/>
                <w:sz w:val="16"/>
              </w:rPr>
            </w:pPr>
            <w:r w:rsidRPr="00E85698">
              <w:rPr>
                <w:b/>
                <w:sz w:val="16"/>
              </w:rPr>
              <w:t>Виды,</w:t>
            </w:r>
            <w:r w:rsidRPr="00E85698">
              <w:rPr>
                <w:b/>
                <w:spacing w:val="1"/>
                <w:sz w:val="16"/>
              </w:rPr>
              <w:t xml:space="preserve"> </w:t>
            </w:r>
            <w:r w:rsidRPr="00E85698">
              <w:rPr>
                <w:b/>
                <w:sz w:val="16"/>
              </w:rPr>
              <w:t>формы</w:t>
            </w:r>
            <w:r w:rsidRPr="00E85698">
              <w:rPr>
                <w:b/>
                <w:spacing w:val="1"/>
                <w:sz w:val="16"/>
              </w:rPr>
              <w:t xml:space="preserve"> </w:t>
            </w:r>
            <w:r w:rsidRPr="00E85698">
              <w:rPr>
                <w:b/>
                <w:w w:val="95"/>
                <w:sz w:val="16"/>
              </w:rPr>
              <w:t>контроля</w:t>
            </w:r>
          </w:p>
        </w:tc>
        <w:tc>
          <w:tcPr>
            <w:tcW w:w="1384" w:type="dxa"/>
            <w:vMerge w:val="restart"/>
          </w:tcPr>
          <w:p w:rsidR="00A047B0" w:rsidRPr="00E85698" w:rsidRDefault="00A047B0" w:rsidP="00A047B0">
            <w:pPr>
              <w:pStyle w:val="TableParagraph"/>
              <w:spacing w:before="76" w:line="249" w:lineRule="auto"/>
              <w:ind w:left="69"/>
              <w:rPr>
                <w:b/>
                <w:sz w:val="16"/>
              </w:rPr>
            </w:pPr>
            <w:r w:rsidRPr="00E85698">
              <w:rPr>
                <w:b/>
                <w:sz w:val="16"/>
              </w:rPr>
              <w:t>Электронные</w:t>
            </w:r>
            <w:r w:rsidRPr="00E85698">
              <w:rPr>
                <w:b/>
                <w:spacing w:val="1"/>
                <w:sz w:val="16"/>
              </w:rPr>
              <w:t xml:space="preserve"> </w:t>
            </w:r>
            <w:r w:rsidRPr="00E85698">
              <w:rPr>
                <w:b/>
                <w:sz w:val="16"/>
              </w:rPr>
              <w:t>(цифровые)</w:t>
            </w:r>
            <w:r w:rsidRPr="00E85698">
              <w:rPr>
                <w:b/>
                <w:spacing w:val="1"/>
                <w:sz w:val="16"/>
              </w:rPr>
              <w:t xml:space="preserve"> </w:t>
            </w:r>
            <w:r w:rsidRPr="00E85698">
              <w:rPr>
                <w:b/>
                <w:w w:val="95"/>
                <w:sz w:val="16"/>
              </w:rPr>
              <w:t>образовательные</w:t>
            </w:r>
            <w:r w:rsidRPr="00E85698">
              <w:rPr>
                <w:b/>
                <w:spacing w:val="-35"/>
                <w:w w:val="95"/>
                <w:sz w:val="16"/>
              </w:rPr>
              <w:t xml:space="preserve"> </w:t>
            </w:r>
            <w:r w:rsidRPr="00E85698">
              <w:rPr>
                <w:b/>
                <w:sz w:val="16"/>
              </w:rPr>
              <w:t>ресурсы</w:t>
            </w:r>
          </w:p>
        </w:tc>
      </w:tr>
      <w:tr w:rsidR="00A047B0" w:rsidRPr="00E85698" w:rsidTr="00A047B0">
        <w:trPr>
          <w:trHeight w:val="566"/>
        </w:trPr>
        <w:tc>
          <w:tcPr>
            <w:tcW w:w="468" w:type="dxa"/>
            <w:vMerge/>
            <w:tcBorders>
              <w:top w:val="nil"/>
            </w:tcBorders>
          </w:tcPr>
          <w:p w:rsidR="00A047B0" w:rsidRPr="00E85698" w:rsidRDefault="00A047B0" w:rsidP="00A047B0">
            <w:pPr>
              <w:rPr>
                <w:sz w:val="2"/>
                <w:szCs w:val="2"/>
              </w:rPr>
            </w:pPr>
          </w:p>
        </w:tc>
        <w:tc>
          <w:tcPr>
            <w:tcW w:w="3831" w:type="dxa"/>
            <w:vMerge/>
            <w:tcBorders>
              <w:top w:val="nil"/>
            </w:tcBorders>
          </w:tcPr>
          <w:p w:rsidR="00A047B0" w:rsidRPr="00E85698" w:rsidRDefault="00A047B0" w:rsidP="00A047B0">
            <w:pPr>
              <w:rPr>
                <w:sz w:val="2"/>
                <w:szCs w:val="2"/>
              </w:rPr>
            </w:pPr>
          </w:p>
        </w:tc>
        <w:tc>
          <w:tcPr>
            <w:tcW w:w="529" w:type="dxa"/>
          </w:tcPr>
          <w:p w:rsidR="00A047B0" w:rsidRPr="00E85698" w:rsidRDefault="00A047B0" w:rsidP="00A047B0">
            <w:pPr>
              <w:pStyle w:val="TableParagraph"/>
              <w:spacing w:before="69"/>
              <w:ind w:left="78"/>
              <w:rPr>
                <w:b/>
                <w:sz w:val="16"/>
              </w:rPr>
            </w:pPr>
            <w:r w:rsidRPr="00E85698">
              <w:rPr>
                <w:b/>
                <w:sz w:val="16"/>
              </w:rPr>
              <w:t>всего</w:t>
            </w:r>
          </w:p>
        </w:tc>
        <w:tc>
          <w:tcPr>
            <w:tcW w:w="1107" w:type="dxa"/>
          </w:tcPr>
          <w:p w:rsidR="00A047B0" w:rsidRPr="00E85698" w:rsidRDefault="00A047B0" w:rsidP="00A047B0">
            <w:pPr>
              <w:pStyle w:val="TableParagraph"/>
              <w:spacing w:before="73" w:line="247" w:lineRule="auto"/>
              <w:ind w:left="75"/>
              <w:rPr>
                <w:b/>
                <w:sz w:val="16"/>
              </w:rPr>
            </w:pPr>
            <w:r w:rsidRPr="00E85698">
              <w:rPr>
                <w:b/>
                <w:w w:val="95"/>
                <w:sz w:val="16"/>
              </w:rPr>
              <w:t>контрольные</w:t>
            </w:r>
            <w:r w:rsidRPr="00E85698">
              <w:rPr>
                <w:b/>
                <w:spacing w:val="-35"/>
                <w:w w:val="95"/>
                <w:sz w:val="16"/>
              </w:rPr>
              <w:t xml:space="preserve"> </w:t>
            </w:r>
            <w:r w:rsidRPr="00E85698">
              <w:rPr>
                <w:b/>
                <w:sz w:val="16"/>
              </w:rPr>
              <w:t>работы</w:t>
            </w:r>
          </w:p>
        </w:tc>
        <w:tc>
          <w:tcPr>
            <w:tcW w:w="1141" w:type="dxa"/>
          </w:tcPr>
          <w:p w:rsidR="00A047B0" w:rsidRPr="00E85698" w:rsidRDefault="00A047B0" w:rsidP="00A047B0">
            <w:pPr>
              <w:pStyle w:val="TableParagraph"/>
              <w:spacing w:before="73" w:line="247" w:lineRule="auto"/>
              <w:ind w:left="75"/>
              <w:rPr>
                <w:b/>
                <w:sz w:val="16"/>
              </w:rPr>
            </w:pPr>
            <w:r w:rsidRPr="00E85698">
              <w:rPr>
                <w:b/>
                <w:w w:val="95"/>
                <w:sz w:val="16"/>
              </w:rPr>
              <w:t>практические</w:t>
            </w:r>
            <w:r w:rsidRPr="00E85698">
              <w:rPr>
                <w:b/>
                <w:spacing w:val="-35"/>
                <w:w w:val="95"/>
                <w:sz w:val="16"/>
              </w:rPr>
              <w:t xml:space="preserve"> </w:t>
            </w:r>
            <w:r w:rsidRPr="00E85698">
              <w:rPr>
                <w:b/>
                <w:sz w:val="16"/>
              </w:rPr>
              <w:t>работы</w:t>
            </w:r>
          </w:p>
        </w:tc>
        <w:tc>
          <w:tcPr>
            <w:tcW w:w="805" w:type="dxa"/>
            <w:vMerge/>
            <w:tcBorders>
              <w:top w:val="nil"/>
            </w:tcBorders>
          </w:tcPr>
          <w:p w:rsidR="00A047B0" w:rsidRPr="00E85698" w:rsidRDefault="00A047B0" w:rsidP="00A047B0">
            <w:pPr>
              <w:rPr>
                <w:sz w:val="2"/>
                <w:szCs w:val="2"/>
              </w:rPr>
            </w:pPr>
          </w:p>
        </w:tc>
        <w:tc>
          <w:tcPr>
            <w:tcW w:w="5166" w:type="dxa"/>
            <w:vMerge/>
            <w:tcBorders>
              <w:top w:val="nil"/>
            </w:tcBorders>
          </w:tcPr>
          <w:p w:rsidR="00A047B0" w:rsidRPr="00E85698" w:rsidRDefault="00A047B0" w:rsidP="00A047B0">
            <w:pPr>
              <w:rPr>
                <w:sz w:val="2"/>
                <w:szCs w:val="2"/>
              </w:rPr>
            </w:pPr>
          </w:p>
        </w:tc>
        <w:tc>
          <w:tcPr>
            <w:tcW w:w="1081" w:type="dxa"/>
            <w:vMerge/>
            <w:tcBorders>
              <w:top w:val="nil"/>
            </w:tcBorders>
          </w:tcPr>
          <w:p w:rsidR="00A047B0" w:rsidRPr="00E85698" w:rsidRDefault="00A047B0" w:rsidP="00A047B0">
            <w:pPr>
              <w:rPr>
                <w:sz w:val="2"/>
                <w:szCs w:val="2"/>
              </w:rPr>
            </w:pPr>
          </w:p>
        </w:tc>
        <w:tc>
          <w:tcPr>
            <w:tcW w:w="1384" w:type="dxa"/>
            <w:vMerge/>
            <w:tcBorders>
              <w:top w:val="nil"/>
            </w:tcBorders>
          </w:tcPr>
          <w:p w:rsidR="00A047B0" w:rsidRPr="00E85698" w:rsidRDefault="00A047B0" w:rsidP="00A047B0">
            <w:pPr>
              <w:rPr>
                <w:sz w:val="2"/>
                <w:szCs w:val="2"/>
              </w:rPr>
            </w:pPr>
          </w:p>
        </w:tc>
      </w:tr>
      <w:tr w:rsidR="00A047B0" w:rsidRPr="00E85698" w:rsidTr="00A047B0">
        <w:trPr>
          <w:trHeight w:val="340"/>
        </w:trPr>
        <w:tc>
          <w:tcPr>
            <w:tcW w:w="14128" w:type="dxa"/>
            <w:gridSpan w:val="8"/>
          </w:tcPr>
          <w:p w:rsidR="00A047B0" w:rsidRPr="00E85698" w:rsidRDefault="00A047B0" w:rsidP="00A047B0">
            <w:pPr>
              <w:pStyle w:val="TableParagraph"/>
              <w:spacing w:before="69"/>
              <w:ind w:left="76"/>
              <w:rPr>
                <w:b/>
                <w:sz w:val="16"/>
              </w:rPr>
            </w:pPr>
            <w:r w:rsidRPr="00E85698">
              <w:rPr>
                <w:b/>
                <w:w w:val="95"/>
                <w:sz w:val="16"/>
              </w:rPr>
              <w:t>Раздел</w:t>
            </w:r>
            <w:r w:rsidRPr="00E85698">
              <w:rPr>
                <w:b/>
                <w:spacing w:val="7"/>
                <w:w w:val="95"/>
                <w:sz w:val="16"/>
              </w:rPr>
              <w:t xml:space="preserve"> </w:t>
            </w:r>
            <w:r w:rsidRPr="00E85698">
              <w:rPr>
                <w:b/>
                <w:w w:val="95"/>
                <w:sz w:val="16"/>
              </w:rPr>
              <w:t>1.</w:t>
            </w:r>
            <w:r w:rsidRPr="00E85698">
              <w:rPr>
                <w:b/>
                <w:spacing w:val="1"/>
                <w:w w:val="95"/>
                <w:sz w:val="16"/>
              </w:rPr>
              <w:t xml:space="preserve"> </w:t>
            </w:r>
            <w:r w:rsidRPr="00E85698">
              <w:rPr>
                <w:b/>
                <w:w w:val="95"/>
                <w:sz w:val="16"/>
              </w:rPr>
              <w:t>ОБЩИЕ</w:t>
            </w:r>
            <w:r w:rsidRPr="00E85698">
              <w:rPr>
                <w:b/>
                <w:spacing w:val="13"/>
                <w:w w:val="95"/>
                <w:sz w:val="16"/>
              </w:rPr>
              <w:t xml:space="preserve"> </w:t>
            </w:r>
            <w:r w:rsidRPr="00E85698">
              <w:rPr>
                <w:b/>
                <w:w w:val="95"/>
                <w:sz w:val="16"/>
              </w:rPr>
              <w:t>СВЕДЕНИЯ</w:t>
            </w:r>
            <w:r w:rsidRPr="00E85698">
              <w:rPr>
                <w:b/>
                <w:spacing w:val="47"/>
                <w:sz w:val="16"/>
              </w:rPr>
              <w:t xml:space="preserve"> </w:t>
            </w:r>
            <w:r w:rsidRPr="00E85698">
              <w:rPr>
                <w:b/>
                <w:w w:val="95"/>
                <w:sz w:val="16"/>
              </w:rPr>
              <w:t>О</w:t>
            </w:r>
            <w:r w:rsidRPr="00E85698">
              <w:rPr>
                <w:b/>
                <w:spacing w:val="45"/>
                <w:sz w:val="16"/>
              </w:rPr>
              <w:t xml:space="preserve"> </w:t>
            </w:r>
            <w:r w:rsidRPr="00E85698">
              <w:rPr>
                <w:b/>
                <w:w w:val="95"/>
                <w:sz w:val="16"/>
              </w:rPr>
              <w:t>ЯЗЫКЕ</w:t>
            </w:r>
          </w:p>
        </w:tc>
        <w:tc>
          <w:tcPr>
            <w:tcW w:w="1384" w:type="dxa"/>
          </w:tcPr>
          <w:p w:rsidR="00A047B0" w:rsidRPr="00E85698" w:rsidRDefault="00A047B0" w:rsidP="00A047B0">
            <w:pPr>
              <w:pStyle w:val="TableParagraph"/>
              <w:rPr>
                <w:sz w:val="14"/>
              </w:rPr>
            </w:pPr>
          </w:p>
        </w:tc>
      </w:tr>
      <w:tr w:rsidR="00A047B0" w:rsidRPr="00E85698" w:rsidTr="00A047B0">
        <w:trPr>
          <w:trHeight w:val="722"/>
        </w:trPr>
        <w:tc>
          <w:tcPr>
            <w:tcW w:w="468" w:type="dxa"/>
          </w:tcPr>
          <w:p w:rsidR="00A047B0" w:rsidRPr="00E85698" w:rsidRDefault="00A047B0" w:rsidP="00A047B0">
            <w:pPr>
              <w:pStyle w:val="TableParagraph"/>
              <w:spacing w:before="66"/>
              <w:ind w:right="107"/>
              <w:jc w:val="right"/>
              <w:rPr>
                <w:sz w:val="16"/>
              </w:rPr>
            </w:pPr>
            <w:r w:rsidRPr="00E85698">
              <w:rPr>
                <w:sz w:val="16"/>
              </w:rPr>
              <w:t>1.1.</w:t>
            </w:r>
          </w:p>
        </w:tc>
        <w:tc>
          <w:tcPr>
            <w:tcW w:w="3831" w:type="dxa"/>
          </w:tcPr>
          <w:p w:rsidR="00A047B0" w:rsidRPr="00E85698" w:rsidRDefault="00A047B0" w:rsidP="00A047B0">
            <w:pPr>
              <w:pStyle w:val="TableParagraph"/>
              <w:spacing w:before="66"/>
              <w:ind w:left="76"/>
              <w:rPr>
                <w:sz w:val="16"/>
              </w:rPr>
            </w:pPr>
            <w:r w:rsidRPr="00E85698">
              <w:rPr>
                <w:w w:val="95"/>
                <w:sz w:val="16"/>
              </w:rPr>
              <w:t>Русский</w:t>
            </w:r>
            <w:r w:rsidRPr="00E85698">
              <w:rPr>
                <w:spacing w:val="6"/>
                <w:w w:val="95"/>
                <w:sz w:val="16"/>
              </w:rPr>
              <w:t xml:space="preserve"> </w:t>
            </w:r>
            <w:r w:rsidRPr="00E85698">
              <w:rPr>
                <w:w w:val="95"/>
                <w:sz w:val="16"/>
              </w:rPr>
              <w:t>язык</w:t>
            </w:r>
            <w:r w:rsidRPr="00E85698">
              <w:rPr>
                <w:spacing w:val="9"/>
                <w:w w:val="95"/>
                <w:sz w:val="16"/>
              </w:rPr>
              <w:t xml:space="preserve"> </w:t>
            </w:r>
            <w:r w:rsidRPr="00E85698">
              <w:rPr>
                <w:w w:val="95"/>
                <w:sz w:val="16"/>
              </w:rPr>
              <w:t>в</w:t>
            </w:r>
            <w:r w:rsidRPr="00E85698">
              <w:rPr>
                <w:spacing w:val="7"/>
                <w:w w:val="95"/>
                <w:sz w:val="16"/>
              </w:rPr>
              <w:t xml:space="preserve"> </w:t>
            </w:r>
            <w:r w:rsidRPr="00E85698">
              <w:rPr>
                <w:w w:val="95"/>
                <w:sz w:val="16"/>
              </w:rPr>
              <w:t>кругу</w:t>
            </w:r>
            <w:r w:rsidRPr="00E85698">
              <w:rPr>
                <w:spacing w:val="5"/>
                <w:w w:val="95"/>
                <w:sz w:val="16"/>
              </w:rPr>
              <w:t xml:space="preserve"> </w:t>
            </w:r>
            <w:r w:rsidRPr="00E85698">
              <w:rPr>
                <w:w w:val="95"/>
                <w:sz w:val="16"/>
              </w:rPr>
              <w:t>других</w:t>
            </w:r>
            <w:r w:rsidRPr="00E85698">
              <w:rPr>
                <w:spacing w:val="9"/>
                <w:w w:val="95"/>
                <w:sz w:val="16"/>
              </w:rPr>
              <w:t xml:space="preserve"> </w:t>
            </w:r>
            <w:r w:rsidRPr="00E85698">
              <w:rPr>
                <w:w w:val="95"/>
                <w:sz w:val="16"/>
              </w:rPr>
              <w:t>славянских</w:t>
            </w:r>
            <w:r w:rsidRPr="00E85698">
              <w:rPr>
                <w:spacing w:val="5"/>
                <w:w w:val="95"/>
                <w:sz w:val="16"/>
              </w:rPr>
              <w:t xml:space="preserve"> </w:t>
            </w:r>
            <w:r w:rsidRPr="00E85698">
              <w:rPr>
                <w:w w:val="95"/>
                <w:sz w:val="16"/>
              </w:rPr>
              <w:t>языков.</w:t>
            </w:r>
          </w:p>
        </w:tc>
        <w:tc>
          <w:tcPr>
            <w:tcW w:w="529" w:type="dxa"/>
          </w:tcPr>
          <w:p w:rsidR="00A047B0" w:rsidRPr="00E85698" w:rsidRDefault="00A047B0" w:rsidP="00A047B0">
            <w:pPr>
              <w:pStyle w:val="TableParagraph"/>
              <w:spacing w:before="66"/>
              <w:ind w:left="76"/>
              <w:rPr>
                <w:sz w:val="16"/>
              </w:rPr>
            </w:pPr>
            <w:r w:rsidRPr="00E85698">
              <w:rPr>
                <w:w w:val="96"/>
                <w:sz w:val="16"/>
              </w:rPr>
              <w:t>1</w:t>
            </w:r>
          </w:p>
        </w:tc>
        <w:tc>
          <w:tcPr>
            <w:tcW w:w="1107" w:type="dxa"/>
          </w:tcPr>
          <w:p w:rsidR="00A047B0" w:rsidRPr="00E85698" w:rsidRDefault="00A047B0" w:rsidP="00A047B0">
            <w:pPr>
              <w:pStyle w:val="TableParagraph"/>
              <w:spacing w:before="66"/>
              <w:ind w:left="75"/>
              <w:rPr>
                <w:sz w:val="16"/>
              </w:rPr>
            </w:pPr>
            <w:r w:rsidRPr="00E85698">
              <w:rPr>
                <w:w w:val="96"/>
                <w:sz w:val="16"/>
              </w:rPr>
              <w:t>0</w:t>
            </w:r>
          </w:p>
        </w:tc>
        <w:tc>
          <w:tcPr>
            <w:tcW w:w="1141" w:type="dxa"/>
          </w:tcPr>
          <w:p w:rsidR="00A047B0" w:rsidRPr="00E85698" w:rsidRDefault="00A047B0" w:rsidP="00A047B0">
            <w:pPr>
              <w:pStyle w:val="TableParagraph"/>
              <w:spacing w:before="66"/>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2.09</w:t>
            </w:r>
          </w:p>
        </w:tc>
        <w:tc>
          <w:tcPr>
            <w:tcW w:w="5166" w:type="dxa"/>
          </w:tcPr>
          <w:p w:rsidR="00A047B0" w:rsidRPr="00E85698" w:rsidRDefault="00A047B0" w:rsidP="00A047B0">
            <w:pPr>
              <w:pStyle w:val="TableParagraph"/>
              <w:spacing w:before="71" w:line="247" w:lineRule="auto"/>
              <w:ind w:left="73"/>
              <w:rPr>
                <w:sz w:val="16"/>
              </w:rPr>
            </w:pPr>
            <w:r w:rsidRPr="00E85698">
              <w:rPr>
                <w:w w:val="95"/>
                <w:sz w:val="16"/>
              </w:rPr>
              <w:t>Иметь</w:t>
            </w:r>
            <w:r w:rsidRPr="00E85698">
              <w:rPr>
                <w:spacing w:val="7"/>
                <w:w w:val="95"/>
                <w:sz w:val="16"/>
              </w:rPr>
              <w:t xml:space="preserve"> </w:t>
            </w:r>
            <w:r w:rsidRPr="00E85698">
              <w:rPr>
                <w:w w:val="95"/>
                <w:sz w:val="16"/>
              </w:rPr>
              <w:t>представление</w:t>
            </w:r>
            <w:r w:rsidRPr="00E85698">
              <w:rPr>
                <w:spacing w:val="8"/>
                <w:w w:val="95"/>
                <w:sz w:val="16"/>
              </w:rPr>
              <w:t xml:space="preserve"> </w:t>
            </w:r>
            <w:r w:rsidRPr="00E85698">
              <w:rPr>
                <w:w w:val="95"/>
                <w:sz w:val="16"/>
              </w:rPr>
              <w:t>о</w:t>
            </w:r>
            <w:r w:rsidRPr="00E85698">
              <w:rPr>
                <w:spacing w:val="6"/>
                <w:w w:val="95"/>
                <w:sz w:val="16"/>
              </w:rPr>
              <w:t xml:space="preserve"> </w:t>
            </w:r>
            <w:r w:rsidRPr="00E85698">
              <w:rPr>
                <w:w w:val="95"/>
                <w:sz w:val="16"/>
              </w:rPr>
              <w:t>русском</w:t>
            </w:r>
            <w:r w:rsidRPr="00E85698">
              <w:rPr>
                <w:spacing w:val="7"/>
                <w:w w:val="95"/>
                <w:sz w:val="16"/>
              </w:rPr>
              <w:t xml:space="preserve"> </w:t>
            </w:r>
            <w:r w:rsidRPr="00E85698">
              <w:rPr>
                <w:w w:val="95"/>
                <w:sz w:val="16"/>
              </w:rPr>
              <w:t>языке</w:t>
            </w:r>
            <w:r w:rsidRPr="00E85698">
              <w:rPr>
                <w:spacing w:val="8"/>
                <w:w w:val="95"/>
                <w:sz w:val="16"/>
              </w:rPr>
              <w:t xml:space="preserve"> </w:t>
            </w:r>
            <w:r w:rsidRPr="00E85698">
              <w:rPr>
                <w:w w:val="95"/>
                <w:sz w:val="16"/>
              </w:rPr>
              <w:t>как</w:t>
            </w:r>
            <w:r w:rsidRPr="00E85698">
              <w:rPr>
                <w:spacing w:val="9"/>
                <w:w w:val="95"/>
                <w:sz w:val="16"/>
              </w:rPr>
              <w:t xml:space="preserve"> </w:t>
            </w:r>
            <w:r w:rsidRPr="00E85698">
              <w:rPr>
                <w:w w:val="95"/>
                <w:sz w:val="16"/>
              </w:rPr>
              <w:t>одном</w:t>
            </w:r>
            <w:r w:rsidRPr="00E85698">
              <w:rPr>
                <w:spacing w:val="7"/>
                <w:w w:val="95"/>
                <w:sz w:val="16"/>
              </w:rPr>
              <w:t xml:space="preserve"> </w:t>
            </w:r>
            <w:r w:rsidRPr="00E85698">
              <w:rPr>
                <w:w w:val="95"/>
                <w:sz w:val="16"/>
              </w:rPr>
              <w:t>из</w:t>
            </w:r>
            <w:r w:rsidRPr="00E85698">
              <w:rPr>
                <w:spacing w:val="8"/>
                <w:w w:val="95"/>
                <w:sz w:val="16"/>
              </w:rPr>
              <w:t xml:space="preserve"> </w:t>
            </w:r>
            <w:r w:rsidRPr="00E85698">
              <w:rPr>
                <w:w w:val="95"/>
                <w:sz w:val="16"/>
              </w:rPr>
              <w:t>восточнославянских</w:t>
            </w:r>
            <w:r w:rsidRPr="00E85698">
              <w:rPr>
                <w:spacing w:val="-35"/>
                <w:w w:val="95"/>
                <w:sz w:val="16"/>
              </w:rPr>
              <w:t xml:space="preserve"> </w:t>
            </w:r>
            <w:r w:rsidRPr="00E85698">
              <w:rPr>
                <w:sz w:val="16"/>
              </w:rPr>
              <w:t>языков,</w:t>
            </w:r>
            <w:r w:rsidRPr="00E85698">
              <w:rPr>
                <w:spacing w:val="-4"/>
                <w:sz w:val="16"/>
              </w:rPr>
              <w:t xml:space="preserve"> </w:t>
            </w:r>
            <w:r w:rsidRPr="00E85698">
              <w:rPr>
                <w:sz w:val="16"/>
              </w:rPr>
              <w:t>уметь</w:t>
            </w:r>
            <w:r w:rsidRPr="00E85698">
              <w:rPr>
                <w:spacing w:val="-2"/>
                <w:sz w:val="16"/>
              </w:rPr>
              <w:t xml:space="preserve"> </w:t>
            </w:r>
            <w:r w:rsidRPr="00E85698">
              <w:rPr>
                <w:sz w:val="16"/>
              </w:rPr>
              <w:t>рассказать</w:t>
            </w:r>
            <w:r w:rsidRPr="00E85698">
              <w:rPr>
                <w:spacing w:val="-2"/>
                <w:sz w:val="16"/>
              </w:rPr>
              <w:t xml:space="preserve"> </w:t>
            </w:r>
            <w:r w:rsidRPr="00E85698">
              <w:rPr>
                <w:sz w:val="16"/>
              </w:rPr>
              <w:t>об</w:t>
            </w:r>
            <w:r w:rsidRPr="00E85698">
              <w:rPr>
                <w:spacing w:val="-3"/>
                <w:sz w:val="16"/>
              </w:rPr>
              <w:t xml:space="preserve"> </w:t>
            </w:r>
            <w:r w:rsidRPr="00E85698">
              <w:rPr>
                <w:sz w:val="16"/>
              </w:rPr>
              <w:t>этом;</w:t>
            </w:r>
          </w:p>
          <w:p w:rsidR="00A047B0" w:rsidRPr="00E85698" w:rsidRDefault="00A047B0" w:rsidP="00A047B0">
            <w:pPr>
              <w:pStyle w:val="TableParagraph"/>
              <w:spacing w:before="3"/>
              <w:ind w:left="73"/>
              <w:rPr>
                <w:sz w:val="16"/>
              </w:rPr>
            </w:pPr>
            <w:r w:rsidRPr="00E85698">
              <w:rPr>
                <w:w w:val="95"/>
                <w:sz w:val="16"/>
              </w:rPr>
              <w:t>Извлекать</w:t>
            </w:r>
            <w:r w:rsidRPr="00E85698">
              <w:rPr>
                <w:spacing w:val="7"/>
                <w:w w:val="95"/>
                <w:sz w:val="16"/>
              </w:rPr>
              <w:t xml:space="preserve"> </w:t>
            </w:r>
            <w:r w:rsidRPr="00E85698">
              <w:rPr>
                <w:w w:val="95"/>
                <w:sz w:val="16"/>
              </w:rPr>
              <w:t>информацию</w:t>
            </w:r>
            <w:r w:rsidRPr="00E85698">
              <w:rPr>
                <w:spacing w:val="9"/>
                <w:w w:val="95"/>
                <w:sz w:val="16"/>
              </w:rPr>
              <w:t xml:space="preserve"> </w:t>
            </w:r>
            <w:r w:rsidRPr="00E85698">
              <w:rPr>
                <w:w w:val="95"/>
                <w:sz w:val="16"/>
              </w:rPr>
              <w:t>из</w:t>
            </w:r>
            <w:r w:rsidRPr="00E85698">
              <w:rPr>
                <w:spacing w:val="10"/>
                <w:w w:val="95"/>
                <w:sz w:val="16"/>
              </w:rPr>
              <w:t xml:space="preserve"> </w:t>
            </w:r>
            <w:r w:rsidRPr="00E85698">
              <w:rPr>
                <w:w w:val="95"/>
                <w:sz w:val="16"/>
              </w:rPr>
              <w:t>различных</w:t>
            </w:r>
            <w:r w:rsidRPr="00E85698">
              <w:rPr>
                <w:spacing w:val="9"/>
                <w:w w:val="95"/>
                <w:sz w:val="16"/>
              </w:rPr>
              <w:t xml:space="preserve"> </w:t>
            </w:r>
            <w:r w:rsidRPr="00E85698">
              <w:rPr>
                <w:w w:val="95"/>
                <w:sz w:val="16"/>
              </w:rPr>
              <w:t>источников;</w:t>
            </w:r>
          </w:p>
        </w:tc>
        <w:tc>
          <w:tcPr>
            <w:tcW w:w="1081" w:type="dxa"/>
          </w:tcPr>
          <w:p w:rsidR="00A047B0" w:rsidRPr="00E85698" w:rsidRDefault="00A047B0" w:rsidP="00A047B0">
            <w:pPr>
              <w:pStyle w:val="TableParagraph"/>
              <w:spacing w:before="69" w:line="247" w:lineRule="auto"/>
              <w:ind w:left="70" w:right="474"/>
              <w:rPr>
                <w:sz w:val="16"/>
              </w:rPr>
            </w:pPr>
            <w:r w:rsidRPr="00E85698">
              <w:rPr>
                <w:w w:val="95"/>
                <w:sz w:val="16"/>
              </w:rPr>
              <w:t>Устный</w:t>
            </w:r>
            <w:r w:rsidRPr="00E85698">
              <w:rPr>
                <w:spacing w:val="-35"/>
                <w:w w:val="95"/>
                <w:sz w:val="16"/>
              </w:rPr>
              <w:t xml:space="preserve"> </w:t>
            </w:r>
            <w:r w:rsidRPr="00E85698">
              <w:rPr>
                <w:sz w:val="16"/>
              </w:rPr>
              <w:t>опрос;</w:t>
            </w:r>
          </w:p>
        </w:tc>
        <w:tc>
          <w:tcPr>
            <w:tcW w:w="1384" w:type="dxa"/>
          </w:tcPr>
          <w:p w:rsidR="00A047B0" w:rsidRPr="00E85698" w:rsidRDefault="00A047B0" w:rsidP="00A047B0">
            <w:pPr>
              <w:pStyle w:val="TableParagraph"/>
              <w:spacing w:before="66"/>
              <w:ind w:left="69"/>
              <w:rPr>
                <w:sz w:val="16"/>
              </w:rPr>
            </w:pPr>
            <w:r w:rsidRPr="00E85698">
              <w:rPr>
                <w:sz w:val="16"/>
              </w:rPr>
              <w:t>https://resh.edu.ru</w:t>
            </w:r>
          </w:p>
        </w:tc>
      </w:tr>
      <w:tr w:rsidR="00A047B0" w:rsidRPr="00E85698" w:rsidTr="00A047B0">
        <w:trPr>
          <w:trHeight w:val="337"/>
        </w:trPr>
        <w:tc>
          <w:tcPr>
            <w:tcW w:w="4299" w:type="dxa"/>
            <w:gridSpan w:val="2"/>
          </w:tcPr>
          <w:p w:rsidR="00A047B0" w:rsidRPr="00E85698" w:rsidRDefault="00A047B0" w:rsidP="00A047B0">
            <w:pPr>
              <w:pStyle w:val="TableParagraph"/>
              <w:spacing w:before="66"/>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66"/>
              <w:ind w:left="76"/>
              <w:rPr>
                <w:sz w:val="16"/>
              </w:rPr>
            </w:pPr>
            <w:r w:rsidRPr="00E85698">
              <w:rPr>
                <w:w w:val="96"/>
                <w:sz w:val="16"/>
              </w:rPr>
              <w:t>1</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5512" w:type="dxa"/>
            <w:gridSpan w:val="9"/>
          </w:tcPr>
          <w:p w:rsidR="00A047B0" w:rsidRPr="00E85698" w:rsidRDefault="00A047B0" w:rsidP="00A047B0">
            <w:pPr>
              <w:pStyle w:val="TableParagraph"/>
              <w:spacing w:before="69"/>
              <w:ind w:left="76"/>
              <w:rPr>
                <w:b/>
                <w:sz w:val="16"/>
              </w:rPr>
            </w:pPr>
            <w:r w:rsidRPr="00E85698">
              <w:rPr>
                <w:b/>
                <w:w w:val="95"/>
                <w:sz w:val="16"/>
              </w:rPr>
              <w:t>Раздел</w:t>
            </w:r>
            <w:r w:rsidRPr="00E85698">
              <w:rPr>
                <w:b/>
                <w:spacing w:val="10"/>
                <w:w w:val="95"/>
                <w:sz w:val="16"/>
              </w:rPr>
              <w:t xml:space="preserve"> </w:t>
            </w:r>
            <w:r w:rsidRPr="00E85698">
              <w:rPr>
                <w:b/>
                <w:w w:val="95"/>
                <w:sz w:val="16"/>
              </w:rPr>
              <w:t>2.</w:t>
            </w:r>
            <w:r w:rsidRPr="00E85698">
              <w:rPr>
                <w:b/>
                <w:spacing w:val="4"/>
                <w:w w:val="95"/>
                <w:sz w:val="16"/>
              </w:rPr>
              <w:t xml:space="preserve"> </w:t>
            </w:r>
            <w:r w:rsidRPr="00E85698">
              <w:rPr>
                <w:b/>
                <w:w w:val="95"/>
                <w:sz w:val="16"/>
              </w:rPr>
              <w:t>ПОВТОРЕНИЕ</w:t>
            </w:r>
          </w:p>
        </w:tc>
      </w:tr>
      <w:tr w:rsidR="00A047B0" w:rsidRPr="00E85698" w:rsidTr="00A047B0">
        <w:trPr>
          <w:trHeight w:val="1298"/>
        </w:trPr>
        <w:tc>
          <w:tcPr>
            <w:tcW w:w="468" w:type="dxa"/>
          </w:tcPr>
          <w:p w:rsidR="00A047B0" w:rsidRPr="00E85698" w:rsidRDefault="00A047B0" w:rsidP="00A047B0">
            <w:pPr>
              <w:pStyle w:val="TableParagraph"/>
              <w:spacing w:before="66"/>
              <w:ind w:right="107"/>
              <w:jc w:val="right"/>
              <w:rPr>
                <w:sz w:val="16"/>
              </w:rPr>
            </w:pPr>
            <w:r w:rsidRPr="00E85698">
              <w:rPr>
                <w:sz w:val="16"/>
              </w:rPr>
              <w:t>2.1.</w:t>
            </w:r>
          </w:p>
        </w:tc>
        <w:tc>
          <w:tcPr>
            <w:tcW w:w="3831" w:type="dxa"/>
          </w:tcPr>
          <w:p w:rsidR="00A047B0" w:rsidRPr="00E85698" w:rsidRDefault="00A047B0" w:rsidP="00A047B0">
            <w:pPr>
              <w:pStyle w:val="TableParagraph"/>
              <w:spacing w:before="66"/>
              <w:ind w:left="76"/>
              <w:rPr>
                <w:sz w:val="16"/>
              </w:rPr>
            </w:pPr>
            <w:r w:rsidRPr="00E85698">
              <w:rPr>
                <w:w w:val="95"/>
                <w:sz w:val="16"/>
              </w:rPr>
              <w:t>Повторение</w:t>
            </w:r>
            <w:r w:rsidRPr="00E85698">
              <w:rPr>
                <w:spacing w:val="10"/>
                <w:w w:val="95"/>
                <w:sz w:val="16"/>
              </w:rPr>
              <w:t xml:space="preserve"> </w:t>
            </w:r>
            <w:r w:rsidRPr="00E85698">
              <w:rPr>
                <w:w w:val="95"/>
                <w:sz w:val="16"/>
              </w:rPr>
              <w:t>пройденного</w:t>
            </w:r>
            <w:r w:rsidRPr="00E85698">
              <w:rPr>
                <w:spacing w:val="9"/>
                <w:w w:val="95"/>
                <w:sz w:val="16"/>
              </w:rPr>
              <w:t xml:space="preserve"> </w:t>
            </w:r>
            <w:r w:rsidRPr="00E85698">
              <w:rPr>
                <w:w w:val="95"/>
                <w:sz w:val="16"/>
              </w:rPr>
              <w:t>материала.</w:t>
            </w:r>
          </w:p>
        </w:tc>
        <w:tc>
          <w:tcPr>
            <w:tcW w:w="529" w:type="dxa"/>
          </w:tcPr>
          <w:p w:rsidR="00A047B0" w:rsidRPr="00E85698" w:rsidRDefault="00A047B0" w:rsidP="00A047B0">
            <w:pPr>
              <w:pStyle w:val="TableParagraph"/>
              <w:spacing w:before="66"/>
              <w:ind w:left="76"/>
              <w:rPr>
                <w:sz w:val="16"/>
              </w:rPr>
            </w:pPr>
            <w:r w:rsidRPr="00E85698">
              <w:rPr>
                <w:w w:val="96"/>
                <w:sz w:val="16"/>
              </w:rPr>
              <w:t>4</w:t>
            </w:r>
          </w:p>
        </w:tc>
        <w:tc>
          <w:tcPr>
            <w:tcW w:w="1107" w:type="dxa"/>
          </w:tcPr>
          <w:p w:rsidR="00A047B0" w:rsidRPr="00E85698" w:rsidRDefault="00A047B0" w:rsidP="00A047B0">
            <w:pPr>
              <w:pStyle w:val="TableParagraph"/>
              <w:spacing w:before="66"/>
              <w:ind w:left="75"/>
              <w:rPr>
                <w:sz w:val="16"/>
              </w:rPr>
            </w:pPr>
            <w:r w:rsidRPr="00E85698">
              <w:rPr>
                <w:w w:val="96"/>
                <w:sz w:val="16"/>
              </w:rPr>
              <w:t>0</w:t>
            </w:r>
          </w:p>
        </w:tc>
        <w:tc>
          <w:tcPr>
            <w:tcW w:w="1141" w:type="dxa"/>
          </w:tcPr>
          <w:p w:rsidR="00A047B0" w:rsidRPr="00E85698" w:rsidRDefault="00A047B0" w:rsidP="00A047B0">
            <w:pPr>
              <w:pStyle w:val="TableParagraph"/>
              <w:spacing w:before="66"/>
              <w:ind w:left="75"/>
              <w:rPr>
                <w:sz w:val="16"/>
              </w:rPr>
            </w:pPr>
            <w:r w:rsidRPr="00E85698">
              <w:rPr>
                <w:w w:val="96"/>
                <w:sz w:val="16"/>
              </w:rPr>
              <w:t>4</w:t>
            </w:r>
          </w:p>
        </w:tc>
        <w:tc>
          <w:tcPr>
            <w:tcW w:w="805" w:type="dxa"/>
          </w:tcPr>
          <w:p w:rsidR="00A047B0" w:rsidRPr="00E85698" w:rsidRDefault="001D3699" w:rsidP="00A047B0">
            <w:pPr>
              <w:pStyle w:val="TableParagraph"/>
              <w:rPr>
                <w:sz w:val="14"/>
              </w:rPr>
            </w:pPr>
            <w:r>
              <w:rPr>
                <w:sz w:val="14"/>
              </w:rPr>
              <w:t>5.09-12.09</w:t>
            </w:r>
          </w:p>
        </w:tc>
        <w:tc>
          <w:tcPr>
            <w:tcW w:w="5166" w:type="dxa"/>
          </w:tcPr>
          <w:p w:rsidR="00A047B0" w:rsidRPr="00E85698" w:rsidRDefault="00A047B0" w:rsidP="00A047B0">
            <w:pPr>
              <w:pStyle w:val="TableParagraph"/>
              <w:spacing w:before="71"/>
              <w:ind w:left="73"/>
              <w:rPr>
                <w:sz w:val="16"/>
              </w:rPr>
            </w:pPr>
            <w:r w:rsidRPr="00E85698">
              <w:rPr>
                <w:w w:val="95"/>
                <w:sz w:val="16"/>
              </w:rPr>
              <w:t>Повторить</w:t>
            </w:r>
            <w:r w:rsidRPr="00E85698">
              <w:rPr>
                <w:spacing w:val="10"/>
                <w:w w:val="95"/>
                <w:sz w:val="16"/>
              </w:rPr>
              <w:t xml:space="preserve"> </w:t>
            </w:r>
            <w:r w:rsidRPr="00E85698">
              <w:rPr>
                <w:w w:val="95"/>
                <w:sz w:val="16"/>
              </w:rPr>
              <w:t>правила</w:t>
            </w:r>
            <w:r w:rsidRPr="00E85698">
              <w:rPr>
                <w:spacing w:val="6"/>
                <w:w w:val="95"/>
                <w:sz w:val="16"/>
              </w:rPr>
              <w:t xml:space="preserve"> </w:t>
            </w:r>
            <w:r w:rsidRPr="00E85698">
              <w:rPr>
                <w:w w:val="95"/>
                <w:sz w:val="16"/>
              </w:rPr>
              <w:t>правописания:</w:t>
            </w:r>
          </w:p>
          <w:p w:rsidR="00A047B0" w:rsidRPr="00E85698" w:rsidRDefault="00A047B0" w:rsidP="00A047B0">
            <w:pPr>
              <w:pStyle w:val="TableParagraph"/>
              <w:spacing w:before="10" w:line="249" w:lineRule="auto"/>
              <w:ind w:left="73"/>
              <w:rPr>
                <w:sz w:val="16"/>
              </w:rPr>
            </w:pPr>
            <w:r w:rsidRPr="00E85698">
              <w:rPr>
                <w:w w:val="95"/>
                <w:sz w:val="16"/>
              </w:rPr>
              <w:t>-</w:t>
            </w:r>
            <w:proofErr w:type="gramStart"/>
            <w:r w:rsidRPr="00E85698">
              <w:rPr>
                <w:w w:val="95"/>
                <w:sz w:val="16"/>
              </w:rPr>
              <w:t>н-</w:t>
            </w:r>
            <w:r w:rsidRPr="00E85698">
              <w:rPr>
                <w:spacing w:val="4"/>
                <w:w w:val="95"/>
                <w:sz w:val="16"/>
              </w:rPr>
              <w:t xml:space="preserve"> </w:t>
            </w:r>
            <w:r w:rsidRPr="00E85698">
              <w:rPr>
                <w:w w:val="95"/>
                <w:sz w:val="16"/>
              </w:rPr>
              <w:t>и</w:t>
            </w:r>
            <w:proofErr w:type="gramEnd"/>
            <w:r w:rsidRPr="00E85698">
              <w:rPr>
                <w:spacing w:val="7"/>
                <w:w w:val="95"/>
                <w:sz w:val="16"/>
              </w:rPr>
              <w:t xml:space="preserve"> </w:t>
            </w:r>
            <w:r w:rsidRPr="00E85698">
              <w:rPr>
                <w:w w:val="95"/>
                <w:sz w:val="16"/>
              </w:rPr>
              <w:t>-</w:t>
            </w:r>
            <w:proofErr w:type="spellStart"/>
            <w:r w:rsidRPr="00E85698">
              <w:rPr>
                <w:w w:val="95"/>
                <w:sz w:val="16"/>
              </w:rPr>
              <w:t>нн</w:t>
            </w:r>
            <w:proofErr w:type="spellEnd"/>
            <w:r w:rsidRPr="00E85698">
              <w:rPr>
                <w:w w:val="95"/>
                <w:sz w:val="16"/>
              </w:rPr>
              <w:t>-</w:t>
            </w:r>
            <w:r w:rsidRPr="00E85698">
              <w:rPr>
                <w:spacing w:val="5"/>
                <w:w w:val="95"/>
                <w:sz w:val="16"/>
              </w:rPr>
              <w:t xml:space="preserve"> </w:t>
            </w:r>
            <w:r w:rsidRPr="00E85698">
              <w:rPr>
                <w:w w:val="95"/>
                <w:sz w:val="16"/>
              </w:rPr>
              <w:t>в</w:t>
            </w:r>
            <w:r w:rsidRPr="00E85698">
              <w:rPr>
                <w:spacing w:val="7"/>
                <w:w w:val="95"/>
                <w:sz w:val="16"/>
              </w:rPr>
              <w:t xml:space="preserve"> </w:t>
            </w:r>
            <w:r w:rsidRPr="00E85698">
              <w:rPr>
                <w:w w:val="95"/>
                <w:sz w:val="16"/>
              </w:rPr>
              <w:t>суффиксах</w:t>
            </w:r>
            <w:r w:rsidRPr="00E85698">
              <w:rPr>
                <w:spacing w:val="6"/>
                <w:w w:val="95"/>
                <w:sz w:val="16"/>
              </w:rPr>
              <w:t xml:space="preserve"> </w:t>
            </w:r>
            <w:r w:rsidRPr="00E85698">
              <w:rPr>
                <w:w w:val="95"/>
                <w:sz w:val="16"/>
              </w:rPr>
              <w:t>прилагательных,</w:t>
            </w:r>
            <w:r w:rsidRPr="00E85698">
              <w:rPr>
                <w:spacing w:val="6"/>
                <w:w w:val="95"/>
                <w:sz w:val="16"/>
              </w:rPr>
              <w:t xml:space="preserve"> </w:t>
            </w:r>
            <w:r w:rsidRPr="00E85698">
              <w:rPr>
                <w:w w:val="95"/>
                <w:sz w:val="16"/>
              </w:rPr>
              <w:t>причастий</w:t>
            </w:r>
            <w:r w:rsidRPr="00E85698">
              <w:rPr>
                <w:spacing w:val="7"/>
                <w:w w:val="95"/>
                <w:sz w:val="16"/>
              </w:rPr>
              <w:t xml:space="preserve"> </w:t>
            </w:r>
            <w:r w:rsidRPr="00E85698">
              <w:rPr>
                <w:w w:val="95"/>
                <w:sz w:val="16"/>
              </w:rPr>
              <w:t>и</w:t>
            </w:r>
            <w:r w:rsidRPr="00E85698">
              <w:rPr>
                <w:spacing w:val="3"/>
                <w:w w:val="95"/>
                <w:sz w:val="16"/>
              </w:rPr>
              <w:t xml:space="preserve"> </w:t>
            </w:r>
            <w:r w:rsidRPr="00E85698">
              <w:rPr>
                <w:w w:val="95"/>
                <w:sz w:val="16"/>
              </w:rPr>
              <w:t>наречий;</w:t>
            </w:r>
            <w:r w:rsidRPr="00E85698">
              <w:rPr>
                <w:spacing w:val="13"/>
                <w:w w:val="95"/>
                <w:sz w:val="16"/>
              </w:rPr>
              <w:t xml:space="preserve"> </w:t>
            </w:r>
            <w:r w:rsidRPr="00E85698">
              <w:rPr>
                <w:w w:val="95"/>
                <w:sz w:val="16"/>
              </w:rPr>
              <w:t>-слитного</w:t>
            </w:r>
            <w:r w:rsidRPr="00E85698">
              <w:rPr>
                <w:spacing w:val="2"/>
                <w:w w:val="95"/>
                <w:sz w:val="16"/>
              </w:rPr>
              <w:t xml:space="preserve"> </w:t>
            </w:r>
            <w:r w:rsidRPr="00E85698">
              <w:rPr>
                <w:w w:val="95"/>
                <w:sz w:val="16"/>
              </w:rPr>
              <w:t>и</w:t>
            </w:r>
            <w:r w:rsidRPr="00E85698">
              <w:rPr>
                <w:spacing w:val="1"/>
                <w:w w:val="95"/>
                <w:sz w:val="16"/>
              </w:rPr>
              <w:t xml:space="preserve"> </w:t>
            </w:r>
            <w:r w:rsidRPr="00E85698">
              <w:rPr>
                <w:sz w:val="16"/>
              </w:rPr>
              <w:t>раздельного</w:t>
            </w:r>
            <w:r w:rsidRPr="00E85698">
              <w:rPr>
                <w:spacing w:val="-6"/>
                <w:sz w:val="16"/>
              </w:rPr>
              <w:t xml:space="preserve"> </w:t>
            </w:r>
            <w:r w:rsidRPr="00E85698">
              <w:rPr>
                <w:sz w:val="16"/>
              </w:rPr>
              <w:t>написания</w:t>
            </w:r>
            <w:r w:rsidRPr="00E85698">
              <w:rPr>
                <w:spacing w:val="-7"/>
                <w:sz w:val="16"/>
              </w:rPr>
              <w:t xml:space="preserve"> </w:t>
            </w:r>
            <w:r w:rsidRPr="00E85698">
              <w:rPr>
                <w:sz w:val="16"/>
              </w:rPr>
              <w:t>НЕ</w:t>
            </w:r>
            <w:r w:rsidRPr="00E85698">
              <w:rPr>
                <w:spacing w:val="-5"/>
                <w:sz w:val="16"/>
              </w:rPr>
              <w:t xml:space="preserve"> </w:t>
            </w:r>
            <w:r w:rsidRPr="00E85698">
              <w:rPr>
                <w:sz w:val="16"/>
              </w:rPr>
              <w:t>и</w:t>
            </w:r>
            <w:r w:rsidRPr="00E85698">
              <w:rPr>
                <w:spacing w:val="-7"/>
                <w:sz w:val="16"/>
              </w:rPr>
              <w:t xml:space="preserve"> </w:t>
            </w:r>
            <w:r w:rsidRPr="00E85698">
              <w:rPr>
                <w:sz w:val="16"/>
              </w:rPr>
              <w:t>НИ</w:t>
            </w:r>
            <w:r w:rsidRPr="00E85698">
              <w:rPr>
                <w:spacing w:val="-5"/>
                <w:sz w:val="16"/>
              </w:rPr>
              <w:t xml:space="preserve"> </w:t>
            </w:r>
            <w:r w:rsidRPr="00E85698">
              <w:rPr>
                <w:sz w:val="16"/>
              </w:rPr>
              <w:t>с</w:t>
            </w:r>
            <w:r w:rsidRPr="00E85698">
              <w:rPr>
                <w:spacing w:val="-4"/>
                <w:sz w:val="16"/>
              </w:rPr>
              <w:t xml:space="preserve"> </w:t>
            </w:r>
            <w:r w:rsidRPr="00E85698">
              <w:rPr>
                <w:sz w:val="16"/>
              </w:rPr>
              <w:t>разными</w:t>
            </w:r>
            <w:r w:rsidRPr="00E85698">
              <w:rPr>
                <w:spacing w:val="-7"/>
                <w:sz w:val="16"/>
              </w:rPr>
              <w:t xml:space="preserve"> </w:t>
            </w:r>
            <w:r w:rsidRPr="00E85698">
              <w:rPr>
                <w:sz w:val="16"/>
              </w:rPr>
              <w:t>частями</w:t>
            </w:r>
            <w:r w:rsidRPr="00E85698">
              <w:rPr>
                <w:spacing w:val="-5"/>
                <w:sz w:val="16"/>
              </w:rPr>
              <w:t xml:space="preserve"> </w:t>
            </w:r>
            <w:r w:rsidRPr="00E85698">
              <w:rPr>
                <w:sz w:val="16"/>
              </w:rPr>
              <w:t>речи;</w:t>
            </w:r>
          </w:p>
          <w:p w:rsidR="00A047B0" w:rsidRPr="00E85698" w:rsidRDefault="00A047B0" w:rsidP="00A037E6">
            <w:pPr>
              <w:pStyle w:val="TableParagraph"/>
              <w:numPr>
                <w:ilvl w:val="0"/>
                <w:numId w:val="14"/>
              </w:numPr>
              <w:tabs>
                <w:tab w:val="left" w:pos="165"/>
              </w:tabs>
              <w:spacing w:before="4"/>
              <w:ind w:left="165"/>
              <w:rPr>
                <w:sz w:val="16"/>
              </w:rPr>
            </w:pPr>
            <w:r w:rsidRPr="00E85698">
              <w:rPr>
                <w:w w:val="95"/>
                <w:sz w:val="16"/>
              </w:rPr>
              <w:t>сложных</w:t>
            </w:r>
            <w:r w:rsidRPr="00E85698">
              <w:rPr>
                <w:spacing w:val="5"/>
                <w:w w:val="95"/>
                <w:sz w:val="16"/>
              </w:rPr>
              <w:t xml:space="preserve"> </w:t>
            </w:r>
            <w:r w:rsidRPr="00E85698">
              <w:rPr>
                <w:w w:val="95"/>
                <w:sz w:val="16"/>
              </w:rPr>
              <w:t>слов</w:t>
            </w:r>
            <w:r w:rsidRPr="00E85698">
              <w:rPr>
                <w:spacing w:val="6"/>
                <w:w w:val="95"/>
                <w:sz w:val="16"/>
              </w:rPr>
              <w:t xml:space="preserve"> </w:t>
            </w:r>
            <w:r w:rsidRPr="00E85698">
              <w:rPr>
                <w:w w:val="95"/>
                <w:sz w:val="16"/>
              </w:rPr>
              <w:t>разных</w:t>
            </w:r>
            <w:r w:rsidRPr="00E85698">
              <w:rPr>
                <w:spacing w:val="6"/>
                <w:w w:val="95"/>
                <w:sz w:val="16"/>
              </w:rPr>
              <w:t xml:space="preserve"> </w:t>
            </w:r>
            <w:r w:rsidRPr="00E85698">
              <w:rPr>
                <w:w w:val="95"/>
                <w:sz w:val="16"/>
              </w:rPr>
              <w:t>частей</w:t>
            </w:r>
            <w:r w:rsidRPr="00E85698">
              <w:rPr>
                <w:spacing w:val="6"/>
                <w:w w:val="95"/>
                <w:sz w:val="16"/>
              </w:rPr>
              <w:t xml:space="preserve"> </w:t>
            </w:r>
            <w:r w:rsidRPr="00E85698">
              <w:rPr>
                <w:w w:val="95"/>
                <w:sz w:val="16"/>
              </w:rPr>
              <w:t>речи;</w:t>
            </w:r>
          </w:p>
          <w:p w:rsidR="00A047B0" w:rsidRPr="00E85698" w:rsidRDefault="00A047B0" w:rsidP="00A037E6">
            <w:pPr>
              <w:pStyle w:val="TableParagraph"/>
              <w:numPr>
                <w:ilvl w:val="0"/>
                <w:numId w:val="14"/>
              </w:numPr>
              <w:tabs>
                <w:tab w:val="left" w:pos="165"/>
              </w:tabs>
              <w:spacing w:before="8" w:line="254" w:lineRule="auto"/>
              <w:ind w:right="377" w:firstLine="0"/>
              <w:rPr>
                <w:sz w:val="16"/>
              </w:rPr>
            </w:pPr>
            <w:r w:rsidRPr="00E85698">
              <w:rPr>
                <w:w w:val="95"/>
                <w:sz w:val="16"/>
              </w:rPr>
              <w:t>слитного,</w:t>
            </w:r>
            <w:r w:rsidRPr="00E85698">
              <w:rPr>
                <w:spacing w:val="9"/>
                <w:w w:val="95"/>
                <w:sz w:val="16"/>
              </w:rPr>
              <w:t xml:space="preserve"> </w:t>
            </w:r>
            <w:r w:rsidRPr="00E85698">
              <w:rPr>
                <w:w w:val="95"/>
                <w:sz w:val="16"/>
              </w:rPr>
              <w:t>дефисного</w:t>
            </w:r>
            <w:r w:rsidRPr="00E85698">
              <w:rPr>
                <w:spacing w:val="10"/>
                <w:w w:val="95"/>
                <w:sz w:val="16"/>
              </w:rPr>
              <w:t xml:space="preserve"> </w:t>
            </w:r>
            <w:r w:rsidRPr="00E85698">
              <w:rPr>
                <w:w w:val="95"/>
                <w:sz w:val="16"/>
              </w:rPr>
              <w:t>и</w:t>
            </w:r>
            <w:r w:rsidRPr="00E85698">
              <w:rPr>
                <w:spacing w:val="11"/>
                <w:w w:val="95"/>
                <w:sz w:val="16"/>
              </w:rPr>
              <w:t xml:space="preserve"> </w:t>
            </w:r>
            <w:r w:rsidRPr="00E85698">
              <w:rPr>
                <w:w w:val="95"/>
                <w:sz w:val="16"/>
              </w:rPr>
              <w:t>раздельного</w:t>
            </w:r>
            <w:r w:rsidRPr="00E85698">
              <w:rPr>
                <w:spacing w:val="9"/>
                <w:w w:val="95"/>
                <w:sz w:val="16"/>
              </w:rPr>
              <w:t xml:space="preserve"> </w:t>
            </w:r>
            <w:r w:rsidRPr="00E85698">
              <w:rPr>
                <w:w w:val="95"/>
                <w:sz w:val="16"/>
              </w:rPr>
              <w:t>написания</w:t>
            </w:r>
            <w:r w:rsidRPr="00E85698">
              <w:rPr>
                <w:spacing w:val="11"/>
                <w:w w:val="95"/>
                <w:sz w:val="16"/>
              </w:rPr>
              <w:t xml:space="preserve"> </w:t>
            </w:r>
            <w:r w:rsidRPr="00E85698">
              <w:rPr>
                <w:w w:val="95"/>
                <w:sz w:val="16"/>
              </w:rPr>
              <w:t>наречий,</w:t>
            </w:r>
            <w:r w:rsidRPr="00E85698">
              <w:rPr>
                <w:spacing w:val="10"/>
                <w:w w:val="95"/>
                <w:sz w:val="16"/>
              </w:rPr>
              <w:t xml:space="preserve"> </w:t>
            </w:r>
            <w:r w:rsidRPr="00E85698">
              <w:rPr>
                <w:w w:val="95"/>
                <w:sz w:val="16"/>
              </w:rPr>
              <w:t>производных</w:t>
            </w:r>
            <w:r w:rsidRPr="00E85698">
              <w:rPr>
                <w:spacing w:val="-35"/>
                <w:w w:val="95"/>
                <w:sz w:val="16"/>
              </w:rPr>
              <w:t xml:space="preserve"> </w:t>
            </w:r>
            <w:r w:rsidRPr="00E85698">
              <w:rPr>
                <w:sz w:val="16"/>
              </w:rPr>
              <w:t>предлогов,</w:t>
            </w:r>
            <w:r w:rsidRPr="00E85698">
              <w:rPr>
                <w:spacing w:val="-3"/>
                <w:sz w:val="16"/>
              </w:rPr>
              <w:t xml:space="preserve"> </w:t>
            </w:r>
            <w:r w:rsidRPr="00E85698">
              <w:rPr>
                <w:sz w:val="16"/>
              </w:rPr>
              <w:t>союзов</w:t>
            </w:r>
            <w:r w:rsidRPr="00E85698">
              <w:rPr>
                <w:spacing w:val="-2"/>
                <w:sz w:val="16"/>
              </w:rPr>
              <w:t xml:space="preserve"> </w:t>
            </w:r>
            <w:r w:rsidRPr="00E85698">
              <w:rPr>
                <w:sz w:val="16"/>
              </w:rPr>
              <w:t>и</w:t>
            </w:r>
            <w:r w:rsidRPr="00E85698">
              <w:rPr>
                <w:spacing w:val="-2"/>
                <w:sz w:val="16"/>
              </w:rPr>
              <w:t xml:space="preserve"> </w:t>
            </w:r>
            <w:r w:rsidRPr="00E85698">
              <w:rPr>
                <w:sz w:val="16"/>
              </w:rPr>
              <w:t>частиц.</w:t>
            </w:r>
          </w:p>
        </w:tc>
        <w:tc>
          <w:tcPr>
            <w:tcW w:w="1081" w:type="dxa"/>
          </w:tcPr>
          <w:p w:rsidR="00A047B0" w:rsidRPr="00E85698" w:rsidRDefault="00A047B0" w:rsidP="00A047B0">
            <w:pPr>
              <w:pStyle w:val="TableParagraph"/>
              <w:spacing w:before="71" w:line="252" w:lineRule="auto"/>
              <w:ind w:left="70" w:right="46"/>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w w:val="95"/>
                <w:sz w:val="16"/>
              </w:rPr>
              <w:t>Практическая</w:t>
            </w:r>
            <w:r w:rsidRPr="00E85698">
              <w:rPr>
                <w:spacing w:val="-35"/>
                <w:w w:val="95"/>
                <w:sz w:val="16"/>
              </w:rPr>
              <w:t xml:space="preserve"> </w:t>
            </w:r>
            <w:r w:rsidRPr="00E85698">
              <w:rPr>
                <w:sz w:val="16"/>
              </w:rPr>
              <w:t>работа;</w:t>
            </w:r>
          </w:p>
        </w:tc>
        <w:tc>
          <w:tcPr>
            <w:tcW w:w="1384" w:type="dxa"/>
          </w:tcPr>
          <w:p w:rsidR="00A047B0" w:rsidRPr="00E85698" w:rsidRDefault="00A047B0" w:rsidP="00A047B0">
            <w:pPr>
              <w:pStyle w:val="TableParagraph"/>
              <w:spacing w:before="66"/>
              <w:ind w:left="69"/>
              <w:rPr>
                <w:sz w:val="16"/>
              </w:rPr>
            </w:pPr>
            <w:r w:rsidRPr="00E85698">
              <w:rPr>
                <w:sz w:val="16"/>
              </w:rPr>
              <w:t>https://resh.edu.ru</w:t>
            </w:r>
          </w:p>
        </w:tc>
      </w:tr>
      <w:tr w:rsidR="00A047B0" w:rsidRPr="00E85698" w:rsidTr="00A047B0">
        <w:trPr>
          <w:trHeight w:val="337"/>
        </w:trPr>
        <w:tc>
          <w:tcPr>
            <w:tcW w:w="4299" w:type="dxa"/>
            <w:gridSpan w:val="2"/>
          </w:tcPr>
          <w:p w:rsidR="00A047B0" w:rsidRPr="00E85698" w:rsidRDefault="00A047B0" w:rsidP="00A047B0">
            <w:pPr>
              <w:pStyle w:val="TableParagraph"/>
              <w:spacing w:before="66"/>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66"/>
              <w:ind w:left="76"/>
              <w:rPr>
                <w:sz w:val="16"/>
              </w:rPr>
            </w:pPr>
            <w:r w:rsidRPr="00E85698">
              <w:rPr>
                <w:w w:val="96"/>
                <w:sz w:val="16"/>
              </w:rPr>
              <w:t>4</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40"/>
        </w:trPr>
        <w:tc>
          <w:tcPr>
            <w:tcW w:w="15512" w:type="dxa"/>
            <w:gridSpan w:val="9"/>
          </w:tcPr>
          <w:p w:rsidR="00A047B0" w:rsidRPr="00E85698" w:rsidRDefault="00A047B0" w:rsidP="00A047B0">
            <w:pPr>
              <w:pStyle w:val="TableParagraph"/>
              <w:spacing w:before="69"/>
              <w:ind w:left="76"/>
              <w:rPr>
                <w:b/>
                <w:sz w:val="16"/>
              </w:rPr>
            </w:pPr>
            <w:r w:rsidRPr="00E85698">
              <w:rPr>
                <w:b/>
                <w:spacing w:val="-1"/>
                <w:sz w:val="16"/>
              </w:rPr>
              <w:t>Раздел</w:t>
            </w:r>
            <w:r w:rsidRPr="00E85698">
              <w:rPr>
                <w:b/>
                <w:spacing w:val="-9"/>
                <w:sz w:val="16"/>
              </w:rPr>
              <w:t xml:space="preserve"> </w:t>
            </w:r>
            <w:r w:rsidRPr="00E85698">
              <w:rPr>
                <w:b/>
                <w:sz w:val="16"/>
              </w:rPr>
              <w:t>3.</w:t>
            </w:r>
            <w:r w:rsidRPr="00E85698">
              <w:rPr>
                <w:b/>
                <w:spacing w:val="-9"/>
                <w:sz w:val="16"/>
              </w:rPr>
              <w:t xml:space="preserve"> </w:t>
            </w:r>
            <w:r w:rsidRPr="00E85698">
              <w:rPr>
                <w:b/>
                <w:sz w:val="16"/>
              </w:rPr>
              <w:t>ЯЗЫК</w:t>
            </w:r>
            <w:r w:rsidRPr="00E85698">
              <w:rPr>
                <w:b/>
                <w:spacing w:val="-8"/>
                <w:sz w:val="16"/>
              </w:rPr>
              <w:t xml:space="preserve"> </w:t>
            </w:r>
            <w:r w:rsidRPr="00E85698">
              <w:rPr>
                <w:b/>
                <w:sz w:val="16"/>
              </w:rPr>
              <w:t>И</w:t>
            </w:r>
            <w:r w:rsidRPr="00E85698">
              <w:rPr>
                <w:b/>
                <w:spacing w:val="20"/>
                <w:sz w:val="16"/>
              </w:rPr>
              <w:t xml:space="preserve"> </w:t>
            </w:r>
            <w:r w:rsidRPr="00E85698">
              <w:rPr>
                <w:b/>
                <w:sz w:val="16"/>
              </w:rPr>
              <w:t>РЕЧЬ</w:t>
            </w:r>
          </w:p>
        </w:tc>
      </w:tr>
      <w:tr w:rsidR="00A047B0" w:rsidRPr="00E85698" w:rsidTr="00A047B0">
        <w:trPr>
          <w:trHeight w:val="3410"/>
        </w:trPr>
        <w:tc>
          <w:tcPr>
            <w:tcW w:w="468" w:type="dxa"/>
          </w:tcPr>
          <w:p w:rsidR="00A047B0" w:rsidRPr="00E85698" w:rsidRDefault="00A047B0" w:rsidP="00A047B0">
            <w:pPr>
              <w:pStyle w:val="TableParagraph"/>
              <w:spacing w:before="66"/>
              <w:ind w:right="107"/>
              <w:jc w:val="right"/>
              <w:rPr>
                <w:sz w:val="16"/>
              </w:rPr>
            </w:pPr>
            <w:r w:rsidRPr="00E85698">
              <w:rPr>
                <w:sz w:val="16"/>
              </w:rPr>
              <w:t>3.1.</w:t>
            </w:r>
          </w:p>
        </w:tc>
        <w:tc>
          <w:tcPr>
            <w:tcW w:w="3831" w:type="dxa"/>
          </w:tcPr>
          <w:p w:rsidR="00A047B0" w:rsidRPr="00E85698" w:rsidRDefault="00A047B0" w:rsidP="00A047B0">
            <w:pPr>
              <w:pStyle w:val="TableParagraph"/>
              <w:spacing w:before="66"/>
              <w:ind w:left="76"/>
              <w:rPr>
                <w:sz w:val="16"/>
              </w:rPr>
            </w:pPr>
            <w:r w:rsidRPr="00E85698">
              <w:rPr>
                <w:w w:val="95"/>
                <w:sz w:val="16"/>
              </w:rPr>
              <w:t>Виды</w:t>
            </w:r>
            <w:r w:rsidRPr="00E85698">
              <w:rPr>
                <w:spacing w:val="8"/>
                <w:w w:val="95"/>
                <w:sz w:val="16"/>
              </w:rPr>
              <w:t xml:space="preserve"> </w:t>
            </w:r>
            <w:r w:rsidRPr="00E85698">
              <w:rPr>
                <w:w w:val="95"/>
                <w:sz w:val="16"/>
              </w:rPr>
              <w:t>речи.</w:t>
            </w:r>
            <w:r w:rsidRPr="00E85698">
              <w:rPr>
                <w:spacing w:val="6"/>
                <w:w w:val="95"/>
                <w:sz w:val="16"/>
              </w:rPr>
              <w:t xml:space="preserve"> </w:t>
            </w:r>
            <w:r w:rsidRPr="00E85698">
              <w:rPr>
                <w:w w:val="95"/>
                <w:sz w:val="16"/>
              </w:rPr>
              <w:t>Монолог</w:t>
            </w:r>
            <w:r w:rsidRPr="00E85698">
              <w:rPr>
                <w:spacing w:val="7"/>
                <w:w w:val="95"/>
                <w:sz w:val="16"/>
              </w:rPr>
              <w:t xml:space="preserve"> </w:t>
            </w:r>
            <w:r w:rsidRPr="00E85698">
              <w:rPr>
                <w:w w:val="95"/>
                <w:sz w:val="16"/>
              </w:rPr>
              <w:t>и</w:t>
            </w:r>
            <w:r w:rsidRPr="00E85698">
              <w:rPr>
                <w:spacing w:val="7"/>
                <w:w w:val="95"/>
                <w:sz w:val="16"/>
              </w:rPr>
              <w:t xml:space="preserve"> </w:t>
            </w:r>
            <w:r w:rsidRPr="00E85698">
              <w:rPr>
                <w:w w:val="95"/>
                <w:sz w:val="16"/>
              </w:rPr>
              <w:t>диалог.</w:t>
            </w:r>
            <w:r w:rsidRPr="00E85698">
              <w:rPr>
                <w:spacing w:val="8"/>
                <w:w w:val="95"/>
                <w:sz w:val="16"/>
              </w:rPr>
              <w:t xml:space="preserve"> </w:t>
            </w:r>
            <w:r w:rsidRPr="00E85698">
              <w:rPr>
                <w:w w:val="95"/>
                <w:sz w:val="16"/>
              </w:rPr>
              <w:t>Их</w:t>
            </w:r>
            <w:r w:rsidRPr="00E85698">
              <w:rPr>
                <w:spacing w:val="6"/>
                <w:w w:val="95"/>
                <w:sz w:val="16"/>
              </w:rPr>
              <w:t xml:space="preserve"> </w:t>
            </w:r>
            <w:r w:rsidRPr="00E85698">
              <w:rPr>
                <w:w w:val="95"/>
                <w:sz w:val="16"/>
              </w:rPr>
              <w:t>разновидности.</w:t>
            </w:r>
          </w:p>
        </w:tc>
        <w:tc>
          <w:tcPr>
            <w:tcW w:w="529" w:type="dxa"/>
          </w:tcPr>
          <w:p w:rsidR="00A047B0" w:rsidRPr="00E85698" w:rsidRDefault="00A047B0" w:rsidP="00A047B0">
            <w:pPr>
              <w:pStyle w:val="TableParagraph"/>
              <w:spacing w:before="66"/>
              <w:ind w:left="76"/>
              <w:rPr>
                <w:sz w:val="16"/>
              </w:rPr>
            </w:pPr>
            <w:r w:rsidRPr="00E85698">
              <w:rPr>
                <w:w w:val="96"/>
                <w:sz w:val="16"/>
              </w:rPr>
              <w:t>4</w:t>
            </w:r>
          </w:p>
        </w:tc>
        <w:tc>
          <w:tcPr>
            <w:tcW w:w="1107" w:type="dxa"/>
          </w:tcPr>
          <w:p w:rsidR="00A047B0" w:rsidRPr="00E85698" w:rsidRDefault="00A047B0" w:rsidP="00A047B0">
            <w:pPr>
              <w:pStyle w:val="TableParagraph"/>
              <w:spacing w:before="66"/>
              <w:ind w:left="75"/>
              <w:rPr>
                <w:sz w:val="16"/>
              </w:rPr>
            </w:pPr>
            <w:r w:rsidRPr="00E85698">
              <w:rPr>
                <w:w w:val="96"/>
                <w:sz w:val="16"/>
              </w:rPr>
              <w:t>1</w:t>
            </w:r>
          </w:p>
        </w:tc>
        <w:tc>
          <w:tcPr>
            <w:tcW w:w="1141" w:type="dxa"/>
          </w:tcPr>
          <w:p w:rsidR="00A047B0" w:rsidRPr="00E85698" w:rsidRDefault="00A047B0" w:rsidP="00A047B0">
            <w:pPr>
              <w:pStyle w:val="TableParagraph"/>
              <w:spacing w:before="66"/>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13.09-19.-09</w:t>
            </w:r>
          </w:p>
        </w:tc>
        <w:tc>
          <w:tcPr>
            <w:tcW w:w="5166" w:type="dxa"/>
          </w:tcPr>
          <w:p w:rsidR="00A047B0" w:rsidRPr="00E85698" w:rsidRDefault="00A047B0" w:rsidP="00A047B0">
            <w:pPr>
              <w:pStyle w:val="TableParagraph"/>
              <w:spacing w:before="71" w:line="256" w:lineRule="auto"/>
              <w:ind w:left="73"/>
              <w:rPr>
                <w:sz w:val="16"/>
              </w:rPr>
            </w:pPr>
            <w:r w:rsidRPr="00E85698">
              <w:rPr>
                <w:w w:val="95"/>
                <w:sz w:val="16"/>
              </w:rPr>
              <w:t>Создавать</w:t>
            </w:r>
            <w:r w:rsidRPr="00E85698">
              <w:rPr>
                <w:spacing w:val="9"/>
                <w:w w:val="95"/>
                <w:sz w:val="16"/>
              </w:rPr>
              <w:t xml:space="preserve"> </w:t>
            </w:r>
            <w:r w:rsidRPr="00E85698">
              <w:rPr>
                <w:w w:val="95"/>
                <w:sz w:val="16"/>
              </w:rPr>
              <w:t>устные</w:t>
            </w:r>
            <w:r w:rsidRPr="00E85698">
              <w:rPr>
                <w:spacing w:val="10"/>
                <w:w w:val="95"/>
                <w:sz w:val="16"/>
              </w:rPr>
              <w:t xml:space="preserve"> </w:t>
            </w:r>
            <w:r w:rsidRPr="00E85698">
              <w:rPr>
                <w:w w:val="95"/>
                <w:sz w:val="16"/>
              </w:rPr>
              <w:t>монологические</w:t>
            </w:r>
            <w:r w:rsidRPr="00E85698">
              <w:rPr>
                <w:spacing w:val="10"/>
                <w:w w:val="95"/>
                <w:sz w:val="16"/>
              </w:rPr>
              <w:t xml:space="preserve"> </w:t>
            </w:r>
            <w:r w:rsidRPr="00E85698">
              <w:rPr>
                <w:w w:val="95"/>
                <w:sz w:val="16"/>
              </w:rPr>
              <w:t>высказывания</w:t>
            </w:r>
            <w:r w:rsidRPr="00E85698">
              <w:rPr>
                <w:spacing w:val="10"/>
                <w:w w:val="95"/>
                <w:sz w:val="16"/>
              </w:rPr>
              <w:t xml:space="preserve"> </w:t>
            </w:r>
            <w:r w:rsidRPr="00E85698">
              <w:rPr>
                <w:w w:val="95"/>
                <w:sz w:val="16"/>
              </w:rPr>
              <w:t>на</w:t>
            </w:r>
            <w:r w:rsidRPr="00E85698">
              <w:rPr>
                <w:spacing w:val="10"/>
                <w:w w:val="95"/>
                <w:sz w:val="16"/>
              </w:rPr>
              <w:t xml:space="preserve"> </w:t>
            </w:r>
            <w:r w:rsidRPr="00E85698">
              <w:rPr>
                <w:w w:val="95"/>
                <w:sz w:val="16"/>
              </w:rPr>
              <w:t>основе</w:t>
            </w:r>
            <w:r w:rsidRPr="00E85698">
              <w:rPr>
                <w:spacing w:val="9"/>
                <w:w w:val="95"/>
                <w:sz w:val="16"/>
              </w:rPr>
              <w:t xml:space="preserve"> </w:t>
            </w:r>
            <w:r w:rsidRPr="00E85698">
              <w:rPr>
                <w:w w:val="95"/>
                <w:sz w:val="16"/>
              </w:rPr>
              <w:t>жизненных</w:t>
            </w:r>
            <w:r w:rsidRPr="00E85698">
              <w:rPr>
                <w:spacing w:val="-35"/>
                <w:w w:val="95"/>
                <w:sz w:val="16"/>
              </w:rPr>
              <w:t xml:space="preserve"> </w:t>
            </w:r>
            <w:r w:rsidRPr="00E85698">
              <w:rPr>
                <w:sz w:val="16"/>
              </w:rPr>
              <w:t>наблюдений,</w:t>
            </w:r>
            <w:r w:rsidRPr="00E85698">
              <w:rPr>
                <w:spacing w:val="-8"/>
                <w:sz w:val="16"/>
              </w:rPr>
              <w:t xml:space="preserve"> </w:t>
            </w:r>
            <w:r w:rsidRPr="00E85698">
              <w:rPr>
                <w:sz w:val="16"/>
              </w:rPr>
              <w:t>личных</w:t>
            </w:r>
            <w:r w:rsidRPr="00E85698">
              <w:rPr>
                <w:spacing w:val="-8"/>
                <w:sz w:val="16"/>
              </w:rPr>
              <w:t xml:space="preserve"> </w:t>
            </w:r>
            <w:r w:rsidRPr="00E85698">
              <w:rPr>
                <w:sz w:val="16"/>
              </w:rPr>
              <w:t>впечатлений,</w:t>
            </w:r>
            <w:r w:rsidRPr="00E85698">
              <w:rPr>
                <w:spacing w:val="-7"/>
                <w:sz w:val="16"/>
              </w:rPr>
              <w:t xml:space="preserve"> </w:t>
            </w:r>
            <w:r w:rsidRPr="00E85698">
              <w:rPr>
                <w:sz w:val="16"/>
              </w:rPr>
              <w:t>чтения</w:t>
            </w:r>
            <w:r w:rsidRPr="00E85698">
              <w:rPr>
                <w:spacing w:val="-7"/>
                <w:sz w:val="16"/>
              </w:rPr>
              <w:t xml:space="preserve"> </w:t>
            </w:r>
            <w:r w:rsidRPr="00E85698">
              <w:rPr>
                <w:sz w:val="16"/>
              </w:rPr>
              <w:t>научно-учебной,</w:t>
            </w:r>
          </w:p>
          <w:p w:rsidR="00A047B0" w:rsidRPr="00E85698" w:rsidRDefault="00A047B0" w:rsidP="00A047B0">
            <w:pPr>
              <w:pStyle w:val="TableParagraph"/>
              <w:spacing w:line="254" w:lineRule="auto"/>
              <w:ind w:left="73"/>
              <w:rPr>
                <w:sz w:val="16"/>
              </w:rPr>
            </w:pPr>
            <w:r w:rsidRPr="00E85698">
              <w:rPr>
                <w:w w:val="95"/>
                <w:sz w:val="16"/>
              </w:rPr>
              <w:t>художественной,</w:t>
            </w:r>
            <w:r w:rsidRPr="00E85698">
              <w:rPr>
                <w:spacing w:val="6"/>
                <w:w w:val="95"/>
                <w:sz w:val="16"/>
              </w:rPr>
              <w:t xml:space="preserve"> </w:t>
            </w:r>
            <w:r w:rsidRPr="00E85698">
              <w:rPr>
                <w:w w:val="95"/>
                <w:sz w:val="16"/>
              </w:rPr>
              <w:t>научно-популярной</w:t>
            </w:r>
            <w:r w:rsidRPr="00E85698">
              <w:rPr>
                <w:spacing w:val="12"/>
                <w:w w:val="95"/>
                <w:sz w:val="16"/>
              </w:rPr>
              <w:t xml:space="preserve"> </w:t>
            </w:r>
            <w:r w:rsidRPr="00E85698">
              <w:rPr>
                <w:w w:val="95"/>
                <w:sz w:val="16"/>
              </w:rPr>
              <w:t>и</w:t>
            </w:r>
            <w:r w:rsidRPr="00E85698">
              <w:rPr>
                <w:spacing w:val="11"/>
                <w:w w:val="95"/>
                <w:sz w:val="16"/>
              </w:rPr>
              <w:t xml:space="preserve"> </w:t>
            </w:r>
            <w:r w:rsidRPr="00E85698">
              <w:rPr>
                <w:w w:val="95"/>
                <w:sz w:val="16"/>
              </w:rPr>
              <w:t>публицистической</w:t>
            </w:r>
            <w:r w:rsidRPr="00E85698">
              <w:rPr>
                <w:spacing w:val="12"/>
                <w:w w:val="95"/>
                <w:sz w:val="16"/>
              </w:rPr>
              <w:t xml:space="preserve"> </w:t>
            </w:r>
            <w:r w:rsidRPr="00E85698">
              <w:rPr>
                <w:w w:val="95"/>
                <w:sz w:val="16"/>
              </w:rPr>
              <w:t>литературы</w:t>
            </w:r>
            <w:r w:rsidRPr="00E85698">
              <w:rPr>
                <w:spacing w:val="12"/>
                <w:w w:val="95"/>
                <w:sz w:val="16"/>
              </w:rPr>
              <w:t xml:space="preserve"> </w:t>
            </w:r>
            <w:r w:rsidRPr="00E85698">
              <w:rPr>
                <w:w w:val="95"/>
                <w:sz w:val="16"/>
              </w:rPr>
              <w:t>(в</w:t>
            </w:r>
            <w:r w:rsidRPr="00E85698">
              <w:rPr>
                <w:spacing w:val="1"/>
                <w:w w:val="95"/>
                <w:sz w:val="16"/>
              </w:rPr>
              <w:t xml:space="preserve"> </w:t>
            </w:r>
            <w:r w:rsidRPr="00E85698">
              <w:rPr>
                <w:sz w:val="16"/>
              </w:rPr>
              <w:t>течение</w:t>
            </w:r>
            <w:r w:rsidRPr="00E85698">
              <w:rPr>
                <w:spacing w:val="-2"/>
                <w:sz w:val="16"/>
              </w:rPr>
              <w:t xml:space="preserve"> </w:t>
            </w:r>
            <w:r w:rsidRPr="00E85698">
              <w:rPr>
                <w:sz w:val="16"/>
              </w:rPr>
              <w:t>учебного</w:t>
            </w:r>
            <w:r w:rsidRPr="00E85698">
              <w:rPr>
                <w:spacing w:val="-3"/>
                <w:sz w:val="16"/>
              </w:rPr>
              <w:t xml:space="preserve"> </w:t>
            </w:r>
            <w:r w:rsidRPr="00E85698">
              <w:rPr>
                <w:sz w:val="16"/>
              </w:rPr>
              <w:t>года);</w:t>
            </w:r>
          </w:p>
          <w:p w:rsidR="00A047B0" w:rsidRPr="00E85698" w:rsidRDefault="00A047B0" w:rsidP="00A047B0">
            <w:pPr>
              <w:pStyle w:val="TableParagraph"/>
              <w:spacing w:line="183" w:lineRule="exact"/>
              <w:ind w:left="73"/>
              <w:rPr>
                <w:sz w:val="16"/>
              </w:rPr>
            </w:pPr>
            <w:r w:rsidRPr="00E85698">
              <w:rPr>
                <w:w w:val="95"/>
                <w:sz w:val="16"/>
              </w:rPr>
              <w:t>Выступать</w:t>
            </w:r>
            <w:r w:rsidRPr="00E85698">
              <w:rPr>
                <w:spacing w:val="8"/>
                <w:w w:val="95"/>
                <w:sz w:val="16"/>
              </w:rPr>
              <w:t xml:space="preserve"> </w:t>
            </w:r>
            <w:r w:rsidRPr="00E85698">
              <w:rPr>
                <w:w w:val="95"/>
                <w:sz w:val="16"/>
              </w:rPr>
              <w:t>с</w:t>
            </w:r>
            <w:r w:rsidRPr="00E85698">
              <w:rPr>
                <w:spacing w:val="5"/>
                <w:w w:val="95"/>
                <w:sz w:val="16"/>
              </w:rPr>
              <w:t xml:space="preserve"> </w:t>
            </w:r>
            <w:r w:rsidRPr="00E85698">
              <w:rPr>
                <w:w w:val="95"/>
                <w:sz w:val="16"/>
              </w:rPr>
              <w:t>научным</w:t>
            </w:r>
            <w:r w:rsidRPr="00E85698">
              <w:rPr>
                <w:spacing w:val="7"/>
                <w:w w:val="95"/>
                <w:sz w:val="16"/>
              </w:rPr>
              <w:t xml:space="preserve"> </w:t>
            </w:r>
            <w:r w:rsidRPr="00E85698">
              <w:rPr>
                <w:w w:val="95"/>
                <w:sz w:val="16"/>
              </w:rPr>
              <w:t>сообщением;</w:t>
            </w:r>
          </w:p>
          <w:p w:rsidR="00A047B0" w:rsidRPr="00E85698" w:rsidRDefault="00A047B0" w:rsidP="00A047B0">
            <w:pPr>
              <w:pStyle w:val="TableParagraph"/>
              <w:spacing w:before="8" w:line="254" w:lineRule="auto"/>
              <w:ind w:left="73"/>
              <w:rPr>
                <w:sz w:val="16"/>
              </w:rPr>
            </w:pPr>
            <w:r w:rsidRPr="00E85698">
              <w:rPr>
                <w:w w:val="95"/>
                <w:sz w:val="16"/>
              </w:rPr>
              <w:t>Участвовать</w:t>
            </w:r>
            <w:r w:rsidRPr="00E85698">
              <w:rPr>
                <w:spacing w:val="5"/>
                <w:w w:val="95"/>
                <w:sz w:val="16"/>
              </w:rPr>
              <w:t xml:space="preserve"> </w:t>
            </w:r>
            <w:r w:rsidRPr="00E85698">
              <w:rPr>
                <w:w w:val="95"/>
                <w:sz w:val="16"/>
              </w:rPr>
              <w:t>в</w:t>
            </w:r>
            <w:r w:rsidRPr="00E85698">
              <w:rPr>
                <w:spacing w:val="7"/>
                <w:w w:val="95"/>
                <w:sz w:val="16"/>
              </w:rPr>
              <w:t xml:space="preserve"> </w:t>
            </w:r>
            <w:r w:rsidRPr="00E85698">
              <w:rPr>
                <w:w w:val="95"/>
                <w:sz w:val="16"/>
              </w:rPr>
              <w:t>диалоге</w:t>
            </w:r>
            <w:r w:rsidRPr="00E85698">
              <w:rPr>
                <w:spacing w:val="4"/>
                <w:w w:val="95"/>
                <w:sz w:val="16"/>
              </w:rPr>
              <w:t xml:space="preserve"> </w:t>
            </w:r>
            <w:r w:rsidRPr="00E85698">
              <w:rPr>
                <w:w w:val="95"/>
                <w:sz w:val="16"/>
              </w:rPr>
              <w:t>на</w:t>
            </w:r>
            <w:r w:rsidRPr="00E85698">
              <w:rPr>
                <w:spacing w:val="8"/>
                <w:w w:val="95"/>
                <w:sz w:val="16"/>
              </w:rPr>
              <w:t xml:space="preserve"> </w:t>
            </w:r>
            <w:r w:rsidRPr="00E85698">
              <w:rPr>
                <w:w w:val="95"/>
                <w:sz w:val="16"/>
              </w:rPr>
              <w:t>лингвистические</w:t>
            </w:r>
            <w:r w:rsidRPr="00E85698">
              <w:rPr>
                <w:spacing w:val="7"/>
                <w:w w:val="95"/>
                <w:sz w:val="16"/>
              </w:rPr>
              <w:t xml:space="preserve"> </w:t>
            </w:r>
            <w:r w:rsidRPr="00E85698">
              <w:rPr>
                <w:w w:val="95"/>
                <w:sz w:val="16"/>
              </w:rPr>
              <w:t>темы</w:t>
            </w:r>
            <w:r w:rsidRPr="00E85698">
              <w:rPr>
                <w:spacing w:val="9"/>
                <w:w w:val="95"/>
                <w:sz w:val="16"/>
              </w:rPr>
              <w:t xml:space="preserve"> </w:t>
            </w:r>
            <w:r w:rsidRPr="00E85698">
              <w:rPr>
                <w:w w:val="95"/>
                <w:sz w:val="16"/>
              </w:rPr>
              <w:t>(в</w:t>
            </w:r>
            <w:r w:rsidRPr="00E85698">
              <w:rPr>
                <w:spacing w:val="7"/>
                <w:w w:val="95"/>
                <w:sz w:val="16"/>
              </w:rPr>
              <w:t xml:space="preserve"> </w:t>
            </w:r>
            <w:r w:rsidRPr="00E85698">
              <w:rPr>
                <w:w w:val="95"/>
                <w:sz w:val="16"/>
              </w:rPr>
              <w:t>рамках</w:t>
            </w:r>
            <w:r w:rsidRPr="00E85698">
              <w:rPr>
                <w:spacing w:val="7"/>
                <w:w w:val="95"/>
                <w:sz w:val="16"/>
              </w:rPr>
              <w:t xml:space="preserve"> </w:t>
            </w:r>
            <w:r w:rsidRPr="00E85698">
              <w:rPr>
                <w:w w:val="95"/>
                <w:sz w:val="16"/>
              </w:rPr>
              <w:t>изученного)</w:t>
            </w:r>
            <w:r w:rsidRPr="00E85698">
              <w:rPr>
                <w:spacing w:val="7"/>
                <w:w w:val="95"/>
                <w:sz w:val="16"/>
              </w:rPr>
              <w:t xml:space="preserve"> </w:t>
            </w:r>
            <w:r w:rsidRPr="00E85698">
              <w:rPr>
                <w:w w:val="95"/>
                <w:sz w:val="16"/>
              </w:rPr>
              <w:t>и</w:t>
            </w:r>
            <w:r w:rsidRPr="00E85698">
              <w:rPr>
                <w:spacing w:val="-35"/>
                <w:w w:val="95"/>
                <w:sz w:val="16"/>
              </w:rPr>
              <w:t xml:space="preserve"> </w:t>
            </w:r>
            <w:r w:rsidRPr="00E85698">
              <w:rPr>
                <w:w w:val="95"/>
                <w:sz w:val="16"/>
              </w:rPr>
              <w:t>темы</w:t>
            </w:r>
            <w:r w:rsidRPr="00E85698">
              <w:rPr>
                <w:spacing w:val="5"/>
                <w:w w:val="95"/>
                <w:sz w:val="16"/>
              </w:rPr>
              <w:t xml:space="preserve"> </w:t>
            </w:r>
            <w:r w:rsidRPr="00E85698">
              <w:rPr>
                <w:w w:val="95"/>
                <w:sz w:val="16"/>
              </w:rPr>
              <w:t>на</w:t>
            </w:r>
            <w:r w:rsidRPr="00E85698">
              <w:rPr>
                <w:spacing w:val="4"/>
                <w:w w:val="95"/>
                <w:sz w:val="16"/>
              </w:rPr>
              <w:t xml:space="preserve"> </w:t>
            </w:r>
            <w:r w:rsidRPr="00E85698">
              <w:rPr>
                <w:w w:val="95"/>
                <w:sz w:val="16"/>
              </w:rPr>
              <w:t>основе</w:t>
            </w:r>
            <w:r w:rsidRPr="00E85698">
              <w:rPr>
                <w:spacing w:val="4"/>
                <w:w w:val="95"/>
                <w:sz w:val="16"/>
              </w:rPr>
              <w:t xml:space="preserve"> </w:t>
            </w:r>
            <w:r w:rsidRPr="00E85698">
              <w:rPr>
                <w:w w:val="95"/>
                <w:sz w:val="16"/>
              </w:rPr>
              <w:t>жизненных</w:t>
            </w:r>
            <w:r w:rsidRPr="00E85698">
              <w:rPr>
                <w:spacing w:val="3"/>
                <w:w w:val="95"/>
                <w:sz w:val="16"/>
              </w:rPr>
              <w:t xml:space="preserve"> </w:t>
            </w:r>
            <w:r w:rsidRPr="00E85698">
              <w:rPr>
                <w:w w:val="95"/>
                <w:sz w:val="16"/>
              </w:rPr>
              <w:t>наблюдений</w:t>
            </w:r>
            <w:r w:rsidRPr="00E85698">
              <w:rPr>
                <w:spacing w:val="1"/>
                <w:w w:val="95"/>
                <w:sz w:val="16"/>
              </w:rPr>
              <w:t xml:space="preserve"> </w:t>
            </w:r>
            <w:r w:rsidRPr="00E85698">
              <w:rPr>
                <w:w w:val="95"/>
                <w:sz w:val="16"/>
              </w:rPr>
              <w:t>(в</w:t>
            </w:r>
            <w:r w:rsidRPr="00E85698">
              <w:rPr>
                <w:spacing w:val="4"/>
                <w:w w:val="95"/>
                <w:sz w:val="16"/>
              </w:rPr>
              <w:t xml:space="preserve"> </w:t>
            </w:r>
            <w:r w:rsidRPr="00E85698">
              <w:rPr>
                <w:w w:val="95"/>
                <w:sz w:val="16"/>
              </w:rPr>
              <w:t>течение</w:t>
            </w:r>
            <w:r w:rsidRPr="00E85698">
              <w:rPr>
                <w:spacing w:val="4"/>
                <w:w w:val="95"/>
                <w:sz w:val="16"/>
              </w:rPr>
              <w:t xml:space="preserve"> </w:t>
            </w:r>
            <w:r w:rsidRPr="00E85698">
              <w:rPr>
                <w:w w:val="95"/>
                <w:sz w:val="16"/>
              </w:rPr>
              <w:t>учебного</w:t>
            </w:r>
            <w:r w:rsidRPr="00E85698">
              <w:rPr>
                <w:spacing w:val="3"/>
                <w:w w:val="95"/>
                <w:sz w:val="16"/>
              </w:rPr>
              <w:t xml:space="preserve"> </w:t>
            </w:r>
            <w:r w:rsidRPr="00E85698">
              <w:rPr>
                <w:w w:val="95"/>
                <w:sz w:val="16"/>
              </w:rPr>
              <w:t>года);</w:t>
            </w:r>
          </w:p>
          <w:p w:rsidR="00A047B0" w:rsidRPr="00E85698" w:rsidRDefault="00A047B0" w:rsidP="00A047B0">
            <w:pPr>
              <w:pStyle w:val="TableParagraph"/>
              <w:spacing w:line="183" w:lineRule="exact"/>
              <w:ind w:left="73"/>
              <w:rPr>
                <w:sz w:val="16"/>
              </w:rPr>
            </w:pPr>
            <w:r w:rsidRPr="00E85698">
              <w:rPr>
                <w:w w:val="95"/>
                <w:sz w:val="16"/>
              </w:rPr>
              <w:t>Представлять</w:t>
            </w:r>
            <w:r w:rsidRPr="00E85698">
              <w:rPr>
                <w:spacing w:val="7"/>
                <w:w w:val="95"/>
                <w:sz w:val="16"/>
              </w:rPr>
              <w:t xml:space="preserve"> </w:t>
            </w:r>
            <w:r w:rsidRPr="00E85698">
              <w:rPr>
                <w:w w:val="95"/>
                <w:sz w:val="16"/>
              </w:rPr>
              <w:t>сообщение</w:t>
            </w:r>
            <w:r w:rsidRPr="00E85698">
              <w:rPr>
                <w:spacing w:val="7"/>
                <w:w w:val="95"/>
                <w:sz w:val="16"/>
              </w:rPr>
              <w:t xml:space="preserve"> </w:t>
            </w:r>
            <w:r w:rsidRPr="00E85698">
              <w:rPr>
                <w:w w:val="95"/>
                <w:sz w:val="16"/>
              </w:rPr>
              <w:t>на</w:t>
            </w:r>
            <w:r w:rsidRPr="00E85698">
              <w:rPr>
                <w:spacing w:val="4"/>
                <w:w w:val="95"/>
                <w:sz w:val="16"/>
              </w:rPr>
              <w:t xml:space="preserve"> </w:t>
            </w:r>
            <w:r w:rsidRPr="00E85698">
              <w:rPr>
                <w:w w:val="95"/>
                <w:sz w:val="16"/>
              </w:rPr>
              <w:t>заданную</w:t>
            </w:r>
            <w:r w:rsidRPr="00E85698">
              <w:rPr>
                <w:spacing w:val="6"/>
                <w:w w:val="95"/>
                <w:sz w:val="16"/>
              </w:rPr>
              <w:t xml:space="preserve"> </w:t>
            </w:r>
            <w:r w:rsidRPr="00E85698">
              <w:rPr>
                <w:w w:val="95"/>
                <w:sz w:val="16"/>
              </w:rPr>
              <w:t>тему</w:t>
            </w:r>
            <w:r w:rsidRPr="00E85698">
              <w:rPr>
                <w:spacing w:val="6"/>
                <w:w w:val="95"/>
                <w:sz w:val="16"/>
              </w:rPr>
              <w:t xml:space="preserve"> </w:t>
            </w:r>
            <w:r w:rsidRPr="00E85698">
              <w:rPr>
                <w:w w:val="95"/>
                <w:sz w:val="16"/>
              </w:rPr>
              <w:t>в</w:t>
            </w:r>
            <w:r w:rsidRPr="00E85698">
              <w:rPr>
                <w:spacing w:val="8"/>
                <w:w w:val="95"/>
                <w:sz w:val="16"/>
              </w:rPr>
              <w:t xml:space="preserve"> </w:t>
            </w:r>
            <w:r w:rsidRPr="00E85698">
              <w:rPr>
                <w:w w:val="95"/>
                <w:sz w:val="16"/>
              </w:rPr>
              <w:t>виде</w:t>
            </w:r>
            <w:r w:rsidRPr="00E85698">
              <w:rPr>
                <w:spacing w:val="7"/>
                <w:w w:val="95"/>
                <w:sz w:val="16"/>
              </w:rPr>
              <w:t xml:space="preserve"> </w:t>
            </w:r>
            <w:r w:rsidRPr="00E85698">
              <w:rPr>
                <w:w w:val="95"/>
                <w:sz w:val="16"/>
              </w:rPr>
              <w:t>презентации;</w:t>
            </w:r>
          </w:p>
          <w:p w:rsidR="00A047B0" w:rsidRPr="00E85698" w:rsidRDefault="00A047B0" w:rsidP="00A047B0">
            <w:pPr>
              <w:pStyle w:val="TableParagraph"/>
              <w:spacing w:before="13" w:line="254" w:lineRule="auto"/>
              <w:ind w:left="73"/>
              <w:rPr>
                <w:sz w:val="16"/>
              </w:rPr>
            </w:pPr>
            <w:r w:rsidRPr="00E85698">
              <w:rPr>
                <w:w w:val="95"/>
                <w:sz w:val="16"/>
              </w:rPr>
              <w:t>Создавать</w:t>
            </w:r>
            <w:r w:rsidRPr="00E85698">
              <w:rPr>
                <w:spacing w:val="12"/>
                <w:w w:val="95"/>
                <w:sz w:val="16"/>
              </w:rPr>
              <w:t xml:space="preserve"> </w:t>
            </w:r>
            <w:r w:rsidRPr="00E85698">
              <w:rPr>
                <w:w w:val="95"/>
                <w:sz w:val="16"/>
              </w:rPr>
              <w:t>тексты</w:t>
            </w:r>
            <w:r w:rsidRPr="00E85698">
              <w:rPr>
                <w:spacing w:val="13"/>
                <w:w w:val="95"/>
                <w:sz w:val="16"/>
              </w:rPr>
              <w:t xml:space="preserve"> </w:t>
            </w:r>
            <w:r w:rsidRPr="00E85698">
              <w:rPr>
                <w:w w:val="95"/>
                <w:sz w:val="16"/>
              </w:rPr>
              <w:t>различных</w:t>
            </w:r>
            <w:r w:rsidRPr="00E85698">
              <w:rPr>
                <w:spacing w:val="11"/>
                <w:w w:val="95"/>
                <w:sz w:val="16"/>
              </w:rPr>
              <w:t xml:space="preserve"> </w:t>
            </w:r>
            <w:r w:rsidRPr="00E85698">
              <w:rPr>
                <w:w w:val="95"/>
                <w:sz w:val="16"/>
              </w:rPr>
              <w:t>функционально-смысловых</w:t>
            </w:r>
            <w:r w:rsidRPr="00E85698">
              <w:rPr>
                <w:spacing w:val="11"/>
                <w:w w:val="95"/>
                <w:sz w:val="16"/>
              </w:rPr>
              <w:t xml:space="preserve"> </w:t>
            </w:r>
            <w:r w:rsidRPr="00E85698">
              <w:rPr>
                <w:w w:val="95"/>
                <w:sz w:val="16"/>
              </w:rPr>
              <w:t>типов</w:t>
            </w:r>
            <w:r w:rsidRPr="00E85698">
              <w:rPr>
                <w:spacing w:val="12"/>
                <w:w w:val="95"/>
                <w:sz w:val="16"/>
              </w:rPr>
              <w:t xml:space="preserve"> </w:t>
            </w:r>
            <w:r w:rsidRPr="00E85698">
              <w:rPr>
                <w:w w:val="95"/>
                <w:sz w:val="16"/>
              </w:rPr>
              <w:t>речи</w:t>
            </w:r>
            <w:r w:rsidRPr="00E85698">
              <w:rPr>
                <w:spacing w:val="-35"/>
                <w:w w:val="95"/>
                <w:sz w:val="16"/>
              </w:rPr>
              <w:t xml:space="preserve"> </w:t>
            </w:r>
            <w:r w:rsidRPr="00E85698">
              <w:rPr>
                <w:w w:val="95"/>
                <w:sz w:val="16"/>
              </w:rPr>
              <w:t>(повествование,</w:t>
            </w:r>
            <w:r w:rsidRPr="00E85698">
              <w:rPr>
                <w:spacing w:val="4"/>
                <w:w w:val="95"/>
                <w:sz w:val="16"/>
              </w:rPr>
              <w:t xml:space="preserve"> </w:t>
            </w:r>
            <w:r w:rsidRPr="00E85698">
              <w:rPr>
                <w:w w:val="95"/>
                <w:sz w:val="16"/>
              </w:rPr>
              <w:t>описание,</w:t>
            </w:r>
            <w:r w:rsidRPr="00E85698">
              <w:rPr>
                <w:spacing w:val="5"/>
                <w:w w:val="95"/>
                <w:sz w:val="16"/>
              </w:rPr>
              <w:t xml:space="preserve"> </w:t>
            </w:r>
            <w:r w:rsidRPr="00E85698">
              <w:rPr>
                <w:w w:val="95"/>
                <w:sz w:val="16"/>
              </w:rPr>
              <w:t>рассуждение)</w:t>
            </w:r>
            <w:r w:rsidRPr="00E85698">
              <w:rPr>
                <w:spacing w:val="5"/>
                <w:w w:val="95"/>
                <w:sz w:val="16"/>
              </w:rPr>
              <w:t xml:space="preserve"> </w:t>
            </w:r>
            <w:r w:rsidRPr="00E85698">
              <w:rPr>
                <w:w w:val="95"/>
                <w:sz w:val="16"/>
              </w:rPr>
              <w:t>с</w:t>
            </w:r>
            <w:r w:rsidRPr="00E85698">
              <w:rPr>
                <w:spacing w:val="6"/>
                <w:w w:val="95"/>
                <w:sz w:val="16"/>
              </w:rPr>
              <w:t xml:space="preserve"> </w:t>
            </w:r>
            <w:r w:rsidRPr="00E85698">
              <w:rPr>
                <w:w w:val="95"/>
                <w:sz w:val="16"/>
              </w:rPr>
              <w:t>опорой</w:t>
            </w:r>
            <w:r w:rsidRPr="00E85698">
              <w:rPr>
                <w:spacing w:val="6"/>
                <w:w w:val="95"/>
                <w:sz w:val="16"/>
              </w:rPr>
              <w:t xml:space="preserve"> </w:t>
            </w:r>
            <w:r w:rsidRPr="00E85698">
              <w:rPr>
                <w:w w:val="95"/>
                <w:sz w:val="16"/>
              </w:rPr>
              <w:t>на</w:t>
            </w:r>
            <w:r w:rsidRPr="00E85698">
              <w:rPr>
                <w:spacing w:val="5"/>
                <w:w w:val="95"/>
                <w:sz w:val="16"/>
              </w:rPr>
              <w:t xml:space="preserve"> </w:t>
            </w:r>
            <w:r w:rsidRPr="00E85698">
              <w:rPr>
                <w:w w:val="95"/>
                <w:sz w:val="16"/>
              </w:rPr>
              <w:t>жизненный</w:t>
            </w:r>
            <w:r w:rsidRPr="00E85698">
              <w:rPr>
                <w:spacing w:val="6"/>
                <w:w w:val="95"/>
                <w:sz w:val="16"/>
              </w:rPr>
              <w:t xml:space="preserve"> </w:t>
            </w:r>
            <w:r w:rsidRPr="00E85698">
              <w:rPr>
                <w:w w:val="95"/>
                <w:sz w:val="16"/>
              </w:rPr>
              <w:t>и</w:t>
            </w:r>
          </w:p>
          <w:p w:rsidR="00A047B0" w:rsidRPr="00E85698" w:rsidRDefault="00A047B0" w:rsidP="00A047B0">
            <w:pPr>
              <w:pStyle w:val="TableParagraph"/>
              <w:spacing w:line="254" w:lineRule="auto"/>
              <w:ind w:left="73"/>
              <w:rPr>
                <w:sz w:val="16"/>
              </w:rPr>
            </w:pPr>
            <w:r w:rsidRPr="00E85698">
              <w:rPr>
                <w:w w:val="95"/>
                <w:sz w:val="16"/>
              </w:rPr>
              <w:t>читательский</w:t>
            </w:r>
            <w:r w:rsidRPr="00E85698">
              <w:rPr>
                <w:spacing w:val="7"/>
                <w:w w:val="95"/>
                <w:sz w:val="16"/>
              </w:rPr>
              <w:t xml:space="preserve"> </w:t>
            </w:r>
            <w:r w:rsidRPr="00E85698">
              <w:rPr>
                <w:w w:val="95"/>
                <w:sz w:val="16"/>
              </w:rPr>
              <w:t>опыт;</w:t>
            </w:r>
            <w:r w:rsidRPr="00E85698">
              <w:rPr>
                <w:spacing w:val="6"/>
                <w:w w:val="95"/>
                <w:sz w:val="16"/>
              </w:rPr>
              <w:t xml:space="preserve"> </w:t>
            </w:r>
            <w:r w:rsidRPr="00E85698">
              <w:rPr>
                <w:w w:val="95"/>
                <w:sz w:val="16"/>
              </w:rPr>
              <w:t>тексты</w:t>
            </w:r>
            <w:r w:rsidRPr="00E85698">
              <w:rPr>
                <w:spacing w:val="5"/>
                <w:w w:val="95"/>
                <w:sz w:val="16"/>
              </w:rPr>
              <w:t xml:space="preserve"> </w:t>
            </w:r>
            <w:r w:rsidRPr="00E85698">
              <w:rPr>
                <w:w w:val="95"/>
                <w:sz w:val="16"/>
              </w:rPr>
              <w:t>с</w:t>
            </w:r>
            <w:r w:rsidRPr="00E85698">
              <w:rPr>
                <w:spacing w:val="8"/>
                <w:w w:val="95"/>
                <w:sz w:val="16"/>
              </w:rPr>
              <w:t xml:space="preserve"> </w:t>
            </w:r>
            <w:r w:rsidRPr="00E85698">
              <w:rPr>
                <w:w w:val="95"/>
                <w:sz w:val="16"/>
              </w:rPr>
              <w:t>опорой</w:t>
            </w:r>
            <w:r w:rsidRPr="00E85698">
              <w:rPr>
                <w:spacing w:val="7"/>
                <w:w w:val="95"/>
                <w:sz w:val="16"/>
              </w:rPr>
              <w:t xml:space="preserve"> </w:t>
            </w:r>
            <w:r w:rsidRPr="00E85698">
              <w:rPr>
                <w:w w:val="95"/>
                <w:sz w:val="16"/>
              </w:rPr>
              <w:t>на</w:t>
            </w:r>
            <w:r w:rsidRPr="00E85698">
              <w:rPr>
                <w:spacing w:val="7"/>
                <w:w w:val="95"/>
                <w:sz w:val="16"/>
              </w:rPr>
              <w:t xml:space="preserve"> </w:t>
            </w:r>
            <w:r w:rsidRPr="00E85698">
              <w:rPr>
                <w:w w:val="95"/>
                <w:sz w:val="16"/>
              </w:rPr>
              <w:t>произведения</w:t>
            </w:r>
            <w:r w:rsidRPr="00E85698">
              <w:rPr>
                <w:spacing w:val="4"/>
                <w:w w:val="95"/>
                <w:sz w:val="16"/>
              </w:rPr>
              <w:t xml:space="preserve"> </w:t>
            </w:r>
            <w:r w:rsidRPr="00E85698">
              <w:rPr>
                <w:w w:val="95"/>
                <w:sz w:val="16"/>
              </w:rPr>
              <w:t>искусства</w:t>
            </w:r>
            <w:r w:rsidRPr="00E85698">
              <w:rPr>
                <w:spacing w:val="4"/>
                <w:w w:val="95"/>
                <w:sz w:val="16"/>
              </w:rPr>
              <w:t xml:space="preserve"> </w:t>
            </w:r>
            <w:r w:rsidRPr="00E85698">
              <w:rPr>
                <w:w w:val="95"/>
                <w:sz w:val="16"/>
              </w:rPr>
              <w:t>(в</w:t>
            </w:r>
            <w:r w:rsidRPr="00E85698">
              <w:rPr>
                <w:spacing w:val="7"/>
                <w:w w:val="95"/>
                <w:sz w:val="16"/>
              </w:rPr>
              <w:t xml:space="preserve"> </w:t>
            </w:r>
            <w:r w:rsidRPr="00E85698">
              <w:rPr>
                <w:w w:val="95"/>
                <w:sz w:val="16"/>
              </w:rPr>
              <w:t>течение</w:t>
            </w:r>
            <w:r w:rsidRPr="00E85698">
              <w:rPr>
                <w:spacing w:val="1"/>
                <w:w w:val="95"/>
                <w:sz w:val="16"/>
              </w:rPr>
              <w:t xml:space="preserve"> </w:t>
            </w:r>
            <w:r w:rsidRPr="00E85698">
              <w:rPr>
                <w:sz w:val="16"/>
              </w:rPr>
              <w:t>учебного</w:t>
            </w:r>
            <w:r w:rsidRPr="00E85698">
              <w:rPr>
                <w:spacing w:val="-3"/>
                <w:sz w:val="16"/>
              </w:rPr>
              <w:t xml:space="preserve"> </w:t>
            </w:r>
            <w:r w:rsidRPr="00E85698">
              <w:rPr>
                <w:sz w:val="16"/>
              </w:rPr>
              <w:t>года);</w:t>
            </w:r>
          </w:p>
          <w:p w:rsidR="00A047B0" w:rsidRPr="00E85698" w:rsidRDefault="00A047B0" w:rsidP="00A047B0">
            <w:pPr>
              <w:pStyle w:val="TableParagraph"/>
              <w:spacing w:line="254" w:lineRule="auto"/>
              <w:ind w:left="73"/>
              <w:rPr>
                <w:sz w:val="16"/>
              </w:rPr>
            </w:pPr>
            <w:r w:rsidRPr="00E85698">
              <w:rPr>
                <w:w w:val="95"/>
                <w:sz w:val="16"/>
              </w:rPr>
              <w:t>Создавать</w:t>
            </w:r>
            <w:r w:rsidRPr="00E85698">
              <w:rPr>
                <w:spacing w:val="12"/>
                <w:w w:val="95"/>
                <w:sz w:val="16"/>
              </w:rPr>
              <w:t xml:space="preserve"> </w:t>
            </w:r>
            <w:r w:rsidRPr="00E85698">
              <w:rPr>
                <w:w w:val="95"/>
                <w:sz w:val="16"/>
              </w:rPr>
              <w:t>тексты</w:t>
            </w:r>
            <w:r w:rsidRPr="00E85698">
              <w:rPr>
                <w:spacing w:val="13"/>
                <w:w w:val="95"/>
                <w:sz w:val="16"/>
              </w:rPr>
              <w:t xml:space="preserve"> </w:t>
            </w:r>
            <w:r w:rsidRPr="00E85698">
              <w:rPr>
                <w:w w:val="95"/>
                <w:sz w:val="16"/>
              </w:rPr>
              <w:t>официально-делового</w:t>
            </w:r>
            <w:r w:rsidRPr="00E85698">
              <w:rPr>
                <w:spacing w:val="11"/>
                <w:w w:val="95"/>
                <w:sz w:val="16"/>
              </w:rPr>
              <w:t xml:space="preserve"> </w:t>
            </w:r>
            <w:r w:rsidRPr="00E85698">
              <w:rPr>
                <w:w w:val="95"/>
                <w:sz w:val="16"/>
              </w:rPr>
              <w:t>стиля</w:t>
            </w:r>
            <w:r w:rsidRPr="00E85698">
              <w:rPr>
                <w:spacing w:val="12"/>
                <w:w w:val="95"/>
                <w:sz w:val="16"/>
              </w:rPr>
              <w:t xml:space="preserve"> </w:t>
            </w:r>
            <w:r w:rsidRPr="00E85698">
              <w:rPr>
                <w:w w:val="95"/>
                <w:sz w:val="16"/>
              </w:rPr>
              <w:t>(заявление,</w:t>
            </w:r>
            <w:r w:rsidRPr="00E85698">
              <w:rPr>
                <w:spacing w:val="11"/>
                <w:w w:val="95"/>
                <w:sz w:val="16"/>
              </w:rPr>
              <w:t xml:space="preserve"> </w:t>
            </w:r>
            <w:r w:rsidRPr="00E85698">
              <w:rPr>
                <w:w w:val="95"/>
                <w:sz w:val="16"/>
              </w:rPr>
              <w:t>объяснительная</w:t>
            </w:r>
            <w:r w:rsidRPr="00E85698">
              <w:rPr>
                <w:spacing w:val="1"/>
                <w:w w:val="95"/>
                <w:sz w:val="16"/>
              </w:rPr>
              <w:t xml:space="preserve"> </w:t>
            </w:r>
            <w:r w:rsidRPr="00E85698">
              <w:rPr>
                <w:w w:val="95"/>
                <w:sz w:val="16"/>
              </w:rPr>
              <w:t>записка,</w:t>
            </w:r>
            <w:r w:rsidRPr="00E85698">
              <w:rPr>
                <w:spacing w:val="5"/>
                <w:w w:val="95"/>
                <w:sz w:val="16"/>
              </w:rPr>
              <w:t xml:space="preserve"> </w:t>
            </w:r>
            <w:r w:rsidRPr="00E85698">
              <w:rPr>
                <w:w w:val="95"/>
                <w:sz w:val="16"/>
              </w:rPr>
              <w:t>автобиография,</w:t>
            </w:r>
            <w:r w:rsidRPr="00E85698">
              <w:rPr>
                <w:spacing w:val="5"/>
                <w:w w:val="95"/>
                <w:sz w:val="16"/>
              </w:rPr>
              <w:t xml:space="preserve"> </w:t>
            </w:r>
            <w:r w:rsidRPr="00E85698">
              <w:rPr>
                <w:w w:val="95"/>
                <w:sz w:val="16"/>
              </w:rPr>
              <w:t>характеристика),</w:t>
            </w:r>
            <w:r w:rsidRPr="00E85698">
              <w:rPr>
                <w:spacing w:val="5"/>
                <w:w w:val="95"/>
                <w:sz w:val="16"/>
              </w:rPr>
              <w:t xml:space="preserve"> </w:t>
            </w:r>
            <w:r w:rsidRPr="00E85698">
              <w:rPr>
                <w:w w:val="95"/>
                <w:sz w:val="16"/>
              </w:rPr>
              <w:t>публицистических</w:t>
            </w:r>
            <w:r w:rsidRPr="00E85698">
              <w:rPr>
                <w:spacing w:val="5"/>
                <w:w w:val="95"/>
                <w:sz w:val="16"/>
              </w:rPr>
              <w:t xml:space="preserve"> </w:t>
            </w:r>
            <w:r w:rsidRPr="00E85698">
              <w:rPr>
                <w:w w:val="95"/>
                <w:sz w:val="16"/>
              </w:rPr>
              <w:t>жанров;</w:t>
            </w:r>
          </w:p>
          <w:p w:rsidR="00A047B0" w:rsidRPr="00E85698" w:rsidRDefault="00A047B0" w:rsidP="00A047B0">
            <w:pPr>
              <w:pStyle w:val="TableParagraph"/>
              <w:spacing w:line="183" w:lineRule="exact"/>
              <w:ind w:left="73"/>
              <w:rPr>
                <w:sz w:val="16"/>
              </w:rPr>
            </w:pPr>
            <w:r w:rsidRPr="00E85698">
              <w:rPr>
                <w:w w:val="95"/>
                <w:sz w:val="16"/>
              </w:rPr>
              <w:t>Оформлять</w:t>
            </w:r>
            <w:r w:rsidRPr="00E85698">
              <w:rPr>
                <w:spacing w:val="8"/>
                <w:w w:val="95"/>
                <w:sz w:val="16"/>
              </w:rPr>
              <w:t xml:space="preserve"> </w:t>
            </w:r>
            <w:r w:rsidRPr="00E85698">
              <w:rPr>
                <w:w w:val="95"/>
                <w:sz w:val="16"/>
              </w:rPr>
              <w:t>деловые</w:t>
            </w:r>
            <w:r w:rsidRPr="00E85698">
              <w:rPr>
                <w:spacing w:val="9"/>
                <w:w w:val="95"/>
                <w:sz w:val="16"/>
              </w:rPr>
              <w:t xml:space="preserve"> </w:t>
            </w:r>
            <w:r w:rsidRPr="00E85698">
              <w:rPr>
                <w:w w:val="95"/>
                <w:sz w:val="16"/>
              </w:rPr>
              <w:t>бумаги</w:t>
            </w:r>
            <w:r w:rsidRPr="00E85698">
              <w:rPr>
                <w:spacing w:val="8"/>
                <w:w w:val="95"/>
                <w:sz w:val="16"/>
              </w:rPr>
              <w:t xml:space="preserve"> </w:t>
            </w:r>
            <w:r w:rsidRPr="00E85698">
              <w:rPr>
                <w:w w:val="95"/>
                <w:sz w:val="16"/>
              </w:rPr>
              <w:t>(в</w:t>
            </w:r>
            <w:r w:rsidRPr="00E85698">
              <w:rPr>
                <w:spacing w:val="9"/>
                <w:w w:val="95"/>
                <w:sz w:val="16"/>
              </w:rPr>
              <w:t xml:space="preserve"> </w:t>
            </w:r>
            <w:r w:rsidRPr="00E85698">
              <w:rPr>
                <w:w w:val="95"/>
                <w:sz w:val="16"/>
              </w:rPr>
              <w:t>рамках</w:t>
            </w:r>
            <w:r w:rsidRPr="00E85698">
              <w:rPr>
                <w:spacing w:val="7"/>
                <w:w w:val="95"/>
                <w:sz w:val="16"/>
              </w:rPr>
              <w:t xml:space="preserve"> </w:t>
            </w:r>
            <w:r w:rsidRPr="00E85698">
              <w:rPr>
                <w:w w:val="95"/>
                <w:sz w:val="16"/>
              </w:rPr>
              <w:t>изученного);</w:t>
            </w:r>
          </w:p>
          <w:p w:rsidR="00A047B0" w:rsidRPr="00E85698" w:rsidRDefault="00A047B0" w:rsidP="00A047B0">
            <w:pPr>
              <w:pStyle w:val="TableParagraph"/>
              <w:spacing w:before="9" w:line="256" w:lineRule="auto"/>
              <w:ind w:left="73"/>
              <w:rPr>
                <w:sz w:val="16"/>
              </w:rPr>
            </w:pPr>
            <w:r w:rsidRPr="00E85698">
              <w:rPr>
                <w:w w:val="95"/>
                <w:sz w:val="16"/>
              </w:rPr>
              <w:t>Выбирать</w:t>
            </w:r>
            <w:r w:rsidRPr="00E85698">
              <w:rPr>
                <w:spacing w:val="8"/>
                <w:w w:val="95"/>
                <w:sz w:val="16"/>
              </w:rPr>
              <w:t xml:space="preserve"> </w:t>
            </w:r>
            <w:r w:rsidRPr="00E85698">
              <w:rPr>
                <w:w w:val="95"/>
                <w:sz w:val="16"/>
              </w:rPr>
              <w:t>языковые</w:t>
            </w:r>
            <w:r w:rsidRPr="00E85698">
              <w:rPr>
                <w:spacing w:val="8"/>
                <w:w w:val="95"/>
                <w:sz w:val="16"/>
              </w:rPr>
              <w:t xml:space="preserve"> </w:t>
            </w:r>
            <w:r w:rsidRPr="00E85698">
              <w:rPr>
                <w:w w:val="95"/>
                <w:sz w:val="16"/>
              </w:rPr>
              <w:t>средства</w:t>
            </w:r>
            <w:r w:rsidRPr="00E85698">
              <w:rPr>
                <w:spacing w:val="8"/>
                <w:w w:val="95"/>
                <w:sz w:val="16"/>
              </w:rPr>
              <w:t xml:space="preserve"> </w:t>
            </w:r>
            <w:r w:rsidRPr="00E85698">
              <w:rPr>
                <w:w w:val="95"/>
                <w:sz w:val="16"/>
              </w:rPr>
              <w:t>для</w:t>
            </w:r>
            <w:r w:rsidRPr="00E85698">
              <w:rPr>
                <w:spacing w:val="7"/>
                <w:w w:val="95"/>
                <w:sz w:val="16"/>
              </w:rPr>
              <w:t xml:space="preserve"> </w:t>
            </w:r>
            <w:r w:rsidRPr="00E85698">
              <w:rPr>
                <w:w w:val="95"/>
                <w:sz w:val="16"/>
              </w:rPr>
              <w:t>создания</w:t>
            </w:r>
            <w:r w:rsidRPr="00E85698">
              <w:rPr>
                <w:spacing w:val="9"/>
                <w:w w:val="95"/>
                <w:sz w:val="16"/>
              </w:rPr>
              <w:t xml:space="preserve"> </w:t>
            </w:r>
            <w:r w:rsidRPr="00E85698">
              <w:rPr>
                <w:w w:val="95"/>
                <w:sz w:val="16"/>
              </w:rPr>
              <w:t>высказывания</w:t>
            </w:r>
            <w:r w:rsidRPr="00E85698">
              <w:rPr>
                <w:spacing w:val="8"/>
                <w:w w:val="95"/>
                <w:sz w:val="16"/>
              </w:rPr>
              <w:t xml:space="preserve"> </w:t>
            </w:r>
            <w:r w:rsidRPr="00E85698">
              <w:rPr>
                <w:w w:val="95"/>
                <w:sz w:val="16"/>
              </w:rPr>
              <w:t>в</w:t>
            </w:r>
            <w:r w:rsidRPr="00E85698">
              <w:rPr>
                <w:spacing w:val="8"/>
                <w:w w:val="95"/>
                <w:sz w:val="16"/>
              </w:rPr>
              <w:t xml:space="preserve"> </w:t>
            </w:r>
            <w:r w:rsidRPr="00E85698">
              <w:rPr>
                <w:w w:val="95"/>
                <w:sz w:val="16"/>
              </w:rPr>
              <w:t>соответствии</w:t>
            </w:r>
            <w:r w:rsidRPr="00E85698">
              <w:rPr>
                <w:spacing w:val="5"/>
                <w:w w:val="95"/>
                <w:sz w:val="16"/>
              </w:rPr>
              <w:t xml:space="preserve"> </w:t>
            </w:r>
            <w:r w:rsidRPr="00E85698">
              <w:rPr>
                <w:w w:val="95"/>
                <w:sz w:val="16"/>
              </w:rPr>
              <w:t>с</w:t>
            </w:r>
            <w:r w:rsidRPr="00E85698">
              <w:rPr>
                <w:spacing w:val="-35"/>
                <w:w w:val="95"/>
                <w:sz w:val="16"/>
              </w:rPr>
              <w:t xml:space="preserve"> </w:t>
            </w:r>
            <w:r w:rsidRPr="00E85698">
              <w:rPr>
                <w:sz w:val="16"/>
              </w:rPr>
              <w:t>целью,</w:t>
            </w:r>
            <w:r w:rsidRPr="00E85698">
              <w:rPr>
                <w:spacing w:val="-4"/>
                <w:sz w:val="16"/>
              </w:rPr>
              <w:t xml:space="preserve"> </w:t>
            </w:r>
            <w:r w:rsidRPr="00E85698">
              <w:rPr>
                <w:sz w:val="16"/>
              </w:rPr>
              <w:t>темой</w:t>
            </w:r>
            <w:r w:rsidRPr="00E85698">
              <w:rPr>
                <w:spacing w:val="-3"/>
                <w:sz w:val="16"/>
              </w:rPr>
              <w:t xml:space="preserve"> </w:t>
            </w:r>
            <w:r w:rsidRPr="00E85698">
              <w:rPr>
                <w:sz w:val="16"/>
              </w:rPr>
              <w:t>и</w:t>
            </w:r>
            <w:r w:rsidRPr="00E85698">
              <w:rPr>
                <w:spacing w:val="-3"/>
                <w:sz w:val="16"/>
              </w:rPr>
              <w:t xml:space="preserve"> </w:t>
            </w:r>
            <w:r w:rsidRPr="00E85698">
              <w:rPr>
                <w:sz w:val="16"/>
              </w:rPr>
              <w:t>коммуникативным</w:t>
            </w:r>
            <w:r w:rsidRPr="00E85698">
              <w:rPr>
                <w:spacing w:val="-4"/>
                <w:sz w:val="16"/>
              </w:rPr>
              <w:t xml:space="preserve"> </w:t>
            </w:r>
            <w:r w:rsidRPr="00E85698">
              <w:rPr>
                <w:sz w:val="16"/>
              </w:rPr>
              <w:t>замыслом;</w:t>
            </w:r>
          </w:p>
        </w:tc>
        <w:tc>
          <w:tcPr>
            <w:tcW w:w="1081" w:type="dxa"/>
          </w:tcPr>
          <w:p w:rsidR="00A047B0" w:rsidRPr="00E85698" w:rsidRDefault="00A047B0" w:rsidP="00A047B0">
            <w:pPr>
              <w:pStyle w:val="TableParagraph"/>
              <w:spacing w:before="71"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66"/>
              <w:ind w:left="69"/>
              <w:rPr>
                <w:sz w:val="16"/>
              </w:rPr>
            </w:pPr>
            <w:r w:rsidRPr="00E85698">
              <w:rPr>
                <w:sz w:val="16"/>
              </w:rPr>
              <w:t>https://resh.edu.ru</w:t>
            </w:r>
          </w:p>
        </w:tc>
      </w:tr>
      <w:tr w:rsidR="00A047B0" w:rsidRPr="00E85698" w:rsidTr="00A047B0">
        <w:trPr>
          <w:trHeight w:val="337"/>
        </w:trPr>
        <w:tc>
          <w:tcPr>
            <w:tcW w:w="4299" w:type="dxa"/>
            <w:gridSpan w:val="2"/>
          </w:tcPr>
          <w:p w:rsidR="00A047B0" w:rsidRPr="00E85698" w:rsidRDefault="00A047B0" w:rsidP="00A047B0">
            <w:pPr>
              <w:pStyle w:val="TableParagraph"/>
              <w:spacing w:before="69"/>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6"/>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69"/>
              <w:ind w:left="76"/>
              <w:rPr>
                <w:sz w:val="16"/>
              </w:rPr>
            </w:pPr>
            <w:r w:rsidRPr="00E85698">
              <w:rPr>
                <w:w w:val="96"/>
                <w:sz w:val="16"/>
              </w:rPr>
              <w:t>4</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5512" w:type="dxa"/>
            <w:gridSpan w:val="9"/>
          </w:tcPr>
          <w:p w:rsidR="00A047B0" w:rsidRPr="00E85698" w:rsidRDefault="00A047B0" w:rsidP="00A047B0">
            <w:pPr>
              <w:pStyle w:val="TableParagraph"/>
              <w:spacing w:before="71"/>
              <w:ind w:left="76"/>
              <w:rPr>
                <w:b/>
                <w:sz w:val="16"/>
              </w:rPr>
            </w:pPr>
            <w:r w:rsidRPr="00E85698">
              <w:rPr>
                <w:b/>
                <w:w w:val="95"/>
                <w:sz w:val="16"/>
              </w:rPr>
              <w:t>Раздел</w:t>
            </w:r>
            <w:r w:rsidRPr="00E85698">
              <w:rPr>
                <w:b/>
                <w:spacing w:val="7"/>
                <w:w w:val="95"/>
                <w:sz w:val="16"/>
              </w:rPr>
              <w:t xml:space="preserve"> </w:t>
            </w:r>
            <w:r w:rsidRPr="00E85698">
              <w:rPr>
                <w:b/>
                <w:w w:val="95"/>
                <w:sz w:val="16"/>
              </w:rPr>
              <w:t>4.</w:t>
            </w:r>
            <w:r w:rsidRPr="00E85698">
              <w:rPr>
                <w:b/>
                <w:spacing w:val="2"/>
                <w:w w:val="95"/>
                <w:sz w:val="16"/>
              </w:rPr>
              <w:t xml:space="preserve"> </w:t>
            </w:r>
            <w:r w:rsidRPr="00E85698">
              <w:rPr>
                <w:b/>
                <w:w w:val="95"/>
                <w:sz w:val="16"/>
              </w:rPr>
              <w:t>ТЕКСТ</w:t>
            </w:r>
          </w:p>
        </w:tc>
      </w:tr>
      <w:tr w:rsidR="00A047B0" w:rsidRPr="00E85698" w:rsidTr="00A047B0">
        <w:trPr>
          <w:trHeight w:val="1086"/>
        </w:trPr>
        <w:tc>
          <w:tcPr>
            <w:tcW w:w="468" w:type="dxa"/>
          </w:tcPr>
          <w:p w:rsidR="00A047B0" w:rsidRPr="00E85698" w:rsidRDefault="00A047B0" w:rsidP="00A047B0">
            <w:pPr>
              <w:pStyle w:val="TableParagraph"/>
              <w:spacing w:before="69"/>
              <w:ind w:right="107"/>
              <w:jc w:val="right"/>
              <w:rPr>
                <w:sz w:val="16"/>
              </w:rPr>
            </w:pPr>
            <w:r w:rsidRPr="00E85698">
              <w:rPr>
                <w:sz w:val="16"/>
              </w:rPr>
              <w:t>4.1.</w:t>
            </w:r>
          </w:p>
        </w:tc>
        <w:tc>
          <w:tcPr>
            <w:tcW w:w="3831" w:type="dxa"/>
          </w:tcPr>
          <w:p w:rsidR="00A047B0" w:rsidRPr="00E85698" w:rsidRDefault="00A047B0" w:rsidP="00A047B0">
            <w:pPr>
              <w:pStyle w:val="TableParagraph"/>
              <w:spacing w:before="69"/>
              <w:ind w:left="76"/>
              <w:rPr>
                <w:sz w:val="16"/>
              </w:rPr>
            </w:pPr>
            <w:r w:rsidRPr="00E85698">
              <w:rPr>
                <w:w w:val="95"/>
                <w:sz w:val="16"/>
              </w:rPr>
              <w:t>Текст</w:t>
            </w:r>
            <w:r w:rsidRPr="00E85698">
              <w:rPr>
                <w:spacing w:val="4"/>
                <w:w w:val="95"/>
                <w:sz w:val="16"/>
              </w:rPr>
              <w:t xml:space="preserve"> </w:t>
            </w:r>
            <w:r w:rsidRPr="00E85698">
              <w:rPr>
                <w:w w:val="95"/>
                <w:sz w:val="16"/>
              </w:rPr>
              <w:t>и</w:t>
            </w:r>
            <w:r w:rsidRPr="00E85698">
              <w:rPr>
                <w:spacing w:val="6"/>
                <w:w w:val="95"/>
                <w:sz w:val="16"/>
              </w:rPr>
              <w:t xml:space="preserve"> </w:t>
            </w:r>
            <w:r w:rsidRPr="00E85698">
              <w:rPr>
                <w:w w:val="95"/>
                <w:sz w:val="16"/>
              </w:rPr>
              <w:t>его</w:t>
            </w:r>
            <w:r w:rsidRPr="00E85698">
              <w:rPr>
                <w:spacing w:val="4"/>
                <w:w w:val="95"/>
                <w:sz w:val="16"/>
              </w:rPr>
              <w:t xml:space="preserve"> </w:t>
            </w:r>
            <w:r w:rsidRPr="00E85698">
              <w:rPr>
                <w:w w:val="95"/>
                <w:sz w:val="16"/>
              </w:rPr>
              <w:t>признаки.</w:t>
            </w:r>
          </w:p>
        </w:tc>
        <w:tc>
          <w:tcPr>
            <w:tcW w:w="529" w:type="dxa"/>
          </w:tcPr>
          <w:p w:rsidR="00A047B0" w:rsidRPr="00E85698" w:rsidRDefault="00A047B0" w:rsidP="00A047B0">
            <w:pPr>
              <w:pStyle w:val="TableParagraph"/>
              <w:spacing w:before="69"/>
              <w:ind w:left="76"/>
              <w:rPr>
                <w:sz w:val="16"/>
              </w:rPr>
            </w:pPr>
            <w:r w:rsidRPr="00E85698">
              <w:rPr>
                <w:w w:val="96"/>
                <w:sz w:val="16"/>
              </w:rPr>
              <w:t>1</w:t>
            </w:r>
          </w:p>
        </w:tc>
        <w:tc>
          <w:tcPr>
            <w:tcW w:w="1107" w:type="dxa"/>
          </w:tcPr>
          <w:p w:rsidR="00A047B0" w:rsidRPr="00E85698" w:rsidRDefault="00A047B0" w:rsidP="00A047B0">
            <w:pPr>
              <w:pStyle w:val="TableParagraph"/>
              <w:spacing w:before="69"/>
              <w:ind w:left="75"/>
              <w:rPr>
                <w:sz w:val="16"/>
              </w:rPr>
            </w:pPr>
            <w:r w:rsidRPr="00E85698">
              <w:rPr>
                <w:w w:val="96"/>
                <w:sz w:val="16"/>
              </w:rPr>
              <w:t>0</w:t>
            </w:r>
          </w:p>
        </w:tc>
        <w:tc>
          <w:tcPr>
            <w:tcW w:w="1141" w:type="dxa"/>
          </w:tcPr>
          <w:p w:rsidR="00A047B0" w:rsidRPr="00E85698" w:rsidRDefault="00A047B0" w:rsidP="00A047B0">
            <w:pPr>
              <w:pStyle w:val="TableParagraph"/>
              <w:spacing w:before="69"/>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20.09</w:t>
            </w:r>
          </w:p>
        </w:tc>
        <w:tc>
          <w:tcPr>
            <w:tcW w:w="5166" w:type="dxa"/>
          </w:tcPr>
          <w:p w:rsidR="00A047B0" w:rsidRPr="00E85698" w:rsidRDefault="00A047B0" w:rsidP="00A047B0">
            <w:pPr>
              <w:pStyle w:val="TableParagraph"/>
              <w:spacing w:before="73" w:line="249" w:lineRule="auto"/>
              <w:ind w:left="73" w:right="456"/>
              <w:rPr>
                <w:sz w:val="16"/>
              </w:rPr>
            </w:pPr>
            <w:r w:rsidRPr="00E85698">
              <w:rPr>
                <w:w w:val="95"/>
                <w:sz w:val="16"/>
              </w:rPr>
              <w:t>Анализировать</w:t>
            </w:r>
            <w:r w:rsidRPr="00E85698">
              <w:rPr>
                <w:spacing w:val="7"/>
                <w:w w:val="95"/>
                <w:sz w:val="16"/>
              </w:rPr>
              <w:t xml:space="preserve"> </w:t>
            </w:r>
            <w:r w:rsidRPr="00E85698">
              <w:rPr>
                <w:w w:val="95"/>
                <w:sz w:val="16"/>
              </w:rPr>
              <w:t>текст</w:t>
            </w:r>
            <w:r w:rsidRPr="00E85698">
              <w:rPr>
                <w:spacing w:val="5"/>
                <w:w w:val="95"/>
                <w:sz w:val="16"/>
              </w:rPr>
              <w:t xml:space="preserve"> </w:t>
            </w:r>
            <w:r w:rsidRPr="00E85698">
              <w:rPr>
                <w:w w:val="95"/>
                <w:sz w:val="16"/>
              </w:rPr>
              <w:t>с</w:t>
            </w:r>
            <w:r w:rsidRPr="00E85698">
              <w:rPr>
                <w:spacing w:val="7"/>
                <w:w w:val="95"/>
                <w:sz w:val="16"/>
              </w:rPr>
              <w:t xml:space="preserve"> </w:t>
            </w:r>
            <w:r w:rsidRPr="00E85698">
              <w:rPr>
                <w:w w:val="95"/>
                <w:sz w:val="16"/>
              </w:rPr>
              <w:t>точки</w:t>
            </w:r>
            <w:r w:rsidRPr="00E85698">
              <w:rPr>
                <w:spacing w:val="7"/>
                <w:w w:val="95"/>
                <w:sz w:val="16"/>
              </w:rPr>
              <w:t xml:space="preserve"> </w:t>
            </w:r>
            <w:r w:rsidRPr="00E85698">
              <w:rPr>
                <w:w w:val="95"/>
                <w:sz w:val="16"/>
              </w:rPr>
              <w:t>зрения</w:t>
            </w:r>
            <w:r w:rsidRPr="00E85698">
              <w:rPr>
                <w:spacing w:val="4"/>
                <w:w w:val="95"/>
                <w:sz w:val="16"/>
              </w:rPr>
              <w:t xml:space="preserve"> </w:t>
            </w:r>
            <w:r w:rsidRPr="00E85698">
              <w:rPr>
                <w:w w:val="95"/>
                <w:sz w:val="16"/>
              </w:rPr>
              <w:t>его</w:t>
            </w:r>
            <w:r w:rsidRPr="00E85698">
              <w:rPr>
                <w:spacing w:val="6"/>
                <w:w w:val="95"/>
                <w:sz w:val="16"/>
              </w:rPr>
              <w:t xml:space="preserve"> </w:t>
            </w:r>
            <w:r w:rsidRPr="00E85698">
              <w:rPr>
                <w:w w:val="95"/>
                <w:sz w:val="16"/>
              </w:rPr>
              <w:t>соответствия</w:t>
            </w:r>
            <w:r w:rsidRPr="00E85698">
              <w:rPr>
                <w:spacing w:val="7"/>
                <w:w w:val="95"/>
                <w:sz w:val="16"/>
              </w:rPr>
              <w:t xml:space="preserve"> </w:t>
            </w:r>
            <w:r w:rsidRPr="00E85698">
              <w:rPr>
                <w:w w:val="95"/>
                <w:sz w:val="16"/>
              </w:rPr>
              <w:t>основным</w:t>
            </w:r>
            <w:r w:rsidRPr="00E85698">
              <w:rPr>
                <w:spacing w:val="1"/>
                <w:w w:val="95"/>
                <w:sz w:val="16"/>
              </w:rPr>
              <w:t xml:space="preserve"> </w:t>
            </w:r>
            <w:r w:rsidRPr="00E85698">
              <w:rPr>
                <w:w w:val="95"/>
                <w:sz w:val="16"/>
              </w:rPr>
              <w:t>признакам:</w:t>
            </w:r>
            <w:r w:rsidRPr="00E85698">
              <w:rPr>
                <w:spacing w:val="9"/>
                <w:w w:val="95"/>
                <w:sz w:val="16"/>
              </w:rPr>
              <w:t xml:space="preserve"> </w:t>
            </w:r>
            <w:r w:rsidRPr="00E85698">
              <w:rPr>
                <w:w w:val="95"/>
                <w:sz w:val="16"/>
              </w:rPr>
              <w:t>наличия</w:t>
            </w:r>
            <w:r w:rsidRPr="00E85698">
              <w:rPr>
                <w:spacing w:val="9"/>
                <w:w w:val="95"/>
                <w:sz w:val="16"/>
              </w:rPr>
              <w:t xml:space="preserve"> </w:t>
            </w:r>
            <w:r w:rsidRPr="00E85698">
              <w:rPr>
                <w:w w:val="95"/>
                <w:sz w:val="16"/>
              </w:rPr>
              <w:t>темы,</w:t>
            </w:r>
            <w:r w:rsidRPr="00E85698">
              <w:rPr>
                <w:spacing w:val="8"/>
                <w:w w:val="95"/>
                <w:sz w:val="16"/>
              </w:rPr>
              <w:t xml:space="preserve"> </w:t>
            </w:r>
            <w:r w:rsidRPr="00E85698">
              <w:rPr>
                <w:w w:val="95"/>
                <w:sz w:val="16"/>
              </w:rPr>
              <w:t>главной</w:t>
            </w:r>
            <w:r w:rsidRPr="00E85698">
              <w:rPr>
                <w:spacing w:val="9"/>
                <w:w w:val="95"/>
                <w:sz w:val="16"/>
              </w:rPr>
              <w:t xml:space="preserve"> </w:t>
            </w:r>
            <w:r w:rsidRPr="00E85698">
              <w:rPr>
                <w:w w:val="95"/>
                <w:sz w:val="16"/>
              </w:rPr>
              <w:t>мысли,</w:t>
            </w:r>
            <w:r w:rsidRPr="00E85698">
              <w:rPr>
                <w:spacing w:val="8"/>
                <w:w w:val="95"/>
                <w:sz w:val="16"/>
              </w:rPr>
              <w:t xml:space="preserve"> </w:t>
            </w:r>
            <w:r w:rsidRPr="00E85698">
              <w:rPr>
                <w:w w:val="95"/>
                <w:sz w:val="16"/>
              </w:rPr>
              <w:t>грамматической</w:t>
            </w:r>
            <w:r w:rsidRPr="00E85698">
              <w:rPr>
                <w:spacing w:val="10"/>
                <w:w w:val="95"/>
                <w:sz w:val="16"/>
              </w:rPr>
              <w:t xml:space="preserve"> </w:t>
            </w:r>
            <w:r w:rsidRPr="00E85698">
              <w:rPr>
                <w:w w:val="95"/>
                <w:sz w:val="16"/>
              </w:rPr>
              <w:t>связи</w:t>
            </w:r>
            <w:r w:rsidRPr="00E85698">
              <w:rPr>
                <w:spacing w:val="-35"/>
                <w:w w:val="95"/>
                <w:sz w:val="16"/>
              </w:rPr>
              <w:t xml:space="preserve"> </w:t>
            </w:r>
            <w:r w:rsidRPr="00E85698">
              <w:rPr>
                <w:spacing w:val="-1"/>
                <w:sz w:val="16"/>
              </w:rPr>
              <w:t xml:space="preserve">предложений, цельности и относительной </w:t>
            </w:r>
            <w:r w:rsidRPr="00E85698">
              <w:rPr>
                <w:sz w:val="16"/>
              </w:rPr>
              <w:t>законченности;</w:t>
            </w:r>
            <w:r w:rsidRPr="00E85698">
              <w:rPr>
                <w:spacing w:val="1"/>
                <w:sz w:val="16"/>
              </w:rPr>
              <w:t xml:space="preserve"> </w:t>
            </w:r>
            <w:r w:rsidRPr="00E85698">
              <w:rPr>
                <w:spacing w:val="-1"/>
                <w:sz w:val="16"/>
              </w:rPr>
              <w:t>Указывать</w:t>
            </w:r>
            <w:r w:rsidRPr="00E85698">
              <w:rPr>
                <w:spacing w:val="-7"/>
                <w:sz w:val="16"/>
              </w:rPr>
              <w:t xml:space="preserve"> </w:t>
            </w:r>
            <w:r w:rsidRPr="00E85698">
              <w:rPr>
                <w:spacing w:val="-1"/>
                <w:sz w:val="16"/>
              </w:rPr>
              <w:t>способы</w:t>
            </w:r>
            <w:r w:rsidRPr="00E85698">
              <w:rPr>
                <w:spacing w:val="-5"/>
                <w:sz w:val="16"/>
              </w:rPr>
              <w:t xml:space="preserve"> </w:t>
            </w:r>
            <w:r w:rsidRPr="00E85698">
              <w:rPr>
                <w:spacing w:val="-1"/>
                <w:sz w:val="16"/>
              </w:rPr>
              <w:t>и</w:t>
            </w:r>
            <w:r w:rsidRPr="00E85698">
              <w:rPr>
                <w:spacing w:val="-9"/>
                <w:sz w:val="16"/>
              </w:rPr>
              <w:t xml:space="preserve"> </w:t>
            </w:r>
            <w:r w:rsidRPr="00E85698">
              <w:rPr>
                <w:spacing w:val="-1"/>
                <w:sz w:val="16"/>
              </w:rPr>
              <w:t>средства</w:t>
            </w:r>
            <w:r w:rsidRPr="00E85698">
              <w:rPr>
                <w:spacing w:val="-6"/>
                <w:sz w:val="16"/>
              </w:rPr>
              <w:t xml:space="preserve"> </w:t>
            </w:r>
            <w:r w:rsidRPr="00E85698">
              <w:rPr>
                <w:spacing w:val="-1"/>
                <w:sz w:val="16"/>
              </w:rPr>
              <w:t>связи</w:t>
            </w:r>
            <w:r w:rsidRPr="00E85698">
              <w:rPr>
                <w:spacing w:val="-8"/>
                <w:sz w:val="16"/>
              </w:rPr>
              <w:t xml:space="preserve"> </w:t>
            </w:r>
            <w:r w:rsidRPr="00E85698">
              <w:rPr>
                <w:spacing w:val="-1"/>
                <w:sz w:val="16"/>
              </w:rPr>
              <w:t>предложений</w:t>
            </w:r>
            <w:r w:rsidRPr="00E85698">
              <w:rPr>
                <w:spacing w:val="-6"/>
                <w:sz w:val="16"/>
              </w:rPr>
              <w:t xml:space="preserve"> </w:t>
            </w:r>
            <w:r w:rsidRPr="00E85698">
              <w:rPr>
                <w:spacing w:val="-1"/>
                <w:sz w:val="16"/>
              </w:rPr>
              <w:t>в</w:t>
            </w:r>
            <w:r w:rsidRPr="00E85698">
              <w:rPr>
                <w:spacing w:val="-6"/>
                <w:sz w:val="16"/>
              </w:rPr>
              <w:t xml:space="preserve"> </w:t>
            </w:r>
            <w:r w:rsidRPr="00E85698">
              <w:rPr>
                <w:spacing w:val="-1"/>
                <w:sz w:val="16"/>
              </w:rPr>
              <w:t>тексте;</w:t>
            </w:r>
          </w:p>
        </w:tc>
        <w:tc>
          <w:tcPr>
            <w:tcW w:w="1081" w:type="dxa"/>
          </w:tcPr>
          <w:p w:rsidR="00A047B0" w:rsidRPr="00E85698" w:rsidRDefault="00A047B0" w:rsidP="00A047B0">
            <w:pPr>
              <w:pStyle w:val="TableParagraph"/>
              <w:spacing w:before="73" w:line="252"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line="182" w:lineRule="exact"/>
              <w:ind w:left="70"/>
              <w:rPr>
                <w:sz w:val="16"/>
              </w:rPr>
            </w:pPr>
            <w:r w:rsidRPr="00E85698">
              <w:rPr>
                <w:sz w:val="16"/>
              </w:rPr>
              <w:t>ВПР;</w:t>
            </w:r>
          </w:p>
        </w:tc>
        <w:tc>
          <w:tcPr>
            <w:tcW w:w="1384" w:type="dxa"/>
          </w:tcPr>
          <w:p w:rsidR="00A047B0" w:rsidRPr="00E85698" w:rsidRDefault="00A047B0" w:rsidP="00A047B0">
            <w:pPr>
              <w:pStyle w:val="TableParagraph"/>
              <w:spacing w:before="69"/>
              <w:ind w:left="69"/>
              <w:rPr>
                <w:sz w:val="16"/>
              </w:rPr>
            </w:pPr>
            <w:r w:rsidRPr="00E85698">
              <w:rPr>
                <w:sz w:val="16"/>
              </w:rPr>
              <w:t>https://resh.edu.ru</w:t>
            </w:r>
          </w:p>
        </w:tc>
      </w:tr>
    </w:tbl>
    <w:p w:rsidR="00A047B0" w:rsidRPr="00E85698" w:rsidRDefault="00A047B0" w:rsidP="00A047B0">
      <w:pPr>
        <w:rPr>
          <w:sz w:val="16"/>
        </w:rPr>
        <w:sectPr w:rsidR="00A047B0" w:rsidRPr="00E85698">
          <w:pgSz w:w="16850" w:h="11900" w:orient="landscape"/>
          <w:pgMar w:top="460" w:right="540" w:bottom="280" w:left="56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831"/>
        <w:gridCol w:w="529"/>
        <w:gridCol w:w="1107"/>
        <w:gridCol w:w="1148"/>
        <w:gridCol w:w="798"/>
        <w:gridCol w:w="5166"/>
        <w:gridCol w:w="1081"/>
        <w:gridCol w:w="1384"/>
      </w:tblGrid>
      <w:tr w:rsidR="00A047B0" w:rsidRPr="00E85698" w:rsidTr="00A047B0">
        <w:trPr>
          <w:trHeight w:val="1295"/>
        </w:trPr>
        <w:tc>
          <w:tcPr>
            <w:tcW w:w="468" w:type="dxa"/>
          </w:tcPr>
          <w:p w:rsidR="00A047B0" w:rsidRPr="00E85698" w:rsidRDefault="00A047B0" w:rsidP="00A047B0">
            <w:pPr>
              <w:pStyle w:val="TableParagraph"/>
              <w:spacing w:before="58"/>
              <w:ind w:right="107"/>
              <w:jc w:val="right"/>
              <w:rPr>
                <w:sz w:val="16"/>
              </w:rPr>
            </w:pPr>
            <w:r w:rsidRPr="00E85698">
              <w:rPr>
                <w:sz w:val="16"/>
              </w:rPr>
              <w:lastRenderedPageBreak/>
              <w:t>4.2.</w:t>
            </w:r>
          </w:p>
        </w:tc>
        <w:tc>
          <w:tcPr>
            <w:tcW w:w="3831" w:type="dxa"/>
          </w:tcPr>
          <w:p w:rsidR="00A047B0" w:rsidRPr="00E85698" w:rsidRDefault="00A047B0" w:rsidP="00A047B0">
            <w:pPr>
              <w:pStyle w:val="TableParagraph"/>
              <w:spacing w:before="58"/>
              <w:ind w:left="76"/>
              <w:rPr>
                <w:sz w:val="16"/>
              </w:rPr>
            </w:pPr>
            <w:r w:rsidRPr="00E85698">
              <w:rPr>
                <w:w w:val="95"/>
                <w:sz w:val="16"/>
              </w:rPr>
              <w:t>Функционально-смысловые</w:t>
            </w:r>
            <w:r w:rsidRPr="00E85698">
              <w:rPr>
                <w:spacing w:val="11"/>
                <w:w w:val="95"/>
                <w:sz w:val="16"/>
              </w:rPr>
              <w:t xml:space="preserve"> </w:t>
            </w:r>
            <w:r w:rsidRPr="00E85698">
              <w:rPr>
                <w:w w:val="95"/>
                <w:sz w:val="16"/>
              </w:rPr>
              <w:t>типы</w:t>
            </w:r>
            <w:r w:rsidRPr="00E85698">
              <w:rPr>
                <w:spacing w:val="13"/>
                <w:w w:val="95"/>
                <w:sz w:val="16"/>
              </w:rPr>
              <w:t xml:space="preserve"> </w:t>
            </w:r>
            <w:r w:rsidRPr="00E85698">
              <w:rPr>
                <w:w w:val="95"/>
                <w:sz w:val="16"/>
              </w:rPr>
              <w:t>речи.</w:t>
            </w:r>
          </w:p>
        </w:tc>
        <w:tc>
          <w:tcPr>
            <w:tcW w:w="529" w:type="dxa"/>
          </w:tcPr>
          <w:p w:rsidR="00A047B0" w:rsidRPr="00E85698" w:rsidRDefault="00A047B0" w:rsidP="00A047B0">
            <w:pPr>
              <w:pStyle w:val="TableParagraph"/>
              <w:spacing w:before="58"/>
              <w:ind w:left="76"/>
              <w:rPr>
                <w:sz w:val="16"/>
              </w:rPr>
            </w:pPr>
            <w:r w:rsidRPr="00E85698">
              <w:rPr>
                <w:w w:val="96"/>
                <w:sz w:val="16"/>
              </w:rPr>
              <w:t>1</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8" w:type="dxa"/>
          </w:tcPr>
          <w:p w:rsidR="00A047B0" w:rsidRPr="00E85698" w:rsidRDefault="00A047B0" w:rsidP="00A047B0">
            <w:pPr>
              <w:pStyle w:val="TableParagraph"/>
              <w:spacing w:before="58"/>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21.09</w:t>
            </w:r>
          </w:p>
        </w:tc>
        <w:tc>
          <w:tcPr>
            <w:tcW w:w="5166" w:type="dxa"/>
          </w:tcPr>
          <w:p w:rsidR="00A047B0" w:rsidRPr="00E85698" w:rsidRDefault="00A047B0" w:rsidP="00A047B0">
            <w:pPr>
              <w:pStyle w:val="TableParagraph"/>
              <w:spacing w:before="63" w:line="254" w:lineRule="auto"/>
              <w:ind w:left="73" w:right="1170"/>
              <w:rPr>
                <w:sz w:val="16"/>
              </w:rPr>
            </w:pPr>
            <w:r w:rsidRPr="00E85698">
              <w:rPr>
                <w:w w:val="95"/>
                <w:sz w:val="16"/>
              </w:rPr>
              <w:t>Анализировать</w:t>
            </w:r>
            <w:r w:rsidRPr="00E85698">
              <w:rPr>
                <w:spacing w:val="7"/>
                <w:w w:val="95"/>
                <w:sz w:val="16"/>
              </w:rPr>
              <w:t xml:space="preserve"> </w:t>
            </w:r>
            <w:r w:rsidRPr="00E85698">
              <w:rPr>
                <w:w w:val="95"/>
                <w:sz w:val="16"/>
              </w:rPr>
              <w:t>текст</w:t>
            </w:r>
            <w:r w:rsidRPr="00E85698">
              <w:rPr>
                <w:spacing w:val="7"/>
                <w:w w:val="95"/>
                <w:sz w:val="16"/>
              </w:rPr>
              <w:t xml:space="preserve"> </w:t>
            </w:r>
            <w:r w:rsidRPr="00E85698">
              <w:rPr>
                <w:w w:val="95"/>
                <w:sz w:val="16"/>
              </w:rPr>
              <w:t>с</w:t>
            </w:r>
            <w:r w:rsidRPr="00E85698">
              <w:rPr>
                <w:spacing w:val="7"/>
                <w:w w:val="95"/>
                <w:sz w:val="16"/>
              </w:rPr>
              <w:t xml:space="preserve"> </w:t>
            </w:r>
            <w:r w:rsidRPr="00E85698">
              <w:rPr>
                <w:w w:val="95"/>
                <w:sz w:val="16"/>
              </w:rPr>
              <w:t>точки</w:t>
            </w:r>
            <w:r w:rsidRPr="00E85698">
              <w:rPr>
                <w:spacing w:val="8"/>
                <w:w w:val="95"/>
                <w:sz w:val="16"/>
              </w:rPr>
              <w:t xml:space="preserve"> </w:t>
            </w:r>
            <w:r w:rsidRPr="00E85698">
              <w:rPr>
                <w:w w:val="95"/>
                <w:sz w:val="16"/>
              </w:rPr>
              <w:t>зрения</w:t>
            </w:r>
            <w:r w:rsidRPr="00E85698">
              <w:rPr>
                <w:spacing w:val="4"/>
                <w:w w:val="95"/>
                <w:sz w:val="16"/>
              </w:rPr>
              <w:t xml:space="preserve"> </w:t>
            </w:r>
            <w:r w:rsidRPr="00E85698">
              <w:rPr>
                <w:w w:val="95"/>
                <w:sz w:val="16"/>
              </w:rPr>
              <w:t>его</w:t>
            </w:r>
            <w:r w:rsidRPr="00E85698">
              <w:rPr>
                <w:spacing w:val="6"/>
                <w:w w:val="95"/>
                <w:sz w:val="16"/>
              </w:rPr>
              <w:t xml:space="preserve"> </w:t>
            </w:r>
            <w:r w:rsidRPr="00E85698">
              <w:rPr>
                <w:w w:val="95"/>
                <w:sz w:val="16"/>
              </w:rPr>
              <w:t>принадлежности</w:t>
            </w:r>
            <w:r w:rsidRPr="00E85698">
              <w:rPr>
                <w:spacing w:val="8"/>
                <w:w w:val="95"/>
                <w:sz w:val="16"/>
              </w:rPr>
              <w:t xml:space="preserve"> </w:t>
            </w:r>
            <w:r w:rsidRPr="00E85698">
              <w:rPr>
                <w:w w:val="95"/>
                <w:sz w:val="16"/>
              </w:rPr>
              <w:t>к</w:t>
            </w:r>
            <w:r w:rsidRPr="00E85698">
              <w:rPr>
                <w:spacing w:val="-35"/>
                <w:w w:val="95"/>
                <w:sz w:val="16"/>
              </w:rPr>
              <w:t xml:space="preserve"> </w:t>
            </w:r>
            <w:r w:rsidRPr="00E85698">
              <w:rPr>
                <w:sz w:val="16"/>
              </w:rPr>
              <w:t>функционально-смысловому</w:t>
            </w:r>
            <w:r w:rsidRPr="00E85698">
              <w:rPr>
                <w:spacing w:val="-5"/>
                <w:sz w:val="16"/>
              </w:rPr>
              <w:t xml:space="preserve"> </w:t>
            </w:r>
            <w:r w:rsidRPr="00E85698">
              <w:rPr>
                <w:sz w:val="16"/>
              </w:rPr>
              <w:t>типу</w:t>
            </w:r>
            <w:r w:rsidRPr="00E85698">
              <w:rPr>
                <w:spacing w:val="-5"/>
                <w:sz w:val="16"/>
              </w:rPr>
              <w:t xml:space="preserve"> </w:t>
            </w:r>
            <w:r w:rsidRPr="00E85698">
              <w:rPr>
                <w:sz w:val="16"/>
              </w:rPr>
              <w:t>речи;</w:t>
            </w:r>
          </w:p>
          <w:p w:rsidR="00A047B0" w:rsidRPr="00E85698" w:rsidRDefault="00A047B0" w:rsidP="00A047B0">
            <w:pPr>
              <w:pStyle w:val="TableParagraph"/>
              <w:spacing w:line="252" w:lineRule="auto"/>
              <w:ind w:left="73" w:right="183"/>
              <w:rPr>
                <w:sz w:val="16"/>
              </w:rPr>
            </w:pPr>
            <w:r w:rsidRPr="00E85698">
              <w:rPr>
                <w:w w:val="95"/>
                <w:sz w:val="16"/>
              </w:rPr>
              <w:t>Распознавать</w:t>
            </w:r>
            <w:r w:rsidRPr="00E85698">
              <w:rPr>
                <w:spacing w:val="5"/>
                <w:w w:val="95"/>
                <w:sz w:val="16"/>
              </w:rPr>
              <w:t xml:space="preserve"> </w:t>
            </w:r>
            <w:r w:rsidRPr="00E85698">
              <w:rPr>
                <w:w w:val="95"/>
                <w:sz w:val="16"/>
              </w:rPr>
              <w:t>тексты</w:t>
            </w:r>
            <w:r w:rsidRPr="00E85698">
              <w:rPr>
                <w:spacing w:val="6"/>
                <w:w w:val="95"/>
                <w:sz w:val="16"/>
              </w:rPr>
              <w:t xml:space="preserve"> </w:t>
            </w:r>
            <w:r w:rsidRPr="00E85698">
              <w:rPr>
                <w:w w:val="95"/>
                <w:sz w:val="16"/>
              </w:rPr>
              <w:t>разных</w:t>
            </w:r>
            <w:r w:rsidRPr="00E85698">
              <w:rPr>
                <w:spacing w:val="5"/>
                <w:w w:val="95"/>
                <w:sz w:val="16"/>
              </w:rPr>
              <w:t xml:space="preserve"> </w:t>
            </w:r>
            <w:r w:rsidRPr="00E85698">
              <w:rPr>
                <w:w w:val="95"/>
                <w:sz w:val="16"/>
              </w:rPr>
              <w:t>функционально-смысловых</w:t>
            </w:r>
            <w:r w:rsidRPr="00E85698">
              <w:rPr>
                <w:spacing w:val="4"/>
                <w:w w:val="95"/>
                <w:sz w:val="16"/>
              </w:rPr>
              <w:t xml:space="preserve"> </w:t>
            </w:r>
            <w:r w:rsidRPr="00E85698">
              <w:rPr>
                <w:w w:val="95"/>
                <w:sz w:val="16"/>
              </w:rPr>
              <w:t>типов</w:t>
            </w:r>
            <w:r w:rsidRPr="00E85698">
              <w:rPr>
                <w:spacing w:val="5"/>
                <w:w w:val="95"/>
                <w:sz w:val="16"/>
              </w:rPr>
              <w:t xml:space="preserve"> </w:t>
            </w:r>
            <w:r w:rsidRPr="00E85698">
              <w:rPr>
                <w:w w:val="95"/>
                <w:sz w:val="16"/>
              </w:rPr>
              <w:t>речи;</w:t>
            </w:r>
            <w:r w:rsidRPr="00E85698">
              <w:rPr>
                <w:spacing w:val="1"/>
                <w:w w:val="95"/>
                <w:sz w:val="16"/>
              </w:rPr>
              <w:t xml:space="preserve"> </w:t>
            </w:r>
            <w:r w:rsidRPr="00E85698">
              <w:rPr>
                <w:w w:val="95"/>
                <w:sz w:val="16"/>
              </w:rPr>
              <w:t>анализировать</w:t>
            </w:r>
            <w:r w:rsidRPr="00E85698">
              <w:rPr>
                <w:spacing w:val="7"/>
                <w:w w:val="95"/>
                <w:sz w:val="16"/>
              </w:rPr>
              <w:t xml:space="preserve"> </w:t>
            </w:r>
            <w:r w:rsidRPr="00E85698">
              <w:rPr>
                <w:w w:val="95"/>
                <w:sz w:val="16"/>
              </w:rPr>
              <w:t>тексты</w:t>
            </w:r>
            <w:r w:rsidRPr="00E85698">
              <w:rPr>
                <w:spacing w:val="9"/>
                <w:w w:val="95"/>
                <w:sz w:val="16"/>
              </w:rPr>
              <w:t xml:space="preserve"> </w:t>
            </w:r>
            <w:r w:rsidRPr="00E85698">
              <w:rPr>
                <w:w w:val="95"/>
                <w:sz w:val="16"/>
              </w:rPr>
              <w:t>разных</w:t>
            </w:r>
            <w:r w:rsidRPr="00E85698">
              <w:rPr>
                <w:spacing w:val="6"/>
                <w:w w:val="95"/>
                <w:sz w:val="16"/>
              </w:rPr>
              <w:t xml:space="preserve"> </w:t>
            </w:r>
            <w:r w:rsidRPr="00E85698">
              <w:rPr>
                <w:w w:val="95"/>
                <w:sz w:val="16"/>
              </w:rPr>
              <w:t>функциональных</w:t>
            </w:r>
            <w:r w:rsidRPr="00E85698">
              <w:rPr>
                <w:spacing w:val="7"/>
                <w:w w:val="95"/>
                <w:sz w:val="16"/>
              </w:rPr>
              <w:t xml:space="preserve"> </w:t>
            </w:r>
            <w:r w:rsidRPr="00E85698">
              <w:rPr>
                <w:w w:val="95"/>
                <w:sz w:val="16"/>
              </w:rPr>
              <w:t>разновидностей</w:t>
            </w:r>
            <w:r w:rsidRPr="00E85698">
              <w:rPr>
                <w:spacing w:val="7"/>
                <w:w w:val="95"/>
                <w:sz w:val="16"/>
              </w:rPr>
              <w:t xml:space="preserve"> </w:t>
            </w:r>
            <w:r w:rsidRPr="00E85698">
              <w:rPr>
                <w:w w:val="95"/>
                <w:sz w:val="16"/>
              </w:rPr>
              <w:t>языка</w:t>
            </w:r>
            <w:r w:rsidRPr="00E85698">
              <w:rPr>
                <w:spacing w:val="8"/>
                <w:w w:val="95"/>
                <w:sz w:val="16"/>
              </w:rPr>
              <w:t xml:space="preserve"> </w:t>
            </w:r>
            <w:r w:rsidRPr="00E85698">
              <w:rPr>
                <w:w w:val="95"/>
                <w:sz w:val="16"/>
              </w:rPr>
              <w:t>и</w:t>
            </w:r>
            <w:r w:rsidRPr="00E85698">
              <w:rPr>
                <w:spacing w:val="1"/>
                <w:w w:val="95"/>
                <w:sz w:val="16"/>
              </w:rPr>
              <w:t xml:space="preserve"> </w:t>
            </w:r>
            <w:r w:rsidRPr="00E85698">
              <w:rPr>
                <w:w w:val="95"/>
                <w:sz w:val="16"/>
              </w:rPr>
              <w:t>жанров;</w:t>
            </w:r>
            <w:r w:rsidRPr="00E85698">
              <w:rPr>
                <w:spacing w:val="6"/>
                <w:w w:val="95"/>
                <w:sz w:val="16"/>
              </w:rPr>
              <w:t xml:space="preserve"> </w:t>
            </w:r>
            <w:r w:rsidRPr="00E85698">
              <w:rPr>
                <w:w w:val="95"/>
                <w:sz w:val="16"/>
              </w:rPr>
              <w:t>применять</w:t>
            </w:r>
            <w:r w:rsidRPr="00E85698">
              <w:rPr>
                <w:spacing w:val="7"/>
                <w:w w:val="95"/>
                <w:sz w:val="16"/>
              </w:rPr>
              <w:t xml:space="preserve"> </w:t>
            </w:r>
            <w:r w:rsidRPr="00E85698">
              <w:rPr>
                <w:w w:val="95"/>
                <w:sz w:val="16"/>
              </w:rPr>
              <w:t>эти</w:t>
            </w:r>
            <w:r w:rsidRPr="00E85698">
              <w:rPr>
                <w:spacing w:val="7"/>
                <w:w w:val="95"/>
                <w:sz w:val="16"/>
              </w:rPr>
              <w:t xml:space="preserve"> </w:t>
            </w:r>
            <w:r w:rsidRPr="00E85698">
              <w:rPr>
                <w:w w:val="95"/>
                <w:sz w:val="16"/>
              </w:rPr>
              <w:t>знания</w:t>
            </w:r>
            <w:r w:rsidRPr="00E85698">
              <w:rPr>
                <w:spacing w:val="7"/>
                <w:w w:val="95"/>
                <w:sz w:val="16"/>
              </w:rPr>
              <w:t xml:space="preserve"> </w:t>
            </w:r>
            <w:r w:rsidRPr="00E85698">
              <w:rPr>
                <w:w w:val="95"/>
                <w:sz w:val="16"/>
              </w:rPr>
              <w:t>при</w:t>
            </w:r>
            <w:r w:rsidRPr="00E85698">
              <w:rPr>
                <w:spacing w:val="4"/>
                <w:w w:val="95"/>
                <w:sz w:val="16"/>
              </w:rPr>
              <w:t xml:space="preserve"> </w:t>
            </w:r>
            <w:r w:rsidRPr="00E85698">
              <w:rPr>
                <w:w w:val="95"/>
                <w:sz w:val="16"/>
              </w:rPr>
              <w:t>выполнении</w:t>
            </w:r>
            <w:r w:rsidRPr="00E85698">
              <w:rPr>
                <w:spacing w:val="7"/>
                <w:w w:val="95"/>
                <w:sz w:val="16"/>
              </w:rPr>
              <w:t xml:space="preserve"> </w:t>
            </w:r>
            <w:r w:rsidRPr="00E85698">
              <w:rPr>
                <w:w w:val="95"/>
                <w:sz w:val="16"/>
              </w:rPr>
              <w:t>анализа</w:t>
            </w:r>
            <w:r w:rsidRPr="00E85698">
              <w:rPr>
                <w:spacing w:val="7"/>
                <w:w w:val="95"/>
                <w:sz w:val="16"/>
              </w:rPr>
              <w:t xml:space="preserve"> </w:t>
            </w:r>
            <w:r w:rsidRPr="00E85698">
              <w:rPr>
                <w:w w:val="95"/>
                <w:sz w:val="16"/>
              </w:rPr>
              <w:t>различных</w:t>
            </w:r>
            <w:r w:rsidRPr="00E85698">
              <w:rPr>
                <w:spacing w:val="7"/>
                <w:w w:val="95"/>
                <w:sz w:val="16"/>
              </w:rPr>
              <w:t xml:space="preserve"> </w:t>
            </w:r>
            <w:r w:rsidRPr="00E85698">
              <w:rPr>
                <w:w w:val="95"/>
                <w:sz w:val="16"/>
              </w:rPr>
              <w:t>видов</w:t>
            </w:r>
            <w:r w:rsidRPr="00E85698">
              <w:rPr>
                <w:spacing w:val="1"/>
                <w:w w:val="95"/>
                <w:sz w:val="16"/>
              </w:rPr>
              <w:t xml:space="preserve"> </w:t>
            </w:r>
            <w:r w:rsidRPr="00E85698">
              <w:rPr>
                <w:sz w:val="16"/>
              </w:rPr>
              <w:t>и</w:t>
            </w:r>
            <w:r w:rsidRPr="00E85698">
              <w:rPr>
                <w:spacing w:val="-2"/>
                <w:sz w:val="16"/>
              </w:rPr>
              <w:t xml:space="preserve"> </w:t>
            </w:r>
            <w:r w:rsidRPr="00E85698">
              <w:rPr>
                <w:sz w:val="16"/>
              </w:rPr>
              <w:t>в</w:t>
            </w:r>
            <w:r w:rsidRPr="00E85698">
              <w:rPr>
                <w:spacing w:val="-2"/>
                <w:sz w:val="16"/>
              </w:rPr>
              <w:t xml:space="preserve"> </w:t>
            </w:r>
            <w:r w:rsidRPr="00E85698">
              <w:rPr>
                <w:sz w:val="16"/>
              </w:rPr>
              <w:t>речевой</w:t>
            </w:r>
            <w:r w:rsidRPr="00E85698">
              <w:rPr>
                <w:spacing w:val="-1"/>
                <w:sz w:val="16"/>
              </w:rPr>
              <w:t xml:space="preserve"> </w:t>
            </w:r>
            <w:r w:rsidRPr="00E85698">
              <w:rPr>
                <w:sz w:val="16"/>
              </w:rPr>
              <w:t>практике;</w:t>
            </w:r>
          </w:p>
        </w:tc>
        <w:tc>
          <w:tcPr>
            <w:tcW w:w="1081" w:type="dxa"/>
          </w:tcPr>
          <w:p w:rsidR="00A047B0" w:rsidRPr="00E85698" w:rsidRDefault="00A047B0" w:rsidP="00A047B0">
            <w:pPr>
              <w:pStyle w:val="TableParagraph"/>
              <w:spacing w:before="65"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916"/>
        </w:trPr>
        <w:tc>
          <w:tcPr>
            <w:tcW w:w="468" w:type="dxa"/>
          </w:tcPr>
          <w:p w:rsidR="00A047B0" w:rsidRPr="00E85698" w:rsidRDefault="00A047B0" w:rsidP="00A047B0">
            <w:pPr>
              <w:pStyle w:val="TableParagraph"/>
              <w:spacing w:before="61"/>
              <w:ind w:right="107"/>
              <w:jc w:val="right"/>
              <w:rPr>
                <w:sz w:val="16"/>
              </w:rPr>
            </w:pPr>
            <w:r w:rsidRPr="00E85698">
              <w:rPr>
                <w:sz w:val="16"/>
              </w:rPr>
              <w:t>4.3.</w:t>
            </w:r>
          </w:p>
        </w:tc>
        <w:tc>
          <w:tcPr>
            <w:tcW w:w="3831" w:type="dxa"/>
          </w:tcPr>
          <w:p w:rsidR="00A047B0" w:rsidRPr="00E85698" w:rsidRDefault="00A047B0" w:rsidP="00A047B0">
            <w:pPr>
              <w:pStyle w:val="TableParagraph"/>
              <w:spacing w:before="61"/>
              <w:ind w:left="76"/>
              <w:rPr>
                <w:sz w:val="16"/>
              </w:rPr>
            </w:pPr>
            <w:r w:rsidRPr="00E85698">
              <w:rPr>
                <w:w w:val="95"/>
                <w:sz w:val="16"/>
              </w:rPr>
              <w:t>Смысловой</w:t>
            </w:r>
            <w:r w:rsidRPr="00E85698">
              <w:rPr>
                <w:spacing w:val="7"/>
                <w:w w:val="95"/>
                <w:sz w:val="16"/>
              </w:rPr>
              <w:t xml:space="preserve"> </w:t>
            </w:r>
            <w:r w:rsidRPr="00E85698">
              <w:rPr>
                <w:w w:val="95"/>
                <w:sz w:val="16"/>
              </w:rPr>
              <w:t>анализ</w:t>
            </w:r>
            <w:r w:rsidRPr="00E85698">
              <w:rPr>
                <w:spacing w:val="8"/>
                <w:w w:val="95"/>
                <w:sz w:val="16"/>
              </w:rPr>
              <w:t xml:space="preserve"> </w:t>
            </w:r>
            <w:r w:rsidRPr="00E85698">
              <w:rPr>
                <w:w w:val="95"/>
                <w:sz w:val="16"/>
              </w:rPr>
              <w:t>текста.</w:t>
            </w:r>
          </w:p>
        </w:tc>
        <w:tc>
          <w:tcPr>
            <w:tcW w:w="529" w:type="dxa"/>
          </w:tcPr>
          <w:p w:rsidR="00A047B0" w:rsidRPr="00E85698" w:rsidRDefault="00A047B0" w:rsidP="00A047B0">
            <w:pPr>
              <w:pStyle w:val="TableParagraph"/>
              <w:spacing w:before="61"/>
              <w:ind w:left="76"/>
              <w:rPr>
                <w:sz w:val="16"/>
              </w:rPr>
            </w:pPr>
            <w:r w:rsidRPr="00E85698">
              <w:rPr>
                <w:w w:val="96"/>
                <w:sz w:val="16"/>
              </w:rPr>
              <w:t>1</w:t>
            </w:r>
          </w:p>
        </w:tc>
        <w:tc>
          <w:tcPr>
            <w:tcW w:w="1107" w:type="dxa"/>
          </w:tcPr>
          <w:p w:rsidR="00A047B0" w:rsidRPr="00E85698" w:rsidRDefault="00A047B0" w:rsidP="00A047B0">
            <w:pPr>
              <w:pStyle w:val="TableParagraph"/>
              <w:spacing w:before="61"/>
              <w:ind w:left="75"/>
              <w:rPr>
                <w:sz w:val="16"/>
              </w:rPr>
            </w:pPr>
            <w:r w:rsidRPr="00E85698">
              <w:rPr>
                <w:w w:val="96"/>
                <w:sz w:val="16"/>
              </w:rPr>
              <w:t>0</w:t>
            </w:r>
          </w:p>
        </w:tc>
        <w:tc>
          <w:tcPr>
            <w:tcW w:w="1148" w:type="dxa"/>
          </w:tcPr>
          <w:p w:rsidR="00A047B0" w:rsidRPr="00E85698" w:rsidRDefault="00A047B0" w:rsidP="00A047B0">
            <w:pPr>
              <w:pStyle w:val="TableParagraph"/>
              <w:spacing w:before="61"/>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26.09</w:t>
            </w:r>
          </w:p>
        </w:tc>
        <w:tc>
          <w:tcPr>
            <w:tcW w:w="5166" w:type="dxa"/>
          </w:tcPr>
          <w:p w:rsidR="00A047B0" w:rsidRPr="00E85698" w:rsidRDefault="00A047B0" w:rsidP="00A047B0">
            <w:pPr>
              <w:pStyle w:val="TableParagraph"/>
              <w:spacing w:before="68"/>
              <w:ind w:left="73"/>
              <w:rPr>
                <w:sz w:val="16"/>
              </w:rPr>
            </w:pPr>
            <w:r w:rsidRPr="00E85698">
              <w:rPr>
                <w:w w:val="95"/>
                <w:sz w:val="16"/>
              </w:rPr>
              <w:t>Анализировать</w:t>
            </w:r>
            <w:r w:rsidRPr="00E85698">
              <w:rPr>
                <w:spacing w:val="7"/>
                <w:w w:val="95"/>
                <w:sz w:val="16"/>
              </w:rPr>
              <w:t xml:space="preserve"> </w:t>
            </w:r>
            <w:r w:rsidRPr="00E85698">
              <w:rPr>
                <w:w w:val="95"/>
                <w:sz w:val="16"/>
              </w:rPr>
              <w:t>языковые</w:t>
            </w:r>
            <w:r w:rsidRPr="00E85698">
              <w:rPr>
                <w:spacing w:val="10"/>
                <w:w w:val="95"/>
                <w:sz w:val="16"/>
              </w:rPr>
              <w:t xml:space="preserve"> </w:t>
            </w:r>
            <w:r w:rsidRPr="00E85698">
              <w:rPr>
                <w:w w:val="95"/>
                <w:sz w:val="16"/>
              </w:rPr>
              <w:t>средства</w:t>
            </w:r>
            <w:r w:rsidRPr="00E85698">
              <w:rPr>
                <w:spacing w:val="6"/>
                <w:w w:val="95"/>
                <w:sz w:val="16"/>
              </w:rPr>
              <w:t xml:space="preserve"> </w:t>
            </w:r>
            <w:r w:rsidRPr="00E85698">
              <w:rPr>
                <w:w w:val="95"/>
                <w:sz w:val="16"/>
              </w:rPr>
              <w:t>выразительности</w:t>
            </w:r>
            <w:r w:rsidRPr="00E85698">
              <w:rPr>
                <w:spacing w:val="6"/>
                <w:w w:val="95"/>
                <w:sz w:val="16"/>
              </w:rPr>
              <w:t xml:space="preserve"> </w:t>
            </w:r>
            <w:r w:rsidRPr="00E85698">
              <w:rPr>
                <w:w w:val="95"/>
                <w:sz w:val="16"/>
              </w:rPr>
              <w:t>в</w:t>
            </w:r>
            <w:r w:rsidRPr="00E85698">
              <w:rPr>
                <w:spacing w:val="10"/>
                <w:w w:val="95"/>
                <w:sz w:val="16"/>
              </w:rPr>
              <w:t xml:space="preserve"> </w:t>
            </w:r>
            <w:r w:rsidRPr="00E85698">
              <w:rPr>
                <w:w w:val="95"/>
                <w:sz w:val="16"/>
              </w:rPr>
              <w:t>тексте</w:t>
            </w:r>
          </w:p>
          <w:p w:rsidR="00A047B0" w:rsidRPr="00E85698" w:rsidRDefault="00A047B0" w:rsidP="00A047B0">
            <w:pPr>
              <w:pStyle w:val="TableParagraph"/>
              <w:spacing w:before="3" w:line="247" w:lineRule="auto"/>
              <w:ind w:left="73"/>
              <w:rPr>
                <w:sz w:val="16"/>
              </w:rPr>
            </w:pPr>
            <w:r w:rsidRPr="00E85698">
              <w:rPr>
                <w:w w:val="95"/>
                <w:sz w:val="16"/>
              </w:rPr>
              <w:t>(фонетические,</w:t>
            </w:r>
            <w:r w:rsidRPr="00E85698">
              <w:rPr>
                <w:spacing w:val="17"/>
                <w:w w:val="95"/>
                <w:sz w:val="16"/>
              </w:rPr>
              <w:t xml:space="preserve"> </w:t>
            </w:r>
            <w:r w:rsidRPr="00E85698">
              <w:rPr>
                <w:w w:val="95"/>
                <w:sz w:val="16"/>
              </w:rPr>
              <w:t>словообразовательные,</w:t>
            </w:r>
            <w:r w:rsidRPr="00E85698">
              <w:rPr>
                <w:spacing w:val="17"/>
                <w:w w:val="95"/>
                <w:sz w:val="16"/>
              </w:rPr>
              <w:t xml:space="preserve"> </w:t>
            </w:r>
            <w:r w:rsidRPr="00E85698">
              <w:rPr>
                <w:w w:val="95"/>
                <w:sz w:val="16"/>
              </w:rPr>
              <w:t>лексические,</w:t>
            </w:r>
            <w:r w:rsidRPr="00E85698">
              <w:rPr>
                <w:spacing w:val="17"/>
                <w:w w:val="95"/>
                <w:sz w:val="16"/>
              </w:rPr>
              <w:t xml:space="preserve"> </w:t>
            </w:r>
            <w:r w:rsidRPr="00E85698">
              <w:rPr>
                <w:w w:val="95"/>
                <w:sz w:val="16"/>
              </w:rPr>
              <w:t>морфологические)</w:t>
            </w:r>
            <w:r w:rsidRPr="00E85698">
              <w:rPr>
                <w:spacing w:val="1"/>
                <w:w w:val="95"/>
                <w:sz w:val="16"/>
              </w:rPr>
              <w:t xml:space="preserve"> </w:t>
            </w:r>
            <w:r w:rsidRPr="00E85698">
              <w:rPr>
                <w:sz w:val="16"/>
              </w:rPr>
              <w:t>(обобщение,</w:t>
            </w:r>
            <w:r w:rsidRPr="00E85698">
              <w:rPr>
                <w:spacing w:val="-3"/>
                <w:sz w:val="16"/>
              </w:rPr>
              <w:t xml:space="preserve"> </w:t>
            </w:r>
            <w:r w:rsidRPr="00E85698">
              <w:rPr>
                <w:sz w:val="16"/>
              </w:rPr>
              <w:t>в</w:t>
            </w:r>
            <w:r w:rsidRPr="00E85698">
              <w:rPr>
                <w:spacing w:val="-2"/>
                <w:sz w:val="16"/>
              </w:rPr>
              <w:t xml:space="preserve"> </w:t>
            </w:r>
            <w:r w:rsidRPr="00E85698">
              <w:rPr>
                <w:sz w:val="16"/>
              </w:rPr>
              <w:t>течение</w:t>
            </w:r>
            <w:r w:rsidRPr="00E85698">
              <w:rPr>
                <w:spacing w:val="-2"/>
                <w:sz w:val="16"/>
              </w:rPr>
              <w:t xml:space="preserve"> </w:t>
            </w:r>
            <w:r w:rsidRPr="00E85698">
              <w:rPr>
                <w:sz w:val="16"/>
              </w:rPr>
              <w:t>года);</w:t>
            </w:r>
          </w:p>
        </w:tc>
        <w:tc>
          <w:tcPr>
            <w:tcW w:w="1081" w:type="dxa"/>
          </w:tcPr>
          <w:p w:rsidR="00A047B0" w:rsidRPr="00E85698" w:rsidRDefault="00A047B0" w:rsidP="00A047B0">
            <w:pPr>
              <w:pStyle w:val="TableParagraph"/>
              <w:spacing w:before="68"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61"/>
              <w:ind w:left="69"/>
              <w:rPr>
                <w:sz w:val="16"/>
              </w:rPr>
            </w:pPr>
            <w:r w:rsidRPr="00E85698">
              <w:rPr>
                <w:sz w:val="16"/>
              </w:rPr>
              <w:t>https://resh.edu.ru</w:t>
            </w:r>
          </w:p>
        </w:tc>
      </w:tr>
      <w:tr w:rsidR="00A047B0" w:rsidRPr="00E85698" w:rsidTr="00A047B0">
        <w:trPr>
          <w:trHeight w:val="913"/>
        </w:trPr>
        <w:tc>
          <w:tcPr>
            <w:tcW w:w="468" w:type="dxa"/>
          </w:tcPr>
          <w:p w:rsidR="00A047B0" w:rsidRPr="00E85698" w:rsidRDefault="00A047B0" w:rsidP="00A047B0">
            <w:pPr>
              <w:pStyle w:val="TableParagraph"/>
              <w:spacing w:before="58"/>
              <w:ind w:right="107"/>
              <w:jc w:val="right"/>
              <w:rPr>
                <w:sz w:val="16"/>
              </w:rPr>
            </w:pPr>
            <w:r w:rsidRPr="00E85698">
              <w:rPr>
                <w:sz w:val="16"/>
              </w:rPr>
              <w:t>4.4.</w:t>
            </w:r>
          </w:p>
        </w:tc>
        <w:tc>
          <w:tcPr>
            <w:tcW w:w="3831" w:type="dxa"/>
          </w:tcPr>
          <w:p w:rsidR="00A047B0" w:rsidRPr="00E85698" w:rsidRDefault="00A047B0" w:rsidP="00A047B0">
            <w:pPr>
              <w:pStyle w:val="TableParagraph"/>
              <w:spacing w:before="58"/>
              <w:ind w:left="76"/>
              <w:rPr>
                <w:sz w:val="16"/>
              </w:rPr>
            </w:pPr>
            <w:r w:rsidRPr="00E85698">
              <w:rPr>
                <w:w w:val="95"/>
                <w:sz w:val="16"/>
              </w:rPr>
              <w:t>Информационная</w:t>
            </w:r>
            <w:r w:rsidRPr="00E85698">
              <w:rPr>
                <w:spacing w:val="7"/>
                <w:w w:val="95"/>
                <w:sz w:val="16"/>
              </w:rPr>
              <w:t xml:space="preserve"> </w:t>
            </w:r>
            <w:r w:rsidRPr="00E85698">
              <w:rPr>
                <w:w w:val="95"/>
                <w:sz w:val="16"/>
              </w:rPr>
              <w:t>переработка</w:t>
            </w:r>
            <w:r w:rsidRPr="00E85698">
              <w:rPr>
                <w:spacing w:val="12"/>
                <w:w w:val="95"/>
                <w:sz w:val="16"/>
              </w:rPr>
              <w:t xml:space="preserve"> </w:t>
            </w:r>
            <w:r w:rsidRPr="00E85698">
              <w:rPr>
                <w:w w:val="95"/>
                <w:sz w:val="16"/>
              </w:rPr>
              <w:t>текста.</w:t>
            </w:r>
          </w:p>
        </w:tc>
        <w:tc>
          <w:tcPr>
            <w:tcW w:w="529" w:type="dxa"/>
          </w:tcPr>
          <w:p w:rsidR="00A047B0" w:rsidRPr="00E85698" w:rsidRDefault="00A047B0" w:rsidP="00A047B0">
            <w:pPr>
              <w:pStyle w:val="TableParagraph"/>
              <w:spacing w:before="58"/>
              <w:ind w:left="76"/>
              <w:rPr>
                <w:sz w:val="16"/>
              </w:rPr>
            </w:pPr>
            <w:r w:rsidRPr="00E85698">
              <w:rPr>
                <w:w w:val="96"/>
                <w:sz w:val="16"/>
              </w:rPr>
              <w:t>2</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8" w:type="dxa"/>
          </w:tcPr>
          <w:p w:rsidR="00A047B0" w:rsidRPr="00E85698" w:rsidRDefault="00A047B0" w:rsidP="00A047B0">
            <w:pPr>
              <w:pStyle w:val="TableParagraph"/>
              <w:spacing w:before="58"/>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27.09-28.09</w:t>
            </w:r>
          </w:p>
        </w:tc>
        <w:tc>
          <w:tcPr>
            <w:tcW w:w="5166" w:type="dxa"/>
          </w:tcPr>
          <w:p w:rsidR="00A047B0" w:rsidRPr="00E85698" w:rsidRDefault="00A047B0" w:rsidP="00A047B0">
            <w:pPr>
              <w:pStyle w:val="TableParagraph"/>
              <w:spacing w:before="63" w:line="249" w:lineRule="auto"/>
              <w:ind w:left="73"/>
              <w:rPr>
                <w:sz w:val="16"/>
              </w:rPr>
            </w:pPr>
            <w:r w:rsidRPr="00E85698">
              <w:rPr>
                <w:spacing w:val="-1"/>
                <w:sz w:val="16"/>
              </w:rPr>
              <w:t xml:space="preserve">Проводить информационную переработку текста: создавать </w:t>
            </w:r>
            <w:r w:rsidRPr="00E85698">
              <w:rPr>
                <w:sz w:val="16"/>
              </w:rPr>
              <w:t>тезисы,</w:t>
            </w:r>
            <w:r w:rsidRPr="00E85698">
              <w:rPr>
                <w:spacing w:val="1"/>
                <w:sz w:val="16"/>
              </w:rPr>
              <w:t xml:space="preserve"> </w:t>
            </w:r>
            <w:r w:rsidRPr="00E85698">
              <w:rPr>
                <w:w w:val="95"/>
                <w:sz w:val="16"/>
              </w:rPr>
              <w:t>конспект;</w:t>
            </w:r>
            <w:r w:rsidRPr="00E85698">
              <w:rPr>
                <w:spacing w:val="10"/>
                <w:w w:val="95"/>
                <w:sz w:val="16"/>
              </w:rPr>
              <w:t xml:space="preserve"> </w:t>
            </w:r>
            <w:r w:rsidRPr="00E85698">
              <w:rPr>
                <w:w w:val="95"/>
                <w:sz w:val="16"/>
              </w:rPr>
              <w:t>извлекать</w:t>
            </w:r>
            <w:r w:rsidRPr="00E85698">
              <w:rPr>
                <w:spacing w:val="8"/>
                <w:w w:val="95"/>
                <w:sz w:val="16"/>
              </w:rPr>
              <w:t xml:space="preserve"> </w:t>
            </w:r>
            <w:r w:rsidRPr="00E85698">
              <w:rPr>
                <w:w w:val="95"/>
                <w:sz w:val="16"/>
              </w:rPr>
              <w:t>информацию</w:t>
            </w:r>
            <w:r w:rsidRPr="00E85698">
              <w:rPr>
                <w:spacing w:val="10"/>
                <w:w w:val="95"/>
                <w:sz w:val="16"/>
              </w:rPr>
              <w:t xml:space="preserve"> </w:t>
            </w:r>
            <w:r w:rsidRPr="00E85698">
              <w:rPr>
                <w:w w:val="95"/>
                <w:sz w:val="16"/>
              </w:rPr>
              <w:t>из</w:t>
            </w:r>
            <w:r w:rsidRPr="00E85698">
              <w:rPr>
                <w:spacing w:val="9"/>
                <w:w w:val="95"/>
                <w:sz w:val="16"/>
              </w:rPr>
              <w:t xml:space="preserve"> </w:t>
            </w:r>
            <w:r w:rsidRPr="00E85698">
              <w:rPr>
                <w:w w:val="95"/>
                <w:sz w:val="16"/>
              </w:rPr>
              <w:t>различных</w:t>
            </w:r>
            <w:r w:rsidRPr="00E85698">
              <w:rPr>
                <w:spacing w:val="10"/>
                <w:w w:val="95"/>
                <w:sz w:val="16"/>
              </w:rPr>
              <w:t xml:space="preserve"> </w:t>
            </w:r>
            <w:r w:rsidRPr="00E85698">
              <w:rPr>
                <w:w w:val="95"/>
                <w:sz w:val="16"/>
              </w:rPr>
              <w:t>источников;</w:t>
            </w:r>
            <w:r w:rsidRPr="00E85698">
              <w:rPr>
                <w:spacing w:val="10"/>
                <w:w w:val="95"/>
                <w:sz w:val="16"/>
              </w:rPr>
              <w:t xml:space="preserve"> </w:t>
            </w:r>
            <w:r w:rsidRPr="00E85698">
              <w:rPr>
                <w:w w:val="95"/>
                <w:sz w:val="16"/>
              </w:rPr>
              <w:t>пользоваться</w:t>
            </w:r>
            <w:r w:rsidRPr="00E85698">
              <w:rPr>
                <w:spacing w:val="1"/>
                <w:w w:val="95"/>
                <w:sz w:val="16"/>
              </w:rPr>
              <w:t xml:space="preserve"> </w:t>
            </w:r>
            <w:r w:rsidRPr="00E85698">
              <w:rPr>
                <w:sz w:val="16"/>
              </w:rPr>
              <w:t>лингвистическими</w:t>
            </w:r>
            <w:r w:rsidRPr="00E85698">
              <w:rPr>
                <w:spacing w:val="-2"/>
                <w:sz w:val="16"/>
              </w:rPr>
              <w:t xml:space="preserve"> </w:t>
            </w:r>
            <w:r w:rsidRPr="00E85698">
              <w:rPr>
                <w:sz w:val="16"/>
              </w:rPr>
              <w:t>словарями;</w:t>
            </w:r>
          </w:p>
        </w:tc>
        <w:tc>
          <w:tcPr>
            <w:tcW w:w="1081" w:type="dxa"/>
          </w:tcPr>
          <w:p w:rsidR="00A047B0" w:rsidRPr="00E85698" w:rsidRDefault="00A047B0" w:rsidP="00A047B0">
            <w:pPr>
              <w:pStyle w:val="TableParagraph"/>
              <w:spacing w:before="63"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338"/>
        </w:trPr>
        <w:tc>
          <w:tcPr>
            <w:tcW w:w="4299" w:type="dxa"/>
            <w:gridSpan w:val="2"/>
          </w:tcPr>
          <w:p w:rsidR="00A047B0" w:rsidRPr="00E85698" w:rsidRDefault="00A047B0" w:rsidP="00A047B0">
            <w:pPr>
              <w:pStyle w:val="TableParagraph"/>
              <w:spacing w:before="59"/>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9"/>
              <w:ind w:left="76"/>
              <w:rPr>
                <w:sz w:val="16"/>
              </w:rPr>
            </w:pPr>
            <w:r w:rsidRPr="00E85698">
              <w:rPr>
                <w:w w:val="96"/>
                <w:sz w:val="16"/>
              </w:rPr>
              <w:t>5</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5512" w:type="dxa"/>
            <w:gridSpan w:val="9"/>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0"/>
                <w:w w:val="95"/>
                <w:sz w:val="16"/>
              </w:rPr>
              <w:t xml:space="preserve"> </w:t>
            </w:r>
            <w:r w:rsidRPr="00E85698">
              <w:rPr>
                <w:b/>
                <w:w w:val="95"/>
                <w:sz w:val="16"/>
              </w:rPr>
              <w:t>5.</w:t>
            </w:r>
            <w:r w:rsidRPr="00E85698">
              <w:rPr>
                <w:b/>
                <w:spacing w:val="9"/>
                <w:w w:val="95"/>
                <w:sz w:val="16"/>
              </w:rPr>
              <w:t xml:space="preserve"> </w:t>
            </w:r>
            <w:r w:rsidRPr="00E85698">
              <w:rPr>
                <w:b/>
                <w:w w:val="95"/>
                <w:sz w:val="16"/>
              </w:rPr>
              <w:t>ФУНКЦИОНАЛЬНЫЕ</w:t>
            </w:r>
            <w:r w:rsidRPr="00E85698">
              <w:rPr>
                <w:b/>
                <w:spacing w:val="20"/>
                <w:w w:val="95"/>
                <w:sz w:val="16"/>
              </w:rPr>
              <w:t xml:space="preserve"> </w:t>
            </w:r>
            <w:r w:rsidRPr="00E85698">
              <w:rPr>
                <w:b/>
                <w:w w:val="95"/>
                <w:sz w:val="16"/>
              </w:rPr>
              <w:t>РАЗНОВИДНОСТИ</w:t>
            </w:r>
            <w:r w:rsidRPr="00E85698">
              <w:rPr>
                <w:b/>
                <w:spacing w:val="54"/>
                <w:sz w:val="16"/>
              </w:rPr>
              <w:t xml:space="preserve"> </w:t>
            </w:r>
            <w:r w:rsidRPr="00E85698">
              <w:rPr>
                <w:b/>
                <w:w w:val="95"/>
                <w:sz w:val="16"/>
              </w:rPr>
              <w:t>ЯЗЫКА</w:t>
            </w:r>
          </w:p>
        </w:tc>
      </w:tr>
      <w:tr w:rsidR="00A047B0" w:rsidRPr="00E85698" w:rsidTr="00A047B0">
        <w:trPr>
          <w:trHeight w:val="1488"/>
        </w:trPr>
        <w:tc>
          <w:tcPr>
            <w:tcW w:w="468" w:type="dxa"/>
            <w:tcBorders>
              <w:bottom w:val="single" w:sz="6" w:space="0" w:color="000000"/>
            </w:tcBorders>
          </w:tcPr>
          <w:p w:rsidR="00A047B0" w:rsidRPr="00E85698" w:rsidRDefault="00A047B0" w:rsidP="00A047B0">
            <w:pPr>
              <w:pStyle w:val="TableParagraph"/>
              <w:spacing w:before="58"/>
              <w:ind w:right="107"/>
              <w:jc w:val="right"/>
              <w:rPr>
                <w:sz w:val="16"/>
              </w:rPr>
            </w:pPr>
            <w:r w:rsidRPr="00E85698">
              <w:rPr>
                <w:sz w:val="16"/>
              </w:rPr>
              <w:t>5.1.</w:t>
            </w:r>
          </w:p>
        </w:tc>
        <w:tc>
          <w:tcPr>
            <w:tcW w:w="3831" w:type="dxa"/>
            <w:tcBorders>
              <w:bottom w:val="single" w:sz="6" w:space="0" w:color="000000"/>
            </w:tcBorders>
          </w:tcPr>
          <w:p w:rsidR="00A047B0" w:rsidRPr="00E85698" w:rsidRDefault="00A047B0" w:rsidP="00A047B0">
            <w:pPr>
              <w:pStyle w:val="TableParagraph"/>
              <w:spacing w:before="58"/>
              <w:ind w:left="76"/>
              <w:rPr>
                <w:sz w:val="16"/>
              </w:rPr>
            </w:pPr>
            <w:r w:rsidRPr="00E85698">
              <w:rPr>
                <w:w w:val="95"/>
                <w:sz w:val="16"/>
              </w:rPr>
              <w:t>Официально-деловой</w:t>
            </w:r>
            <w:r w:rsidRPr="00E85698">
              <w:rPr>
                <w:spacing w:val="12"/>
                <w:w w:val="95"/>
                <w:sz w:val="16"/>
              </w:rPr>
              <w:t xml:space="preserve"> </w:t>
            </w:r>
            <w:r w:rsidRPr="00E85698">
              <w:rPr>
                <w:w w:val="95"/>
                <w:sz w:val="16"/>
              </w:rPr>
              <w:t>стиль.</w:t>
            </w:r>
          </w:p>
          <w:p w:rsidR="00A047B0" w:rsidRPr="00E85698" w:rsidRDefault="00A047B0" w:rsidP="00A047B0">
            <w:pPr>
              <w:pStyle w:val="TableParagraph"/>
              <w:spacing w:before="13"/>
              <w:ind w:left="76"/>
              <w:rPr>
                <w:sz w:val="16"/>
              </w:rPr>
            </w:pPr>
            <w:r w:rsidRPr="00E85698">
              <w:rPr>
                <w:w w:val="95"/>
                <w:sz w:val="16"/>
              </w:rPr>
              <w:t>Жанры</w:t>
            </w:r>
            <w:r w:rsidRPr="00E85698">
              <w:rPr>
                <w:spacing w:val="13"/>
                <w:w w:val="95"/>
                <w:sz w:val="16"/>
              </w:rPr>
              <w:t xml:space="preserve"> </w:t>
            </w:r>
            <w:r w:rsidRPr="00E85698">
              <w:rPr>
                <w:w w:val="95"/>
                <w:sz w:val="16"/>
              </w:rPr>
              <w:t>официально-делового</w:t>
            </w:r>
            <w:r w:rsidRPr="00E85698">
              <w:rPr>
                <w:spacing w:val="11"/>
                <w:w w:val="95"/>
                <w:sz w:val="16"/>
              </w:rPr>
              <w:t xml:space="preserve"> </w:t>
            </w:r>
            <w:r w:rsidRPr="00E85698">
              <w:rPr>
                <w:w w:val="95"/>
                <w:sz w:val="16"/>
              </w:rPr>
              <w:t>стиля.</w:t>
            </w:r>
          </w:p>
        </w:tc>
        <w:tc>
          <w:tcPr>
            <w:tcW w:w="529" w:type="dxa"/>
            <w:tcBorders>
              <w:bottom w:val="single" w:sz="6" w:space="0" w:color="000000"/>
            </w:tcBorders>
          </w:tcPr>
          <w:p w:rsidR="00A047B0" w:rsidRPr="00E85698" w:rsidRDefault="00A047B0" w:rsidP="00A047B0">
            <w:pPr>
              <w:pStyle w:val="TableParagraph"/>
              <w:spacing w:before="58"/>
              <w:ind w:left="76"/>
              <w:rPr>
                <w:sz w:val="16"/>
              </w:rPr>
            </w:pPr>
            <w:r w:rsidRPr="00E85698">
              <w:rPr>
                <w:w w:val="96"/>
                <w:sz w:val="16"/>
              </w:rPr>
              <w:t>3</w:t>
            </w:r>
          </w:p>
        </w:tc>
        <w:tc>
          <w:tcPr>
            <w:tcW w:w="1107" w:type="dxa"/>
            <w:tcBorders>
              <w:bottom w:val="single" w:sz="6" w:space="0" w:color="000000"/>
            </w:tcBorders>
          </w:tcPr>
          <w:p w:rsidR="00A047B0" w:rsidRPr="00E85698" w:rsidRDefault="00A047B0" w:rsidP="00A047B0">
            <w:pPr>
              <w:pStyle w:val="TableParagraph"/>
              <w:spacing w:before="58"/>
              <w:ind w:left="75"/>
              <w:rPr>
                <w:sz w:val="16"/>
              </w:rPr>
            </w:pPr>
            <w:r w:rsidRPr="00E85698">
              <w:rPr>
                <w:w w:val="96"/>
                <w:sz w:val="16"/>
              </w:rPr>
              <w:t>0</w:t>
            </w:r>
          </w:p>
        </w:tc>
        <w:tc>
          <w:tcPr>
            <w:tcW w:w="1148" w:type="dxa"/>
            <w:tcBorders>
              <w:bottom w:val="single" w:sz="6" w:space="0" w:color="000000"/>
            </w:tcBorders>
          </w:tcPr>
          <w:p w:rsidR="00A047B0" w:rsidRPr="00E85698" w:rsidRDefault="00A047B0" w:rsidP="00A047B0">
            <w:pPr>
              <w:pStyle w:val="TableParagraph"/>
              <w:spacing w:before="58"/>
              <w:ind w:left="75"/>
              <w:rPr>
                <w:sz w:val="16"/>
              </w:rPr>
            </w:pPr>
            <w:r w:rsidRPr="00E85698">
              <w:rPr>
                <w:w w:val="96"/>
                <w:sz w:val="16"/>
              </w:rPr>
              <w:t>0</w:t>
            </w:r>
          </w:p>
        </w:tc>
        <w:tc>
          <w:tcPr>
            <w:tcW w:w="798" w:type="dxa"/>
            <w:tcBorders>
              <w:bottom w:val="single" w:sz="6" w:space="0" w:color="000000"/>
            </w:tcBorders>
          </w:tcPr>
          <w:p w:rsidR="00A047B0" w:rsidRPr="00E85698" w:rsidRDefault="001D3699" w:rsidP="00A047B0">
            <w:pPr>
              <w:pStyle w:val="TableParagraph"/>
              <w:rPr>
                <w:sz w:val="14"/>
              </w:rPr>
            </w:pPr>
            <w:r>
              <w:rPr>
                <w:sz w:val="14"/>
              </w:rPr>
              <w:t>3.10-5.10</w:t>
            </w:r>
          </w:p>
        </w:tc>
        <w:tc>
          <w:tcPr>
            <w:tcW w:w="5166" w:type="dxa"/>
            <w:tcBorders>
              <w:bottom w:val="single" w:sz="6" w:space="0" w:color="000000"/>
            </w:tcBorders>
          </w:tcPr>
          <w:p w:rsidR="00A047B0" w:rsidRPr="00E85698" w:rsidRDefault="00A047B0" w:rsidP="00A047B0">
            <w:pPr>
              <w:pStyle w:val="TableParagraph"/>
              <w:spacing w:before="63" w:line="254" w:lineRule="auto"/>
              <w:ind w:left="73" w:right="69"/>
              <w:rPr>
                <w:sz w:val="16"/>
              </w:rPr>
            </w:pPr>
            <w:r w:rsidRPr="00E85698">
              <w:rPr>
                <w:w w:val="95"/>
                <w:sz w:val="16"/>
              </w:rPr>
              <w:t>Анализировать</w:t>
            </w:r>
            <w:r w:rsidRPr="00E85698">
              <w:rPr>
                <w:spacing w:val="6"/>
                <w:w w:val="95"/>
                <w:sz w:val="16"/>
              </w:rPr>
              <w:t xml:space="preserve"> </w:t>
            </w:r>
            <w:r w:rsidRPr="00E85698">
              <w:rPr>
                <w:w w:val="95"/>
                <w:sz w:val="16"/>
              </w:rPr>
              <w:t>тексты</w:t>
            </w:r>
            <w:r w:rsidRPr="00E85698">
              <w:rPr>
                <w:spacing w:val="7"/>
                <w:w w:val="95"/>
                <w:sz w:val="16"/>
              </w:rPr>
              <w:t xml:space="preserve"> </w:t>
            </w:r>
            <w:r w:rsidRPr="00E85698">
              <w:rPr>
                <w:w w:val="95"/>
                <w:sz w:val="16"/>
              </w:rPr>
              <w:t>разных</w:t>
            </w:r>
            <w:r w:rsidRPr="00E85698">
              <w:rPr>
                <w:spacing w:val="6"/>
                <w:w w:val="95"/>
                <w:sz w:val="16"/>
              </w:rPr>
              <w:t xml:space="preserve"> </w:t>
            </w:r>
            <w:r w:rsidRPr="00E85698">
              <w:rPr>
                <w:w w:val="95"/>
                <w:sz w:val="16"/>
              </w:rPr>
              <w:t>функциональных</w:t>
            </w:r>
            <w:r w:rsidRPr="00E85698">
              <w:rPr>
                <w:spacing w:val="5"/>
                <w:w w:val="95"/>
                <w:sz w:val="16"/>
              </w:rPr>
              <w:t xml:space="preserve"> </w:t>
            </w:r>
            <w:r w:rsidRPr="00E85698">
              <w:rPr>
                <w:w w:val="95"/>
                <w:sz w:val="16"/>
              </w:rPr>
              <w:t>разновидностей</w:t>
            </w:r>
            <w:r w:rsidRPr="00E85698">
              <w:rPr>
                <w:spacing w:val="6"/>
                <w:w w:val="95"/>
                <w:sz w:val="16"/>
              </w:rPr>
              <w:t xml:space="preserve"> </w:t>
            </w:r>
            <w:r w:rsidRPr="00E85698">
              <w:rPr>
                <w:w w:val="95"/>
                <w:sz w:val="16"/>
              </w:rPr>
              <w:t>языка</w:t>
            </w:r>
            <w:r w:rsidRPr="00E85698">
              <w:rPr>
                <w:spacing w:val="3"/>
                <w:w w:val="95"/>
                <w:sz w:val="16"/>
              </w:rPr>
              <w:t xml:space="preserve"> </w:t>
            </w:r>
            <w:r w:rsidRPr="00E85698">
              <w:rPr>
                <w:w w:val="95"/>
                <w:sz w:val="16"/>
              </w:rPr>
              <w:t>и</w:t>
            </w:r>
            <w:r w:rsidRPr="00E85698">
              <w:rPr>
                <w:spacing w:val="1"/>
                <w:w w:val="95"/>
                <w:sz w:val="16"/>
              </w:rPr>
              <w:t xml:space="preserve"> </w:t>
            </w:r>
            <w:r w:rsidRPr="00E85698">
              <w:rPr>
                <w:w w:val="95"/>
                <w:sz w:val="16"/>
              </w:rPr>
              <w:t>жанров;</w:t>
            </w:r>
            <w:r w:rsidRPr="00E85698">
              <w:rPr>
                <w:spacing w:val="5"/>
                <w:w w:val="95"/>
                <w:sz w:val="16"/>
              </w:rPr>
              <w:t xml:space="preserve"> </w:t>
            </w:r>
            <w:r w:rsidRPr="00E85698">
              <w:rPr>
                <w:w w:val="95"/>
                <w:sz w:val="16"/>
              </w:rPr>
              <w:t>применять</w:t>
            </w:r>
            <w:r w:rsidRPr="00E85698">
              <w:rPr>
                <w:spacing w:val="7"/>
                <w:w w:val="95"/>
                <w:sz w:val="16"/>
              </w:rPr>
              <w:t xml:space="preserve"> </w:t>
            </w:r>
            <w:r w:rsidRPr="00E85698">
              <w:rPr>
                <w:w w:val="95"/>
                <w:sz w:val="16"/>
              </w:rPr>
              <w:t>эти</w:t>
            </w:r>
            <w:r w:rsidRPr="00E85698">
              <w:rPr>
                <w:spacing w:val="6"/>
                <w:w w:val="95"/>
                <w:sz w:val="16"/>
              </w:rPr>
              <w:t xml:space="preserve"> </w:t>
            </w:r>
            <w:r w:rsidRPr="00E85698">
              <w:rPr>
                <w:w w:val="95"/>
                <w:sz w:val="16"/>
              </w:rPr>
              <w:t>знания</w:t>
            </w:r>
            <w:r w:rsidRPr="00E85698">
              <w:rPr>
                <w:spacing w:val="11"/>
                <w:w w:val="95"/>
                <w:sz w:val="16"/>
              </w:rPr>
              <w:t xml:space="preserve"> </w:t>
            </w:r>
            <w:r w:rsidRPr="00E85698">
              <w:rPr>
                <w:w w:val="95"/>
                <w:sz w:val="16"/>
              </w:rPr>
              <w:t>при</w:t>
            </w:r>
            <w:r w:rsidRPr="00E85698">
              <w:rPr>
                <w:spacing w:val="3"/>
                <w:w w:val="95"/>
                <w:sz w:val="16"/>
              </w:rPr>
              <w:t xml:space="preserve"> </w:t>
            </w:r>
            <w:r w:rsidRPr="00E85698">
              <w:rPr>
                <w:w w:val="95"/>
                <w:sz w:val="16"/>
              </w:rPr>
              <w:t>выполнении</w:t>
            </w:r>
            <w:r w:rsidRPr="00E85698">
              <w:rPr>
                <w:spacing w:val="6"/>
                <w:w w:val="95"/>
                <w:sz w:val="16"/>
              </w:rPr>
              <w:t xml:space="preserve"> </w:t>
            </w:r>
            <w:r w:rsidRPr="00E85698">
              <w:rPr>
                <w:w w:val="95"/>
                <w:sz w:val="16"/>
              </w:rPr>
              <w:t>анализа</w:t>
            </w:r>
            <w:r w:rsidRPr="00E85698">
              <w:rPr>
                <w:spacing w:val="7"/>
                <w:w w:val="95"/>
                <w:sz w:val="16"/>
              </w:rPr>
              <w:t xml:space="preserve"> </w:t>
            </w:r>
            <w:r w:rsidRPr="00E85698">
              <w:rPr>
                <w:w w:val="95"/>
                <w:sz w:val="16"/>
              </w:rPr>
              <w:t>различных</w:t>
            </w:r>
            <w:r w:rsidRPr="00E85698">
              <w:rPr>
                <w:spacing w:val="6"/>
                <w:w w:val="95"/>
                <w:sz w:val="16"/>
              </w:rPr>
              <w:t xml:space="preserve"> </w:t>
            </w:r>
            <w:r w:rsidRPr="00E85698">
              <w:rPr>
                <w:w w:val="95"/>
                <w:sz w:val="16"/>
              </w:rPr>
              <w:t>видов</w:t>
            </w:r>
            <w:r w:rsidRPr="00E85698">
              <w:rPr>
                <w:spacing w:val="6"/>
                <w:w w:val="95"/>
                <w:sz w:val="16"/>
              </w:rPr>
              <w:t xml:space="preserve"> </w:t>
            </w:r>
            <w:r w:rsidRPr="00E85698">
              <w:rPr>
                <w:w w:val="95"/>
                <w:sz w:val="16"/>
              </w:rPr>
              <w:t>и</w:t>
            </w:r>
            <w:r w:rsidRPr="00E85698">
              <w:rPr>
                <w:spacing w:val="1"/>
                <w:w w:val="95"/>
                <w:sz w:val="16"/>
              </w:rPr>
              <w:t xml:space="preserve"> </w:t>
            </w:r>
            <w:r w:rsidRPr="00E85698">
              <w:rPr>
                <w:sz w:val="16"/>
              </w:rPr>
              <w:t>в</w:t>
            </w:r>
            <w:r w:rsidRPr="00E85698">
              <w:rPr>
                <w:spacing w:val="-2"/>
                <w:sz w:val="16"/>
              </w:rPr>
              <w:t xml:space="preserve"> </w:t>
            </w:r>
            <w:r w:rsidRPr="00E85698">
              <w:rPr>
                <w:sz w:val="16"/>
              </w:rPr>
              <w:t>речевой</w:t>
            </w:r>
            <w:r w:rsidRPr="00E85698">
              <w:rPr>
                <w:spacing w:val="-1"/>
                <w:sz w:val="16"/>
              </w:rPr>
              <w:t xml:space="preserve"> </w:t>
            </w:r>
            <w:r w:rsidRPr="00E85698">
              <w:rPr>
                <w:sz w:val="16"/>
              </w:rPr>
              <w:t>практике;</w:t>
            </w:r>
          </w:p>
          <w:p w:rsidR="00A047B0" w:rsidRPr="00E85698" w:rsidRDefault="00A047B0" w:rsidP="00A047B0">
            <w:pPr>
              <w:pStyle w:val="TableParagraph"/>
              <w:spacing w:line="254" w:lineRule="auto"/>
              <w:ind w:left="73"/>
              <w:rPr>
                <w:sz w:val="16"/>
              </w:rPr>
            </w:pPr>
            <w:r w:rsidRPr="00E85698">
              <w:rPr>
                <w:w w:val="95"/>
                <w:sz w:val="16"/>
              </w:rPr>
              <w:t>Характеризовать</w:t>
            </w:r>
            <w:r w:rsidRPr="00E85698">
              <w:rPr>
                <w:spacing w:val="12"/>
                <w:w w:val="95"/>
                <w:sz w:val="16"/>
              </w:rPr>
              <w:t xml:space="preserve"> </w:t>
            </w:r>
            <w:r w:rsidRPr="00E85698">
              <w:rPr>
                <w:w w:val="95"/>
                <w:sz w:val="16"/>
              </w:rPr>
              <w:t>особенности</w:t>
            </w:r>
            <w:r w:rsidRPr="00E85698">
              <w:rPr>
                <w:spacing w:val="9"/>
                <w:w w:val="95"/>
                <w:sz w:val="16"/>
              </w:rPr>
              <w:t xml:space="preserve"> </w:t>
            </w:r>
            <w:r w:rsidRPr="00E85698">
              <w:rPr>
                <w:w w:val="95"/>
                <w:sz w:val="16"/>
              </w:rPr>
              <w:t>жанров</w:t>
            </w:r>
            <w:r w:rsidRPr="00E85698">
              <w:rPr>
                <w:spacing w:val="13"/>
                <w:w w:val="95"/>
                <w:sz w:val="16"/>
              </w:rPr>
              <w:t xml:space="preserve"> </w:t>
            </w:r>
            <w:r w:rsidRPr="00E85698">
              <w:rPr>
                <w:w w:val="95"/>
                <w:sz w:val="16"/>
              </w:rPr>
              <w:t>официально-делового</w:t>
            </w:r>
            <w:r w:rsidRPr="00E85698">
              <w:rPr>
                <w:spacing w:val="12"/>
                <w:w w:val="95"/>
                <w:sz w:val="16"/>
              </w:rPr>
              <w:t xml:space="preserve"> </w:t>
            </w:r>
            <w:r w:rsidRPr="00E85698">
              <w:rPr>
                <w:w w:val="95"/>
                <w:sz w:val="16"/>
              </w:rPr>
              <w:t>и</w:t>
            </w:r>
            <w:r w:rsidRPr="00E85698">
              <w:rPr>
                <w:spacing w:val="13"/>
                <w:w w:val="95"/>
                <w:sz w:val="16"/>
              </w:rPr>
              <w:t xml:space="preserve"> </w:t>
            </w:r>
            <w:r w:rsidRPr="00E85698">
              <w:rPr>
                <w:w w:val="95"/>
                <w:sz w:val="16"/>
              </w:rPr>
              <w:t>научного</w:t>
            </w:r>
            <w:r w:rsidRPr="00E85698">
              <w:rPr>
                <w:spacing w:val="1"/>
                <w:w w:val="95"/>
                <w:sz w:val="16"/>
              </w:rPr>
              <w:t xml:space="preserve"> </w:t>
            </w:r>
            <w:r w:rsidRPr="00E85698">
              <w:rPr>
                <w:sz w:val="16"/>
              </w:rPr>
              <w:t>стилей;</w:t>
            </w:r>
          </w:p>
          <w:p w:rsidR="00A047B0" w:rsidRPr="00E85698" w:rsidRDefault="00A047B0" w:rsidP="00A047B0">
            <w:pPr>
              <w:pStyle w:val="TableParagraph"/>
              <w:spacing w:line="254" w:lineRule="auto"/>
              <w:ind w:left="73"/>
              <w:rPr>
                <w:sz w:val="16"/>
              </w:rPr>
            </w:pPr>
            <w:r w:rsidRPr="00E85698">
              <w:rPr>
                <w:w w:val="95"/>
                <w:sz w:val="16"/>
              </w:rPr>
              <w:t>Создавать</w:t>
            </w:r>
            <w:r w:rsidRPr="00E85698">
              <w:rPr>
                <w:spacing w:val="12"/>
                <w:w w:val="95"/>
                <w:sz w:val="16"/>
              </w:rPr>
              <w:t xml:space="preserve"> </w:t>
            </w:r>
            <w:r w:rsidRPr="00E85698">
              <w:rPr>
                <w:w w:val="95"/>
                <w:sz w:val="16"/>
              </w:rPr>
              <w:t>тексты</w:t>
            </w:r>
            <w:r w:rsidRPr="00E85698">
              <w:rPr>
                <w:spacing w:val="13"/>
                <w:w w:val="95"/>
                <w:sz w:val="16"/>
              </w:rPr>
              <w:t xml:space="preserve"> </w:t>
            </w:r>
            <w:r w:rsidRPr="00E85698">
              <w:rPr>
                <w:w w:val="95"/>
                <w:sz w:val="16"/>
              </w:rPr>
              <w:t>официально-делового</w:t>
            </w:r>
            <w:r w:rsidRPr="00E85698">
              <w:rPr>
                <w:spacing w:val="11"/>
                <w:w w:val="95"/>
                <w:sz w:val="16"/>
              </w:rPr>
              <w:t xml:space="preserve"> </w:t>
            </w:r>
            <w:r w:rsidRPr="00E85698">
              <w:rPr>
                <w:w w:val="95"/>
                <w:sz w:val="16"/>
              </w:rPr>
              <w:t>стиля</w:t>
            </w:r>
            <w:r w:rsidRPr="00E85698">
              <w:rPr>
                <w:spacing w:val="12"/>
                <w:w w:val="95"/>
                <w:sz w:val="16"/>
              </w:rPr>
              <w:t xml:space="preserve"> </w:t>
            </w:r>
            <w:r w:rsidRPr="00E85698">
              <w:rPr>
                <w:w w:val="95"/>
                <w:sz w:val="16"/>
              </w:rPr>
              <w:t>(заявление,</w:t>
            </w:r>
            <w:r w:rsidRPr="00E85698">
              <w:rPr>
                <w:spacing w:val="11"/>
                <w:w w:val="95"/>
                <w:sz w:val="16"/>
              </w:rPr>
              <w:t xml:space="preserve"> </w:t>
            </w:r>
            <w:r w:rsidRPr="00E85698">
              <w:rPr>
                <w:w w:val="95"/>
                <w:sz w:val="16"/>
              </w:rPr>
              <w:t>объяснительная</w:t>
            </w:r>
            <w:r w:rsidRPr="00E85698">
              <w:rPr>
                <w:spacing w:val="1"/>
                <w:w w:val="95"/>
                <w:sz w:val="16"/>
              </w:rPr>
              <w:t xml:space="preserve"> </w:t>
            </w:r>
            <w:r w:rsidRPr="00E85698">
              <w:rPr>
                <w:sz w:val="16"/>
              </w:rPr>
              <w:t>записка,</w:t>
            </w:r>
            <w:r w:rsidRPr="00E85698">
              <w:rPr>
                <w:spacing w:val="-4"/>
                <w:sz w:val="16"/>
              </w:rPr>
              <w:t xml:space="preserve"> </w:t>
            </w:r>
            <w:r w:rsidRPr="00E85698">
              <w:rPr>
                <w:sz w:val="16"/>
              </w:rPr>
              <w:t>автобиография,</w:t>
            </w:r>
            <w:r w:rsidRPr="00E85698">
              <w:rPr>
                <w:spacing w:val="-4"/>
                <w:sz w:val="16"/>
              </w:rPr>
              <w:t xml:space="preserve"> </w:t>
            </w:r>
            <w:r w:rsidRPr="00E85698">
              <w:rPr>
                <w:sz w:val="16"/>
              </w:rPr>
              <w:t>характеристика);</w:t>
            </w:r>
          </w:p>
        </w:tc>
        <w:tc>
          <w:tcPr>
            <w:tcW w:w="1081" w:type="dxa"/>
            <w:tcBorders>
              <w:bottom w:val="single" w:sz="6" w:space="0" w:color="000000"/>
            </w:tcBorders>
          </w:tcPr>
          <w:p w:rsidR="00A047B0" w:rsidRPr="00E85698" w:rsidRDefault="00A047B0" w:rsidP="00A047B0">
            <w:pPr>
              <w:pStyle w:val="TableParagraph"/>
              <w:spacing w:before="65"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Borders>
              <w:bottom w:val="single" w:sz="6" w:space="0" w:color="000000"/>
            </w:tcBorders>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913"/>
        </w:trPr>
        <w:tc>
          <w:tcPr>
            <w:tcW w:w="468" w:type="dxa"/>
            <w:tcBorders>
              <w:top w:val="single" w:sz="6" w:space="0" w:color="000000"/>
            </w:tcBorders>
          </w:tcPr>
          <w:p w:rsidR="00A047B0" w:rsidRPr="00E85698" w:rsidRDefault="00A047B0" w:rsidP="00A047B0">
            <w:pPr>
              <w:pStyle w:val="TableParagraph"/>
              <w:spacing w:before="57"/>
              <w:ind w:right="107"/>
              <w:jc w:val="right"/>
              <w:rPr>
                <w:sz w:val="16"/>
              </w:rPr>
            </w:pPr>
            <w:r w:rsidRPr="00E85698">
              <w:rPr>
                <w:sz w:val="16"/>
              </w:rPr>
              <w:t>5.2.</w:t>
            </w:r>
          </w:p>
        </w:tc>
        <w:tc>
          <w:tcPr>
            <w:tcW w:w="3831" w:type="dxa"/>
            <w:tcBorders>
              <w:top w:val="single" w:sz="6" w:space="0" w:color="000000"/>
            </w:tcBorders>
          </w:tcPr>
          <w:p w:rsidR="00A047B0" w:rsidRPr="00E85698" w:rsidRDefault="00A047B0" w:rsidP="00A047B0">
            <w:pPr>
              <w:pStyle w:val="TableParagraph"/>
              <w:spacing w:before="57"/>
              <w:ind w:left="76"/>
              <w:rPr>
                <w:sz w:val="16"/>
              </w:rPr>
            </w:pPr>
            <w:r w:rsidRPr="00E85698">
              <w:rPr>
                <w:w w:val="95"/>
                <w:sz w:val="16"/>
              </w:rPr>
              <w:t>Научный</w:t>
            </w:r>
            <w:r w:rsidRPr="00E85698">
              <w:rPr>
                <w:spacing w:val="8"/>
                <w:w w:val="95"/>
                <w:sz w:val="16"/>
              </w:rPr>
              <w:t xml:space="preserve"> </w:t>
            </w:r>
            <w:r w:rsidRPr="00E85698">
              <w:rPr>
                <w:w w:val="95"/>
                <w:sz w:val="16"/>
              </w:rPr>
              <w:t>стиль.</w:t>
            </w:r>
            <w:r w:rsidRPr="00E85698">
              <w:rPr>
                <w:spacing w:val="6"/>
                <w:w w:val="95"/>
                <w:sz w:val="16"/>
              </w:rPr>
              <w:t xml:space="preserve"> </w:t>
            </w:r>
            <w:r w:rsidRPr="00E85698">
              <w:rPr>
                <w:w w:val="95"/>
                <w:sz w:val="16"/>
              </w:rPr>
              <w:t>Жанры</w:t>
            </w:r>
            <w:r w:rsidRPr="00E85698">
              <w:rPr>
                <w:spacing w:val="6"/>
                <w:w w:val="95"/>
                <w:sz w:val="16"/>
              </w:rPr>
              <w:t xml:space="preserve"> </w:t>
            </w:r>
            <w:r w:rsidRPr="00E85698">
              <w:rPr>
                <w:w w:val="95"/>
                <w:sz w:val="16"/>
              </w:rPr>
              <w:t>научного</w:t>
            </w:r>
            <w:r w:rsidRPr="00E85698">
              <w:rPr>
                <w:spacing w:val="7"/>
                <w:w w:val="95"/>
                <w:sz w:val="16"/>
              </w:rPr>
              <w:t xml:space="preserve"> </w:t>
            </w:r>
            <w:r w:rsidRPr="00E85698">
              <w:rPr>
                <w:w w:val="95"/>
                <w:sz w:val="16"/>
              </w:rPr>
              <w:t>стиля.</w:t>
            </w:r>
          </w:p>
        </w:tc>
        <w:tc>
          <w:tcPr>
            <w:tcW w:w="529" w:type="dxa"/>
            <w:tcBorders>
              <w:top w:val="single" w:sz="6" w:space="0" w:color="000000"/>
            </w:tcBorders>
          </w:tcPr>
          <w:p w:rsidR="00A047B0" w:rsidRPr="00E85698" w:rsidRDefault="00A047B0" w:rsidP="00A047B0">
            <w:pPr>
              <w:pStyle w:val="TableParagraph"/>
              <w:spacing w:before="57"/>
              <w:ind w:left="76"/>
              <w:rPr>
                <w:sz w:val="16"/>
              </w:rPr>
            </w:pPr>
            <w:r w:rsidRPr="00E85698">
              <w:rPr>
                <w:w w:val="96"/>
                <w:sz w:val="16"/>
              </w:rPr>
              <w:t>2</w:t>
            </w:r>
          </w:p>
        </w:tc>
        <w:tc>
          <w:tcPr>
            <w:tcW w:w="1107" w:type="dxa"/>
            <w:tcBorders>
              <w:top w:val="single" w:sz="6" w:space="0" w:color="000000"/>
            </w:tcBorders>
          </w:tcPr>
          <w:p w:rsidR="00A047B0" w:rsidRPr="00E85698" w:rsidRDefault="00A047B0" w:rsidP="00A047B0">
            <w:pPr>
              <w:pStyle w:val="TableParagraph"/>
              <w:spacing w:before="57"/>
              <w:ind w:left="75"/>
              <w:rPr>
                <w:sz w:val="16"/>
              </w:rPr>
            </w:pPr>
            <w:r w:rsidRPr="00E85698">
              <w:rPr>
                <w:w w:val="96"/>
                <w:sz w:val="16"/>
              </w:rPr>
              <w:t>0</w:t>
            </w:r>
          </w:p>
        </w:tc>
        <w:tc>
          <w:tcPr>
            <w:tcW w:w="1148" w:type="dxa"/>
            <w:tcBorders>
              <w:top w:val="single" w:sz="6" w:space="0" w:color="000000"/>
            </w:tcBorders>
          </w:tcPr>
          <w:p w:rsidR="00A047B0" w:rsidRPr="00E85698" w:rsidRDefault="00A047B0" w:rsidP="00A047B0">
            <w:pPr>
              <w:pStyle w:val="TableParagraph"/>
              <w:spacing w:before="57"/>
              <w:ind w:left="75"/>
              <w:rPr>
                <w:sz w:val="16"/>
              </w:rPr>
            </w:pPr>
            <w:r w:rsidRPr="00E85698">
              <w:rPr>
                <w:w w:val="96"/>
                <w:sz w:val="16"/>
              </w:rPr>
              <w:t>0</w:t>
            </w:r>
          </w:p>
        </w:tc>
        <w:tc>
          <w:tcPr>
            <w:tcW w:w="798" w:type="dxa"/>
            <w:tcBorders>
              <w:top w:val="single" w:sz="6" w:space="0" w:color="000000"/>
            </w:tcBorders>
          </w:tcPr>
          <w:p w:rsidR="00A047B0" w:rsidRPr="00E85698" w:rsidRDefault="001D3699" w:rsidP="00A047B0">
            <w:pPr>
              <w:pStyle w:val="TableParagraph"/>
              <w:rPr>
                <w:sz w:val="14"/>
              </w:rPr>
            </w:pPr>
            <w:r>
              <w:rPr>
                <w:sz w:val="14"/>
              </w:rPr>
              <w:t>10.10-11.10</w:t>
            </w:r>
          </w:p>
        </w:tc>
        <w:tc>
          <w:tcPr>
            <w:tcW w:w="5166" w:type="dxa"/>
            <w:tcBorders>
              <w:top w:val="single" w:sz="6" w:space="0" w:color="000000"/>
            </w:tcBorders>
          </w:tcPr>
          <w:p w:rsidR="00A047B0" w:rsidRPr="00E85698" w:rsidRDefault="00A047B0" w:rsidP="00A047B0">
            <w:pPr>
              <w:pStyle w:val="TableParagraph"/>
              <w:spacing w:before="57"/>
              <w:ind w:left="73"/>
              <w:rPr>
                <w:sz w:val="16"/>
              </w:rPr>
            </w:pPr>
            <w:r w:rsidRPr="00E85698">
              <w:rPr>
                <w:w w:val="95"/>
                <w:sz w:val="16"/>
              </w:rPr>
              <w:t>Создавать</w:t>
            </w:r>
            <w:r w:rsidRPr="00E85698">
              <w:rPr>
                <w:spacing w:val="7"/>
                <w:w w:val="95"/>
                <w:sz w:val="16"/>
              </w:rPr>
              <w:t xml:space="preserve"> </w:t>
            </w:r>
            <w:r w:rsidRPr="00E85698">
              <w:rPr>
                <w:w w:val="95"/>
                <w:sz w:val="16"/>
              </w:rPr>
              <w:t>рефераты</w:t>
            </w:r>
            <w:r w:rsidRPr="00E85698">
              <w:rPr>
                <w:spacing w:val="8"/>
                <w:w w:val="95"/>
                <w:sz w:val="16"/>
              </w:rPr>
              <w:t xml:space="preserve"> </w:t>
            </w:r>
            <w:r w:rsidRPr="00E85698">
              <w:rPr>
                <w:w w:val="95"/>
                <w:sz w:val="16"/>
              </w:rPr>
              <w:t>и</w:t>
            </w:r>
            <w:r w:rsidRPr="00E85698">
              <w:rPr>
                <w:spacing w:val="7"/>
                <w:w w:val="95"/>
                <w:sz w:val="16"/>
              </w:rPr>
              <w:t xml:space="preserve"> </w:t>
            </w:r>
            <w:r w:rsidRPr="00E85698">
              <w:rPr>
                <w:w w:val="95"/>
                <w:sz w:val="16"/>
              </w:rPr>
              <w:t>доклады</w:t>
            </w:r>
            <w:r w:rsidRPr="00E85698">
              <w:rPr>
                <w:spacing w:val="5"/>
                <w:w w:val="95"/>
                <w:sz w:val="16"/>
              </w:rPr>
              <w:t xml:space="preserve"> </w:t>
            </w:r>
            <w:r w:rsidRPr="00E85698">
              <w:rPr>
                <w:w w:val="95"/>
                <w:sz w:val="16"/>
              </w:rPr>
              <w:t>на</w:t>
            </w:r>
            <w:r w:rsidRPr="00E85698">
              <w:rPr>
                <w:spacing w:val="8"/>
                <w:w w:val="95"/>
                <w:sz w:val="16"/>
              </w:rPr>
              <w:t xml:space="preserve"> </w:t>
            </w:r>
            <w:r w:rsidRPr="00E85698">
              <w:rPr>
                <w:w w:val="95"/>
                <w:sz w:val="16"/>
              </w:rPr>
              <w:t>научную</w:t>
            </w:r>
            <w:r w:rsidRPr="00E85698">
              <w:rPr>
                <w:spacing w:val="6"/>
                <w:w w:val="95"/>
                <w:sz w:val="16"/>
              </w:rPr>
              <w:t xml:space="preserve"> </w:t>
            </w:r>
            <w:r w:rsidRPr="00E85698">
              <w:rPr>
                <w:w w:val="95"/>
                <w:sz w:val="16"/>
              </w:rPr>
              <w:t>тему;</w:t>
            </w:r>
          </w:p>
        </w:tc>
        <w:tc>
          <w:tcPr>
            <w:tcW w:w="1081" w:type="dxa"/>
            <w:tcBorders>
              <w:top w:val="single" w:sz="6" w:space="0" w:color="000000"/>
            </w:tcBorders>
          </w:tcPr>
          <w:p w:rsidR="00A047B0" w:rsidRPr="00E85698" w:rsidRDefault="00A047B0" w:rsidP="00A047B0">
            <w:pPr>
              <w:pStyle w:val="TableParagraph"/>
              <w:spacing w:before="62"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Borders>
              <w:top w:val="single" w:sz="6" w:space="0" w:color="000000"/>
            </w:tcBorders>
          </w:tcPr>
          <w:p w:rsidR="00A047B0" w:rsidRPr="00E85698" w:rsidRDefault="00A047B0" w:rsidP="00A047B0">
            <w:pPr>
              <w:pStyle w:val="TableParagraph"/>
              <w:spacing w:before="57"/>
              <w:ind w:left="69"/>
              <w:rPr>
                <w:sz w:val="16"/>
              </w:rPr>
            </w:pPr>
            <w:r w:rsidRPr="00E85698">
              <w:rPr>
                <w:sz w:val="16"/>
              </w:rPr>
              <w:t>https://resh.edu.ru</w:t>
            </w:r>
          </w:p>
        </w:tc>
      </w:tr>
      <w:tr w:rsidR="00A047B0" w:rsidRPr="00E85698" w:rsidTr="00A047B0">
        <w:trPr>
          <w:trHeight w:val="338"/>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w w:val="96"/>
                <w:sz w:val="16"/>
              </w:rPr>
              <w:t>5</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5512" w:type="dxa"/>
            <w:gridSpan w:val="9"/>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3"/>
                <w:w w:val="95"/>
                <w:sz w:val="16"/>
              </w:rPr>
              <w:t xml:space="preserve"> </w:t>
            </w:r>
            <w:r w:rsidRPr="00E85698">
              <w:rPr>
                <w:b/>
                <w:w w:val="95"/>
                <w:sz w:val="16"/>
              </w:rPr>
              <w:t>6.</w:t>
            </w:r>
            <w:r w:rsidRPr="00E85698">
              <w:rPr>
                <w:b/>
                <w:spacing w:val="10"/>
                <w:w w:val="95"/>
                <w:sz w:val="16"/>
              </w:rPr>
              <w:t xml:space="preserve"> </w:t>
            </w:r>
            <w:r w:rsidRPr="00E85698">
              <w:rPr>
                <w:b/>
                <w:w w:val="95"/>
                <w:sz w:val="16"/>
              </w:rPr>
              <w:t>СИСТЕМА</w:t>
            </w:r>
            <w:r w:rsidRPr="00E85698">
              <w:rPr>
                <w:b/>
                <w:spacing w:val="12"/>
                <w:w w:val="95"/>
                <w:sz w:val="16"/>
              </w:rPr>
              <w:t xml:space="preserve"> </w:t>
            </w:r>
            <w:r w:rsidRPr="00E85698">
              <w:rPr>
                <w:b/>
                <w:w w:val="95"/>
                <w:sz w:val="16"/>
              </w:rPr>
              <w:t>ЯЗЫКА:</w:t>
            </w:r>
            <w:r w:rsidRPr="00E85698">
              <w:rPr>
                <w:b/>
                <w:spacing w:val="12"/>
                <w:w w:val="95"/>
                <w:sz w:val="16"/>
              </w:rPr>
              <w:t xml:space="preserve"> </w:t>
            </w:r>
            <w:r w:rsidRPr="00E85698">
              <w:rPr>
                <w:b/>
                <w:w w:val="95"/>
                <w:sz w:val="16"/>
              </w:rPr>
              <w:t>СИНТАКСИС.</w:t>
            </w:r>
            <w:r w:rsidRPr="00E85698">
              <w:rPr>
                <w:b/>
                <w:spacing w:val="10"/>
                <w:w w:val="95"/>
                <w:sz w:val="16"/>
              </w:rPr>
              <w:t xml:space="preserve"> </w:t>
            </w:r>
            <w:r w:rsidRPr="00E85698">
              <w:rPr>
                <w:b/>
                <w:w w:val="95"/>
                <w:sz w:val="16"/>
              </w:rPr>
              <w:t>КУЛЬТУРА</w:t>
            </w:r>
            <w:r w:rsidRPr="00E85698">
              <w:rPr>
                <w:b/>
                <w:spacing w:val="8"/>
                <w:w w:val="95"/>
                <w:sz w:val="16"/>
              </w:rPr>
              <w:t xml:space="preserve"> </w:t>
            </w:r>
            <w:r w:rsidRPr="00E85698">
              <w:rPr>
                <w:b/>
                <w:w w:val="95"/>
                <w:sz w:val="16"/>
              </w:rPr>
              <w:t>РЕЧИ.</w:t>
            </w:r>
            <w:r w:rsidRPr="00E85698">
              <w:rPr>
                <w:b/>
                <w:spacing w:val="10"/>
                <w:w w:val="95"/>
                <w:sz w:val="16"/>
              </w:rPr>
              <w:t xml:space="preserve"> </w:t>
            </w:r>
            <w:r w:rsidRPr="00E85698">
              <w:rPr>
                <w:b/>
                <w:w w:val="95"/>
                <w:sz w:val="16"/>
              </w:rPr>
              <w:t>ПУНКТУАЦИЯ</w:t>
            </w:r>
          </w:p>
        </w:tc>
      </w:tr>
      <w:tr w:rsidR="00A047B0" w:rsidRPr="00E85698" w:rsidTr="00A047B0">
        <w:trPr>
          <w:trHeight w:val="913"/>
        </w:trPr>
        <w:tc>
          <w:tcPr>
            <w:tcW w:w="468" w:type="dxa"/>
          </w:tcPr>
          <w:p w:rsidR="00A047B0" w:rsidRPr="00E85698" w:rsidRDefault="00A047B0" w:rsidP="00A047B0">
            <w:pPr>
              <w:pStyle w:val="TableParagraph"/>
              <w:spacing w:before="58"/>
              <w:ind w:right="107"/>
              <w:jc w:val="right"/>
              <w:rPr>
                <w:sz w:val="16"/>
              </w:rPr>
            </w:pPr>
            <w:r w:rsidRPr="00E85698">
              <w:rPr>
                <w:sz w:val="16"/>
              </w:rPr>
              <w:t>6.1.</w:t>
            </w:r>
          </w:p>
        </w:tc>
        <w:tc>
          <w:tcPr>
            <w:tcW w:w="3831" w:type="dxa"/>
          </w:tcPr>
          <w:p w:rsidR="00A047B0" w:rsidRPr="00E85698" w:rsidRDefault="00A047B0" w:rsidP="00A047B0">
            <w:pPr>
              <w:pStyle w:val="TableParagraph"/>
              <w:spacing w:before="58"/>
              <w:ind w:left="76"/>
              <w:rPr>
                <w:sz w:val="16"/>
              </w:rPr>
            </w:pPr>
            <w:r w:rsidRPr="00E85698">
              <w:rPr>
                <w:w w:val="95"/>
                <w:sz w:val="16"/>
              </w:rPr>
              <w:t>Синтаксис</w:t>
            </w:r>
            <w:r w:rsidRPr="00E85698">
              <w:rPr>
                <w:spacing w:val="5"/>
                <w:w w:val="95"/>
                <w:sz w:val="16"/>
              </w:rPr>
              <w:t xml:space="preserve"> </w:t>
            </w:r>
            <w:r w:rsidRPr="00E85698">
              <w:rPr>
                <w:w w:val="95"/>
                <w:sz w:val="16"/>
              </w:rPr>
              <w:t>как</w:t>
            </w:r>
            <w:r w:rsidRPr="00E85698">
              <w:rPr>
                <w:spacing w:val="9"/>
                <w:w w:val="95"/>
                <w:sz w:val="16"/>
              </w:rPr>
              <w:t xml:space="preserve"> </w:t>
            </w:r>
            <w:r w:rsidRPr="00E85698">
              <w:rPr>
                <w:w w:val="95"/>
                <w:sz w:val="16"/>
              </w:rPr>
              <w:t>раздел</w:t>
            </w:r>
            <w:r w:rsidRPr="00E85698">
              <w:rPr>
                <w:spacing w:val="8"/>
                <w:w w:val="95"/>
                <w:sz w:val="16"/>
              </w:rPr>
              <w:t xml:space="preserve"> </w:t>
            </w:r>
            <w:r w:rsidRPr="00E85698">
              <w:rPr>
                <w:w w:val="95"/>
                <w:sz w:val="16"/>
              </w:rPr>
              <w:t>лингвистики.</w:t>
            </w:r>
          </w:p>
        </w:tc>
        <w:tc>
          <w:tcPr>
            <w:tcW w:w="529" w:type="dxa"/>
          </w:tcPr>
          <w:p w:rsidR="00A047B0" w:rsidRPr="00E85698" w:rsidRDefault="00A047B0" w:rsidP="00A047B0">
            <w:pPr>
              <w:pStyle w:val="TableParagraph"/>
              <w:spacing w:before="58"/>
              <w:ind w:left="76"/>
              <w:rPr>
                <w:sz w:val="16"/>
              </w:rPr>
            </w:pPr>
            <w:r w:rsidRPr="00E85698">
              <w:rPr>
                <w:w w:val="96"/>
                <w:sz w:val="16"/>
              </w:rPr>
              <w:t>1</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8" w:type="dxa"/>
          </w:tcPr>
          <w:p w:rsidR="00A047B0" w:rsidRPr="00E85698" w:rsidRDefault="00A047B0" w:rsidP="00A047B0">
            <w:pPr>
              <w:pStyle w:val="TableParagraph"/>
              <w:spacing w:before="58"/>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12.10</w:t>
            </w:r>
          </w:p>
        </w:tc>
        <w:tc>
          <w:tcPr>
            <w:tcW w:w="5166" w:type="dxa"/>
          </w:tcPr>
          <w:p w:rsidR="00A047B0" w:rsidRPr="00E85698" w:rsidRDefault="00A047B0" w:rsidP="00A047B0">
            <w:pPr>
              <w:pStyle w:val="TableParagraph"/>
              <w:spacing w:before="63" w:line="247" w:lineRule="auto"/>
              <w:ind w:left="73" w:right="183"/>
              <w:rPr>
                <w:sz w:val="16"/>
              </w:rPr>
            </w:pPr>
            <w:r w:rsidRPr="00E85698">
              <w:rPr>
                <w:sz w:val="16"/>
              </w:rPr>
              <w:t>Иметь представление о синтаксисе как разделе лингвистики;</w:t>
            </w:r>
            <w:r w:rsidRPr="00E85698">
              <w:rPr>
                <w:spacing w:val="1"/>
                <w:sz w:val="16"/>
              </w:rPr>
              <w:t xml:space="preserve"> </w:t>
            </w:r>
            <w:r w:rsidRPr="00E85698">
              <w:rPr>
                <w:w w:val="95"/>
                <w:sz w:val="16"/>
              </w:rPr>
              <w:t>Распознавать</w:t>
            </w:r>
            <w:r w:rsidRPr="00E85698">
              <w:rPr>
                <w:spacing w:val="8"/>
                <w:w w:val="95"/>
                <w:sz w:val="16"/>
              </w:rPr>
              <w:t xml:space="preserve"> </w:t>
            </w:r>
            <w:r w:rsidRPr="00E85698">
              <w:rPr>
                <w:w w:val="95"/>
                <w:sz w:val="16"/>
              </w:rPr>
              <w:t>словосочетание</w:t>
            </w:r>
            <w:r w:rsidRPr="00E85698">
              <w:rPr>
                <w:spacing w:val="9"/>
                <w:w w:val="95"/>
                <w:sz w:val="16"/>
              </w:rPr>
              <w:t xml:space="preserve"> </w:t>
            </w:r>
            <w:r w:rsidRPr="00E85698">
              <w:rPr>
                <w:w w:val="95"/>
                <w:sz w:val="16"/>
              </w:rPr>
              <w:t>и</w:t>
            </w:r>
            <w:r w:rsidRPr="00E85698">
              <w:rPr>
                <w:spacing w:val="8"/>
                <w:w w:val="95"/>
                <w:sz w:val="16"/>
              </w:rPr>
              <w:t xml:space="preserve"> </w:t>
            </w:r>
            <w:r w:rsidRPr="00E85698">
              <w:rPr>
                <w:w w:val="95"/>
                <w:sz w:val="16"/>
              </w:rPr>
              <w:t>предложение</w:t>
            </w:r>
            <w:r w:rsidRPr="00E85698">
              <w:rPr>
                <w:spacing w:val="6"/>
                <w:w w:val="95"/>
                <w:sz w:val="16"/>
              </w:rPr>
              <w:t xml:space="preserve"> </w:t>
            </w:r>
            <w:r w:rsidRPr="00E85698">
              <w:rPr>
                <w:w w:val="95"/>
                <w:sz w:val="16"/>
              </w:rPr>
              <w:t>как</w:t>
            </w:r>
            <w:r w:rsidRPr="00E85698">
              <w:rPr>
                <w:spacing w:val="9"/>
                <w:w w:val="95"/>
                <w:sz w:val="16"/>
              </w:rPr>
              <w:t xml:space="preserve"> </w:t>
            </w:r>
            <w:r w:rsidRPr="00E85698">
              <w:rPr>
                <w:w w:val="95"/>
                <w:sz w:val="16"/>
              </w:rPr>
              <w:t>единицы</w:t>
            </w:r>
            <w:r w:rsidRPr="00E85698">
              <w:rPr>
                <w:spacing w:val="10"/>
                <w:w w:val="95"/>
                <w:sz w:val="16"/>
              </w:rPr>
              <w:t xml:space="preserve"> </w:t>
            </w:r>
            <w:r w:rsidRPr="00E85698">
              <w:rPr>
                <w:w w:val="95"/>
                <w:sz w:val="16"/>
              </w:rPr>
              <w:t>синтаксиса;</w:t>
            </w:r>
          </w:p>
        </w:tc>
        <w:tc>
          <w:tcPr>
            <w:tcW w:w="1081" w:type="dxa"/>
          </w:tcPr>
          <w:p w:rsidR="00A047B0" w:rsidRPr="00E85698" w:rsidRDefault="00A047B0" w:rsidP="00A047B0">
            <w:pPr>
              <w:pStyle w:val="TableParagraph"/>
              <w:spacing w:before="65"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1205"/>
        </w:trPr>
        <w:tc>
          <w:tcPr>
            <w:tcW w:w="468" w:type="dxa"/>
          </w:tcPr>
          <w:p w:rsidR="00A047B0" w:rsidRPr="00E85698" w:rsidRDefault="00A047B0" w:rsidP="00A047B0">
            <w:pPr>
              <w:pStyle w:val="TableParagraph"/>
              <w:spacing w:before="58"/>
              <w:ind w:right="107"/>
              <w:jc w:val="right"/>
              <w:rPr>
                <w:sz w:val="16"/>
              </w:rPr>
            </w:pPr>
            <w:r w:rsidRPr="00E85698">
              <w:rPr>
                <w:sz w:val="16"/>
              </w:rPr>
              <w:t>6.2.</w:t>
            </w:r>
          </w:p>
        </w:tc>
        <w:tc>
          <w:tcPr>
            <w:tcW w:w="3831" w:type="dxa"/>
          </w:tcPr>
          <w:p w:rsidR="00A047B0" w:rsidRPr="00E85698" w:rsidRDefault="00A047B0" w:rsidP="00A047B0">
            <w:pPr>
              <w:pStyle w:val="TableParagraph"/>
              <w:spacing w:before="58"/>
              <w:ind w:left="76"/>
              <w:rPr>
                <w:sz w:val="16"/>
              </w:rPr>
            </w:pPr>
            <w:r w:rsidRPr="00E85698">
              <w:rPr>
                <w:w w:val="95"/>
                <w:sz w:val="16"/>
              </w:rPr>
              <w:t>Пунктуация.</w:t>
            </w:r>
            <w:r w:rsidRPr="00E85698">
              <w:rPr>
                <w:spacing w:val="8"/>
                <w:w w:val="95"/>
                <w:sz w:val="16"/>
              </w:rPr>
              <w:t xml:space="preserve"> </w:t>
            </w:r>
            <w:r w:rsidRPr="00E85698">
              <w:rPr>
                <w:w w:val="95"/>
                <w:sz w:val="16"/>
              </w:rPr>
              <w:t>Функции</w:t>
            </w:r>
            <w:r w:rsidRPr="00E85698">
              <w:rPr>
                <w:spacing w:val="5"/>
                <w:w w:val="95"/>
                <w:sz w:val="16"/>
              </w:rPr>
              <w:t xml:space="preserve"> </w:t>
            </w:r>
            <w:r w:rsidRPr="00E85698">
              <w:rPr>
                <w:w w:val="95"/>
                <w:sz w:val="16"/>
              </w:rPr>
              <w:t>знаков</w:t>
            </w:r>
            <w:r w:rsidRPr="00E85698">
              <w:rPr>
                <w:spacing w:val="10"/>
                <w:w w:val="95"/>
                <w:sz w:val="16"/>
              </w:rPr>
              <w:t xml:space="preserve"> </w:t>
            </w:r>
            <w:r w:rsidRPr="00E85698">
              <w:rPr>
                <w:w w:val="95"/>
                <w:sz w:val="16"/>
              </w:rPr>
              <w:t>препинания.</w:t>
            </w:r>
          </w:p>
        </w:tc>
        <w:tc>
          <w:tcPr>
            <w:tcW w:w="529" w:type="dxa"/>
          </w:tcPr>
          <w:p w:rsidR="00A047B0" w:rsidRPr="00E85698" w:rsidRDefault="00A047B0" w:rsidP="00A047B0">
            <w:pPr>
              <w:pStyle w:val="TableParagraph"/>
              <w:spacing w:before="58"/>
              <w:ind w:left="76"/>
              <w:rPr>
                <w:sz w:val="16"/>
              </w:rPr>
            </w:pPr>
            <w:r w:rsidRPr="00E85698">
              <w:rPr>
                <w:w w:val="96"/>
                <w:sz w:val="16"/>
              </w:rPr>
              <w:t>1</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8" w:type="dxa"/>
          </w:tcPr>
          <w:p w:rsidR="00A047B0" w:rsidRPr="00E85698" w:rsidRDefault="00A047B0" w:rsidP="00A047B0">
            <w:pPr>
              <w:pStyle w:val="TableParagraph"/>
              <w:spacing w:before="58"/>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17.10</w:t>
            </w:r>
          </w:p>
        </w:tc>
        <w:tc>
          <w:tcPr>
            <w:tcW w:w="5166" w:type="dxa"/>
          </w:tcPr>
          <w:p w:rsidR="00A047B0" w:rsidRPr="00E85698" w:rsidRDefault="00A047B0" w:rsidP="00A047B0">
            <w:pPr>
              <w:pStyle w:val="TableParagraph"/>
              <w:spacing w:before="63"/>
              <w:ind w:left="73"/>
              <w:rPr>
                <w:sz w:val="16"/>
              </w:rPr>
            </w:pPr>
            <w:r w:rsidRPr="00E85698">
              <w:rPr>
                <w:w w:val="95"/>
                <w:sz w:val="16"/>
              </w:rPr>
              <w:t>Различать</w:t>
            </w:r>
            <w:r w:rsidRPr="00E85698">
              <w:rPr>
                <w:spacing w:val="6"/>
                <w:w w:val="95"/>
                <w:sz w:val="16"/>
              </w:rPr>
              <w:t xml:space="preserve"> </w:t>
            </w:r>
            <w:r w:rsidRPr="00E85698">
              <w:rPr>
                <w:w w:val="95"/>
                <w:sz w:val="16"/>
              </w:rPr>
              <w:t>функции</w:t>
            </w:r>
            <w:r w:rsidRPr="00E85698">
              <w:rPr>
                <w:spacing w:val="7"/>
                <w:w w:val="95"/>
                <w:sz w:val="16"/>
              </w:rPr>
              <w:t xml:space="preserve"> </w:t>
            </w:r>
            <w:r w:rsidRPr="00E85698">
              <w:rPr>
                <w:w w:val="95"/>
                <w:sz w:val="16"/>
              </w:rPr>
              <w:t>знаков</w:t>
            </w:r>
            <w:r w:rsidRPr="00E85698">
              <w:rPr>
                <w:spacing w:val="7"/>
                <w:w w:val="95"/>
                <w:sz w:val="16"/>
              </w:rPr>
              <w:t xml:space="preserve"> </w:t>
            </w:r>
            <w:r w:rsidRPr="00E85698">
              <w:rPr>
                <w:w w:val="95"/>
                <w:sz w:val="16"/>
              </w:rPr>
              <w:t>препинания;</w:t>
            </w:r>
          </w:p>
          <w:p w:rsidR="00A047B0" w:rsidRPr="00E85698" w:rsidRDefault="00A047B0" w:rsidP="00A047B0">
            <w:pPr>
              <w:pStyle w:val="TableParagraph"/>
              <w:spacing w:before="10" w:line="252" w:lineRule="auto"/>
              <w:ind w:left="73" w:right="69"/>
              <w:rPr>
                <w:sz w:val="16"/>
              </w:rPr>
            </w:pPr>
            <w:r w:rsidRPr="00E85698">
              <w:rPr>
                <w:w w:val="95"/>
                <w:sz w:val="16"/>
              </w:rPr>
              <w:t>Проводить</w:t>
            </w:r>
            <w:r w:rsidRPr="00E85698">
              <w:rPr>
                <w:spacing w:val="5"/>
                <w:w w:val="95"/>
                <w:sz w:val="16"/>
              </w:rPr>
              <w:t xml:space="preserve"> </w:t>
            </w:r>
            <w:r w:rsidRPr="00E85698">
              <w:rPr>
                <w:w w:val="95"/>
                <w:sz w:val="16"/>
              </w:rPr>
              <w:t>синтаксический</w:t>
            </w:r>
            <w:r w:rsidRPr="00E85698">
              <w:rPr>
                <w:spacing w:val="2"/>
                <w:w w:val="95"/>
                <w:sz w:val="16"/>
              </w:rPr>
              <w:t xml:space="preserve"> </w:t>
            </w:r>
            <w:r w:rsidRPr="00E85698">
              <w:rPr>
                <w:w w:val="95"/>
                <w:sz w:val="16"/>
              </w:rPr>
              <w:t>анализ</w:t>
            </w:r>
            <w:r w:rsidRPr="00E85698">
              <w:rPr>
                <w:spacing w:val="5"/>
                <w:w w:val="95"/>
                <w:sz w:val="16"/>
              </w:rPr>
              <w:t xml:space="preserve"> </w:t>
            </w:r>
            <w:r w:rsidRPr="00E85698">
              <w:rPr>
                <w:w w:val="95"/>
                <w:sz w:val="16"/>
              </w:rPr>
              <w:t>словосочетаний,</w:t>
            </w:r>
            <w:r w:rsidRPr="00E85698">
              <w:rPr>
                <w:spacing w:val="4"/>
                <w:w w:val="95"/>
                <w:sz w:val="16"/>
              </w:rPr>
              <w:t xml:space="preserve"> </w:t>
            </w:r>
            <w:r w:rsidRPr="00E85698">
              <w:rPr>
                <w:w w:val="95"/>
                <w:sz w:val="16"/>
              </w:rPr>
              <w:t>синтаксический</w:t>
            </w:r>
            <w:r w:rsidRPr="00E85698">
              <w:rPr>
                <w:spacing w:val="6"/>
                <w:w w:val="95"/>
                <w:sz w:val="16"/>
              </w:rPr>
              <w:t xml:space="preserve"> </w:t>
            </w:r>
            <w:r w:rsidRPr="00E85698">
              <w:rPr>
                <w:w w:val="95"/>
                <w:sz w:val="16"/>
              </w:rPr>
              <w:t>и</w:t>
            </w:r>
            <w:r w:rsidRPr="00E85698">
              <w:rPr>
                <w:spacing w:val="1"/>
                <w:w w:val="95"/>
                <w:sz w:val="16"/>
              </w:rPr>
              <w:t xml:space="preserve"> </w:t>
            </w:r>
            <w:r w:rsidRPr="00E85698">
              <w:rPr>
                <w:w w:val="95"/>
                <w:sz w:val="16"/>
              </w:rPr>
              <w:t>пунктуационный</w:t>
            </w:r>
            <w:r w:rsidRPr="00E85698">
              <w:rPr>
                <w:spacing w:val="8"/>
                <w:w w:val="95"/>
                <w:sz w:val="16"/>
              </w:rPr>
              <w:t xml:space="preserve"> </w:t>
            </w:r>
            <w:r w:rsidRPr="00E85698">
              <w:rPr>
                <w:w w:val="95"/>
                <w:sz w:val="16"/>
              </w:rPr>
              <w:t>анализ</w:t>
            </w:r>
            <w:r w:rsidRPr="00E85698">
              <w:rPr>
                <w:spacing w:val="5"/>
                <w:w w:val="95"/>
                <w:sz w:val="16"/>
              </w:rPr>
              <w:t xml:space="preserve"> </w:t>
            </w:r>
            <w:r w:rsidRPr="00E85698">
              <w:rPr>
                <w:w w:val="95"/>
                <w:sz w:val="16"/>
              </w:rPr>
              <w:t>предложений;</w:t>
            </w:r>
            <w:r w:rsidRPr="00E85698">
              <w:rPr>
                <w:spacing w:val="7"/>
                <w:w w:val="95"/>
                <w:sz w:val="16"/>
              </w:rPr>
              <w:t xml:space="preserve"> </w:t>
            </w:r>
            <w:r w:rsidRPr="00E85698">
              <w:rPr>
                <w:w w:val="95"/>
                <w:sz w:val="16"/>
              </w:rPr>
              <w:t>применять</w:t>
            </w:r>
            <w:r w:rsidRPr="00E85698">
              <w:rPr>
                <w:spacing w:val="9"/>
                <w:w w:val="95"/>
                <w:sz w:val="16"/>
              </w:rPr>
              <w:t xml:space="preserve"> </w:t>
            </w:r>
            <w:r w:rsidRPr="00E85698">
              <w:rPr>
                <w:w w:val="95"/>
                <w:sz w:val="16"/>
              </w:rPr>
              <w:t>знания</w:t>
            </w:r>
            <w:r w:rsidRPr="00E85698">
              <w:rPr>
                <w:spacing w:val="8"/>
                <w:w w:val="95"/>
                <w:sz w:val="16"/>
              </w:rPr>
              <w:t xml:space="preserve"> </w:t>
            </w:r>
            <w:r w:rsidRPr="00E85698">
              <w:rPr>
                <w:w w:val="95"/>
                <w:sz w:val="16"/>
              </w:rPr>
              <w:t>по</w:t>
            </w:r>
            <w:r w:rsidRPr="00E85698">
              <w:rPr>
                <w:spacing w:val="7"/>
                <w:w w:val="95"/>
                <w:sz w:val="16"/>
              </w:rPr>
              <w:t xml:space="preserve"> </w:t>
            </w:r>
            <w:r w:rsidRPr="00E85698">
              <w:rPr>
                <w:w w:val="95"/>
                <w:sz w:val="16"/>
              </w:rPr>
              <w:t>синтаксису</w:t>
            </w:r>
            <w:r w:rsidRPr="00E85698">
              <w:rPr>
                <w:spacing w:val="7"/>
                <w:w w:val="95"/>
                <w:sz w:val="16"/>
              </w:rPr>
              <w:t xml:space="preserve"> </w:t>
            </w:r>
            <w:r w:rsidRPr="00E85698">
              <w:rPr>
                <w:w w:val="95"/>
                <w:sz w:val="16"/>
              </w:rPr>
              <w:t>и</w:t>
            </w:r>
            <w:r w:rsidRPr="00E85698">
              <w:rPr>
                <w:spacing w:val="1"/>
                <w:w w:val="95"/>
                <w:sz w:val="16"/>
              </w:rPr>
              <w:t xml:space="preserve"> </w:t>
            </w:r>
            <w:r w:rsidRPr="00E85698">
              <w:rPr>
                <w:w w:val="95"/>
                <w:sz w:val="16"/>
              </w:rPr>
              <w:t>пунктуации</w:t>
            </w:r>
            <w:r w:rsidRPr="00E85698">
              <w:rPr>
                <w:spacing w:val="4"/>
                <w:w w:val="95"/>
                <w:sz w:val="16"/>
              </w:rPr>
              <w:t xml:space="preserve"> </w:t>
            </w:r>
            <w:r w:rsidRPr="00E85698">
              <w:rPr>
                <w:w w:val="95"/>
                <w:sz w:val="16"/>
              </w:rPr>
              <w:t>при</w:t>
            </w:r>
            <w:r w:rsidRPr="00E85698">
              <w:rPr>
                <w:spacing w:val="2"/>
                <w:w w:val="95"/>
                <w:sz w:val="16"/>
              </w:rPr>
              <w:t xml:space="preserve"> </w:t>
            </w:r>
            <w:r w:rsidRPr="00E85698">
              <w:rPr>
                <w:w w:val="95"/>
                <w:sz w:val="16"/>
              </w:rPr>
              <w:t>выполнении</w:t>
            </w:r>
            <w:r w:rsidRPr="00E85698">
              <w:rPr>
                <w:spacing w:val="4"/>
                <w:w w:val="95"/>
                <w:sz w:val="16"/>
              </w:rPr>
              <w:t xml:space="preserve"> </w:t>
            </w:r>
            <w:r w:rsidRPr="00E85698">
              <w:rPr>
                <w:w w:val="95"/>
                <w:sz w:val="16"/>
              </w:rPr>
              <w:t>языкового</w:t>
            </w:r>
            <w:r w:rsidRPr="00E85698">
              <w:rPr>
                <w:spacing w:val="4"/>
                <w:w w:val="95"/>
                <w:sz w:val="16"/>
              </w:rPr>
              <w:t xml:space="preserve"> </w:t>
            </w:r>
            <w:r w:rsidRPr="00E85698">
              <w:rPr>
                <w:w w:val="95"/>
                <w:sz w:val="16"/>
              </w:rPr>
              <w:t>анализа</w:t>
            </w:r>
            <w:r w:rsidRPr="00E85698">
              <w:rPr>
                <w:spacing w:val="5"/>
                <w:w w:val="95"/>
                <w:sz w:val="16"/>
              </w:rPr>
              <w:t xml:space="preserve"> </w:t>
            </w:r>
            <w:r w:rsidRPr="00E85698">
              <w:rPr>
                <w:w w:val="95"/>
                <w:sz w:val="16"/>
              </w:rPr>
              <w:t>различных</w:t>
            </w:r>
            <w:r w:rsidRPr="00E85698">
              <w:rPr>
                <w:spacing w:val="3"/>
                <w:w w:val="95"/>
                <w:sz w:val="16"/>
              </w:rPr>
              <w:t xml:space="preserve"> </w:t>
            </w:r>
            <w:r w:rsidRPr="00E85698">
              <w:rPr>
                <w:w w:val="95"/>
                <w:sz w:val="16"/>
              </w:rPr>
              <w:t>видов</w:t>
            </w:r>
            <w:r w:rsidRPr="00E85698">
              <w:rPr>
                <w:spacing w:val="5"/>
                <w:w w:val="95"/>
                <w:sz w:val="16"/>
              </w:rPr>
              <w:t xml:space="preserve"> </w:t>
            </w:r>
            <w:r w:rsidRPr="00E85698">
              <w:rPr>
                <w:w w:val="95"/>
                <w:sz w:val="16"/>
              </w:rPr>
              <w:t>и</w:t>
            </w:r>
            <w:r w:rsidRPr="00E85698">
              <w:rPr>
                <w:spacing w:val="1"/>
                <w:w w:val="95"/>
                <w:sz w:val="16"/>
              </w:rPr>
              <w:t xml:space="preserve"> </w:t>
            </w:r>
            <w:r w:rsidRPr="00E85698">
              <w:rPr>
                <w:w w:val="95"/>
                <w:sz w:val="16"/>
              </w:rPr>
              <w:t>в</w:t>
            </w:r>
            <w:r w:rsidRPr="00E85698">
              <w:rPr>
                <w:spacing w:val="1"/>
                <w:w w:val="95"/>
                <w:sz w:val="16"/>
              </w:rPr>
              <w:t xml:space="preserve"> </w:t>
            </w:r>
            <w:r w:rsidRPr="00E85698">
              <w:rPr>
                <w:sz w:val="16"/>
              </w:rPr>
              <w:t>речевой</w:t>
            </w:r>
            <w:r w:rsidRPr="00E85698">
              <w:rPr>
                <w:spacing w:val="-5"/>
                <w:sz w:val="16"/>
              </w:rPr>
              <w:t xml:space="preserve"> </w:t>
            </w:r>
            <w:r w:rsidRPr="00E85698">
              <w:rPr>
                <w:sz w:val="16"/>
              </w:rPr>
              <w:t>практике;</w:t>
            </w:r>
          </w:p>
        </w:tc>
        <w:tc>
          <w:tcPr>
            <w:tcW w:w="1081" w:type="dxa"/>
          </w:tcPr>
          <w:p w:rsidR="00A047B0" w:rsidRPr="00E85698" w:rsidRDefault="00A047B0" w:rsidP="00A047B0">
            <w:pPr>
              <w:pStyle w:val="TableParagraph"/>
              <w:spacing w:before="63" w:line="252"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3"/>
              <w:ind w:left="70"/>
              <w:rPr>
                <w:sz w:val="16"/>
              </w:rPr>
            </w:pPr>
            <w:r w:rsidRPr="00E85698">
              <w:rPr>
                <w:sz w:val="16"/>
              </w:rPr>
              <w:t>ВПР;</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337"/>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w w:val="96"/>
                <w:sz w:val="16"/>
              </w:rPr>
              <w:t>2</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3047" w:type="dxa"/>
            <w:gridSpan w:val="7"/>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1"/>
                <w:w w:val="95"/>
                <w:sz w:val="16"/>
              </w:rPr>
              <w:t xml:space="preserve"> </w:t>
            </w:r>
            <w:r w:rsidRPr="00E85698">
              <w:rPr>
                <w:b/>
                <w:w w:val="95"/>
                <w:sz w:val="16"/>
              </w:rPr>
              <w:t>7.</w:t>
            </w:r>
            <w:r w:rsidRPr="00E85698">
              <w:rPr>
                <w:b/>
                <w:spacing w:val="9"/>
                <w:w w:val="95"/>
                <w:sz w:val="16"/>
              </w:rPr>
              <w:t xml:space="preserve"> </w:t>
            </w:r>
            <w:r w:rsidRPr="00E85698">
              <w:rPr>
                <w:b/>
                <w:w w:val="95"/>
                <w:sz w:val="16"/>
              </w:rPr>
              <w:t>СИСТЕМА</w:t>
            </w:r>
            <w:r w:rsidRPr="00E85698">
              <w:rPr>
                <w:b/>
                <w:spacing w:val="11"/>
                <w:w w:val="95"/>
                <w:sz w:val="16"/>
              </w:rPr>
              <w:t xml:space="preserve"> </w:t>
            </w:r>
            <w:r w:rsidRPr="00E85698">
              <w:rPr>
                <w:b/>
                <w:w w:val="95"/>
                <w:sz w:val="16"/>
              </w:rPr>
              <w:t>ЯЗЫКА:</w:t>
            </w:r>
            <w:r w:rsidRPr="00E85698">
              <w:rPr>
                <w:b/>
                <w:spacing w:val="10"/>
                <w:w w:val="95"/>
                <w:sz w:val="16"/>
              </w:rPr>
              <w:t xml:space="preserve"> </w:t>
            </w:r>
            <w:r w:rsidRPr="00E85698">
              <w:rPr>
                <w:b/>
                <w:w w:val="95"/>
                <w:sz w:val="16"/>
              </w:rPr>
              <w:t>СЛОВОСОЧЕТАНИЕ</w:t>
            </w:r>
          </w:p>
        </w:tc>
        <w:tc>
          <w:tcPr>
            <w:tcW w:w="1081" w:type="dxa"/>
          </w:tcPr>
          <w:p w:rsidR="00A047B0" w:rsidRPr="00E85698" w:rsidRDefault="00A047B0" w:rsidP="00A047B0">
            <w:pPr>
              <w:pStyle w:val="TableParagraph"/>
              <w:rPr>
                <w:sz w:val="14"/>
              </w:rPr>
            </w:pPr>
          </w:p>
        </w:tc>
        <w:tc>
          <w:tcPr>
            <w:tcW w:w="1384" w:type="dxa"/>
          </w:tcPr>
          <w:p w:rsidR="00A047B0" w:rsidRPr="00E85698" w:rsidRDefault="00A047B0" w:rsidP="00A047B0">
            <w:pPr>
              <w:pStyle w:val="TableParagraph"/>
              <w:rPr>
                <w:sz w:val="14"/>
              </w:rPr>
            </w:pPr>
          </w:p>
        </w:tc>
      </w:tr>
      <w:tr w:rsidR="00A047B0" w:rsidRPr="00E85698" w:rsidTr="00A047B0">
        <w:trPr>
          <w:trHeight w:val="894"/>
        </w:trPr>
        <w:tc>
          <w:tcPr>
            <w:tcW w:w="468" w:type="dxa"/>
          </w:tcPr>
          <w:p w:rsidR="00A047B0" w:rsidRPr="00E85698" w:rsidRDefault="00A047B0" w:rsidP="00A047B0">
            <w:pPr>
              <w:pStyle w:val="TableParagraph"/>
              <w:spacing w:before="58"/>
              <w:ind w:right="107"/>
              <w:jc w:val="right"/>
              <w:rPr>
                <w:sz w:val="16"/>
              </w:rPr>
            </w:pPr>
            <w:r w:rsidRPr="00E85698">
              <w:rPr>
                <w:sz w:val="16"/>
              </w:rPr>
              <w:t>7.1.</w:t>
            </w:r>
          </w:p>
        </w:tc>
        <w:tc>
          <w:tcPr>
            <w:tcW w:w="3831" w:type="dxa"/>
          </w:tcPr>
          <w:p w:rsidR="00A047B0" w:rsidRPr="00E85698" w:rsidRDefault="00A047B0" w:rsidP="00A047B0">
            <w:pPr>
              <w:pStyle w:val="TableParagraph"/>
              <w:spacing w:before="58"/>
              <w:ind w:left="76"/>
              <w:rPr>
                <w:sz w:val="16"/>
              </w:rPr>
            </w:pPr>
            <w:r w:rsidRPr="00E85698">
              <w:rPr>
                <w:w w:val="95"/>
                <w:sz w:val="16"/>
              </w:rPr>
              <w:t>Словосочетание</w:t>
            </w:r>
            <w:r w:rsidRPr="00E85698">
              <w:rPr>
                <w:spacing w:val="4"/>
                <w:w w:val="95"/>
                <w:sz w:val="16"/>
              </w:rPr>
              <w:t xml:space="preserve"> </w:t>
            </w:r>
            <w:r w:rsidRPr="00E85698">
              <w:rPr>
                <w:w w:val="95"/>
                <w:sz w:val="16"/>
              </w:rPr>
              <w:t>и</w:t>
            </w:r>
            <w:r w:rsidRPr="00E85698">
              <w:rPr>
                <w:spacing w:val="9"/>
                <w:w w:val="95"/>
                <w:sz w:val="16"/>
              </w:rPr>
              <w:t xml:space="preserve"> </w:t>
            </w:r>
            <w:r w:rsidRPr="00E85698">
              <w:rPr>
                <w:w w:val="95"/>
                <w:sz w:val="16"/>
              </w:rPr>
              <w:t>его</w:t>
            </w:r>
            <w:r w:rsidRPr="00E85698">
              <w:rPr>
                <w:spacing w:val="7"/>
                <w:w w:val="95"/>
                <w:sz w:val="16"/>
              </w:rPr>
              <w:t xml:space="preserve"> </w:t>
            </w:r>
            <w:r w:rsidRPr="00E85698">
              <w:rPr>
                <w:w w:val="95"/>
                <w:sz w:val="16"/>
              </w:rPr>
              <w:t>признаки.</w:t>
            </w:r>
          </w:p>
        </w:tc>
        <w:tc>
          <w:tcPr>
            <w:tcW w:w="529" w:type="dxa"/>
          </w:tcPr>
          <w:p w:rsidR="00A047B0" w:rsidRPr="00E85698" w:rsidRDefault="00A047B0" w:rsidP="00A047B0">
            <w:pPr>
              <w:pStyle w:val="TableParagraph"/>
              <w:spacing w:before="58"/>
              <w:ind w:left="76"/>
              <w:rPr>
                <w:sz w:val="16"/>
              </w:rPr>
            </w:pPr>
            <w:r w:rsidRPr="00E85698">
              <w:rPr>
                <w:w w:val="96"/>
                <w:sz w:val="16"/>
              </w:rPr>
              <w:t>1</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8" w:type="dxa"/>
          </w:tcPr>
          <w:p w:rsidR="00A047B0" w:rsidRPr="00E85698" w:rsidRDefault="00A047B0" w:rsidP="00A047B0">
            <w:pPr>
              <w:pStyle w:val="TableParagraph"/>
              <w:spacing w:before="58"/>
              <w:ind w:left="75"/>
              <w:rPr>
                <w:sz w:val="16"/>
              </w:rPr>
            </w:pPr>
            <w:r w:rsidRPr="00E85698">
              <w:rPr>
                <w:w w:val="96"/>
                <w:sz w:val="16"/>
              </w:rPr>
              <w:t>0</w:t>
            </w:r>
          </w:p>
        </w:tc>
        <w:tc>
          <w:tcPr>
            <w:tcW w:w="798" w:type="dxa"/>
          </w:tcPr>
          <w:p w:rsidR="00A047B0" w:rsidRPr="00E85698" w:rsidRDefault="001D3699" w:rsidP="00A047B0">
            <w:pPr>
              <w:pStyle w:val="TableParagraph"/>
              <w:rPr>
                <w:sz w:val="14"/>
              </w:rPr>
            </w:pPr>
            <w:r>
              <w:rPr>
                <w:sz w:val="14"/>
              </w:rPr>
              <w:t>18.10</w:t>
            </w:r>
          </w:p>
        </w:tc>
        <w:tc>
          <w:tcPr>
            <w:tcW w:w="5166" w:type="dxa"/>
          </w:tcPr>
          <w:p w:rsidR="00A047B0" w:rsidRPr="00E85698" w:rsidRDefault="00A047B0" w:rsidP="00A047B0">
            <w:pPr>
              <w:pStyle w:val="TableParagraph"/>
              <w:spacing w:before="58"/>
              <w:ind w:left="73"/>
              <w:rPr>
                <w:sz w:val="16"/>
              </w:rPr>
            </w:pPr>
            <w:r w:rsidRPr="00E85698">
              <w:rPr>
                <w:w w:val="95"/>
                <w:sz w:val="16"/>
              </w:rPr>
              <w:t>Применять</w:t>
            </w:r>
            <w:r w:rsidRPr="00E85698">
              <w:rPr>
                <w:spacing w:val="10"/>
                <w:w w:val="95"/>
                <w:sz w:val="16"/>
              </w:rPr>
              <w:t xml:space="preserve"> </w:t>
            </w:r>
            <w:r w:rsidRPr="00E85698">
              <w:rPr>
                <w:w w:val="95"/>
                <w:sz w:val="16"/>
              </w:rPr>
              <w:t>нормы</w:t>
            </w:r>
            <w:r w:rsidRPr="00E85698">
              <w:rPr>
                <w:spacing w:val="12"/>
                <w:w w:val="95"/>
                <w:sz w:val="16"/>
              </w:rPr>
              <w:t xml:space="preserve"> </w:t>
            </w:r>
            <w:r w:rsidRPr="00E85698">
              <w:rPr>
                <w:w w:val="95"/>
                <w:sz w:val="16"/>
              </w:rPr>
              <w:t>построения</w:t>
            </w:r>
            <w:r w:rsidRPr="00E85698">
              <w:rPr>
                <w:spacing w:val="11"/>
                <w:w w:val="95"/>
                <w:sz w:val="16"/>
              </w:rPr>
              <w:t xml:space="preserve"> </w:t>
            </w:r>
            <w:r w:rsidRPr="00E85698">
              <w:rPr>
                <w:w w:val="95"/>
                <w:sz w:val="16"/>
              </w:rPr>
              <w:t>словосочетаний;</w:t>
            </w:r>
          </w:p>
        </w:tc>
        <w:tc>
          <w:tcPr>
            <w:tcW w:w="1081" w:type="dxa"/>
          </w:tcPr>
          <w:p w:rsidR="00A047B0" w:rsidRPr="00E85698" w:rsidRDefault="00A047B0" w:rsidP="00A047B0">
            <w:pPr>
              <w:pStyle w:val="TableParagraph"/>
              <w:spacing w:before="63"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bl>
    <w:p w:rsidR="00A047B0" w:rsidRPr="00E85698" w:rsidRDefault="00A047B0" w:rsidP="00A047B0">
      <w:pPr>
        <w:rPr>
          <w:sz w:val="16"/>
        </w:rPr>
        <w:sectPr w:rsidR="00A047B0" w:rsidRPr="00E85698">
          <w:pgSz w:w="16850" w:h="11900" w:orient="landscape"/>
          <w:pgMar w:top="560" w:right="540" w:bottom="280" w:left="56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831"/>
        <w:gridCol w:w="529"/>
        <w:gridCol w:w="1107"/>
        <w:gridCol w:w="1141"/>
        <w:gridCol w:w="805"/>
        <w:gridCol w:w="5166"/>
        <w:gridCol w:w="1081"/>
        <w:gridCol w:w="1384"/>
      </w:tblGrid>
      <w:tr w:rsidR="00A047B0" w:rsidRPr="00E85698" w:rsidTr="00A047B0">
        <w:trPr>
          <w:trHeight w:val="911"/>
        </w:trPr>
        <w:tc>
          <w:tcPr>
            <w:tcW w:w="468" w:type="dxa"/>
          </w:tcPr>
          <w:p w:rsidR="00A047B0" w:rsidRPr="00E85698" w:rsidRDefault="00A047B0" w:rsidP="00A047B0">
            <w:pPr>
              <w:pStyle w:val="TableParagraph"/>
              <w:spacing w:before="58"/>
              <w:ind w:right="107"/>
              <w:jc w:val="right"/>
              <w:rPr>
                <w:sz w:val="16"/>
              </w:rPr>
            </w:pPr>
            <w:r w:rsidRPr="00E85698">
              <w:rPr>
                <w:sz w:val="16"/>
              </w:rPr>
              <w:lastRenderedPageBreak/>
              <w:t>7.2.</w:t>
            </w:r>
          </w:p>
        </w:tc>
        <w:tc>
          <w:tcPr>
            <w:tcW w:w="3831" w:type="dxa"/>
          </w:tcPr>
          <w:p w:rsidR="00A047B0" w:rsidRPr="00E85698" w:rsidRDefault="00A047B0" w:rsidP="00A047B0">
            <w:pPr>
              <w:pStyle w:val="TableParagraph"/>
              <w:spacing w:before="63" w:line="244" w:lineRule="auto"/>
              <w:ind w:left="76" w:right="796"/>
              <w:rPr>
                <w:sz w:val="16"/>
              </w:rPr>
            </w:pPr>
            <w:r w:rsidRPr="00E85698">
              <w:rPr>
                <w:w w:val="95"/>
                <w:sz w:val="16"/>
              </w:rPr>
              <w:t>Виды</w:t>
            </w:r>
            <w:r w:rsidRPr="00E85698">
              <w:rPr>
                <w:spacing w:val="14"/>
                <w:w w:val="95"/>
                <w:sz w:val="16"/>
              </w:rPr>
              <w:t xml:space="preserve"> </w:t>
            </w:r>
            <w:r w:rsidRPr="00E85698">
              <w:rPr>
                <w:w w:val="95"/>
                <w:sz w:val="16"/>
              </w:rPr>
              <w:t>словосочетаний</w:t>
            </w:r>
            <w:r w:rsidRPr="00E85698">
              <w:rPr>
                <w:spacing w:val="13"/>
                <w:w w:val="95"/>
                <w:sz w:val="16"/>
              </w:rPr>
              <w:t xml:space="preserve"> </w:t>
            </w:r>
            <w:r w:rsidRPr="00E85698">
              <w:rPr>
                <w:w w:val="95"/>
                <w:sz w:val="16"/>
              </w:rPr>
              <w:t>по</w:t>
            </w:r>
            <w:r w:rsidRPr="00E85698">
              <w:rPr>
                <w:spacing w:val="11"/>
                <w:w w:val="95"/>
                <w:sz w:val="16"/>
              </w:rPr>
              <w:t xml:space="preserve"> </w:t>
            </w:r>
            <w:r w:rsidRPr="00E85698">
              <w:rPr>
                <w:w w:val="95"/>
                <w:sz w:val="16"/>
              </w:rPr>
              <w:t>морфологическим</w:t>
            </w:r>
            <w:r w:rsidRPr="00E85698">
              <w:rPr>
                <w:spacing w:val="-35"/>
                <w:w w:val="95"/>
                <w:sz w:val="16"/>
              </w:rPr>
              <w:t xml:space="preserve"> </w:t>
            </w:r>
            <w:r w:rsidRPr="00E85698">
              <w:rPr>
                <w:sz w:val="16"/>
              </w:rPr>
              <w:t>свойствам</w:t>
            </w:r>
            <w:r w:rsidRPr="00E85698">
              <w:rPr>
                <w:spacing w:val="-4"/>
                <w:sz w:val="16"/>
              </w:rPr>
              <w:t xml:space="preserve"> </w:t>
            </w:r>
            <w:r w:rsidRPr="00E85698">
              <w:rPr>
                <w:sz w:val="16"/>
              </w:rPr>
              <w:t>главного</w:t>
            </w:r>
            <w:r w:rsidRPr="00E85698">
              <w:rPr>
                <w:spacing w:val="-4"/>
                <w:sz w:val="16"/>
              </w:rPr>
              <w:t xml:space="preserve"> </w:t>
            </w:r>
            <w:r w:rsidRPr="00E85698">
              <w:rPr>
                <w:sz w:val="16"/>
              </w:rPr>
              <w:t>слова.</w:t>
            </w:r>
          </w:p>
        </w:tc>
        <w:tc>
          <w:tcPr>
            <w:tcW w:w="529" w:type="dxa"/>
          </w:tcPr>
          <w:p w:rsidR="00A047B0" w:rsidRPr="00E85698" w:rsidRDefault="00A047B0" w:rsidP="00A047B0">
            <w:pPr>
              <w:pStyle w:val="TableParagraph"/>
              <w:spacing w:before="58"/>
              <w:ind w:left="76"/>
              <w:rPr>
                <w:sz w:val="16"/>
              </w:rPr>
            </w:pPr>
            <w:r w:rsidRPr="00E85698">
              <w:rPr>
                <w:w w:val="96"/>
                <w:sz w:val="16"/>
              </w:rPr>
              <w:t>1</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19.10</w:t>
            </w:r>
          </w:p>
        </w:tc>
        <w:tc>
          <w:tcPr>
            <w:tcW w:w="5166" w:type="dxa"/>
          </w:tcPr>
          <w:p w:rsidR="00A047B0" w:rsidRPr="00E85698" w:rsidRDefault="00A047B0" w:rsidP="00A047B0">
            <w:pPr>
              <w:pStyle w:val="TableParagraph"/>
              <w:spacing w:before="65" w:line="244" w:lineRule="auto"/>
              <w:ind w:left="73" w:right="183"/>
              <w:rPr>
                <w:sz w:val="16"/>
              </w:rPr>
            </w:pPr>
            <w:r w:rsidRPr="00E85698">
              <w:rPr>
                <w:w w:val="95"/>
                <w:sz w:val="16"/>
              </w:rPr>
              <w:t>Распознавать</w:t>
            </w:r>
            <w:r w:rsidRPr="00E85698">
              <w:rPr>
                <w:spacing w:val="1"/>
                <w:w w:val="95"/>
                <w:sz w:val="16"/>
              </w:rPr>
              <w:t xml:space="preserve"> </w:t>
            </w:r>
            <w:r w:rsidRPr="00E85698">
              <w:rPr>
                <w:w w:val="95"/>
                <w:sz w:val="16"/>
              </w:rPr>
              <w:t>словосочетания</w:t>
            </w:r>
            <w:r w:rsidRPr="00E85698">
              <w:rPr>
                <w:spacing w:val="1"/>
                <w:w w:val="95"/>
                <w:sz w:val="16"/>
              </w:rPr>
              <w:t xml:space="preserve"> </w:t>
            </w:r>
            <w:r w:rsidRPr="00E85698">
              <w:rPr>
                <w:w w:val="95"/>
                <w:sz w:val="16"/>
              </w:rPr>
              <w:t>по морфологическим свойствам главного</w:t>
            </w:r>
            <w:r w:rsidRPr="00E85698">
              <w:rPr>
                <w:spacing w:val="-35"/>
                <w:w w:val="95"/>
                <w:sz w:val="16"/>
              </w:rPr>
              <w:t xml:space="preserve"> </w:t>
            </w:r>
            <w:r w:rsidRPr="00E85698">
              <w:rPr>
                <w:sz w:val="16"/>
              </w:rPr>
              <w:t>слова:</w:t>
            </w:r>
            <w:r w:rsidRPr="00E85698">
              <w:rPr>
                <w:spacing w:val="-4"/>
                <w:sz w:val="16"/>
              </w:rPr>
              <w:t xml:space="preserve"> </w:t>
            </w:r>
            <w:r w:rsidRPr="00E85698">
              <w:rPr>
                <w:sz w:val="16"/>
              </w:rPr>
              <w:t>именные,</w:t>
            </w:r>
            <w:r w:rsidRPr="00E85698">
              <w:rPr>
                <w:spacing w:val="-4"/>
                <w:sz w:val="16"/>
              </w:rPr>
              <w:t xml:space="preserve"> </w:t>
            </w:r>
            <w:r w:rsidRPr="00E85698">
              <w:rPr>
                <w:sz w:val="16"/>
              </w:rPr>
              <w:t>глагольные,</w:t>
            </w:r>
            <w:r w:rsidRPr="00E85698">
              <w:rPr>
                <w:spacing w:val="-3"/>
                <w:sz w:val="16"/>
              </w:rPr>
              <w:t xml:space="preserve"> </w:t>
            </w:r>
            <w:r w:rsidRPr="00E85698">
              <w:rPr>
                <w:sz w:val="16"/>
              </w:rPr>
              <w:t>наречные;</w:t>
            </w:r>
          </w:p>
          <w:p w:rsidR="00A047B0" w:rsidRPr="00E85698" w:rsidRDefault="00A047B0" w:rsidP="00A047B0">
            <w:pPr>
              <w:pStyle w:val="TableParagraph"/>
              <w:spacing w:before="2"/>
              <w:ind w:left="73"/>
              <w:rPr>
                <w:sz w:val="16"/>
              </w:rPr>
            </w:pPr>
            <w:r w:rsidRPr="00E85698">
              <w:rPr>
                <w:w w:val="95"/>
                <w:sz w:val="16"/>
              </w:rPr>
              <w:t>Выявлять</w:t>
            </w:r>
            <w:r w:rsidRPr="00E85698">
              <w:rPr>
                <w:spacing w:val="10"/>
                <w:w w:val="95"/>
                <w:sz w:val="16"/>
              </w:rPr>
              <w:t xml:space="preserve"> </w:t>
            </w:r>
            <w:r w:rsidRPr="00E85698">
              <w:rPr>
                <w:w w:val="95"/>
                <w:sz w:val="16"/>
              </w:rPr>
              <w:t>грамматическую</w:t>
            </w:r>
            <w:r w:rsidRPr="00E85698">
              <w:rPr>
                <w:spacing w:val="12"/>
                <w:w w:val="95"/>
                <w:sz w:val="16"/>
              </w:rPr>
              <w:t xml:space="preserve"> </w:t>
            </w:r>
            <w:r w:rsidRPr="00E85698">
              <w:rPr>
                <w:w w:val="95"/>
                <w:sz w:val="16"/>
              </w:rPr>
              <w:t>синонимию</w:t>
            </w:r>
            <w:r w:rsidRPr="00E85698">
              <w:rPr>
                <w:spacing w:val="11"/>
                <w:w w:val="95"/>
                <w:sz w:val="16"/>
              </w:rPr>
              <w:t xml:space="preserve"> </w:t>
            </w:r>
            <w:r w:rsidRPr="00E85698">
              <w:rPr>
                <w:w w:val="95"/>
                <w:sz w:val="16"/>
              </w:rPr>
              <w:t>словосочетаний;</w:t>
            </w:r>
          </w:p>
        </w:tc>
        <w:tc>
          <w:tcPr>
            <w:tcW w:w="1081" w:type="dxa"/>
          </w:tcPr>
          <w:p w:rsidR="00A047B0" w:rsidRPr="00E85698" w:rsidRDefault="00A047B0" w:rsidP="00A047B0">
            <w:pPr>
              <w:pStyle w:val="TableParagraph"/>
              <w:spacing w:before="65"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1300"/>
        </w:trPr>
        <w:tc>
          <w:tcPr>
            <w:tcW w:w="468" w:type="dxa"/>
          </w:tcPr>
          <w:p w:rsidR="00A047B0" w:rsidRPr="00E85698" w:rsidRDefault="00A047B0" w:rsidP="00A047B0">
            <w:pPr>
              <w:pStyle w:val="TableParagraph"/>
              <w:spacing w:before="61"/>
              <w:ind w:right="107"/>
              <w:jc w:val="right"/>
              <w:rPr>
                <w:sz w:val="16"/>
              </w:rPr>
            </w:pPr>
            <w:r w:rsidRPr="00E85698">
              <w:rPr>
                <w:sz w:val="16"/>
              </w:rPr>
              <w:t>7.3.</w:t>
            </w:r>
          </w:p>
        </w:tc>
        <w:tc>
          <w:tcPr>
            <w:tcW w:w="3831" w:type="dxa"/>
          </w:tcPr>
          <w:p w:rsidR="00A047B0" w:rsidRPr="00E85698" w:rsidRDefault="00A047B0" w:rsidP="00A047B0">
            <w:pPr>
              <w:pStyle w:val="TableParagraph"/>
              <w:spacing w:before="61"/>
              <w:ind w:left="76"/>
              <w:rPr>
                <w:sz w:val="16"/>
              </w:rPr>
            </w:pPr>
            <w:r w:rsidRPr="00E85698">
              <w:rPr>
                <w:w w:val="95"/>
                <w:sz w:val="16"/>
              </w:rPr>
              <w:t>Типы</w:t>
            </w:r>
            <w:r w:rsidRPr="00E85698">
              <w:rPr>
                <w:spacing w:val="10"/>
                <w:w w:val="95"/>
                <w:sz w:val="16"/>
              </w:rPr>
              <w:t xml:space="preserve"> </w:t>
            </w:r>
            <w:r w:rsidRPr="00E85698">
              <w:rPr>
                <w:w w:val="95"/>
                <w:sz w:val="16"/>
              </w:rPr>
              <w:t>подчинительной</w:t>
            </w:r>
            <w:r w:rsidRPr="00E85698">
              <w:rPr>
                <w:spacing w:val="5"/>
                <w:w w:val="95"/>
                <w:sz w:val="16"/>
              </w:rPr>
              <w:t xml:space="preserve"> </w:t>
            </w:r>
            <w:r w:rsidRPr="00E85698">
              <w:rPr>
                <w:w w:val="95"/>
                <w:sz w:val="16"/>
              </w:rPr>
              <w:t>связи</w:t>
            </w:r>
            <w:r w:rsidRPr="00E85698">
              <w:rPr>
                <w:spacing w:val="10"/>
                <w:w w:val="95"/>
                <w:sz w:val="16"/>
              </w:rPr>
              <w:t xml:space="preserve"> </w:t>
            </w:r>
            <w:r w:rsidRPr="00E85698">
              <w:rPr>
                <w:w w:val="95"/>
                <w:sz w:val="16"/>
              </w:rPr>
              <w:t>в</w:t>
            </w:r>
            <w:r w:rsidRPr="00E85698">
              <w:rPr>
                <w:spacing w:val="5"/>
                <w:w w:val="95"/>
                <w:sz w:val="16"/>
              </w:rPr>
              <w:t xml:space="preserve"> </w:t>
            </w:r>
            <w:r w:rsidRPr="00E85698">
              <w:rPr>
                <w:w w:val="95"/>
                <w:sz w:val="16"/>
              </w:rPr>
              <w:t>словосочетании.</w:t>
            </w:r>
          </w:p>
        </w:tc>
        <w:tc>
          <w:tcPr>
            <w:tcW w:w="529" w:type="dxa"/>
          </w:tcPr>
          <w:p w:rsidR="00A047B0" w:rsidRPr="00E85698" w:rsidRDefault="00A047B0" w:rsidP="00A047B0">
            <w:pPr>
              <w:pStyle w:val="TableParagraph"/>
              <w:spacing w:before="61"/>
              <w:ind w:left="76"/>
              <w:rPr>
                <w:sz w:val="16"/>
              </w:rPr>
            </w:pPr>
            <w:r w:rsidRPr="00E85698">
              <w:rPr>
                <w:w w:val="96"/>
                <w:sz w:val="16"/>
              </w:rPr>
              <w:t>3</w:t>
            </w:r>
          </w:p>
        </w:tc>
        <w:tc>
          <w:tcPr>
            <w:tcW w:w="1107" w:type="dxa"/>
          </w:tcPr>
          <w:p w:rsidR="00A047B0" w:rsidRPr="00E85698" w:rsidRDefault="00A047B0" w:rsidP="00A047B0">
            <w:pPr>
              <w:pStyle w:val="TableParagraph"/>
              <w:spacing w:before="61"/>
              <w:ind w:left="75"/>
              <w:rPr>
                <w:sz w:val="16"/>
              </w:rPr>
            </w:pPr>
            <w:r w:rsidRPr="00E85698">
              <w:rPr>
                <w:w w:val="96"/>
                <w:sz w:val="16"/>
              </w:rPr>
              <w:t>1</w:t>
            </w:r>
          </w:p>
        </w:tc>
        <w:tc>
          <w:tcPr>
            <w:tcW w:w="1141" w:type="dxa"/>
          </w:tcPr>
          <w:p w:rsidR="00A047B0" w:rsidRPr="00E85698" w:rsidRDefault="00A047B0" w:rsidP="00A047B0">
            <w:pPr>
              <w:pStyle w:val="TableParagraph"/>
              <w:spacing w:before="61"/>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24.10-26.10</w:t>
            </w:r>
          </w:p>
        </w:tc>
        <w:tc>
          <w:tcPr>
            <w:tcW w:w="5166" w:type="dxa"/>
          </w:tcPr>
          <w:p w:rsidR="00A047B0" w:rsidRPr="00E85698" w:rsidRDefault="00A047B0" w:rsidP="00A047B0">
            <w:pPr>
              <w:pStyle w:val="TableParagraph"/>
              <w:spacing w:before="65" w:line="254" w:lineRule="auto"/>
              <w:ind w:left="73"/>
              <w:rPr>
                <w:sz w:val="16"/>
              </w:rPr>
            </w:pPr>
            <w:r w:rsidRPr="00E85698">
              <w:rPr>
                <w:w w:val="95"/>
                <w:sz w:val="16"/>
              </w:rPr>
              <w:t>Определять</w:t>
            </w:r>
            <w:r w:rsidRPr="00E85698">
              <w:rPr>
                <w:spacing w:val="8"/>
                <w:w w:val="95"/>
                <w:sz w:val="16"/>
              </w:rPr>
              <w:t xml:space="preserve"> </w:t>
            </w:r>
            <w:r w:rsidRPr="00E85698">
              <w:rPr>
                <w:w w:val="95"/>
                <w:sz w:val="16"/>
              </w:rPr>
              <w:t>типы</w:t>
            </w:r>
            <w:r w:rsidRPr="00E85698">
              <w:rPr>
                <w:spacing w:val="6"/>
                <w:w w:val="95"/>
                <w:sz w:val="16"/>
              </w:rPr>
              <w:t xml:space="preserve"> </w:t>
            </w:r>
            <w:r w:rsidRPr="00E85698">
              <w:rPr>
                <w:w w:val="95"/>
                <w:sz w:val="16"/>
              </w:rPr>
              <w:t>подчинительной</w:t>
            </w:r>
            <w:r w:rsidRPr="00E85698">
              <w:rPr>
                <w:spacing w:val="8"/>
                <w:w w:val="95"/>
                <w:sz w:val="16"/>
              </w:rPr>
              <w:t xml:space="preserve"> </w:t>
            </w:r>
            <w:r w:rsidRPr="00E85698">
              <w:rPr>
                <w:w w:val="95"/>
                <w:sz w:val="16"/>
              </w:rPr>
              <w:t>связи</w:t>
            </w:r>
            <w:r w:rsidRPr="00E85698">
              <w:rPr>
                <w:spacing w:val="9"/>
                <w:w w:val="95"/>
                <w:sz w:val="16"/>
              </w:rPr>
              <w:t xml:space="preserve"> </w:t>
            </w:r>
            <w:r w:rsidRPr="00E85698">
              <w:rPr>
                <w:w w:val="95"/>
                <w:sz w:val="16"/>
              </w:rPr>
              <w:t>слов</w:t>
            </w:r>
            <w:r w:rsidRPr="00E85698">
              <w:rPr>
                <w:spacing w:val="8"/>
                <w:w w:val="95"/>
                <w:sz w:val="16"/>
              </w:rPr>
              <w:t xml:space="preserve"> </w:t>
            </w:r>
            <w:r w:rsidRPr="00E85698">
              <w:rPr>
                <w:w w:val="95"/>
                <w:sz w:val="16"/>
              </w:rPr>
              <w:t>в</w:t>
            </w:r>
            <w:r w:rsidRPr="00E85698">
              <w:rPr>
                <w:spacing w:val="9"/>
                <w:w w:val="95"/>
                <w:sz w:val="16"/>
              </w:rPr>
              <w:t xml:space="preserve"> </w:t>
            </w:r>
            <w:r w:rsidRPr="00E85698">
              <w:rPr>
                <w:w w:val="95"/>
                <w:sz w:val="16"/>
              </w:rPr>
              <w:t>словосочетании:</w:t>
            </w:r>
            <w:r w:rsidRPr="00E85698">
              <w:rPr>
                <w:spacing w:val="-35"/>
                <w:w w:val="95"/>
                <w:sz w:val="16"/>
              </w:rPr>
              <w:t xml:space="preserve"> </w:t>
            </w:r>
            <w:r w:rsidRPr="00E85698">
              <w:rPr>
                <w:sz w:val="16"/>
              </w:rPr>
              <w:t>согласование,</w:t>
            </w:r>
            <w:r w:rsidRPr="00E85698">
              <w:rPr>
                <w:spacing w:val="-5"/>
                <w:sz w:val="16"/>
              </w:rPr>
              <w:t xml:space="preserve"> </w:t>
            </w:r>
            <w:r w:rsidRPr="00E85698">
              <w:rPr>
                <w:sz w:val="16"/>
              </w:rPr>
              <w:t>управление,</w:t>
            </w:r>
            <w:r w:rsidRPr="00E85698">
              <w:rPr>
                <w:spacing w:val="-4"/>
                <w:sz w:val="16"/>
              </w:rPr>
              <w:t xml:space="preserve"> </w:t>
            </w:r>
            <w:r w:rsidRPr="00E85698">
              <w:rPr>
                <w:sz w:val="16"/>
              </w:rPr>
              <w:t>примыкание;</w:t>
            </w:r>
          </w:p>
          <w:p w:rsidR="00A047B0" w:rsidRPr="00E85698" w:rsidRDefault="00A047B0" w:rsidP="00A047B0">
            <w:pPr>
              <w:pStyle w:val="TableParagraph"/>
              <w:spacing w:line="254" w:lineRule="auto"/>
              <w:ind w:left="73"/>
              <w:rPr>
                <w:sz w:val="16"/>
              </w:rPr>
            </w:pPr>
            <w:r w:rsidRPr="00E85698">
              <w:rPr>
                <w:w w:val="95"/>
                <w:sz w:val="16"/>
              </w:rPr>
              <w:t>Проводить</w:t>
            </w:r>
            <w:r w:rsidRPr="00E85698">
              <w:rPr>
                <w:spacing w:val="10"/>
                <w:w w:val="95"/>
                <w:sz w:val="16"/>
              </w:rPr>
              <w:t xml:space="preserve"> </w:t>
            </w:r>
            <w:r w:rsidRPr="00E85698">
              <w:rPr>
                <w:w w:val="95"/>
                <w:sz w:val="16"/>
              </w:rPr>
              <w:t>синтаксический</w:t>
            </w:r>
            <w:r w:rsidRPr="00E85698">
              <w:rPr>
                <w:spacing w:val="7"/>
                <w:w w:val="95"/>
                <w:sz w:val="16"/>
              </w:rPr>
              <w:t xml:space="preserve"> </w:t>
            </w:r>
            <w:r w:rsidRPr="00E85698">
              <w:rPr>
                <w:w w:val="95"/>
                <w:sz w:val="16"/>
              </w:rPr>
              <w:t>анализ</w:t>
            </w:r>
            <w:r w:rsidRPr="00E85698">
              <w:rPr>
                <w:spacing w:val="10"/>
                <w:w w:val="95"/>
                <w:sz w:val="16"/>
              </w:rPr>
              <w:t xml:space="preserve"> </w:t>
            </w:r>
            <w:r w:rsidRPr="00E85698">
              <w:rPr>
                <w:w w:val="95"/>
                <w:sz w:val="16"/>
              </w:rPr>
              <w:t>словосочетаний,</w:t>
            </w:r>
            <w:r w:rsidRPr="00E85698">
              <w:rPr>
                <w:spacing w:val="10"/>
                <w:w w:val="95"/>
                <w:sz w:val="16"/>
              </w:rPr>
              <w:t xml:space="preserve"> </w:t>
            </w:r>
            <w:r w:rsidRPr="00E85698">
              <w:rPr>
                <w:w w:val="95"/>
                <w:sz w:val="16"/>
              </w:rPr>
              <w:t>синтаксический</w:t>
            </w:r>
            <w:r w:rsidRPr="00E85698">
              <w:rPr>
                <w:spacing w:val="10"/>
                <w:w w:val="95"/>
                <w:sz w:val="16"/>
              </w:rPr>
              <w:t xml:space="preserve"> </w:t>
            </w:r>
            <w:r w:rsidRPr="00E85698">
              <w:rPr>
                <w:w w:val="95"/>
                <w:sz w:val="16"/>
              </w:rPr>
              <w:t>и</w:t>
            </w:r>
            <w:r w:rsidRPr="00E85698">
              <w:rPr>
                <w:spacing w:val="1"/>
                <w:w w:val="95"/>
                <w:sz w:val="16"/>
              </w:rPr>
              <w:t xml:space="preserve"> </w:t>
            </w:r>
            <w:r w:rsidRPr="00E85698">
              <w:rPr>
                <w:sz w:val="16"/>
              </w:rPr>
              <w:t>пунктуационный</w:t>
            </w:r>
            <w:r w:rsidRPr="00E85698">
              <w:rPr>
                <w:spacing w:val="-3"/>
                <w:sz w:val="16"/>
              </w:rPr>
              <w:t xml:space="preserve"> </w:t>
            </w:r>
            <w:r w:rsidRPr="00E85698">
              <w:rPr>
                <w:sz w:val="16"/>
              </w:rPr>
              <w:t>анализ</w:t>
            </w:r>
            <w:r w:rsidRPr="00E85698">
              <w:rPr>
                <w:spacing w:val="-5"/>
                <w:sz w:val="16"/>
              </w:rPr>
              <w:t xml:space="preserve"> </w:t>
            </w:r>
            <w:r w:rsidRPr="00E85698">
              <w:rPr>
                <w:sz w:val="16"/>
              </w:rPr>
              <w:t>предложений;</w:t>
            </w:r>
          </w:p>
          <w:p w:rsidR="00A047B0" w:rsidRPr="00E85698" w:rsidRDefault="00A047B0" w:rsidP="00A047B0">
            <w:pPr>
              <w:pStyle w:val="TableParagraph"/>
              <w:spacing w:line="254" w:lineRule="auto"/>
              <w:ind w:left="73" w:right="456"/>
              <w:rPr>
                <w:sz w:val="16"/>
              </w:rPr>
            </w:pPr>
            <w:r w:rsidRPr="00E85698">
              <w:rPr>
                <w:w w:val="95"/>
                <w:sz w:val="16"/>
              </w:rPr>
              <w:t>Применять</w:t>
            </w:r>
            <w:r w:rsidRPr="00E85698">
              <w:rPr>
                <w:spacing w:val="7"/>
                <w:w w:val="95"/>
                <w:sz w:val="16"/>
              </w:rPr>
              <w:t xml:space="preserve"> </w:t>
            </w:r>
            <w:r w:rsidRPr="00E85698">
              <w:rPr>
                <w:w w:val="95"/>
                <w:sz w:val="16"/>
              </w:rPr>
              <w:t>знания</w:t>
            </w:r>
            <w:r w:rsidRPr="00E85698">
              <w:rPr>
                <w:spacing w:val="8"/>
                <w:w w:val="95"/>
                <w:sz w:val="16"/>
              </w:rPr>
              <w:t xml:space="preserve"> </w:t>
            </w:r>
            <w:r w:rsidRPr="00E85698">
              <w:rPr>
                <w:w w:val="95"/>
                <w:sz w:val="16"/>
              </w:rPr>
              <w:t>по</w:t>
            </w:r>
            <w:r w:rsidRPr="00E85698">
              <w:rPr>
                <w:spacing w:val="6"/>
                <w:w w:val="95"/>
                <w:sz w:val="16"/>
              </w:rPr>
              <w:t xml:space="preserve"> </w:t>
            </w:r>
            <w:r w:rsidRPr="00E85698">
              <w:rPr>
                <w:w w:val="95"/>
                <w:sz w:val="16"/>
              </w:rPr>
              <w:t>синтаксису</w:t>
            </w:r>
            <w:r w:rsidRPr="00E85698">
              <w:rPr>
                <w:spacing w:val="6"/>
                <w:w w:val="95"/>
                <w:sz w:val="16"/>
              </w:rPr>
              <w:t xml:space="preserve"> </w:t>
            </w:r>
            <w:r w:rsidRPr="00E85698">
              <w:rPr>
                <w:w w:val="95"/>
                <w:sz w:val="16"/>
              </w:rPr>
              <w:t>и</w:t>
            </w:r>
            <w:r w:rsidRPr="00E85698">
              <w:rPr>
                <w:spacing w:val="5"/>
                <w:w w:val="95"/>
                <w:sz w:val="16"/>
              </w:rPr>
              <w:t xml:space="preserve"> </w:t>
            </w:r>
            <w:r w:rsidRPr="00E85698">
              <w:rPr>
                <w:w w:val="95"/>
                <w:sz w:val="16"/>
              </w:rPr>
              <w:t>пунктуации</w:t>
            </w:r>
            <w:r w:rsidRPr="00E85698">
              <w:rPr>
                <w:spacing w:val="7"/>
                <w:w w:val="95"/>
                <w:sz w:val="16"/>
              </w:rPr>
              <w:t xml:space="preserve"> </w:t>
            </w:r>
            <w:r w:rsidRPr="00E85698">
              <w:rPr>
                <w:w w:val="95"/>
                <w:sz w:val="16"/>
              </w:rPr>
              <w:t>при</w:t>
            </w:r>
            <w:r w:rsidRPr="00E85698">
              <w:rPr>
                <w:spacing w:val="8"/>
                <w:w w:val="95"/>
                <w:sz w:val="16"/>
              </w:rPr>
              <w:t xml:space="preserve"> </w:t>
            </w:r>
            <w:r w:rsidRPr="00E85698">
              <w:rPr>
                <w:w w:val="95"/>
                <w:sz w:val="16"/>
              </w:rPr>
              <w:t>выполнении</w:t>
            </w:r>
            <w:r w:rsidRPr="00E85698">
              <w:rPr>
                <w:spacing w:val="-35"/>
                <w:w w:val="95"/>
                <w:sz w:val="16"/>
              </w:rPr>
              <w:t xml:space="preserve"> </w:t>
            </w:r>
            <w:r w:rsidRPr="00E85698">
              <w:rPr>
                <w:spacing w:val="-1"/>
                <w:sz w:val="16"/>
              </w:rPr>
              <w:t>языкового</w:t>
            </w:r>
            <w:r w:rsidRPr="00E85698">
              <w:rPr>
                <w:spacing w:val="-8"/>
                <w:sz w:val="16"/>
              </w:rPr>
              <w:t xml:space="preserve"> </w:t>
            </w:r>
            <w:r w:rsidRPr="00E85698">
              <w:rPr>
                <w:spacing w:val="-1"/>
                <w:sz w:val="16"/>
              </w:rPr>
              <w:t>анализа</w:t>
            </w:r>
            <w:r w:rsidRPr="00E85698">
              <w:rPr>
                <w:spacing w:val="-8"/>
                <w:sz w:val="16"/>
              </w:rPr>
              <w:t xml:space="preserve"> </w:t>
            </w:r>
            <w:r w:rsidRPr="00E85698">
              <w:rPr>
                <w:spacing w:val="-1"/>
                <w:sz w:val="16"/>
              </w:rPr>
              <w:t>различных</w:t>
            </w:r>
            <w:r w:rsidRPr="00E85698">
              <w:rPr>
                <w:spacing w:val="-8"/>
                <w:sz w:val="16"/>
              </w:rPr>
              <w:t xml:space="preserve"> </w:t>
            </w:r>
            <w:r w:rsidRPr="00E85698">
              <w:rPr>
                <w:sz w:val="16"/>
              </w:rPr>
              <w:t>видов</w:t>
            </w:r>
            <w:r w:rsidRPr="00E85698">
              <w:rPr>
                <w:spacing w:val="-9"/>
                <w:sz w:val="16"/>
              </w:rPr>
              <w:t xml:space="preserve"> </w:t>
            </w:r>
            <w:r w:rsidRPr="00E85698">
              <w:rPr>
                <w:sz w:val="16"/>
              </w:rPr>
              <w:t>и</w:t>
            </w:r>
            <w:r w:rsidRPr="00E85698">
              <w:rPr>
                <w:spacing w:val="-7"/>
                <w:sz w:val="16"/>
              </w:rPr>
              <w:t xml:space="preserve"> </w:t>
            </w:r>
            <w:r w:rsidRPr="00E85698">
              <w:rPr>
                <w:sz w:val="16"/>
              </w:rPr>
              <w:t>в</w:t>
            </w:r>
            <w:r w:rsidRPr="00E85698">
              <w:rPr>
                <w:spacing w:val="-8"/>
                <w:sz w:val="16"/>
              </w:rPr>
              <w:t xml:space="preserve"> </w:t>
            </w:r>
            <w:r w:rsidRPr="00E85698">
              <w:rPr>
                <w:sz w:val="16"/>
              </w:rPr>
              <w:t>речевой</w:t>
            </w:r>
            <w:r w:rsidRPr="00E85698">
              <w:rPr>
                <w:spacing w:val="-7"/>
                <w:sz w:val="16"/>
              </w:rPr>
              <w:t xml:space="preserve"> </w:t>
            </w:r>
            <w:r w:rsidRPr="00E85698">
              <w:rPr>
                <w:sz w:val="16"/>
              </w:rPr>
              <w:t>практике;</w:t>
            </w:r>
          </w:p>
        </w:tc>
        <w:tc>
          <w:tcPr>
            <w:tcW w:w="1081" w:type="dxa"/>
          </w:tcPr>
          <w:p w:rsidR="00A047B0" w:rsidRPr="00E85698" w:rsidRDefault="00A047B0" w:rsidP="00A047B0">
            <w:pPr>
              <w:pStyle w:val="TableParagraph"/>
              <w:spacing w:before="65" w:line="252"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ind w:left="70"/>
              <w:rPr>
                <w:sz w:val="16"/>
              </w:rPr>
            </w:pPr>
            <w:r w:rsidRPr="00E85698">
              <w:rPr>
                <w:sz w:val="16"/>
              </w:rPr>
              <w:t>ВПР;</w:t>
            </w:r>
          </w:p>
          <w:p w:rsidR="00A047B0" w:rsidRPr="00E85698" w:rsidRDefault="00A047B0" w:rsidP="00A047B0">
            <w:pPr>
              <w:pStyle w:val="TableParagraph"/>
              <w:spacing w:before="11"/>
              <w:ind w:left="70"/>
              <w:rPr>
                <w:sz w:val="16"/>
              </w:rPr>
            </w:pPr>
            <w:r w:rsidRPr="00E85698">
              <w:rPr>
                <w:sz w:val="16"/>
              </w:rPr>
              <w:t>Сочинение;</w:t>
            </w:r>
          </w:p>
        </w:tc>
        <w:tc>
          <w:tcPr>
            <w:tcW w:w="1384" w:type="dxa"/>
          </w:tcPr>
          <w:p w:rsidR="00A047B0" w:rsidRPr="00E85698" w:rsidRDefault="00A047B0" w:rsidP="00A047B0">
            <w:pPr>
              <w:pStyle w:val="TableParagraph"/>
              <w:spacing w:before="61"/>
              <w:ind w:left="69"/>
              <w:rPr>
                <w:sz w:val="16"/>
              </w:rPr>
            </w:pPr>
            <w:r w:rsidRPr="00E85698">
              <w:rPr>
                <w:sz w:val="16"/>
              </w:rPr>
              <w:t>https://resh.edu.ru</w:t>
            </w:r>
          </w:p>
        </w:tc>
      </w:tr>
      <w:tr w:rsidR="00A047B0" w:rsidRPr="00E85698" w:rsidTr="00A047B0">
        <w:trPr>
          <w:trHeight w:val="338"/>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w w:val="96"/>
                <w:sz w:val="16"/>
              </w:rPr>
              <w:t>5</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61"/>
        </w:trPr>
        <w:tc>
          <w:tcPr>
            <w:tcW w:w="15512" w:type="dxa"/>
            <w:gridSpan w:val="9"/>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1"/>
                <w:w w:val="95"/>
                <w:sz w:val="16"/>
              </w:rPr>
              <w:t xml:space="preserve"> </w:t>
            </w:r>
            <w:r w:rsidRPr="00E85698">
              <w:rPr>
                <w:b/>
                <w:w w:val="95"/>
                <w:sz w:val="16"/>
              </w:rPr>
              <w:t>8.</w:t>
            </w:r>
            <w:r w:rsidRPr="00E85698">
              <w:rPr>
                <w:b/>
                <w:spacing w:val="9"/>
                <w:w w:val="95"/>
                <w:sz w:val="16"/>
              </w:rPr>
              <w:t xml:space="preserve"> </w:t>
            </w:r>
            <w:r w:rsidRPr="00E85698">
              <w:rPr>
                <w:b/>
                <w:w w:val="95"/>
                <w:sz w:val="16"/>
              </w:rPr>
              <w:t>СИСТЕМА</w:t>
            </w:r>
            <w:r w:rsidRPr="00E85698">
              <w:rPr>
                <w:b/>
                <w:spacing w:val="11"/>
                <w:w w:val="95"/>
                <w:sz w:val="16"/>
              </w:rPr>
              <w:t xml:space="preserve"> </w:t>
            </w:r>
            <w:r w:rsidRPr="00E85698">
              <w:rPr>
                <w:b/>
                <w:w w:val="95"/>
                <w:sz w:val="16"/>
              </w:rPr>
              <w:t>ЯЗЫКА:</w:t>
            </w:r>
            <w:r w:rsidRPr="00E85698">
              <w:rPr>
                <w:b/>
                <w:spacing w:val="6"/>
                <w:w w:val="95"/>
                <w:sz w:val="16"/>
              </w:rPr>
              <w:t xml:space="preserve"> </w:t>
            </w:r>
            <w:r w:rsidRPr="00E85698">
              <w:rPr>
                <w:b/>
                <w:w w:val="95"/>
                <w:sz w:val="16"/>
              </w:rPr>
              <w:t>ПРЕДЛОЖЕНИЕ</w:t>
            </w:r>
          </w:p>
        </w:tc>
      </w:tr>
      <w:tr w:rsidR="00A047B0" w:rsidRPr="00E85698" w:rsidTr="00A047B0">
        <w:trPr>
          <w:trHeight w:val="3605"/>
        </w:trPr>
        <w:tc>
          <w:tcPr>
            <w:tcW w:w="468" w:type="dxa"/>
          </w:tcPr>
          <w:p w:rsidR="00A047B0" w:rsidRPr="00E85698" w:rsidRDefault="00A047B0" w:rsidP="00A047B0">
            <w:pPr>
              <w:pStyle w:val="TableParagraph"/>
              <w:spacing w:before="58"/>
              <w:ind w:right="107"/>
              <w:jc w:val="right"/>
              <w:rPr>
                <w:sz w:val="16"/>
              </w:rPr>
            </w:pPr>
            <w:r w:rsidRPr="00E85698">
              <w:rPr>
                <w:sz w:val="16"/>
              </w:rPr>
              <w:t>8.1.</w:t>
            </w:r>
          </w:p>
        </w:tc>
        <w:tc>
          <w:tcPr>
            <w:tcW w:w="3831" w:type="dxa"/>
          </w:tcPr>
          <w:p w:rsidR="00A047B0" w:rsidRPr="00E85698" w:rsidRDefault="00A047B0" w:rsidP="00A047B0">
            <w:pPr>
              <w:pStyle w:val="TableParagraph"/>
              <w:spacing w:before="61" w:line="247" w:lineRule="auto"/>
              <w:ind w:left="76" w:right="796"/>
              <w:rPr>
                <w:sz w:val="16"/>
              </w:rPr>
            </w:pPr>
            <w:r w:rsidRPr="00E85698">
              <w:rPr>
                <w:w w:val="95"/>
                <w:sz w:val="16"/>
              </w:rPr>
              <w:t>Предложение и его</w:t>
            </w:r>
            <w:r w:rsidRPr="00E85698">
              <w:rPr>
                <w:spacing w:val="1"/>
                <w:w w:val="95"/>
                <w:sz w:val="16"/>
              </w:rPr>
              <w:t xml:space="preserve"> </w:t>
            </w:r>
            <w:r w:rsidRPr="00E85698">
              <w:rPr>
                <w:w w:val="95"/>
                <w:sz w:val="16"/>
              </w:rPr>
              <w:t>основные признаки.</w:t>
            </w:r>
            <w:r w:rsidRPr="00E85698">
              <w:rPr>
                <w:spacing w:val="-35"/>
                <w:w w:val="95"/>
                <w:sz w:val="16"/>
              </w:rPr>
              <w:t xml:space="preserve"> </w:t>
            </w:r>
            <w:r w:rsidRPr="00E85698">
              <w:rPr>
                <w:sz w:val="16"/>
              </w:rPr>
              <w:t>Виды</w:t>
            </w:r>
            <w:r w:rsidRPr="00E85698">
              <w:rPr>
                <w:spacing w:val="-2"/>
                <w:sz w:val="16"/>
              </w:rPr>
              <w:t xml:space="preserve"> </w:t>
            </w:r>
            <w:r w:rsidRPr="00E85698">
              <w:rPr>
                <w:sz w:val="16"/>
              </w:rPr>
              <w:t>предложений.</w:t>
            </w:r>
          </w:p>
        </w:tc>
        <w:tc>
          <w:tcPr>
            <w:tcW w:w="529" w:type="dxa"/>
          </w:tcPr>
          <w:p w:rsidR="00A047B0" w:rsidRPr="00E85698" w:rsidRDefault="00A047B0" w:rsidP="00A047B0">
            <w:pPr>
              <w:pStyle w:val="TableParagraph"/>
              <w:spacing w:before="58"/>
              <w:ind w:left="76"/>
              <w:rPr>
                <w:sz w:val="16"/>
              </w:rPr>
            </w:pPr>
            <w:r w:rsidRPr="00E85698">
              <w:rPr>
                <w:w w:val="96"/>
                <w:sz w:val="16"/>
              </w:rPr>
              <w:t>6</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7.11-16.11</w:t>
            </w:r>
          </w:p>
        </w:tc>
        <w:tc>
          <w:tcPr>
            <w:tcW w:w="5166" w:type="dxa"/>
          </w:tcPr>
          <w:p w:rsidR="00A047B0" w:rsidRPr="00E85698" w:rsidRDefault="00A047B0" w:rsidP="00A047B0">
            <w:pPr>
              <w:pStyle w:val="TableParagraph"/>
              <w:spacing w:before="63" w:line="256" w:lineRule="auto"/>
              <w:ind w:left="73"/>
              <w:rPr>
                <w:sz w:val="16"/>
              </w:rPr>
            </w:pPr>
            <w:r w:rsidRPr="00E85698">
              <w:rPr>
                <w:w w:val="95"/>
                <w:sz w:val="16"/>
              </w:rPr>
              <w:t>Определять</w:t>
            </w:r>
            <w:r w:rsidRPr="00E85698">
              <w:rPr>
                <w:spacing w:val="7"/>
                <w:w w:val="95"/>
                <w:sz w:val="16"/>
              </w:rPr>
              <w:t xml:space="preserve"> </w:t>
            </w:r>
            <w:r w:rsidRPr="00E85698">
              <w:rPr>
                <w:w w:val="95"/>
                <w:sz w:val="16"/>
              </w:rPr>
              <w:t>основания</w:t>
            </w:r>
            <w:r w:rsidRPr="00E85698">
              <w:rPr>
                <w:spacing w:val="8"/>
                <w:w w:val="95"/>
                <w:sz w:val="16"/>
              </w:rPr>
              <w:t xml:space="preserve"> </w:t>
            </w:r>
            <w:r w:rsidRPr="00E85698">
              <w:rPr>
                <w:w w:val="95"/>
                <w:sz w:val="16"/>
              </w:rPr>
              <w:t>для</w:t>
            </w:r>
            <w:r w:rsidRPr="00E85698">
              <w:rPr>
                <w:spacing w:val="7"/>
                <w:w w:val="95"/>
                <w:sz w:val="16"/>
              </w:rPr>
              <w:t xml:space="preserve"> </w:t>
            </w:r>
            <w:r w:rsidRPr="00E85698">
              <w:rPr>
                <w:w w:val="95"/>
                <w:sz w:val="16"/>
              </w:rPr>
              <w:t>сравнения</w:t>
            </w:r>
            <w:r w:rsidRPr="00E85698">
              <w:rPr>
                <w:spacing w:val="7"/>
                <w:w w:val="95"/>
                <w:sz w:val="16"/>
              </w:rPr>
              <w:t xml:space="preserve"> </w:t>
            </w:r>
            <w:r w:rsidRPr="00E85698">
              <w:rPr>
                <w:w w:val="95"/>
                <w:sz w:val="16"/>
              </w:rPr>
              <w:t>и</w:t>
            </w:r>
            <w:r w:rsidRPr="00E85698">
              <w:rPr>
                <w:spacing w:val="8"/>
                <w:w w:val="95"/>
                <w:sz w:val="16"/>
              </w:rPr>
              <w:t xml:space="preserve"> </w:t>
            </w:r>
            <w:r w:rsidRPr="00E85698">
              <w:rPr>
                <w:w w:val="95"/>
                <w:sz w:val="16"/>
              </w:rPr>
              <w:t>сравнивать</w:t>
            </w:r>
            <w:r w:rsidRPr="00E85698">
              <w:rPr>
                <w:spacing w:val="8"/>
                <w:w w:val="95"/>
                <w:sz w:val="16"/>
              </w:rPr>
              <w:t xml:space="preserve"> </w:t>
            </w:r>
            <w:r w:rsidRPr="00E85698">
              <w:rPr>
                <w:w w:val="95"/>
                <w:sz w:val="16"/>
              </w:rPr>
              <w:t>словосочетание</w:t>
            </w:r>
            <w:r w:rsidRPr="00E85698">
              <w:rPr>
                <w:spacing w:val="8"/>
                <w:w w:val="95"/>
                <w:sz w:val="16"/>
              </w:rPr>
              <w:t xml:space="preserve"> </w:t>
            </w:r>
            <w:r w:rsidRPr="00E85698">
              <w:rPr>
                <w:w w:val="95"/>
                <w:sz w:val="16"/>
              </w:rPr>
              <w:t>и</w:t>
            </w:r>
            <w:r w:rsidRPr="00E85698">
              <w:rPr>
                <w:spacing w:val="1"/>
                <w:w w:val="95"/>
                <w:sz w:val="16"/>
              </w:rPr>
              <w:t xml:space="preserve"> </w:t>
            </w:r>
            <w:r w:rsidRPr="00E85698">
              <w:rPr>
                <w:sz w:val="16"/>
              </w:rPr>
              <w:t>предложение;</w:t>
            </w:r>
          </w:p>
          <w:p w:rsidR="00A047B0" w:rsidRPr="00E85698" w:rsidRDefault="00A047B0" w:rsidP="00A047B0">
            <w:pPr>
              <w:pStyle w:val="TableParagraph"/>
              <w:spacing w:line="254" w:lineRule="auto"/>
              <w:ind w:left="73" w:right="113"/>
              <w:rPr>
                <w:sz w:val="16"/>
              </w:rPr>
            </w:pPr>
            <w:r w:rsidRPr="00E85698">
              <w:rPr>
                <w:w w:val="95"/>
                <w:sz w:val="16"/>
              </w:rPr>
              <w:t>Распознавать</w:t>
            </w:r>
            <w:r w:rsidRPr="00E85698">
              <w:rPr>
                <w:spacing w:val="1"/>
                <w:w w:val="95"/>
                <w:sz w:val="16"/>
              </w:rPr>
              <w:t xml:space="preserve"> </w:t>
            </w:r>
            <w:r w:rsidRPr="00E85698">
              <w:rPr>
                <w:w w:val="95"/>
                <w:sz w:val="16"/>
              </w:rPr>
              <w:t>предложения</w:t>
            </w:r>
            <w:r w:rsidRPr="00E85698">
              <w:rPr>
                <w:spacing w:val="1"/>
                <w:w w:val="95"/>
                <w:sz w:val="16"/>
              </w:rPr>
              <w:t xml:space="preserve"> </w:t>
            </w:r>
            <w:r w:rsidRPr="00E85698">
              <w:rPr>
                <w:w w:val="95"/>
                <w:sz w:val="16"/>
              </w:rPr>
              <w:t>по</w:t>
            </w:r>
            <w:r w:rsidRPr="00E85698">
              <w:rPr>
                <w:spacing w:val="36"/>
                <w:sz w:val="16"/>
              </w:rPr>
              <w:t xml:space="preserve"> </w:t>
            </w:r>
            <w:r w:rsidRPr="00E85698">
              <w:rPr>
                <w:w w:val="95"/>
                <w:sz w:val="16"/>
              </w:rPr>
              <w:t>цели</w:t>
            </w:r>
            <w:r w:rsidRPr="00E85698">
              <w:rPr>
                <w:spacing w:val="36"/>
                <w:sz w:val="16"/>
              </w:rPr>
              <w:t xml:space="preserve"> </w:t>
            </w:r>
            <w:r w:rsidRPr="00E85698">
              <w:rPr>
                <w:w w:val="95"/>
                <w:sz w:val="16"/>
              </w:rPr>
              <w:t>высказывания,</w:t>
            </w:r>
            <w:r w:rsidRPr="00E85698">
              <w:rPr>
                <w:spacing w:val="36"/>
                <w:sz w:val="16"/>
              </w:rPr>
              <w:t xml:space="preserve"> </w:t>
            </w:r>
            <w:r w:rsidRPr="00E85698">
              <w:rPr>
                <w:w w:val="95"/>
                <w:sz w:val="16"/>
              </w:rPr>
              <w:t>эмоциональной</w:t>
            </w:r>
            <w:r w:rsidRPr="00E85698">
              <w:rPr>
                <w:spacing w:val="1"/>
                <w:w w:val="95"/>
                <w:sz w:val="16"/>
              </w:rPr>
              <w:t xml:space="preserve"> </w:t>
            </w:r>
            <w:r w:rsidRPr="00E85698">
              <w:rPr>
                <w:w w:val="95"/>
                <w:sz w:val="16"/>
              </w:rPr>
              <w:t>окраске,</w:t>
            </w:r>
            <w:r w:rsidRPr="00E85698">
              <w:rPr>
                <w:spacing w:val="4"/>
                <w:w w:val="95"/>
                <w:sz w:val="16"/>
              </w:rPr>
              <w:t xml:space="preserve"> </w:t>
            </w:r>
            <w:r w:rsidRPr="00E85698">
              <w:rPr>
                <w:w w:val="95"/>
                <w:sz w:val="16"/>
              </w:rPr>
              <w:t>характеризовать</w:t>
            </w:r>
            <w:r w:rsidRPr="00E85698">
              <w:rPr>
                <w:spacing w:val="7"/>
                <w:w w:val="95"/>
                <w:sz w:val="16"/>
              </w:rPr>
              <w:t xml:space="preserve"> </w:t>
            </w:r>
            <w:r w:rsidRPr="00E85698">
              <w:rPr>
                <w:w w:val="95"/>
                <w:sz w:val="16"/>
              </w:rPr>
              <w:t>их</w:t>
            </w:r>
            <w:r w:rsidRPr="00E85698">
              <w:rPr>
                <w:spacing w:val="5"/>
                <w:w w:val="95"/>
                <w:sz w:val="16"/>
              </w:rPr>
              <w:t xml:space="preserve"> </w:t>
            </w:r>
            <w:r w:rsidRPr="00E85698">
              <w:rPr>
                <w:w w:val="95"/>
                <w:sz w:val="16"/>
              </w:rPr>
              <w:t>интонационные</w:t>
            </w:r>
            <w:r w:rsidRPr="00E85698">
              <w:rPr>
                <w:spacing w:val="6"/>
                <w:w w:val="95"/>
                <w:sz w:val="16"/>
              </w:rPr>
              <w:t xml:space="preserve"> </w:t>
            </w:r>
            <w:r w:rsidRPr="00E85698">
              <w:rPr>
                <w:w w:val="95"/>
                <w:sz w:val="16"/>
              </w:rPr>
              <w:t>и</w:t>
            </w:r>
            <w:r w:rsidRPr="00E85698">
              <w:rPr>
                <w:spacing w:val="2"/>
                <w:w w:val="95"/>
                <w:sz w:val="16"/>
              </w:rPr>
              <w:t xml:space="preserve"> </w:t>
            </w:r>
            <w:r w:rsidRPr="00E85698">
              <w:rPr>
                <w:w w:val="95"/>
                <w:sz w:val="16"/>
              </w:rPr>
              <w:t>смысловые</w:t>
            </w:r>
            <w:r w:rsidRPr="00E85698">
              <w:rPr>
                <w:spacing w:val="6"/>
                <w:w w:val="95"/>
                <w:sz w:val="16"/>
              </w:rPr>
              <w:t xml:space="preserve"> </w:t>
            </w:r>
            <w:r w:rsidRPr="00E85698">
              <w:rPr>
                <w:w w:val="95"/>
                <w:sz w:val="16"/>
              </w:rPr>
              <w:t>особенности,</w:t>
            </w:r>
            <w:r w:rsidRPr="00E85698">
              <w:rPr>
                <w:spacing w:val="1"/>
                <w:w w:val="95"/>
                <w:sz w:val="16"/>
              </w:rPr>
              <w:t xml:space="preserve"> </w:t>
            </w:r>
            <w:r w:rsidRPr="00E85698">
              <w:rPr>
                <w:w w:val="95"/>
                <w:sz w:val="16"/>
              </w:rPr>
              <w:t>языковые</w:t>
            </w:r>
            <w:r w:rsidRPr="00E85698">
              <w:rPr>
                <w:spacing w:val="11"/>
                <w:w w:val="95"/>
                <w:sz w:val="16"/>
              </w:rPr>
              <w:t xml:space="preserve"> </w:t>
            </w:r>
            <w:r w:rsidRPr="00E85698">
              <w:rPr>
                <w:w w:val="95"/>
                <w:sz w:val="16"/>
              </w:rPr>
              <w:t>формы</w:t>
            </w:r>
            <w:r w:rsidRPr="00E85698">
              <w:rPr>
                <w:spacing w:val="12"/>
                <w:w w:val="95"/>
                <w:sz w:val="16"/>
              </w:rPr>
              <w:t xml:space="preserve"> </w:t>
            </w:r>
            <w:r w:rsidRPr="00E85698">
              <w:rPr>
                <w:w w:val="95"/>
                <w:sz w:val="16"/>
              </w:rPr>
              <w:t>выражения</w:t>
            </w:r>
            <w:r w:rsidRPr="00E85698">
              <w:rPr>
                <w:spacing w:val="7"/>
                <w:w w:val="95"/>
                <w:sz w:val="16"/>
              </w:rPr>
              <w:t xml:space="preserve"> </w:t>
            </w:r>
            <w:r w:rsidRPr="00E85698">
              <w:rPr>
                <w:w w:val="95"/>
                <w:sz w:val="16"/>
              </w:rPr>
              <w:t>побуждения</w:t>
            </w:r>
            <w:r w:rsidRPr="00E85698">
              <w:rPr>
                <w:spacing w:val="8"/>
                <w:w w:val="95"/>
                <w:sz w:val="16"/>
              </w:rPr>
              <w:t xml:space="preserve"> </w:t>
            </w:r>
            <w:r w:rsidRPr="00E85698">
              <w:rPr>
                <w:w w:val="95"/>
                <w:sz w:val="16"/>
              </w:rPr>
              <w:t>в</w:t>
            </w:r>
            <w:r w:rsidRPr="00E85698">
              <w:rPr>
                <w:spacing w:val="11"/>
                <w:w w:val="95"/>
                <w:sz w:val="16"/>
              </w:rPr>
              <w:t xml:space="preserve"> </w:t>
            </w:r>
            <w:r w:rsidRPr="00E85698">
              <w:rPr>
                <w:w w:val="95"/>
                <w:sz w:val="16"/>
              </w:rPr>
              <w:t>побудительных</w:t>
            </w:r>
            <w:r w:rsidRPr="00E85698">
              <w:rPr>
                <w:spacing w:val="9"/>
                <w:w w:val="95"/>
                <w:sz w:val="16"/>
              </w:rPr>
              <w:t xml:space="preserve"> </w:t>
            </w:r>
            <w:r w:rsidRPr="00E85698">
              <w:rPr>
                <w:w w:val="95"/>
                <w:sz w:val="16"/>
              </w:rPr>
              <w:t>предложениях;</w:t>
            </w:r>
            <w:r w:rsidRPr="00E85698">
              <w:rPr>
                <w:spacing w:val="1"/>
                <w:w w:val="95"/>
                <w:sz w:val="16"/>
              </w:rPr>
              <w:t xml:space="preserve"> </w:t>
            </w:r>
            <w:r w:rsidRPr="00E85698">
              <w:rPr>
                <w:spacing w:val="-1"/>
                <w:sz w:val="16"/>
              </w:rPr>
              <w:t xml:space="preserve">Распознавать предложения по количеству грамматических </w:t>
            </w:r>
            <w:r w:rsidRPr="00E85698">
              <w:rPr>
                <w:sz w:val="16"/>
              </w:rPr>
              <w:t>основ;</w:t>
            </w:r>
            <w:r w:rsidRPr="00E85698">
              <w:rPr>
                <w:spacing w:val="1"/>
                <w:sz w:val="16"/>
              </w:rPr>
              <w:t xml:space="preserve"> </w:t>
            </w:r>
            <w:r w:rsidRPr="00E85698">
              <w:rPr>
                <w:w w:val="95"/>
                <w:sz w:val="16"/>
              </w:rPr>
              <w:t>Распознавать</w:t>
            </w:r>
            <w:r w:rsidRPr="00E85698">
              <w:rPr>
                <w:spacing w:val="1"/>
                <w:w w:val="95"/>
                <w:sz w:val="16"/>
              </w:rPr>
              <w:t xml:space="preserve"> </w:t>
            </w:r>
            <w:r w:rsidRPr="00E85698">
              <w:rPr>
                <w:w w:val="95"/>
                <w:sz w:val="16"/>
              </w:rPr>
              <w:t>предложения</w:t>
            </w:r>
            <w:r w:rsidRPr="00E85698">
              <w:rPr>
                <w:spacing w:val="1"/>
                <w:w w:val="95"/>
                <w:sz w:val="16"/>
              </w:rPr>
              <w:t xml:space="preserve"> </w:t>
            </w:r>
            <w:r w:rsidRPr="00E85698">
              <w:rPr>
                <w:w w:val="95"/>
                <w:sz w:val="16"/>
              </w:rPr>
              <w:t>по</w:t>
            </w:r>
            <w:r w:rsidRPr="00E85698">
              <w:rPr>
                <w:spacing w:val="1"/>
                <w:w w:val="95"/>
                <w:sz w:val="16"/>
              </w:rPr>
              <w:t xml:space="preserve"> </w:t>
            </w:r>
            <w:r w:rsidRPr="00E85698">
              <w:rPr>
                <w:w w:val="95"/>
                <w:sz w:val="16"/>
              </w:rPr>
              <w:t>наличию</w:t>
            </w:r>
            <w:r w:rsidRPr="00E85698">
              <w:rPr>
                <w:spacing w:val="36"/>
                <w:sz w:val="16"/>
              </w:rPr>
              <w:t xml:space="preserve"> </w:t>
            </w:r>
            <w:r w:rsidRPr="00E85698">
              <w:rPr>
                <w:w w:val="95"/>
                <w:sz w:val="16"/>
              </w:rPr>
              <w:t>главных</w:t>
            </w:r>
            <w:r w:rsidRPr="00E85698">
              <w:rPr>
                <w:spacing w:val="36"/>
                <w:sz w:val="16"/>
              </w:rPr>
              <w:t xml:space="preserve"> </w:t>
            </w:r>
            <w:r w:rsidRPr="00E85698">
              <w:rPr>
                <w:w w:val="95"/>
                <w:sz w:val="16"/>
              </w:rPr>
              <w:t>и</w:t>
            </w:r>
            <w:r w:rsidRPr="00E85698">
              <w:rPr>
                <w:spacing w:val="36"/>
                <w:sz w:val="16"/>
              </w:rPr>
              <w:t xml:space="preserve"> </w:t>
            </w:r>
            <w:r w:rsidRPr="00E85698">
              <w:rPr>
                <w:w w:val="95"/>
                <w:sz w:val="16"/>
              </w:rPr>
              <w:t>второстепенных</w:t>
            </w:r>
            <w:r w:rsidRPr="00E85698">
              <w:rPr>
                <w:spacing w:val="1"/>
                <w:w w:val="95"/>
                <w:sz w:val="16"/>
              </w:rPr>
              <w:t xml:space="preserve"> </w:t>
            </w:r>
            <w:r w:rsidRPr="00E85698">
              <w:rPr>
                <w:sz w:val="16"/>
              </w:rPr>
              <w:t>членов,</w:t>
            </w:r>
            <w:r w:rsidRPr="00E85698">
              <w:rPr>
                <w:spacing w:val="-4"/>
                <w:sz w:val="16"/>
              </w:rPr>
              <w:t xml:space="preserve"> </w:t>
            </w:r>
            <w:r w:rsidRPr="00E85698">
              <w:rPr>
                <w:sz w:val="16"/>
              </w:rPr>
              <w:t>предложения</w:t>
            </w:r>
            <w:r w:rsidRPr="00E85698">
              <w:rPr>
                <w:spacing w:val="-6"/>
                <w:sz w:val="16"/>
              </w:rPr>
              <w:t xml:space="preserve"> </w:t>
            </w:r>
            <w:r w:rsidRPr="00E85698">
              <w:rPr>
                <w:sz w:val="16"/>
              </w:rPr>
              <w:t>полные</w:t>
            </w:r>
            <w:r w:rsidRPr="00E85698">
              <w:rPr>
                <w:spacing w:val="-5"/>
                <w:sz w:val="16"/>
              </w:rPr>
              <w:t xml:space="preserve"> </w:t>
            </w:r>
            <w:r w:rsidRPr="00E85698">
              <w:rPr>
                <w:sz w:val="16"/>
              </w:rPr>
              <w:t>и</w:t>
            </w:r>
            <w:r w:rsidRPr="00E85698">
              <w:rPr>
                <w:spacing w:val="-3"/>
                <w:sz w:val="16"/>
              </w:rPr>
              <w:t xml:space="preserve"> </w:t>
            </w:r>
            <w:r w:rsidRPr="00E85698">
              <w:rPr>
                <w:sz w:val="16"/>
              </w:rPr>
              <w:t>неполные;</w:t>
            </w:r>
          </w:p>
          <w:p w:rsidR="00A047B0" w:rsidRPr="00E85698" w:rsidRDefault="00A047B0" w:rsidP="00A047B0">
            <w:pPr>
              <w:pStyle w:val="TableParagraph"/>
              <w:spacing w:line="183" w:lineRule="exact"/>
              <w:ind w:left="73"/>
              <w:rPr>
                <w:sz w:val="16"/>
              </w:rPr>
            </w:pPr>
            <w:r w:rsidRPr="00E85698">
              <w:rPr>
                <w:w w:val="95"/>
                <w:sz w:val="16"/>
              </w:rPr>
              <w:t>Анализировать</w:t>
            </w:r>
            <w:r w:rsidRPr="00E85698">
              <w:rPr>
                <w:spacing w:val="7"/>
                <w:w w:val="95"/>
                <w:sz w:val="16"/>
              </w:rPr>
              <w:t xml:space="preserve"> </w:t>
            </w:r>
            <w:r w:rsidRPr="00E85698">
              <w:rPr>
                <w:w w:val="95"/>
                <w:sz w:val="16"/>
              </w:rPr>
              <w:t>примеры</w:t>
            </w:r>
            <w:r w:rsidRPr="00E85698">
              <w:rPr>
                <w:spacing w:val="12"/>
                <w:w w:val="95"/>
                <w:sz w:val="16"/>
              </w:rPr>
              <w:t xml:space="preserve"> </w:t>
            </w:r>
            <w:r w:rsidRPr="00E85698">
              <w:rPr>
                <w:w w:val="95"/>
                <w:sz w:val="16"/>
              </w:rPr>
              <w:t>употребления</w:t>
            </w:r>
            <w:r w:rsidRPr="00E85698">
              <w:rPr>
                <w:spacing w:val="10"/>
                <w:w w:val="95"/>
                <w:sz w:val="16"/>
              </w:rPr>
              <w:t xml:space="preserve"> </w:t>
            </w:r>
            <w:r w:rsidRPr="00E85698">
              <w:rPr>
                <w:w w:val="95"/>
                <w:sz w:val="16"/>
              </w:rPr>
              <w:t>неполных</w:t>
            </w:r>
            <w:r w:rsidRPr="00E85698">
              <w:rPr>
                <w:spacing w:val="9"/>
                <w:w w:val="95"/>
                <w:sz w:val="16"/>
              </w:rPr>
              <w:t xml:space="preserve"> </w:t>
            </w:r>
            <w:r w:rsidRPr="00E85698">
              <w:rPr>
                <w:w w:val="95"/>
                <w:sz w:val="16"/>
              </w:rPr>
              <w:t>предложений</w:t>
            </w:r>
            <w:r w:rsidRPr="00E85698">
              <w:rPr>
                <w:spacing w:val="7"/>
                <w:w w:val="95"/>
                <w:sz w:val="16"/>
              </w:rPr>
              <w:t xml:space="preserve"> </w:t>
            </w:r>
            <w:r w:rsidRPr="00E85698">
              <w:rPr>
                <w:w w:val="95"/>
                <w:sz w:val="16"/>
              </w:rPr>
              <w:t>в</w:t>
            </w:r>
          </w:p>
          <w:p w:rsidR="00A047B0" w:rsidRPr="00E85698" w:rsidRDefault="00A047B0" w:rsidP="00A047B0">
            <w:pPr>
              <w:pStyle w:val="TableParagraph"/>
              <w:spacing w:before="8" w:line="254" w:lineRule="auto"/>
              <w:ind w:left="73"/>
              <w:rPr>
                <w:sz w:val="16"/>
              </w:rPr>
            </w:pPr>
            <w:r w:rsidRPr="00E85698">
              <w:rPr>
                <w:w w:val="95"/>
                <w:sz w:val="16"/>
              </w:rPr>
              <w:t>диалогической</w:t>
            </w:r>
            <w:r w:rsidRPr="00E85698">
              <w:rPr>
                <w:spacing w:val="9"/>
                <w:w w:val="95"/>
                <w:sz w:val="16"/>
              </w:rPr>
              <w:t xml:space="preserve"> </w:t>
            </w:r>
            <w:r w:rsidRPr="00E85698">
              <w:rPr>
                <w:w w:val="95"/>
                <w:sz w:val="16"/>
              </w:rPr>
              <w:t>речи</w:t>
            </w:r>
            <w:r w:rsidRPr="00E85698">
              <w:rPr>
                <w:spacing w:val="9"/>
                <w:w w:val="95"/>
                <w:sz w:val="16"/>
              </w:rPr>
              <w:t xml:space="preserve"> </w:t>
            </w:r>
            <w:r w:rsidRPr="00E85698">
              <w:rPr>
                <w:w w:val="95"/>
                <w:sz w:val="16"/>
              </w:rPr>
              <w:t>и</w:t>
            </w:r>
            <w:r w:rsidRPr="00E85698">
              <w:rPr>
                <w:spacing w:val="9"/>
                <w:w w:val="95"/>
                <w:sz w:val="16"/>
              </w:rPr>
              <w:t xml:space="preserve"> </w:t>
            </w:r>
            <w:r w:rsidRPr="00E85698">
              <w:rPr>
                <w:w w:val="95"/>
                <w:sz w:val="16"/>
              </w:rPr>
              <w:t>выявлять</w:t>
            </w:r>
            <w:r w:rsidRPr="00E85698">
              <w:rPr>
                <w:spacing w:val="9"/>
                <w:w w:val="95"/>
                <w:sz w:val="16"/>
              </w:rPr>
              <w:t xml:space="preserve"> </w:t>
            </w:r>
            <w:r w:rsidRPr="00E85698">
              <w:rPr>
                <w:w w:val="95"/>
                <w:sz w:val="16"/>
              </w:rPr>
              <w:t>особенности</w:t>
            </w:r>
            <w:r w:rsidRPr="00E85698">
              <w:rPr>
                <w:spacing w:val="9"/>
                <w:w w:val="95"/>
                <w:sz w:val="16"/>
              </w:rPr>
              <w:t xml:space="preserve"> </w:t>
            </w:r>
            <w:r w:rsidRPr="00E85698">
              <w:rPr>
                <w:w w:val="95"/>
                <w:sz w:val="16"/>
              </w:rPr>
              <w:t>интонации</w:t>
            </w:r>
            <w:r w:rsidRPr="00E85698">
              <w:rPr>
                <w:spacing w:val="9"/>
                <w:w w:val="95"/>
                <w:sz w:val="16"/>
              </w:rPr>
              <w:t xml:space="preserve"> </w:t>
            </w:r>
            <w:r w:rsidRPr="00E85698">
              <w:rPr>
                <w:w w:val="95"/>
                <w:sz w:val="16"/>
              </w:rPr>
              <w:t>неполного</w:t>
            </w:r>
            <w:r w:rsidRPr="00E85698">
              <w:rPr>
                <w:spacing w:val="-35"/>
                <w:w w:val="95"/>
                <w:sz w:val="16"/>
              </w:rPr>
              <w:t xml:space="preserve"> </w:t>
            </w:r>
            <w:r w:rsidRPr="00E85698">
              <w:rPr>
                <w:sz w:val="16"/>
              </w:rPr>
              <w:t>предложения;</w:t>
            </w:r>
          </w:p>
          <w:p w:rsidR="00A047B0" w:rsidRPr="00E85698" w:rsidRDefault="00A047B0" w:rsidP="00A047B0">
            <w:pPr>
              <w:pStyle w:val="TableParagraph"/>
              <w:spacing w:before="2" w:line="254" w:lineRule="auto"/>
              <w:ind w:left="73" w:right="456"/>
              <w:rPr>
                <w:sz w:val="16"/>
              </w:rPr>
            </w:pPr>
            <w:r w:rsidRPr="00E85698">
              <w:rPr>
                <w:w w:val="95"/>
                <w:sz w:val="16"/>
              </w:rPr>
              <w:t>Проводить</w:t>
            </w:r>
            <w:r w:rsidRPr="00E85698">
              <w:rPr>
                <w:spacing w:val="10"/>
                <w:w w:val="95"/>
                <w:sz w:val="16"/>
              </w:rPr>
              <w:t xml:space="preserve"> </w:t>
            </w:r>
            <w:r w:rsidRPr="00E85698">
              <w:rPr>
                <w:w w:val="95"/>
                <w:sz w:val="16"/>
              </w:rPr>
              <w:t>синтаксический</w:t>
            </w:r>
            <w:r w:rsidRPr="00E85698">
              <w:rPr>
                <w:spacing w:val="7"/>
                <w:w w:val="95"/>
                <w:sz w:val="16"/>
              </w:rPr>
              <w:t xml:space="preserve"> </w:t>
            </w:r>
            <w:r w:rsidRPr="00E85698">
              <w:rPr>
                <w:w w:val="95"/>
                <w:sz w:val="16"/>
              </w:rPr>
              <w:t>и</w:t>
            </w:r>
            <w:r w:rsidRPr="00E85698">
              <w:rPr>
                <w:spacing w:val="11"/>
                <w:w w:val="95"/>
                <w:sz w:val="16"/>
              </w:rPr>
              <w:t xml:space="preserve"> </w:t>
            </w:r>
            <w:r w:rsidRPr="00E85698">
              <w:rPr>
                <w:w w:val="95"/>
                <w:sz w:val="16"/>
              </w:rPr>
              <w:t>пунктуационный</w:t>
            </w:r>
            <w:r w:rsidRPr="00E85698">
              <w:rPr>
                <w:spacing w:val="10"/>
                <w:w w:val="95"/>
                <w:sz w:val="16"/>
              </w:rPr>
              <w:t xml:space="preserve"> </w:t>
            </w:r>
            <w:r w:rsidRPr="00E85698">
              <w:rPr>
                <w:w w:val="95"/>
                <w:sz w:val="16"/>
              </w:rPr>
              <w:t>анализ</w:t>
            </w:r>
            <w:r w:rsidRPr="00E85698">
              <w:rPr>
                <w:spacing w:val="11"/>
                <w:w w:val="95"/>
                <w:sz w:val="16"/>
              </w:rPr>
              <w:t xml:space="preserve"> </w:t>
            </w:r>
            <w:r w:rsidRPr="00E85698">
              <w:rPr>
                <w:w w:val="95"/>
                <w:sz w:val="16"/>
              </w:rPr>
              <w:t>предложений;</w:t>
            </w:r>
            <w:r w:rsidRPr="00E85698">
              <w:rPr>
                <w:spacing w:val="1"/>
                <w:w w:val="95"/>
                <w:sz w:val="16"/>
              </w:rPr>
              <w:t xml:space="preserve"> </w:t>
            </w:r>
            <w:r w:rsidRPr="00E85698">
              <w:rPr>
                <w:w w:val="95"/>
                <w:sz w:val="16"/>
              </w:rPr>
              <w:t>применять</w:t>
            </w:r>
            <w:r w:rsidRPr="00E85698">
              <w:rPr>
                <w:spacing w:val="4"/>
                <w:w w:val="95"/>
                <w:sz w:val="16"/>
              </w:rPr>
              <w:t xml:space="preserve"> </w:t>
            </w:r>
            <w:r w:rsidRPr="00E85698">
              <w:rPr>
                <w:w w:val="95"/>
                <w:sz w:val="16"/>
              </w:rPr>
              <w:t>знания</w:t>
            </w:r>
            <w:r w:rsidRPr="00E85698">
              <w:rPr>
                <w:spacing w:val="4"/>
                <w:w w:val="95"/>
                <w:sz w:val="16"/>
              </w:rPr>
              <w:t xml:space="preserve"> </w:t>
            </w:r>
            <w:r w:rsidRPr="00E85698">
              <w:rPr>
                <w:w w:val="95"/>
                <w:sz w:val="16"/>
              </w:rPr>
              <w:t>по</w:t>
            </w:r>
            <w:r w:rsidRPr="00E85698">
              <w:rPr>
                <w:spacing w:val="3"/>
                <w:w w:val="95"/>
                <w:sz w:val="16"/>
              </w:rPr>
              <w:t xml:space="preserve"> </w:t>
            </w:r>
            <w:r w:rsidRPr="00E85698">
              <w:rPr>
                <w:w w:val="95"/>
                <w:sz w:val="16"/>
              </w:rPr>
              <w:t>синтаксису</w:t>
            </w:r>
            <w:r w:rsidRPr="00E85698">
              <w:rPr>
                <w:spacing w:val="3"/>
                <w:w w:val="95"/>
                <w:sz w:val="16"/>
              </w:rPr>
              <w:t xml:space="preserve"> </w:t>
            </w:r>
            <w:r w:rsidRPr="00E85698">
              <w:rPr>
                <w:w w:val="95"/>
                <w:sz w:val="16"/>
              </w:rPr>
              <w:t>и</w:t>
            </w:r>
            <w:r w:rsidRPr="00E85698">
              <w:rPr>
                <w:spacing w:val="1"/>
                <w:w w:val="95"/>
                <w:sz w:val="16"/>
              </w:rPr>
              <w:t xml:space="preserve"> </w:t>
            </w:r>
            <w:r w:rsidRPr="00E85698">
              <w:rPr>
                <w:w w:val="95"/>
                <w:sz w:val="16"/>
              </w:rPr>
              <w:t>пунктуации</w:t>
            </w:r>
            <w:r w:rsidRPr="00E85698">
              <w:rPr>
                <w:spacing w:val="5"/>
                <w:w w:val="95"/>
                <w:sz w:val="16"/>
              </w:rPr>
              <w:t xml:space="preserve"> </w:t>
            </w:r>
            <w:r w:rsidRPr="00E85698">
              <w:rPr>
                <w:w w:val="95"/>
                <w:sz w:val="16"/>
              </w:rPr>
              <w:t>при</w:t>
            </w:r>
            <w:r w:rsidRPr="00E85698">
              <w:rPr>
                <w:spacing w:val="4"/>
                <w:w w:val="95"/>
                <w:sz w:val="16"/>
              </w:rPr>
              <w:t xml:space="preserve"> </w:t>
            </w:r>
            <w:r w:rsidRPr="00E85698">
              <w:rPr>
                <w:w w:val="95"/>
                <w:sz w:val="16"/>
              </w:rPr>
              <w:t>выполнении</w:t>
            </w:r>
            <w:r w:rsidRPr="00E85698">
              <w:rPr>
                <w:spacing w:val="1"/>
                <w:w w:val="95"/>
                <w:sz w:val="16"/>
              </w:rPr>
              <w:t xml:space="preserve"> </w:t>
            </w:r>
            <w:r w:rsidRPr="00E85698">
              <w:rPr>
                <w:sz w:val="16"/>
              </w:rPr>
              <w:t>языкового</w:t>
            </w:r>
            <w:r w:rsidRPr="00E85698">
              <w:rPr>
                <w:spacing w:val="-8"/>
                <w:sz w:val="16"/>
              </w:rPr>
              <w:t xml:space="preserve"> </w:t>
            </w:r>
            <w:r w:rsidRPr="00E85698">
              <w:rPr>
                <w:sz w:val="16"/>
              </w:rPr>
              <w:t>анализа</w:t>
            </w:r>
            <w:r w:rsidRPr="00E85698">
              <w:rPr>
                <w:spacing w:val="-6"/>
                <w:sz w:val="16"/>
              </w:rPr>
              <w:t xml:space="preserve"> </w:t>
            </w:r>
            <w:r w:rsidRPr="00E85698">
              <w:rPr>
                <w:sz w:val="16"/>
              </w:rPr>
              <w:t>различных</w:t>
            </w:r>
            <w:r w:rsidRPr="00E85698">
              <w:rPr>
                <w:spacing w:val="-7"/>
                <w:sz w:val="16"/>
              </w:rPr>
              <w:t xml:space="preserve"> </w:t>
            </w:r>
            <w:r w:rsidRPr="00E85698">
              <w:rPr>
                <w:sz w:val="16"/>
              </w:rPr>
              <w:t>видов</w:t>
            </w:r>
            <w:r w:rsidRPr="00E85698">
              <w:rPr>
                <w:spacing w:val="-9"/>
                <w:sz w:val="16"/>
              </w:rPr>
              <w:t xml:space="preserve"> </w:t>
            </w:r>
            <w:r w:rsidRPr="00E85698">
              <w:rPr>
                <w:sz w:val="16"/>
              </w:rPr>
              <w:t>и</w:t>
            </w:r>
            <w:r w:rsidRPr="00E85698">
              <w:rPr>
                <w:spacing w:val="-7"/>
                <w:sz w:val="16"/>
              </w:rPr>
              <w:t xml:space="preserve"> </w:t>
            </w:r>
            <w:r w:rsidRPr="00E85698">
              <w:rPr>
                <w:sz w:val="16"/>
              </w:rPr>
              <w:t>в</w:t>
            </w:r>
            <w:r w:rsidRPr="00E85698">
              <w:rPr>
                <w:spacing w:val="-6"/>
                <w:sz w:val="16"/>
              </w:rPr>
              <w:t xml:space="preserve"> </w:t>
            </w:r>
            <w:r w:rsidRPr="00E85698">
              <w:rPr>
                <w:sz w:val="16"/>
              </w:rPr>
              <w:t>речевой</w:t>
            </w:r>
            <w:r w:rsidRPr="00E85698">
              <w:rPr>
                <w:spacing w:val="-7"/>
                <w:sz w:val="16"/>
              </w:rPr>
              <w:t xml:space="preserve"> </w:t>
            </w:r>
            <w:r w:rsidRPr="00E85698">
              <w:rPr>
                <w:sz w:val="16"/>
              </w:rPr>
              <w:t>практике;</w:t>
            </w:r>
          </w:p>
          <w:p w:rsidR="00A047B0" w:rsidRPr="00E85698" w:rsidRDefault="00A047B0" w:rsidP="00A047B0">
            <w:pPr>
              <w:pStyle w:val="TableParagraph"/>
              <w:spacing w:line="182" w:lineRule="exact"/>
              <w:ind w:left="73"/>
              <w:rPr>
                <w:sz w:val="16"/>
              </w:rPr>
            </w:pPr>
            <w:r w:rsidRPr="00E85698">
              <w:rPr>
                <w:w w:val="95"/>
                <w:sz w:val="16"/>
              </w:rPr>
              <w:t>Употреблять</w:t>
            </w:r>
            <w:r w:rsidRPr="00E85698">
              <w:rPr>
                <w:spacing w:val="8"/>
                <w:w w:val="95"/>
                <w:sz w:val="16"/>
              </w:rPr>
              <w:t xml:space="preserve"> </w:t>
            </w:r>
            <w:r w:rsidRPr="00E85698">
              <w:rPr>
                <w:w w:val="95"/>
                <w:sz w:val="16"/>
              </w:rPr>
              <w:t>неполные</w:t>
            </w:r>
            <w:r w:rsidRPr="00E85698">
              <w:rPr>
                <w:spacing w:val="9"/>
                <w:w w:val="95"/>
                <w:sz w:val="16"/>
              </w:rPr>
              <w:t xml:space="preserve"> </w:t>
            </w:r>
            <w:r w:rsidRPr="00E85698">
              <w:rPr>
                <w:w w:val="95"/>
                <w:sz w:val="16"/>
              </w:rPr>
              <w:t>предложения</w:t>
            </w:r>
            <w:r w:rsidRPr="00E85698">
              <w:rPr>
                <w:spacing w:val="7"/>
                <w:w w:val="95"/>
                <w:sz w:val="16"/>
              </w:rPr>
              <w:t xml:space="preserve"> </w:t>
            </w:r>
            <w:r w:rsidRPr="00E85698">
              <w:rPr>
                <w:w w:val="95"/>
                <w:sz w:val="16"/>
              </w:rPr>
              <w:t>в</w:t>
            </w:r>
            <w:r w:rsidRPr="00E85698">
              <w:rPr>
                <w:spacing w:val="9"/>
                <w:w w:val="95"/>
                <w:sz w:val="16"/>
              </w:rPr>
              <w:t xml:space="preserve"> </w:t>
            </w:r>
            <w:r w:rsidRPr="00E85698">
              <w:rPr>
                <w:w w:val="95"/>
                <w:sz w:val="16"/>
              </w:rPr>
              <w:t>диалогической</w:t>
            </w:r>
            <w:r w:rsidRPr="00E85698">
              <w:rPr>
                <w:spacing w:val="9"/>
                <w:w w:val="95"/>
                <w:sz w:val="16"/>
              </w:rPr>
              <w:t xml:space="preserve"> </w:t>
            </w:r>
            <w:r w:rsidRPr="00E85698">
              <w:rPr>
                <w:w w:val="95"/>
                <w:sz w:val="16"/>
              </w:rPr>
              <w:t>речи;</w:t>
            </w:r>
          </w:p>
          <w:p w:rsidR="00A047B0" w:rsidRPr="00E85698" w:rsidRDefault="00A047B0" w:rsidP="00A047B0">
            <w:pPr>
              <w:pStyle w:val="TableParagraph"/>
              <w:spacing w:before="10" w:line="254" w:lineRule="auto"/>
              <w:ind w:left="73"/>
              <w:rPr>
                <w:sz w:val="16"/>
              </w:rPr>
            </w:pPr>
            <w:r w:rsidRPr="00E85698">
              <w:rPr>
                <w:w w:val="95"/>
                <w:sz w:val="16"/>
              </w:rPr>
              <w:t>Определять</w:t>
            </w:r>
            <w:r w:rsidRPr="00E85698">
              <w:rPr>
                <w:spacing w:val="8"/>
                <w:w w:val="95"/>
                <w:sz w:val="16"/>
              </w:rPr>
              <w:t xml:space="preserve"> </w:t>
            </w:r>
            <w:r w:rsidRPr="00E85698">
              <w:rPr>
                <w:w w:val="95"/>
                <w:sz w:val="16"/>
              </w:rPr>
              <w:t>основания</w:t>
            </w:r>
            <w:r w:rsidRPr="00E85698">
              <w:rPr>
                <w:spacing w:val="9"/>
                <w:w w:val="95"/>
                <w:sz w:val="16"/>
              </w:rPr>
              <w:t xml:space="preserve"> </w:t>
            </w:r>
            <w:r w:rsidRPr="00E85698">
              <w:rPr>
                <w:w w:val="95"/>
                <w:sz w:val="16"/>
              </w:rPr>
              <w:t>для</w:t>
            </w:r>
            <w:r w:rsidRPr="00E85698">
              <w:rPr>
                <w:spacing w:val="8"/>
                <w:w w:val="95"/>
                <w:sz w:val="16"/>
              </w:rPr>
              <w:t xml:space="preserve"> </w:t>
            </w:r>
            <w:r w:rsidRPr="00E85698">
              <w:rPr>
                <w:w w:val="95"/>
                <w:sz w:val="16"/>
              </w:rPr>
              <w:t>сравнения</w:t>
            </w:r>
            <w:r w:rsidRPr="00E85698">
              <w:rPr>
                <w:spacing w:val="9"/>
                <w:w w:val="95"/>
                <w:sz w:val="16"/>
              </w:rPr>
              <w:t xml:space="preserve"> </w:t>
            </w:r>
            <w:r w:rsidRPr="00E85698">
              <w:rPr>
                <w:w w:val="95"/>
                <w:sz w:val="16"/>
              </w:rPr>
              <w:t>и</w:t>
            </w:r>
            <w:r w:rsidRPr="00E85698">
              <w:rPr>
                <w:spacing w:val="8"/>
                <w:w w:val="95"/>
                <w:sz w:val="16"/>
              </w:rPr>
              <w:t xml:space="preserve"> </w:t>
            </w:r>
            <w:r w:rsidRPr="00E85698">
              <w:rPr>
                <w:w w:val="95"/>
                <w:sz w:val="16"/>
              </w:rPr>
              <w:t>сравнивать</w:t>
            </w:r>
            <w:r w:rsidRPr="00E85698">
              <w:rPr>
                <w:spacing w:val="9"/>
                <w:w w:val="95"/>
                <w:sz w:val="16"/>
              </w:rPr>
              <w:t xml:space="preserve"> </w:t>
            </w:r>
            <w:r w:rsidRPr="00E85698">
              <w:rPr>
                <w:w w:val="95"/>
                <w:sz w:val="16"/>
              </w:rPr>
              <w:t>предложения</w:t>
            </w:r>
            <w:r w:rsidRPr="00E85698">
              <w:rPr>
                <w:spacing w:val="9"/>
                <w:w w:val="95"/>
                <w:sz w:val="16"/>
              </w:rPr>
              <w:t xml:space="preserve"> </w:t>
            </w:r>
            <w:r w:rsidRPr="00E85698">
              <w:rPr>
                <w:w w:val="95"/>
                <w:sz w:val="16"/>
              </w:rPr>
              <w:t>разных</w:t>
            </w:r>
            <w:r w:rsidRPr="00E85698">
              <w:rPr>
                <w:spacing w:val="1"/>
                <w:w w:val="95"/>
                <w:sz w:val="16"/>
              </w:rPr>
              <w:t xml:space="preserve"> </w:t>
            </w:r>
            <w:r w:rsidRPr="00E85698">
              <w:rPr>
                <w:sz w:val="16"/>
              </w:rPr>
              <w:t>видов;</w:t>
            </w:r>
          </w:p>
          <w:p w:rsidR="00A047B0" w:rsidRPr="00E85698" w:rsidRDefault="00A047B0" w:rsidP="00A047B0">
            <w:pPr>
              <w:pStyle w:val="TableParagraph"/>
              <w:spacing w:line="183" w:lineRule="exact"/>
              <w:ind w:left="73"/>
              <w:rPr>
                <w:sz w:val="16"/>
              </w:rPr>
            </w:pPr>
            <w:r w:rsidRPr="00E85698">
              <w:rPr>
                <w:w w:val="95"/>
                <w:sz w:val="16"/>
              </w:rPr>
              <w:t>Конструировать</w:t>
            </w:r>
            <w:r w:rsidRPr="00E85698">
              <w:rPr>
                <w:spacing w:val="10"/>
                <w:w w:val="95"/>
                <w:sz w:val="16"/>
              </w:rPr>
              <w:t xml:space="preserve"> </w:t>
            </w:r>
            <w:r w:rsidRPr="00E85698">
              <w:rPr>
                <w:w w:val="95"/>
                <w:sz w:val="16"/>
              </w:rPr>
              <w:t>предложения</w:t>
            </w:r>
            <w:r w:rsidRPr="00E85698">
              <w:rPr>
                <w:spacing w:val="10"/>
                <w:w w:val="95"/>
                <w:sz w:val="16"/>
              </w:rPr>
              <w:t xml:space="preserve"> </w:t>
            </w:r>
            <w:r w:rsidRPr="00E85698">
              <w:rPr>
                <w:w w:val="95"/>
                <w:sz w:val="16"/>
              </w:rPr>
              <w:t>разных</w:t>
            </w:r>
            <w:r w:rsidRPr="00E85698">
              <w:rPr>
                <w:spacing w:val="8"/>
                <w:w w:val="95"/>
                <w:sz w:val="16"/>
              </w:rPr>
              <w:t xml:space="preserve"> </w:t>
            </w:r>
            <w:r w:rsidRPr="00E85698">
              <w:rPr>
                <w:w w:val="95"/>
                <w:sz w:val="16"/>
              </w:rPr>
              <w:t>видов;</w:t>
            </w:r>
          </w:p>
        </w:tc>
        <w:tc>
          <w:tcPr>
            <w:tcW w:w="1081" w:type="dxa"/>
          </w:tcPr>
          <w:p w:rsidR="00A047B0" w:rsidRPr="00E85698" w:rsidRDefault="00A047B0" w:rsidP="00A047B0">
            <w:pPr>
              <w:pStyle w:val="TableParagraph"/>
              <w:spacing w:before="63" w:line="252"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1"/>
              <w:ind w:left="70"/>
              <w:rPr>
                <w:sz w:val="16"/>
              </w:rPr>
            </w:pPr>
            <w:r w:rsidRPr="00E85698">
              <w:rPr>
                <w:sz w:val="16"/>
              </w:rPr>
              <w:t>ВПР;</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2258"/>
        </w:trPr>
        <w:tc>
          <w:tcPr>
            <w:tcW w:w="468" w:type="dxa"/>
          </w:tcPr>
          <w:p w:rsidR="00A047B0" w:rsidRPr="00E85698" w:rsidRDefault="00A047B0" w:rsidP="00A047B0">
            <w:pPr>
              <w:pStyle w:val="TableParagraph"/>
              <w:spacing w:before="58"/>
              <w:ind w:right="107"/>
              <w:jc w:val="right"/>
              <w:rPr>
                <w:sz w:val="16"/>
              </w:rPr>
            </w:pPr>
            <w:r w:rsidRPr="00E85698">
              <w:rPr>
                <w:sz w:val="16"/>
              </w:rPr>
              <w:t>8.2.</w:t>
            </w:r>
          </w:p>
        </w:tc>
        <w:tc>
          <w:tcPr>
            <w:tcW w:w="3831" w:type="dxa"/>
          </w:tcPr>
          <w:p w:rsidR="00A047B0" w:rsidRPr="00E85698" w:rsidRDefault="00A047B0" w:rsidP="00A047B0">
            <w:pPr>
              <w:pStyle w:val="TableParagraph"/>
              <w:spacing w:before="58"/>
              <w:ind w:left="76"/>
              <w:rPr>
                <w:sz w:val="16"/>
              </w:rPr>
            </w:pPr>
            <w:r w:rsidRPr="00E85698">
              <w:rPr>
                <w:w w:val="95"/>
                <w:sz w:val="16"/>
              </w:rPr>
              <w:t>Двусоставное</w:t>
            </w:r>
            <w:r w:rsidRPr="00E85698">
              <w:rPr>
                <w:spacing w:val="8"/>
                <w:w w:val="95"/>
                <w:sz w:val="16"/>
              </w:rPr>
              <w:t xml:space="preserve"> </w:t>
            </w:r>
            <w:r w:rsidRPr="00E85698">
              <w:rPr>
                <w:w w:val="95"/>
                <w:sz w:val="16"/>
              </w:rPr>
              <w:t>предложение.</w:t>
            </w:r>
          </w:p>
          <w:p w:rsidR="00A047B0" w:rsidRPr="00E85698" w:rsidRDefault="00A047B0" w:rsidP="00A047B0">
            <w:pPr>
              <w:pStyle w:val="TableParagraph"/>
              <w:spacing w:before="11"/>
              <w:ind w:left="86"/>
              <w:rPr>
                <w:sz w:val="16"/>
              </w:rPr>
            </w:pPr>
            <w:r w:rsidRPr="00E85698">
              <w:rPr>
                <w:w w:val="95"/>
                <w:sz w:val="16"/>
              </w:rPr>
              <w:t>Главные</w:t>
            </w:r>
            <w:r w:rsidRPr="00E85698">
              <w:rPr>
                <w:spacing w:val="7"/>
                <w:w w:val="95"/>
                <w:sz w:val="16"/>
              </w:rPr>
              <w:t xml:space="preserve"> </w:t>
            </w:r>
            <w:r w:rsidRPr="00E85698">
              <w:rPr>
                <w:w w:val="95"/>
                <w:sz w:val="16"/>
              </w:rPr>
              <w:t>члены</w:t>
            </w:r>
            <w:r w:rsidRPr="00E85698">
              <w:rPr>
                <w:spacing w:val="12"/>
                <w:w w:val="95"/>
                <w:sz w:val="16"/>
              </w:rPr>
              <w:t xml:space="preserve"> </w:t>
            </w:r>
            <w:r w:rsidRPr="00E85698">
              <w:rPr>
                <w:w w:val="95"/>
                <w:sz w:val="16"/>
              </w:rPr>
              <w:t>предложения</w:t>
            </w:r>
            <w:r w:rsidRPr="00E85698">
              <w:rPr>
                <w:spacing w:val="7"/>
                <w:w w:val="95"/>
                <w:sz w:val="16"/>
              </w:rPr>
              <w:t xml:space="preserve"> </w:t>
            </w:r>
            <w:r w:rsidRPr="00E85698">
              <w:rPr>
                <w:w w:val="95"/>
                <w:sz w:val="16"/>
              </w:rPr>
              <w:t>(грамматическая</w:t>
            </w:r>
            <w:r w:rsidRPr="00E85698">
              <w:rPr>
                <w:spacing w:val="11"/>
                <w:w w:val="95"/>
                <w:sz w:val="16"/>
              </w:rPr>
              <w:t xml:space="preserve"> </w:t>
            </w:r>
            <w:r w:rsidRPr="00E85698">
              <w:rPr>
                <w:w w:val="95"/>
                <w:sz w:val="16"/>
              </w:rPr>
              <w:t>основа).</w:t>
            </w:r>
          </w:p>
        </w:tc>
        <w:tc>
          <w:tcPr>
            <w:tcW w:w="529" w:type="dxa"/>
          </w:tcPr>
          <w:p w:rsidR="00A047B0" w:rsidRPr="00E85698" w:rsidRDefault="00A047B0" w:rsidP="00A047B0">
            <w:pPr>
              <w:pStyle w:val="TableParagraph"/>
              <w:spacing w:before="58"/>
              <w:ind w:left="76"/>
              <w:rPr>
                <w:sz w:val="16"/>
              </w:rPr>
            </w:pPr>
            <w:r w:rsidRPr="00E85698">
              <w:rPr>
                <w:w w:val="96"/>
                <w:sz w:val="16"/>
              </w:rPr>
              <w:t>5</w:t>
            </w:r>
          </w:p>
        </w:tc>
        <w:tc>
          <w:tcPr>
            <w:tcW w:w="1107" w:type="dxa"/>
          </w:tcPr>
          <w:p w:rsidR="00A047B0" w:rsidRPr="00E85698" w:rsidRDefault="00A047B0" w:rsidP="00A047B0">
            <w:pPr>
              <w:pStyle w:val="TableParagraph"/>
              <w:spacing w:before="58"/>
              <w:ind w:left="75"/>
              <w:rPr>
                <w:sz w:val="16"/>
              </w:rPr>
            </w:pPr>
            <w:r w:rsidRPr="00E85698">
              <w:rPr>
                <w:w w:val="96"/>
                <w:sz w:val="16"/>
              </w:rPr>
              <w:t>1</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21.11-29-11</w:t>
            </w:r>
          </w:p>
        </w:tc>
        <w:tc>
          <w:tcPr>
            <w:tcW w:w="5166" w:type="dxa"/>
          </w:tcPr>
          <w:p w:rsidR="00A047B0" w:rsidRPr="00E85698" w:rsidRDefault="00A047B0" w:rsidP="00A047B0">
            <w:pPr>
              <w:pStyle w:val="TableParagraph"/>
              <w:spacing w:before="63" w:line="256" w:lineRule="auto"/>
              <w:ind w:left="73" w:right="183"/>
              <w:rPr>
                <w:sz w:val="16"/>
              </w:rPr>
            </w:pPr>
            <w:r w:rsidRPr="00E85698">
              <w:rPr>
                <w:w w:val="95"/>
                <w:sz w:val="16"/>
              </w:rPr>
              <w:t>Различать</w:t>
            </w:r>
            <w:r w:rsidRPr="00E85698">
              <w:rPr>
                <w:spacing w:val="9"/>
                <w:w w:val="95"/>
                <w:sz w:val="16"/>
              </w:rPr>
              <w:t xml:space="preserve"> </w:t>
            </w:r>
            <w:r w:rsidRPr="00E85698">
              <w:rPr>
                <w:w w:val="95"/>
                <w:sz w:val="16"/>
              </w:rPr>
              <w:t>способы</w:t>
            </w:r>
            <w:r w:rsidRPr="00E85698">
              <w:rPr>
                <w:spacing w:val="10"/>
                <w:w w:val="95"/>
                <w:sz w:val="16"/>
              </w:rPr>
              <w:t xml:space="preserve"> </w:t>
            </w:r>
            <w:r w:rsidRPr="00E85698">
              <w:rPr>
                <w:w w:val="95"/>
                <w:sz w:val="16"/>
              </w:rPr>
              <w:t>выражения</w:t>
            </w:r>
            <w:r w:rsidRPr="00E85698">
              <w:rPr>
                <w:spacing w:val="9"/>
                <w:w w:val="95"/>
                <w:sz w:val="16"/>
              </w:rPr>
              <w:t xml:space="preserve"> </w:t>
            </w:r>
            <w:r w:rsidRPr="00E85698">
              <w:rPr>
                <w:w w:val="95"/>
                <w:sz w:val="16"/>
              </w:rPr>
              <w:t>подлежащего,</w:t>
            </w:r>
            <w:r w:rsidRPr="00E85698">
              <w:rPr>
                <w:spacing w:val="8"/>
                <w:w w:val="95"/>
                <w:sz w:val="16"/>
              </w:rPr>
              <w:t xml:space="preserve"> </w:t>
            </w:r>
            <w:r w:rsidRPr="00E85698">
              <w:rPr>
                <w:w w:val="95"/>
                <w:sz w:val="16"/>
              </w:rPr>
              <w:t>виды</w:t>
            </w:r>
            <w:r w:rsidRPr="00E85698">
              <w:rPr>
                <w:spacing w:val="10"/>
                <w:w w:val="95"/>
                <w:sz w:val="16"/>
              </w:rPr>
              <w:t xml:space="preserve"> </w:t>
            </w:r>
            <w:r w:rsidRPr="00E85698">
              <w:rPr>
                <w:w w:val="95"/>
                <w:sz w:val="16"/>
              </w:rPr>
              <w:t>сказуемого</w:t>
            </w:r>
            <w:r w:rsidRPr="00E85698">
              <w:rPr>
                <w:spacing w:val="8"/>
                <w:w w:val="95"/>
                <w:sz w:val="16"/>
              </w:rPr>
              <w:t xml:space="preserve"> </w:t>
            </w:r>
            <w:r w:rsidRPr="00E85698">
              <w:rPr>
                <w:w w:val="95"/>
                <w:sz w:val="16"/>
              </w:rPr>
              <w:t>и</w:t>
            </w:r>
            <w:r w:rsidRPr="00E85698">
              <w:rPr>
                <w:spacing w:val="9"/>
                <w:w w:val="95"/>
                <w:sz w:val="16"/>
              </w:rPr>
              <w:t xml:space="preserve"> </w:t>
            </w:r>
            <w:r w:rsidRPr="00E85698">
              <w:rPr>
                <w:w w:val="95"/>
                <w:sz w:val="16"/>
              </w:rPr>
              <w:t>способы</w:t>
            </w:r>
            <w:r w:rsidRPr="00E85698">
              <w:rPr>
                <w:spacing w:val="-35"/>
                <w:w w:val="95"/>
                <w:sz w:val="16"/>
              </w:rPr>
              <w:t xml:space="preserve"> </w:t>
            </w:r>
            <w:r w:rsidRPr="00E85698">
              <w:rPr>
                <w:sz w:val="16"/>
              </w:rPr>
              <w:t>его</w:t>
            </w:r>
            <w:r w:rsidRPr="00E85698">
              <w:rPr>
                <w:spacing w:val="-3"/>
                <w:sz w:val="16"/>
              </w:rPr>
              <w:t xml:space="preserve"> </w:t>
            </w:r>
            <w:r w:rsidRPr="00E85698">
              <w:rPr>
                <w:sz w:val="16"/>
              </w:rPr>
              <w:t>выражения;</w:t>
            </w:r>
          </w:p>
          <w:p w:rsidR="00A047B0" w:rsidRPr="00E85698" w:rsidRDefault="00A047B0" w:rsidP="00A047B0">
            <w:pPr>
              <w:pStyle w:val="TableParagraph"/>
              <w:spacing w:line="254" w:lineRule="auto"/>
              <w:ind w:left="73"/>
              <w:rPr>
                <w:sz w:val="16"/>
              </w:rPr>
            </w:pPr>
            <w:r w:rsidRPr="00E85698">
              <w:rPr>
                <w:w w:val="95"/>
                <w:sz w:val="16"/>
              </w:rPr>
              <w:t>Анализировать</w:t>
            </w:r>
            <w:r w:rsidRPr="00E85698">
              <w:rPr>
                <w:spacing w:val="7"/>
                <w:w w:val="95"/>
                <w:sz w:val="16"/>
              </w:rPr>
              <w:t xml:space="preserve"> </w:t>
            </w:r>
            <w:r w:rsidRPr="00E85698">
              <w:rPr>
                <w:w w:val="95"/>
                <w:sz w:val="16"/>
              </w:rPr>
              <w:t>и</w:t>
            </w:r>
            <w:r w:rsidRPr="00E85698">
              <w:rPr>
                <w:spacing w:val="10"/>
                <w:w w:val="95"/>
                <w:sz w:val="16"/>
              </w:rPr>
              <w:t xml:space="preserve"> </w:t>
            </w:r>
            <w:r w:rsidRPr="00E85698">
              <w:rPr>
                <w:w w:val="95"/>
                <w:sz w:val="16"/>
              </w:rPr>
              <w:t>применять</w:t>
            </w:r>
            <w:r w:rsidRPr="00E85698">
              <w:rPr>
                <w:spacing w:val="8"/>
                <w:w w:val="95"/>
                <w:sz w:val="16"/>
              </w:rPr>
              <w:t xml:space="preserve"> </w:t>
            </w:r>
            <w:r w:rsidRPr="00E85698">
              <w:rPr>
                <w:w w:val="95"/>
                <w:sz w:val="16"/>
              </w:rPr>
              <w:t>нормы</w:t>
            </w:r>
            <w:r w:rsidRPr="00E85698">
              <w:rPr>
                <w:spacing w:val="11"/>
                <w:w w:val="95"/>
                <w:sz w:val="16"/>
              </w:rPr>
              <w:t xml:space="preserve"> </w:t>
            </w:r>
            <w:r w:rsidRPr="00E85698">
              <w:rPr>
                <w:w w:val="95"/>
                <w:sz w:val="16"/>
              </w:rPr>
              <w:t>построения</w:t>
            </w:r>
            <w:r w:rsidRPr="00E85698">
              <w:rPr>
                <w:spacing w:val="11"/>
                <w:w w:val="95"/>
                <w:sz w:val="16"/>
              </w:rPr>
              <w:t xml:space="preserve"> </w:t>
            </w:r>
            <w:r w:rsidRPr="00E85698">
              <w:rPr>
                <w:w w:val="95"/>
                <w:sz w:val="16"/>
              </w:rPr>
              <w:t>простого</w:t>
            </w:r>
            <w:r w:rsidRPr="00E85698">
              <w:rPr>
                <w:spacing w:val="8"/>
                <w:w w:val="95"/>
                <w:sz w:val="16"/>
              </w:rPr>
              <w:t xml:space="preserve"> </w:t>
            </w:r>
            <w:r w:rsidRPr="00E85698">
              <w:rPr>
                <w:w w:val="95"/>
                <w:sz w:val="16"/>
              </w:rPr>
              <w:t>предложения,</w:t>
            </w:r>
            <w:r w:rsidRPr="00E85698">
              <w:rPr>
                <w:spacing w:val="1"/>
                <w:w w:val="95"/>
                <w:sz w:val="16"/>
              </w:rPr>
              <w:t xml:space="preserve"> </w:t>
            </w:r>
            <w:r w:rsidRPr="00E85698">
              <w:rPr>
                <w:sz w:val="16"/>
              </w:rPr>
              <w:t>анализировать</w:t>
            </w:r>
            <w:r w:rsidRPr="00E85698">
              <w:rPr>
                <w:spacing w:val="-6"/>
                <w:sz w:val="16"/>
              </w:rPr>
              <w:t xml:space="preserve"> </w:t>
            </w:r>
            <w:r w:rsidRPr="00E85698">
              <w:rPr>
                <w:sz w:val="16"/>
              </w:rPr>
              <w:t>примеры</w:t>
            </w:r>
            <w:r w:rsidRPr="00E85698">
              <w:rPr>
                <w:spacing w:val="-6"/>
                <w:sz w:val="16"/>
              </w:rPr>
              <w:t xml:space="preserve"> </w:t>
            </w:r>
            <w:r w:rsidRPr="00E85698">
              <w:rPr>
                <w:sz w:val="16"/>
              </w:rPr>
              <w:t>использования</w:t>
            </w:r>
            <w:r w:rsidRPr="00E85698">
              <w:rPr>
                <w:spacing w:val="-4"/>
                <w:sz w:val="16"/>
              </w:rPr>
              <w:t xml:space="preserve"> </w:t>
            </w:r>
            <w:r w:rsidRPr="00E85698">
              <w:rPr>
                <w:sz w:val="16"/>
              </w:rPr>
              <w:t>инверсии;</w:t>
            </w:r>
          </w:p>
          <w:p w:rsidR="00A047B0" w:rsidRPr="00E85698" w:rsidRDefault="00A047B0" w:rsidP="00A047B0">
            <w:pPr>
              <w:pStyle w:val="TableParagraph"/>
              <w:spacing w:line="254" w:lineRule="auto"/>
              <w:ind w:left="73"/>
              <w:rPr>
                <w:sz w:val="16"/>
              </w:rPr>
            </w:pPr>
            <w:r w:rsidRPr="00E85698">
              <w:rPr>
                <w:w w:val="95"/>
                <w:sz w:val="16"/>
              </w:rPr>
              <w:t>Применять</w:t>
            </w:r>
            <w:r w:rsidRPr="00E85698">
              <w:rPr>
                <w:spacing w:val="7"/>
                <w:w w:val="95"/>
                <w:sz w:val="16"/>
              </w:rPr>
              <w:t xml:space="preserve"> </w:t>
            </w:r>
            <w:r w:rsidRPr="00E85698">
              <w:rPr>
                <w:w w:val="95"/>
                <w:sz w:val="16"/>
              </w:rPr>
              <w:t>нормы</w:t>
            </w:r>
            <w:r w:rsidRPr="00E85698">
              <w:rPr>
                <w:spacing w:val="10"/>
                <w:w w:val="95"/>
                <w:sz w:val="16"/>
              </w:rPr>
              <w:t xml:space="preserve"> </w:t>
            </w:r>
            <w:r w:rsidRPr="00E85698">
              <w:rPr>
                <w:w w:val="95"/>
                <w:sz w:val="16"/>
              </w:rPr>
              <w:t>согласования</w:t>
            </w:r>
            <w:r w:rsidRPr="00E85698">
              <w:rPr>
                <w:spacing w:val="8"/>
                <w:w w:val="95"/>
                <w:sz w:val="16"/>
              </w:rPr>
              <w:t xml:space="preserve"> </w:t>
            </w:r>
            <w:r w:rsidRPr="00E85698">
              <w:rPr>
                <w:w w:val="95"/>
                <w:sz w:val="16"/>
              </w:rPr>
              <w:t>сказуемого</w:t>
            </w:r>
            <w:r w:rsidRPr="00E85698">
              <w:rPr>
                <w:spacing w:val="6"/>
                <w:w w:val="95"/>
                <w:sz w:val="16"/>
              </w:rPr>
              <w:t xml:space="preserve"> </w:t>
            </w:r>
            <w:r w:rsidRPr="00E85698">
              <w:rPr>
                <w:w w:val="95"/>
                <w:sz w:val="16"/>
              </w:rPr>
              <w:t>с</w:t>
            </w:r>
            <w:r w:rsidRPr="00E85698">
              <w:rPr>
                <w:spacing w:val="8"/>
                <w:w w:val="95"/>
                <w:sz w:val="16"/>
              </w:rPr>
              <w:t xml:space="preserve"> </w:t>
            </w:r>
            <w:r w:rsidRPr="00E85698">
              <w:rPr>
                <w:w w:val="95"/>
                <w:sz w:val="16"/>
              </w:rPr>
              <w:t>подлежащим,</w:t>
            </w:r>
            <w:r w:rsidRPr="00E85698">
              <w:rPr>
                <w:spacing w:val="7"/>
                <w:w w:val="95"/>
                <w:sz w:val="16"/>
              </w:rPr>
              <w:t xml:space="preserve"> </w:t>
            </w:r>
            <w:r w:rsidRPr="00E85698">
              <w:rPr>
                <w:w w:val="95"/>
                <w:sz w:val="16"/>
              </w:rPr>
              <w:t>в</w:t>
            </w:r>
            <w:r w:rsidRPr="00E85698">
              <w:rPr>
                <w:spacing w:val="8"/>
                <w:w w:val="95"/>
                <w:sz w:val="16"/>
              </w:rPr>
              <w:t xml:space="preserve"> </w:t>
            </w:r>
            <w:r w:rsidRPr="00E85698">
              <w:rPr>
                <w:w w:val="95"/>
                <w:sz w:val="16"/>
              </w:rPr>
              <w:t>том</w:t>
            </w:r>
            <w:r w:rsidRPr="00E85698">
              <w:rPr>
                <w:spacing w:val="7"/>
                <w:w w:val="95"/>
                <w:sz w:val="16"/>
              </w:rPr>
              <w:t xml:space="preserve"> </w:t>
            </w:r>
            <w:r w:rsidRPr="00E85698">
              <w:rPr>
                <w:w w:val="95"/>
                <w:sz w:val="16"/>
              </w:rPr>
              <w:t>числе</w:t>
            </w:r>
            <w:r w:rsidRPr="00E85698">
              <w:rPr>
                <w:spacing w:val="-35"/>
                <w:w w:val="95"/>
                <w:sz w:val="16"/>
              </w:rPr>
              <w:t xml:space="preserve"> </w:t>
            </w:r>
            <w:r w:rsidRPr="00E85698">
              <w:rPr>
                <w:sz w:val="16"/>
              </w:rPr>
              <w:t>нормы согласования сказуемого с подлежащим, выраженным</w:t>
            </w:r>
            <w:r w:rsidRPr="00E85698">
              <w:rPr>
                <w:spacing w:val="1"/>
                <w:sz w:val="16"/>
              </w:rPr>
              <w:t xml:space="preserve"> </w:t>
            </w:r>
            <w:r w:rsidRPr="00E85698">
              <w:rPr>
                <w:sz w:val="16"/>
              </w:rPr>
              <w:t>словосочетаниями,</w:t>
            </w:r>
            <w:r w:rsidRPr="00E85698">
              <w:rPr>
                <w:spacing w:val="-9"/>
                <w:sz w:val="16"/>
              </w:rPr>
              <w:t xml:space="preserve"> </w:t>
            </w:r>
            <w:r w:rsidRPr="00E85698">
              <w:rPr>
                <w:sz w:val="16"/>
              </w:rPr>
              <w:t>сложносокращёнными</w:t>
            </w:r>
            <w:r w:rsidRPr="00E85698">
              <w:rPr>
                <w:spacing w:val="-9"/>
                <w:sz w:val="16"/>
              </w:rPr>
              <w:t xml:space="preserve"> </w:t>
            </w:r>
            <w:r w:rsidRPr="00E85698">
              <w:rPr>
                <w:sz w:val="16"/>
              </w:rPr>
              <w:t>словами,</w:t>
            </w:r>
            <w:r w:rsidRPr="00E85698">
              <w:rPr>
                <w:spacing w:val="-8"/>
                <w:sz w:val="16"/>
              </w:rPr>
              <w:t xml:space="preserve"> </w:t>
            </w:r>
            <w:r w:rsidRPr="00E85698">
              <w:rPr>
                <w:sz w:val="16"/>
              </w:rPr>
              <w:t>словами</w:t>
            </w:r>
          </w:p>
          <w:p w:rsidR="00A047B0" w:rsidRPr="00E85698" w:rsidRDefault="00A047B0" w:rsidP="00A047B0">
            <w:pPr>
              <w:pStyle w:val="TableParagraph"/>
              <w:spacing w:line="254" w:lineRule="auto"/>
              <w:ind w:left="73" w:right="456"/>
              <w:rPr>
                <w:sz w:val="16"/>
              </w:rPr>
            </w:pPr>
            <w:r w:rsidRPr="00E85698">
              <w:rPr>
                <w:w w:val="95"/>
                <w:sz w:val="16"/>
              </w:rPr>
              <w:t>большинство—</w:t>
            </w:r>
            <w:r w:rsidRPr="00E85698">
              <w:rPr>
                <w:spacing w:val="10"/>
                <w:w w:val="95"/>
                <w:sz w:val="16"/>
              </w:rPr>
              <w:t xml:space="preserve"> </w:t>
            </w:r>
            <w:r w:rsidRPr="00E85698">
              <w:rPr>
                <w:w w:val="95"/>
                <w:sz w:val="16"/>
              </w:rPr>
              <w:t>меньшинство,</w:t>
            </w:r>
            <w:r w:rsidRPr="00E85698">
              <w:rPr>
                <w:spacing w:val="9"/>
                <w:w w:val="95"/>
                <w:sz w:val="16"/>
              </w:rPr>
              <w:t xml:space="preserve"> </w:t>
            </w:r>
            <w:r w:rsidRPr="00E85698">
              <w:rPr>
                <w:w w:val="95"/>
                <w:sz w:val="16"/>
              </w:rPr>
              <w:t>количественными</w:t>
            </w:r>
            <w:r w:rsidRPr="00E85698">
              <w:rPr>
                <w:spacing w:val="11"/>
                <w:w w:val="95"/>
                <w:sz w:val="16"/>
              </w:rPr>
              <w:t xml:space="preserve"> </w:t>
            </w:r>
            <w:r w:rsidRPr="00E85698">
              <w:rPr>
                <w:w w:val="95"/>
                <w:sz w:val="16"/>
              </w:rPr>
              <w:t>сочетаниями;</w:t>
            </w:r>
            <w:r w:rsidRPr="00E85698">
              <w:rPr>
                <w:spacing w:val="1"/>
                <w:w w:val="95"/>
                <w:sz w:val="16"/>
              </w:rPr>
              <w:t xml:space="preserve"> </w:t>
            </w:r>
            <w:r w:rsidRPr="00E85698">
              <w:rPr>
                <w:w w:val="95"/>
                <w:sz w:val="16"/>
              </w:rPr>
              <w:t>Анализировать</w:t>
            </w:r>
            <w:r w:rsidRPr="00E85698">
              <w:rPr>
                <w:spacing w:val="7"/>
                <w:w w:val="95"/>
                <w:sz w:val="16"/>
              </w:rPr>
              <w:t xml:space="preserve"> </w:t>
            </w:r>
            <w:r w:rsidRPr="00E85698">
              <w:rPr>
                <w:w w:val="95"/>
                <w:sz w:val="16"/>
              </w:rPr>
              <w:t>примеры</w:t>
            </w:r>
            <w:r w:rsidRPr="00E85698">
              <w:rPr>
                <w:spacing w:val="8"/>
                <w:w w:val="95"/>
                <w:sz w:val="16"/>
              </w:rPr>
              <w:t xml:space="preserve"> </w:t>
            </w:r>
            <w:r w:rsidRPr="00E85698">
              <w:rPr>
                <w:w w:val="95"/>
                <w:sz w:val="16"/>
              </w:rPr>
              <w:t>постановки</w:t>
            </w:r>
            <w:r w:rsidRPr="00E85698">
              <w:rPr>
                <w:spacing w:val="8"/>
                <w:w w:val="95"/>
                <w:sz w:val="16"/>
              </w:rPr>
              <w:t xml:space="preserve"> </w:t>
            </w:r>
            <w:r w:rsidRPr="00E85698">
              <w:rPr>
                <w:w w:val="95"/>
                <w:sz w:val="16"/>
              </w:rPr>
              <w:t>тире</w:t>
            </w:r>
            <w:r w:rsidRPr="00E85698">
              <w:rPr>
                <w:spacing w:val="10"/>
                <w:w w:val="95"/>
                <w:sz w:val="16"/>
              </w:rPr>
              <w:t xml:space="preserve"> </w:t>
            </w:r>
            <w:r w:rsidRPr="00E85698">
              <w:rPr>
                <w:w w:val="95"/>
                <w:sz w:val="16"/>
              </w:rPr>
              <w:t>между</w:t>
            </w:r>
            <w:r w:rsidRPr="00E85698">
              <w:rPr>
                <w:spacing w:val="9"/>
                <w:w w:val="95"/>
                <w:sz w:val="16"/>
              </w:rPr>
              <w:t xml:space="preserve"> </w:t>
            </w:r>
            <w:r w:rsidRPr="00E85698">
              <w:rPr>
                <w:w w:val="95"/>
                <w:sz w:val="16"/>
              </w:rPr>
              <w:t>подлежащим</w:t>
            </w:r>
            <w:r w:rsidRPr="00E85698">
              <w:rPr>
                <w:spacing w:val="9"/>
                <w:w w:val="95"/>
                <w:sz w:val="16"/>
              </w:rPr>
              <w:t xml:space="preserve"> </w:t>
            </w:r>
            <w:r w:rsidRPr="00E85698">
              <w:rPr>
                <w:w w:val="95"/>
                <w:sz w:val="16"/>
              </w:rPr>
              <w:t>и</w:t>
            </w:r>
            <w:r w:rsidRPr="00E85698">
              <w:rPr>
                <w:spacing w:val="-35"/>
                <w:w w:val="95"/>
                <w:sz w:val="16"/>
              </w:rPr>
              <w:t xml:space="preserve"> </w:t>
            </w:r>
            <w:r w:rsidRPr="00E85698">
              <w:rPr>
                <w:sz w:val="16"/>
              </w:rPr>
              <w:t>сказуемым;</w:t>
            </w:r>
          </w:p>
          <w:p w:rsidR="00A047B0" w:rsidRPr="00E85698" w:rsidRDefault="00A047B0" w:rsidP="00A047B0">
            <w:pPr>
              <w:pStyle w:val="TableParagraph"/>
              <w:spacing w:line="183" w:lineRule="exact"/>
              <w:ind w:left="73"/>
              <w:rPr>
                <w:sz w:val="16"/>
              </w:rPr>
            </w:pPr>
            <w:r w:rsidRPr="00E85698">
              <w:rPr>
                <w:w w:val="95"/>
                <w:sz w:val="16"/>
              </w:rPr>
              <w:t>Проводить</w:t>
            </w:r>
            <w:r w:rsidRPr="00E85698">
              <w:rPr>
                <w:spacing w:val="10"/>
                <w:w w:val="95"/>
                <w:sz w:val="16"/>
              </w:rPr>
              <w:t xml:space="preserve"> </w:t>
            </w:r>
            <w:r w:rsidRPr="00E85698">
              <w:rPr>
                <w:w w:val="95"/>
                <w:sz w:val="16"/>
              </w:rPr>
              <w:t>синтаксический</w:t>
            </w:r>
            <w:r w:rsidRPr="00E85698">
              <w:rPr>
                <w:spacing w:val="7"/>
                <w:w w:val="95"/>
                <w:sz w:val="16"/>
              </w:rPr>
              <w:t xml:space="preserve"> </w:t>
            </w:r>
            <w:r w:rsidRPr="00E85698">
              <w:rPr>
                <w:w w:val="95"/>
                <w:sz w:val="16"/>
              </w:rPr>
              <w:t>и</w:t>
            </w:r>
            <w:r w:rsidRPr="00E85698">
              <w:rPr>
                <w:spacing w:val="10"/>
                <w:w w:val="95"/>
                <w:sz w:val="16"/>
              </w:rPr>
              <w:t xml:space="preserve"> </w:t>
            </w:r>
            <w:r w:rsidRPr="00E85698">
              <w:rPr>
                <w:w w:val="95"/>
                <w:sz w:val="16"/>
              </w:rPr>
              <w:t>пунктуационный</w:t>
            </w:r>
            <w:r w:rsidRPr="00E85698">
              <w:rPr>
                <w:spacing w:val="11"/>
                <w:w w:val="95"/>
                <w:sz w:val="16"/>
              </w:rPr>
              <w:t xml:space="preserve"> </w:t>
            </w:r>
            <w:r w:rsidRPr="00E85698">
              <w:rPr>
                <w:w w:val="95"/>
                <w:sz w:val="16"/>
              </w:rPr>
              <w:t>анализ</w:t>
            </w:r>
            <w:r w:rsidRPr="00E85698">
              <w:rPr>
                <w:spacing w:val="10"/>
                <w:w w:val="95"/>
                <w:sz w:val="16"/>
              </w:rPr>
              <w:t xml:space="preserve"> </w:t>
            </w:r>
            <w:r w:rsidRPr="00E85698">
              <w:rPr>
                <w:w w:val="95"/>
                <w:sz w:val="16"/>
              </w:rPr>
              <w:t>предложений;</w:t>
            </w:r>
          </w:p>
        </w:tc>
        <w:tc>
          <w:tcPr>
            <w:tcW w:w="1081" w:type="dxa"/>
          </w:tcPr>
          <w:p w:rsidR="00A047B0" w:rsidRPr="00E85698" w:rsidRDefault="00A047B0" w:rsidP="00A047B0">
            <w:pPr>
              <w:pStyle w:val="TableParagraph"/>
              <w:spacing w:before="63" w:line="254"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2" w:line="254" w:lineRule="auto"/>
              <w:ind w:left="70" w:right="139"/>
              <w:rPr>
                <w:sz w:val="16"/>
              </w:rPr>
            </w:pPr>
            <w:r w:rsidRPr="00E85698">
              <w:rPr>
                <w:w w:val="95"/>
                <w:sz w:val="16"/>
              </w:rPr>
              <w:t>Контрольная</w:t>
            </w:r>
            <w:r w:rsidRPr="00E85698">
              <w:rPr>
                <w:spacing w:val="-35"/>
                <w:w w:val="95"/>
                <w:sz w:val="16"/>
              </w:rPr>
              <w:t xml:space="preserve"> </w:t>
            </w:r>
            <w:r w:rsidRPr="00E85698">
              <w:rPr>
                <w:sz w:val="16"/>
              </w:rPr>
              <w:t>работа;</w:t>
            </w:r>
          </w:p>
          <w:p w:rsidR="00A047B0" w:rsidRPr="00E85698" w:rsidRDefault="00A047B0" w:rsidP="00A047B0">
            <w:pPr>
              <w:pStyle w:val="TableParagraph"/>
              <w:spacing w:line="183" w:lineRule="exact"/>
              <w:ind w:left="70"/>
              <w:rPr>
                <w:sz w:val="16"/>
              </w:rPr>
            </w:pPr>
            <w:r w:rsidRPr="00E85698">
              <w:rPr>
                <w:sz w:val="16"/>
              </w:rPr>
              <w:t>ВПР;</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1689"/>
        </w:trPr>
        <w:tc>
          <w:tcPr>
            <w:tcW w:w="468" w:type="dxa"/>
          </w:tcPr>
          <w:p w:rsidR="00A047B0" w:rsidRPr="00E85698" w:rsidRDefault="00A047B0" w:rsidP="00A047B0">
            <w:pPr>
              <w:pStyle w:val="TableParagraph"/>
              <w:spacing w:before="58"/>
              <w:ind w:right="107"/>
              <w:jc w:val="right"/>
              <w:rPr>
                <w:sz w:val="16"/>
              </w:rPr>
            </w:pPr>
            <w:r w:rsidRPr="00E85698">
              <w:rPr>
                <w:sz w:val="16"/>
              </w:rPr>
              <w:t>8.3.</w:t>
            </w:r>
          </w:p>
        </w:tc>
        <w:tc>
          <w:tcPr>
            <w:tcW w:w="3831" w:type="dxa"/>
          </w:tcPr>
          <w:p w:rsidR="00A047B0" w:rsidRPr="00E85698" w:rsidRDefault="00A047B0" w:rsidP="00A047B0">
            <w:pPr>
              <w:pStyle w:val="TableParagraph"/>
              <w:spacing w:before="58"/>
              <w:ind w:left="76"/>
              <w:rPr>
                <w:sz w:val="16"/>
              </w:rPr>
            </w:pPr>
            <w:r w:rsidRPr="00E85698">
              <w:rPr>
                <w:w w:val="95"/>
                <w:sz w:val="16"/>
              </w:rPr>
              <w:t>Второстепенные</w:t>
            </w:r>
            <w:r w:rsidRPr="00E85698">
              <w:rPr>
                <w:spacing w:val="7"/>
                <w:w w:val="95"/>
                <w:sz w:val="16"/>
              </w:rPr>
              <w:t xml:space="preserve"> </w:t>
            </w:r>
            <w:r w:rsidRPr="00E85698">
              <w:rPr>
                <w:w w:val="95"/>
                <w:sz w:val="16"/>
              </w:rPr>
              <w:t>члены</w:t>
            </w:r>
            <w:r w:rsidRPr="00E85698">
              <w:rPr>
                <w:spacing w:val="12"/>
                <w:w w:val="95"/>
                <w:sz w:val="16"/>
              </w:rPr>
              <w:t xml:space="preserve"> </w:t>
            </w:r>
            <w:r w:rsidRPr="00E85698">
              <w:rPr>
                <w:w w:val="95"/>
                <w:sz w:val="16"/>
              </w:rPr>
              <w:t>предложения.</w:t>
            </w:r>
          </w:p>
        </w:tc>
        <w:tc>
          <w:tcPr>
            <w:tcW w:w="529" w:type="dxa"/>
          </w:tcPr>
          <w:p w:rsidR="00A047B0" w:rsidRPr="00E85698" w:rsidRDefault="00A047B0" w:rsidP="00A047B0">
            <w:pPr>
              <w:pStyle w:val="TableParagraph"/>
              <w:spacing w:before="58"/>
              <w:ind w:left="76"/>
              <w:rPr>
                <w:sz w:val="16"/>
              </w:rPr>
            </w:pPr>
            <w:r w:rsidRPr="00E85698">
              <w:rPr>
                <w:sz w:val="16"/>
              </w:rPr>
              <w:t>10</w:t>
            </w:r>
          </w:p>
        </w:tc>
        <w:tc>
          <w:tcPr>
            <w:tcW w:w="1107" w:type="dxa"/>
          </w:tcPr>
          <w:p w:rsidR="00A047B0" w:rsidRPr="00E85698" w:rsidRDefault="00A047B0" w:rsidP="00A047B0">
            <w:pPr>
              <w:pStyle w:val="TableParagraph"/>
              <w:spacing w:before="58"/>
              <w:ind w:left="75"/>
              <w:rPr>
                <w:sz w:val="16"/>
              </w:rPr>
            </w:pPr>
            <w:r w:rsidRPr="00E85698">
              <w:rPr>
                <w:w w:val="96"/>
                <w:sz w:val="16"/>
              </w:rPr>
              <w:t>1</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1D3699" w:rsidP="00A047B0">
            <w:pPr>
              <w:pStyle w:val="TableParagraph"/>
              <w:rPr>
                <w:sz w:val="14"/>
              </w:rPr>
            </w:pPr>
            <w:r>
              <w:rPr>
                <w:sz w:val="14"/>
              </w:rPr>
              <w:t>30.11-21.12</w:t>
            </w:r>
          </w:p>
        </w:tc>
        <w:tc>
          <w:tcPr>
            <w:tcW w:w="5166" w:type="dxa"/>
          </w:tcPr>
          <w:p w:rsidR="00A047B0" w:rsidRPr="00E85698" w:rsidRDefault="00A047B0" w:rsidP="00A047B0">
            <w:pPr>
              <w:pStyle w:val="TableParagraph"/>
              <w:spacing w:before="65" w:line="254" w:lineRule="auto"/>
              <w:ind w:left="73"/>
              <w:rPr>
                <w:sz w:val="16"/>
              </w:rPr>
            </w:pPr>
            <w:r w:rsidRPr="00E85698">
              <w:rPr>
                <w:w w:val="95"/>
                <w:sz w:val="16"/>
              </w:rPr>
              <w:t>Различать</w:t>
            </w:r>
            <w:r w:rsidRPr="00E85698">
              <w:rPr>
                <w:spacing w:val="6"/>
                <w:w w:val="95"/>
                <w:sz w:val="16"/>
              </w:rPr>
              <w:t xml:space="preserve"> </w:t>
            </w:r>
            <w:r w:rsidRPr="00E85698">
              <w:rPr>
                <w:w w:val="95"/>
                <w:sz w:val="16"/>
              </w:rPr>
              <w:t>виды</w:t>
            </w:r>
            <w:r w:rsidRPr="00E85698">
              <w:rPr>
                <w:spacing w:val="5"/>
                <w:w w:val="95"/>
                <w:sz w:val="16"/>
              </w:rPr>
              <w:t xml:space="preserve"> </w:t>
            </w:r>
            <w:r w:rsidRPr="00E85698">
              <w:rPr>
                <w:w w:val="95"/>
                <w:sz w:val="16"/>
              </w:rPr>
              <w:t>второстепенных</w:t>
            </w:r>
            <w:r w:rsidRPr="00E85698">
              <w:rPr>
                <w:spacing w:val="6"/>
                <w:w w:val="95"/>
                <w:sz w:val="16"/>
              </w:rPr>
              <w:t xml:space="preserve"> </w:t>
            </w:r>
            <w:r w:rsidRPr="00E85698">
              <w:rPr>
                <w:w w:val="95"/>
                <w:sz w:val="16"/>
              </w:rPr>
              <w:t>членов</w:t>
            </w:r>
            <w:r w:rsidRPr="00E85698">
              <w:rPr>
                <w:spacing w:val="6"/>
                <w:w w:val="95"/>
                <w:sz w:val="16"/>
              </w:rPr>
              <w:t xml:space="preserve"> </w:t>
            </w:r>
            <w:r w:rsidRPr="00E85698">
              <w:rPr>
                <w:w w:val="95"/>
                <w:sz w:val="16"/>
              </w:rPr>
              <w:t>предложения</w:t>
            </w:r>
            <w:r w:rsidRPr="00E85698">
              <w:rPr>
                <w:spacing w:val="7"/>
                <w:w w:val="95"/>
                <w:sz w:val="16"/>
              </w:rPr>
              <w:t xml:space="preserve"> </w:t>
            </w:r>
            <w:r w:rsidRPr="00E85698">
              <w:rPr>
                <w:w w:val="95"/>
                <w:sz w:val="16"/>
              </w:rPr>
              <w:t>(согласованные</w:t>
            </w:r>
            <w:r w:rsidRPr="00E85698">
              <w:rPr>
                <w:spacing w:val="4"/>
                <w:w w:val="95"/>
                <w:sz w:val="16"/>
              </w:rPr>
              <w:t xml:space="preserve"> </w:t>
            </w:r>
            <w:r w:rsidRPr="00E85698">
              <w:rPr>
                <w:w w:val="95"/>
                <w:sz w:val="16"/>
              </w:rPr>
              <w:t>и</w:t>
            </w:r>
            <w:r w:rsidRPr="00E85698">
              <w:rPr>
                <w:spacing w:val="1"/>
                <w:w w:val="95"/>
                <w:sz w:val="16"/>
              </w:rPr>
              <w:t xml:space="preserve"> </w:t>
            </w:r>
            <w:r w:rsidRPr="00E85698">
              <w:rPr>
                <w:w w:val="95"/>
                <w:sz w:val="16"/>
              </w:rPr>
              <w:t>несогласованные</w:t>
            </w:r>
            <w:r w:rsidRPr="00E85698">
              <w:rPr>
                <w:spacing w:val="9"/>
                <w:w w:val="95"/>
                <w:sz w:val="16"/>
              </w:rPr>
              <w:t xml:space="preserve"> </w:t>
            </w:r>
            <w:r w:rsidRPr="00E85698">
              <w:rPr>
                <w:w w:val="95"/>
                <w:sz w:val="16"/>
              </w:rPr>
              <w:t>определения,</w:t>
            </w:r>
            <w:r w:rsidRPr="00E85698">
              <w:rPr>
                <w:spacing w:val="9"/>
                <w:w w:val="95"/>
                <w:sz w:val="16"/>
              </w:rPr>
              <w:t xml:space="preserve"> </w:t>
            </w:r>
            <w:r w:rsidRPr="00E85698">
              <w:rPr>
                <w:w w:val="95"/>
                <w:sz w:val="16"/>
              </w:rPr>
              <w:t>приложение</w:t>
            </w:r>
            <w:r w:rsidRPr="00E85698">
              <w:rPr>
                <w:spacing w:val="12"/>
                <w:w w:val="95"/>
                <w:sz w:val="16"/>
              </w:rPr>
              <w:t xml:space="preserve"> </w:t>
            </w:r>
            <w:r w:rsidRPr="00E85698">
              <w:rPr>
                <w:w w:val="95"/>
                <w:sz w:val="16"/>
              </w:rPr>
              <w:t>как</w:t>
            </w:r>
            <w:r w:rsidRPr="00E85698">
              <w:rPr>
                <w:spacing w:val="11"/>
                <w:w w:val="95"/>
                <w:sz w:val="16"/>
              </w:rPr>
              <w:t xml:space="preserve"> </w:t>
            </w:r>
            <w:r w:rsidRPr="00E85698">
              <w:rPr>
                <w:w w:val="95"/>
                <w:sz w:val="16"/>
              </w:rPr>
              <w:t>особый</w:t>
            </w:r>
            <w:r w:rsidRPr="00E85698">
              <w:rPr>
                <w:spacing w:val="6"/>
                <w:w w:val="95"/>
                <w:sz w:val="16"/>
              </w:rPr>
              <w:t xml:space="preserve"> </w:t>
            </w:r>
            <w:r w:rsidRPr="00E85698">
              <w:rPr>
                <w:w w:val="95"/>
                <w:sz w:val="16"/>
              </w:rPr>
              <w:t>вид</w:t>
            </w:r>
            <w:r w:rsidRPr="00E85698">
              <w:rPr>
                <w:spacing w:val="9"/>
                <w:w w:val="95"/>
                <w:sz w:val="16"/>
              </w:rPr>
              <w:t xml:space="preserve"> </w:t>
            </w:r>
            <w:r w:rsidRPr="00E85698">
              <w:rPr>
                <w:w w:val="95"/>
                <w:sz w:val="16"/>
              </w:rPr>
              <w:t>определения;</w:t>
            </w:r>
            <w:r w:rsidRPr="00E85698">
              <w:rPr>
                <w:spacing w:val="1"/>
                <w:w w:val="95"/>
                <w:sz w:val="16"/>
              </w:rPr>
              <w:t xml:space="preserve"> </w:t>
            </w:r>
            <w:r w:rsidRPr="00E85698">
              <w:rPr>
                <w:spacing w:val="-1"/>
                <w:sz w:val="16"/>
              </w:rPr>
              <w:t xml:space="preserve">прямые и косвенные дополнения; обстоятельства </w:t>
            </w:r>
            <w:r w:rsidRPr="00E85698">
              <w:rPr>
                <w:sz w:val="16"/>
              </w:rPr>
              <w:t>разных видов);</w:t>
            </w:r>
            <w:r w:rsidRPr="00E85698">
              <w:rPr>
                <w:spacing w:val="1"/>
                <w:sz w:val="16"/>
              </w:rPr>
              <w:t xml:space="preserve"> </w:t>
            </w:r>
            <w:r w:rsidRPr="00E85698">
              <w:rPr>
                <w:sz w:val="16"/>
              </w:rPr>
              <w:t>Распознавать</w:t>
            </w:r>
            <w:r w:rsidRPr="00E85698">
              <w:rPr>
                <w:spacing w:val="-5"/>
                <w:sz w:val="16"/>
              </w:rPr>
              <w:t xml:space="preserve"> </w:t>
            </w:r>
            <w:r w:rsidRPr="00E85698">
              <w:rPr>
                <w:sz w:val="16"/>
              </w:rPr>
              <w:t>простые</w:t>
            </w:r>
            <w:r w:rsidRPr="00E85698">
              <w:rPr>
                <w:spacing w:val="-4"/>
                <w:sz w:val="16"/>
              </w:rPr>
              <w:t xml:space="preserve"> </w:t>
            </w:r>
            <w:r w:rsidRPr="00E85698">
              <w:rPr>
                <w:sz w:val="16"/>
              </w:rPr>
              <w:t>неосложнённые</w:t>
            </w:r>
            <w:r w:rsidRPr="00E85698">
              <w:rPr>
                <w:spacing w:val="-5"/>
                <w:sz w:val="16"/>
              </w:rPr>
              <w:t xml:space="preserve"> </w:t>
            </w:r>
            <w:r w:rsidRPr="00E85698">
              <w:rPr>
                <w:sz w:val="16"/>
              </w:rPr>
              <w:t>предложения;</w:t>
            </w:r>
          </w:p>
          <w:p w:rsidR="00A047B0" w:rsidRPr="00E85698" w:rsidRDefault="00A047B0" w:rsidP="00A047B0">
            <w:pPr>
              <w:pStyle w:val="TableParagraph"/>
              <w:spacing w:line="254" w:lineRule="auto"/>
              <w:ind w:left="73" w:right="456"/>
              <w:rPr>
                <w:sz w:val="16"/>
              </w:rPr>
            </w:pPr>
            <w:r w:rsidRPr="00E85698">
              <w:rPr>
                <w:w w:val="95"/>
                <w:sz w:val="16"/>
              </w:rPr>
              <w:t>Проводить</w:t>
            </w:r>
            <w:r w:rsidRPr="00E85698">
              <w:rPr>
                <w:spacing w:val="10"/>
                <w:w w:val="95"/>
                <w:sz w:val="16"/>
              </w:rPr>
              <w:t xml:space="preserve"> </w:t>
            </w:r>
            <w:r w:rsidRPr="00E85698">
              <w:rPr>
                <w:w w:val="95"/>
                <w:sz w:val="16"/>
              </w:rPr>
              <w:t>синтаксический</w:t>
            </w:r>
            <w:r w:rsidRPr="00E85698">
              <w:rPr>
                <w:spacing w:val="6"/>
                <w:w w:val="95"/>
                <w:sz w:val="16"/>
              </w:rPr>
              <w:t xml:space="preserve"> </w:t>
            </w:r>
            <w:r w:rsidRPr="00E85698">
              <w:rPr>
                <w:w w:val="95"/>
                <w:sz w:val="16"/>
              </w:rPr>
              <w:t>и</w:t>
            </w:r>
            <w:r w:rsidRPr="00E85698">
              <w:rPr>
                <w:spacing w:val="11"/>
                <w:w w:val="95"/>
                <w:sz w:val="16"/>
              </w:rPr>
              <w:t xml:space="preserve"> </w:t>
            </w:r>
            <w:r w:rsidRPr="00E85698">
              <w:rPr>
                <w:w w:val="95"/>
                <w:sz w:val="16"/>
              </w:rPr>
              <w:t>пунктуационный</w:t>
            </w:r>
            <w:r w:rsidRPr="00E85698">
              <w:rPr>
                <w:spacing w:val="10"/>
                <w:w w:val="95"/>
                <w:sz w:val="16"/>
              </w:rPr>
              <w:t xml:space="preserve"> </w:t>
            </w:r>
            <w:r w:rsidRPr="00E85698">
              <w:rPr>
                <w:w w:val="95"/>
                <w:sz w:val="16"/>
              </w:rPr>
              <w:t>анализ</w:t>
            </w:r>
            <w:r w:rsidRPr="00E85698">
              <w:rPr>
                <w:spacing w:val="10"/>
                <w:w w:val="95"/>
                <w:sz w:val="16"/>
              </w:rPr>
              <w:t xml:space="preserve"> </w:t>
            </w:r>
            <w:r w:rsidRPr="00E85698">
              <w:rPr>
                <w:w w:val="95"/>
                <w:sz w:val="16"/>
              </w:rPr>
              <w:t>предложений;</w:t>
            </w:r>
            <w:r w:rsidRPr="00E85698">
              <w:rPr>
                <w:spacing w:val="1"/>
                <w:w w:val="95"/>
                <w:sz w:val="16"/>
              </w:rPr>
              <w:t xml:space="preserve"> </w:t>
            </w:r>
            <w:r w:rsidRPr="00E85698">
              <w:rPr>
                <w:w w:val="95"/>
                <w:sz w:val="16"/>
              </w:rPr>
              <w:t>Определять</w:t>
            </w:r>
            <w:r w:rsidRPr="00E85698">
              <w:rPr>
                <w:spacing w:val="6"/>
                <w:w w:val="95"/>
                <w:sz w:val="16"/>
              </w:rPr>
              <w:t xml:space="preserve"> </w:t>
            </w:r>
            <w:r w:rsidRPr="00E85698">
              <w:rPr>
                <w:w w:val="95"/>
                <w:sz w:val="16"/>
              </w:rPr>
              <w:t>основания</w:t>
            </w:r>
            <w:r w:rsidRPr="00E85698">
              <w:rPr>
                <w:spacing w:val="6"/>
                <w:w w:val="95"/>
                <w:sz w:val="16"/>
              </w:rPr>
              <w:t xml:space="preserve"> </w:t>
            </w:r>
            <w:r w:rsidRPr="00E85698">
              <w:rPr>
                <w:w w:val="95"/>
                <w:sz w:val="16"/>
              </w:rPr>
              <w:t>для</w:t>
            </w:r>
            <w:r w:rsidRPr="00E85698">
              <w:rPr>
                <w:spacing w:val="5"/>
                <w:w w:val="95"/>
                <w:sz w:val="16"/>
              </w:rPr>
              <w:t xml:space="preserve"> </w:t>
            </w:r>
            <w:r w:rsidRPr="00E85698">
              <w:rPr>
                <w:w w:val="95"/>
                <w:sz w:val="16"/>
              </w:rPr>
              <w:t>сравнения</w:t>
            </w:r>
            <w:r w:rsidRPr="00E85698">
              <w:rPr>
                <w:spacing w:val="6"/>
                <w:w w:val="95"/>
                <w:sz w:val="16"/>
              </w:rPr>
              <w:t xml:space="preserve"> </w:t>
            </w:r>
            <w:r w:rsidRPr="00E85698">
              <w:rPr>
                <w:w w:val="95"/>
                <w:sz w:val="16"/>
              </w:rPr>
              <w:t>и</w:t>
            </w:r>
            <w:r w:rsidRPr="00E85698">
              <w:rPr>
                <w:spacing w:val="6"/>
                <w:w w:val="95"/>
                <w:sz w:val="16"/>
              </w:rPr>
              <w:t xml:space="preserve"> </w:t>
            </w:r>
            <w:r w:rsidRPr="00E85698">
              <w:rPr>
                <w:w w:val="95"/>
                <w:sz w:val="16"/>
              </w:rPr>
              <w:t>сравнивать</w:t>
            </w:r>
            <w:r w:rsidRPr="00E85698">
              <w:rPr>
                <w:spacing w:val="6"/>
                <w:w w:val="95"/>
                <w:sz w:val="16"/>
              </w:rPr>
              <w:t xml:space="preserve"> </w:t>
            </w:r>
            <w:r w:rsidRPr="00E85698">
              <w:rPr>
                <w:w w:val="95"/>
                <w:sz w:val="16"/>
              </w:rPr>
              <w:t>предложения</w:t>
            </w:r>
            <w:r w:rsidRPr="00E85698">
              <w:rPr>
                <w:spacing w:val="3"/>
                <w:w w:val="95"/>
                <w:sz w:val="16"/>
              </w:rPr>
              <w:t xml:space="preserve"> </w:t>
            </w:r>
            <w:r w:rsidRPr="00E85698">
              <w:rPr>
                <w:w w:val="95"/>
                <w:sz w:val="16"/>
              </w:rPr>
              <w:t>с</w:t>
            </w:r>
            <w:r w:rsidRPr="00E85698">
              <w:rPr>
                <w:spacing w:val="1"/>
                <w:w w:val="95"/>
                <w:sz w:val="16"/>
              </w:rPr>
              <w:t xml:space="preserve"> </w:t>
            </w:r>
            <w:r w:rsidRPr="00E85698">
              <w:rPr>
                <w:sz w:val="16"/>
              </w:rPr>
              <w:t>разными</w:t>
            </w:r>
            <w:r w:rsidRPr="00E85698">
              <w:rPr>
                <w:spacing w:val="-3"/>
                <w:sz w:val="16"/>
              </w:rPr>
              <w:t xml:space="preserve"> </w:t>
            </w:r>
            <w:r w:rsidRPr="00E85698">
              <w:rPr>
                <w:sz w:val="16"/>
              </w:rPr>
              <w:t>видами</w:t>
            </w:r>
            <w:r w:rsidRPr="00E85698">
              <w:rPr>
                <w:spacing w:val="-3"/>
                <w:sz w:val="16"/>
              </w:rPr>
              <w:t xml:space="preserve"> </w:t>
            </w:r>
            <w:r w:rsidRPr="00E85698">
              <w:rPr>
                <w:sz w:val="16"/>
              </w:rPr>
              <w:t>второстепенных</w:t>
            </w:r>
            <w:r w:rsidRPr="00E85698">
              <w:rPr>
                <w:spacing w:val="-4"/>
                <w:sz w:val="16"/>
              </w:rPr>
              <w:t xml:space="preserve"> </w:t>
            </w:r>
            <w:r w:rsidRPr="00E85698">
              <w:rPr>
                <w:sz w:val="16"/>
              </w:rPr>
              <w:t>членов;</w:t>
            </w:r>
          </w:p>
          <w:p w:rsidR="00A047B0" w:rsidRPr="00E85698" w:rsidRDefault="00A047B0" w:rsidP="00A047B0">
            <w:pPr>
              <w:pStyle w:val="TableParagraph"/>
              <w:spacing w:before="1"/>
              <w:ind w:left="73"/>
              <w:rPr>
                <w:sz w:val="16"/>
              </w:rPr>
            </w:pPr>
            <w:r w:rsidRPr="00E85698">
              <w:rPr>
                <w:w w:val="95"/>
                <w:sz w:val="16"/>
              </w:rPr>
              <w:t>Моделировать</w:t>
            </w:r>
            <w:r w:rsidRPr="00E85698">
              <w:rPr>
                <w:spacing w:val="9"/>
                <w:w w:val="95"/>
                <w:sz w:val="16"/>
              </w:rPr>
              <w:t xml:space="preserve"> </w:t>
            </w:r>
            <w:r w:rsidRPr="00E85698">
              <w:rPr>
                <w:w w:val="95"/>
                <w:sz w:val="16"/>
              </w:rPr>
              <w:t>предложения</w:t>
            </w:r>
            <w:r w:rsidRPr="00E85698">
              <w:rPr>
                <w:spacing w:val="9"/>
                <w:w w:val="95"/>
                <w:sz w:val="16"/>
              </w:rPr>
              <w:t xml:space="preserve"> </w:t>
            </w:r>
            <w:r w:rsidRPr="00E85698">
              <w:rPr>
                <w:w w:val="95"/>
                <w:sz w:val="16"/>
              </w:rPr>
              <w:t>с</w:t>
            </w:r>
            <w:r w:rsidRPr="00E85698">
              <w:rPr>
                <w:spacing w:val="9"/>
                <w:w w:val="95"/>
                <w:sz w:val="16"/>
              </w:rPr>
              <w:t xml:space="preserve"> </w:t>
            </w:r>
            <w:r w:rsidRPr="00E85698">
              <w:rPr>
                <w:w w:val="95"/>
                <w:sz w:val="16"/>
              </w:rPr>
              <w:t>разными</w:t>
            </w:r>
            <w:r w:rsidRPr="00E85698">
              <w:rPr>
                <w:spacing w:val="10"/>
                <w:w w:val="95"/>
                <w:sz w:val="16"/>
              </w:rPr>
              <w:t xml:space="preserve"> </w:t>
            </w:r>
            <w:r w:rsidRPr="00E85698">
              <w:rPr>
                <w:w w:val="95"/>
                <w:sz w:val="16"/>
              </w:rPr>
              <w:t>видами</w:t>
            </w:r>
            <w:r w:rsidRPr="00E85698">
              <w:rPr>
                <w:spacing w:val="11"/>
                <w:w w:val="95"/>
                <w:sz w:val="16"/>
              </w:rPr>
              <w:t xml:space="preserve"> </w:t>
            </w:r>
            <w:r w:rsidRPr="00E85698">
              <w:rPr>
                <w:w w:val="95"/>
                <w:sz w:val="16"/>
              </w:rPr>
              <w:t>второстепенных</w:t>
            </w:r>
            <w:r w:rsidRPr="00E85698">
              <w:rPr>
                <w:spacing w:val="8"/>
                <w:w w:val="95"/>
                <w:sz w:val="16"/>
              </w:rPr>
              <w:t xml:space="preserve"> </w:t>
            </w:r>
            <w:r w:rsidRPr="00E85698">
              <w:rPr>
                <w:w w:val="95"/>
                <w:sz w:val="16"/>
              </w:rPr>
              <w:t>членов;</w:t>
            </w:r>
          </w:p>
        </w:tc>
        <w:tc>
          <w:tcPr>
            <w:tcW w:w="1081" w:type="dxa"/>
          </w:tcPr>
          <w:p w:rsidR="00A047B0" w:rsidRPr="00E85698" w:rsidRDefault="00A047B0" w:rsidP="00A047B0">
            <w:pPr>
              <w:pStyle w:val="TableParagraph"/>
              <w:spacing w:before="63" w:line="252"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2"/>
              <w:ind w:left="70"/>
              <w:rPr>
                <w:sz w:val="16"/>
              </w:rPr>
            </w:pPr>
            <w:r w:rsidRPr="00E85698">
              <w:rPr>
                <w:sz w:val="16"/>
              </w:rPr>
              <w:t>ВПР;</w:t>
            </w:r>
          </w:p>
          <w:p w:rsidR="00A047B0" w:rsidRPr="00E85698" w:rsidRDefault="00A047B0" w:rsidP="00A047B0">
            <w:pPr>
              <w:pStyle w:val="TableParagraph"/>
              <w:spacing w:before="8"/>
              <w:ind w:left="70"/>
              <w:rPr>
                <w:sz w:val="16"/>
              </w:rPr>
            </w:pPr>
            <w:r w:rsidRPr="00E85698">
              <w:rPr>
                <w:sz w:val="16"/>
              </w:rPr>
              <w:t>Сочинение;</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bl>
    <w:p w:rsidR="00A047B0" w:rsidRPr="00E85698" w:rsidRDefault="00A047B0" w:rsidP="00A047B0">
      <w:pPr>
        <w:rPr>
          <w:sz w:val="16"/>
        </w:rPr>
        <w:sectPr w:rsidR="00A047B0" w:rsidRPr="00E85698">
          <w:pgSz w:w="16850" w:h="11900" w:orient="landscape"/>
          <w:pgMar w:top="560" w:right="540" w:bottom="280" w:left="56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831"/>
        <w:gridCol w:w="529"/>
        <w:gridCol w:w="1107"/>
        <w:gridCol w:w="1141"/>
        <w:gridCol w:w="805"/>
        <w:gridCol w:w="5166"/>
        <w:gridCol w:w="1081"/>
        <w:gridCol w:w="1384"/>
      </w:tblGrid>
      <w:tr w:rsidR="00A047B0" w:rsidRPr="00E85698" w:rsidTr="00A047B0">
        <w:trPr>
          <w:trHeight w:val="3878"/>
        </w:trPr>
        <w:tc>
          <w:tcPr>
            <w:tcW w:w="468" w:type="dxa"/>
          </w:tcPr>
          <w:p w:rsidR="00A047B0" w:rsidRPr="00E85698" w:rsidRDefault="00A047B0" w:rsidP="00A047B0">
            <w:pPr>
              <w:pStyle w:val="TableParagraph"/>
              <w:spacing w:before="58"/>
              <w:ind w:right="107"/>
              <w:jc w:val="right"/>
              <w:rPr>
                <w:sz w:val="16"/>
              </w:rPr>
            </w:pPr>
            <w:r w:rsidRPr="00E85698">
              <w:rPr>
                <w:sz w:val="16"/>
              </w:rPr>
              <w:lastRenderedPageBreak/>
              <w:t>8.4.</w:t>
            </w:r>
          </w:p>
        </w:tc>
        <w:tc>
          <w:tcPr>
            <w:tcW w:w="3831" w:type="dxa"/>
          </w:tcPr>
          <w:p w:rsidR="00A047B0" w:rsidRPr="00E85698" w:rsidRDefault="00A047B0" w:rsidP="00A047B0">
            <w:pPr>
              <w:pStyle w:val="TableParagraph"/>
              <w:spacing w:before="58"/>
              <w:ind w:left="76"/>
              <w:rPr>
                <w:sz w:val="16"/>
              </w:rPr>
            </w:pPr>
            <w:r w:rsidRPr="00E85698">
              <w:rPr>
                <w:w w:val="95"/>
                <w:sz w:val="16"/>
              </w:rPr>
              <w:t>Односоставные</w:t>
            </w:r>
            <w:r w:rsidRPr="00E85698">
              <w:rPr>
                <w:spacing w:val="12"/>
                <w:w w:val="95"/>
                <w:sz w:val="16"/>
              </w:rPr>
              <w:t xml:space="preserve"> </w:t>
            </w:r>
            <w:r w:rsidRPr="00E85698">
              <w:rPr>
                <w:w w:val="95"/>
                <w:sz w:val="16"/>
              </w:rPr>
              <w:t>предложения.</w:t>
            </w:r>
          </w:p>
          <w:p w:rsidR="00A047B0" w:rsidRPr="00E85698" w:rsidRDefault="00A047B0" w:rsidP="00A047B0">
            <w:pPr>
              <w:pStyle w:val="TableParagraph"/>
              <w:spacing w:before="13"/>
              <w:ind w:left="76"/>
              <w:rPr>
                <w:sz w:val="16"/>
              </w:rPr>
            </w:pPr>
            <w:r w:rsidRPr="00E85698">
              <w:rPr>
                <w:w w:val="95"/>
                <w:sz w:val="16"/>
              </w:rPr>
              <w:t>Виды</w:t>
            </w:r>
            <w:r w:rsidRPr="00E85698">
              <w:rPr>
                <w:spacing w:val="12"/>
                <w:w w:val="95"/>
                <w:sz w:val="16"/>
              </w:rPr>
              <w:t xml:space="preserve"> </w:t>
            </w:r>
            <w:r w:rsidRPr="00E85698">
              <w:rPr>
                <w:w w:val="95"/>
                <w:sz w:val="16"/>
              </w:rPr>
              <w:t>односоставных</w:t>
            </w:r>
            <w:r w:rsidRPr="00E85698">
              <w:rPr>
                <w:spacing w:val="9"/>
                <w:w w:val="95"/>
                <w:sz w:val="16"/>
              </w:rPr>
              <w:t xml:space="preserve"> </w:t>
            </w:r>
            <w:r w:rsidRPr="00E85698">
              <w:rPr>
                <w:w w:val="95"/>
                <w:sz w:val="16"/>
              </w:rPr>
              <w:t>предложений.</w:t>
            </w:r>
          </w:p>
        </w:tc>
        <w:tc>
          <w:tcPr>
            <w:tcW w:w="529" w:type="dxa"/>
          </w:tcPr>
          <w:p w:rsidR="00A047B0" w:rsidRPr="00E85698" w:rsidRDefault="00A047B0" w:rsidP="00A047B0">
            <w:pPr>
              <w:pStyle w:val="TableParagraph"/>
              <w:spacing w:before="58"/>
              <w:ind w:left="76"/>
              <w:rPr>
                <w:sz w:val="16"/>
              </w:rPr>
            </w:pPr>
            <w:r w:rsidRPr="00E85698">
              <w:rPr>
                <w:sz w:val="16"/>
              </w:rPr>
              <w:t>10</w:t>
            </w:r>
          </w:p>
        </w:tc>
        <w:tc>
          <w:tcPr>
            <w:tcW w:w="1107" w:type="dxa"/>
          </w:tcPr>
          <w:p w:rsidR="00A047B0" w:rsidRPr="00E85698" w:rsidRDefault="00A047B0" w:rsidP="00A047B0">
            <w:pPr>
              <w:pStyle w:val="TableParagraph"/>
              <w:spacing w:before="58"/>
              <w:ind w:left="75"/>
              <w:rPr>
                <w:sz w:val="16"/>
              </w:rPr>
            </w:pPr>
            <w:r w:rsidRPr="00E85698">
              <w:rPr>
                <w:w w:val="96"/>
                <w:sz w:val="16"/>
              </w:rPr>
              <w:t>1</w:t>
            </w:r>
          </w:p>
        </w:tc>
        <w:tc>
          <w:tcPr>
            <w:tcW w:w="1141" w:type="dxa"/>
          </w:tcPr>
          <w:p w:rsidR="00A047B0" w:rsidRPr="00E85698" w:rsidRDefault="00A047B0" w:rsidP="00A047B0">
            <w:pPr>
              <w:pStyle w:val="TableParagraph"/>
              <w:spacing w:before="58"/>
              <w:ind w:left="75"/>
              <w:rPr>
                <w:sz w:val="16"/>
              </w:rPr>
            </w:pPr>
            <w:r w:rsidRPr="00E85698">
              <w:rPr>
                <w:w w:val="96"/>
                <w:sz w:val="16"/>
              </w:rPr>
              <w:t>1</w:t>
            </w:r>
          </w:p>
        </w:tc>
        <w:tc>
          <w:tcPr>
            <w:tcW w:w="805" w:type="dxa"/>
          </w:tcPr>
          <w:p w:rsidR="00A047B0" w:rsidRPr="00E85698" w:rsidRDefault="001D3699" w:rsidP="00A047B0">
            <w:pPr>
              <w:pStyle w:val="TableParagraph"/>
              <w:rPr>
                <w:sz w:val="14"/>
              </w:rPr>
            </w:pPr>
            <w:r>
              <w:rPr>
                <w:sz w:val="14"/>
              </w:rPr>
              <w:t>26.12-24.01</w:t>
            </w:r>
          </w:p>
        </w:tc>
        <w:tc>
          <w:tcPr>
            <w:tcW w:w="5166" w:type="dxa"/>
          </w:tcPr>
          <w:p w:rsidR="00A047B0" w:rsidRPr="00E85698" w:rsidRDefault="00A047B0" w:rsidP="00A047B0">
            <w:pPr>
              <w:pStyle w:val="TableParagraph"/>
              <w:spacing w:before="65" w:line="254" w:lineRule="auto"/>
              <w:ind w:left="73" w:right="126"/>
              <w:rPr>
                <w:sz w:val="16"/>
              </w:rPr>
            </w:pPr>
            <w:r w:rsidRPr="00E85698">
              <w:rPr>
                <w:w w:val="95"/>
                <w:sz w:val="16"/>
              </w:rPr>
              <w:t>Распознавать</w:t>
            </w:r>
            <w:r w:rsidRPr="00E85698">
              <w:rPr>
                <w:spacing w:val="8"/>
                <w:w w:val="95"/>
                <w:sz w:val="16"/>
              </w:rPr>
              <w:t xml:space="preserve"> </w:t>
            </w:r>
            <w:r w:rsidRPr="00E85698">
              <w:rPr>
                <w:w w:val="95"/>
                <w:sz w:val="16"/>
              </w:rPr>
              <w:t>односоставные</w:t>
            </w:r>
            <w:r w:rsidRPr="00E85698">
              <w:rPr>
                <w:spacing w:val="8"/>
                <w:w w:val="95"/>
                <w:sz w:val="16"/>
              </w:rPr>
              <w:t xml:space="preserve"> </w:t>
            </w:r>
            <w:r w:rsidRPr="00E85698">
              <w:rPr>
                <w:w w:val="95"/>
                <w:sz w:val="16"/>
              </w:rPr>
              <w:t>предложения,</w:t>
            </w:r>
            <w:r w:rsidRPr="00E85698">
              <w:rPr>
                <w:spacing w:val="7"/>
                <w:w w:val="95"/>
                <w:sz w:val="16"/>
              </w:rPr>
              <w:t xml:space="preserve"> </w:t>
            </w:r>
            <w:r w:rsidRPr="00E85698">
              <w:rPr>
                <w:w w:val="95"/>
                <w:sz w:val="16"/>
              </w:rPr>
              <w:t>их</w:t>
            </w:r>
            <w:r w:rsidRPr="00E85698">
              <w:rPr>
                <w:spacing w:val="6"/>
                <w:w w:val="95"/>
                <w:sz w:val="16"/>
              </w:rPr>
              <w:t xml:space="preserve"> </w:t>
            </w:r>
            <w:r w:rsidRPr="00E85698">
              <w:rPr>
                <w:w w:val="95"/>
                <w:sz w:val="16"/>
              </w:rPr>
              <w:t>грамматические</w:t>
            </w:r>
            <w:r w:rsidRPr="00E85698">
              <w:rPr>
                <w:spacing w:val="9"/>
                <w:w w:val="95"/>
                <w:sz w:val="16"/>
              </w:rPr>
              <w:t xml:space="preserve"> </w:t>
            </w:r>
            <w:r w:rsidRPr="00E85698">
              <w:rPr>
                <w:w w:val="95"/>
                <w:sz w:val="16"/>
              </w:rPr>
              <w:t>признаки,</w:t>
            </w:r>
            <w:r w:rsidRPr="00E85698">
              <w:rPr>
                <w:spacing w:val="1"/>
                <w:w w:val="95"/>
                <w:sz w:val="16"/>
              </w:rPr>
              <w:t xml:space="preserve"> </w:t>
            </w:r>
            <w:r w:rsidRPr="00E85698">
              <w:rPr>
                <w:spacing w:val="-1"/>
                <w:sz w:val="16"/>
              </w:rPr>
              <w:t>морфологические средства выражения главного члена предложения;</w:t>
            </w:r>
            <w:r w:rsidRPr="00E85698">
              <w:rPr>
                <w:sz w:val="16"/>
              </w:rPr>
              <w:t xml:space="preserve"> </w:t>
            </w:r>
            <w:r w:rsidRPr="00E85698">
              <w:rPr>
                <w:w w:val="95"/>
                <w:sz w:val="16"/>
              </w:rPr>
              <w:t>Различать</w:t>
            </w:r>
            <w:r w:rsidRPr="00E85698">
              <w:rPr>
                <w:spacing w:val="5"/>
                <w:w w:val="95"/>
                <w:sz w:val="16"/>
              </w:rPr>
              <w:t xml:space="preserve"> </w:t>
            </w:r>
            <w:r w:rsidRPr="00E85698">
              <w:rPr>
                <w:w w:val="95"/>
                <w:sz w:val="16"/>
              </w:rPr>
              <w:t>виды</w:t>
            </w:r>
            <w:r w:rsidRPr="00E85698">
              <w:rPr>
                <w:spacing w:val="7"/>
                <w:w w:val="95"/>
                <w:sz w:val="16"/>
              </w:rPr>
              <w:t xml:space="preserve"> </w:t>
            </w:r>
            <w:r w:rsidRPr="00E85698">
              <w:rPr>
                <w:w w:val="95"/>
                <w:sz w:val="16"/>
              </w:rPr>
              <w:t>односоставных</w:t>
            </w:r>
            <w:r w:rsidRPr="00E85698">
              <w:rPr>
                <w:spacing w:val="5"/>
                <w:w w:val="95"/>
                <w:sz w:val="16"/>
              </w:rPr>
              <w:t xml:space="preserve"> </w:t>
            </w:r>
            <w:r w:rsidRPr="00E85698">
              <w:rPr>
                <w:w w:val="95"/>
                <w:sz w:val="16"/>
              </w:rPr>
              <w:t>предложений</w:t>
            </w:r>
            <w:r w:rsidRPr="00E85698">
              <w:rPr>
                <w:spacing w:val="3"/>
                <w:w w:val="95"/>
                <w:sz w:val="16"/>
              </w:rPr>
              <w:t xml:space="preserve"> </w:t>
            </w:r>
            <w:r w:rsidRPr="00E85698">
              <w:rPr>
                <w:w w:val="95"/>
                <w:sz w:val="16"/>
              </w:rPr>
              <w:t>(назывные</w:t>
            </w:r>
            <w:r w:rsidRPr="00E85698">
              <w:rPr>
                <w:spacing w:val="6"/>
                <w:w w:val="95"/>
                <w:sz w:val="16"/>
              </w:rPr>
              <w:t xml:space="preserve"> </w:t>
            </w:r>
            <w:r w:rsidRPr="00E85698">
              <w:rPr>
                <w:w w:val="95"/>
                <w:sz w:val="16"/>
              </w:rPr>
              <w:t>предложения,</w:t>
            </w:r>
            <w:r w:rsidRPr="00E85698">
              <w:rPr>
                <w:spacing w:val="1"/>
                <w:w w:val="95"/>
                <w:sz w:val="16"/>
              </w:rPr>
              <w:t xml:space="preserve"> </w:t>
            </w:r>
            <w:r w:rsidRPr="00E85698">
              <w:rPr>
                <w:w w:val="95"/>
                <w:sz w:val="16"/>
              </w:rPr>
              <w:t>определённо-личные предложения, неопределённо-личные</w:t>
            </w:r>
            <w:r w:rsidRPr="00E85698">
              <w:rPr>
                <w:spacing w:val="1"/>
                <w:w w:val="95"/>
                <w:sz w:val="16"/>
              </w:rPr>
              <w:t xml:space="preserve"> </w:t>
            </w:r>
            <w:r w:rsidRPr="00E85698">
              <w:rPr>
                <w:w w:val="95"/>
                <w:sz w:val="16"/>
              </w:rPr>
              <w:t>предложения,</w:t>
            </w:r>
            <w:r w:rsidRPr="00E85698">
              <w:rPr>
                <w:spacing w:val="1"/>
                <w:w w:val="95"/>
                <w:sz w:val="16"/>
              </w:rPr>
              <w:t xml:space="preserve"> </w:t>
            </w:r>
            <w:r w:rsidRPr="00E85698">
              <w:rPr>
                <w:sz w:val="16"/>
              </w:rPr>
              <w:t>обобщённо-личные предложения, безличные предложения);</w:t>
            </w:r>
            <w:r w:rsidRPr="00E85698">
              <w:rPr>
                <w:spacing w:val="1"/>
                <w:sz w:val="16"/>
              </w:rPr>
              <w:t xml:space="preserve"> </w:t>
            </w:r>
            <w:r w:rsidRPr="00E85698">
              <w:rPr>
                <w:w w:val="95"/>
                <w:sz w:val="16"/>
              </w:rPr>
              <w:t>Характеризовать</w:t>
            </w:r>
            <w:r w:rsidRPr="00E85698">
              <w:rPr>
                <w:spacing w:val="11"/>
                <w:w w:val="95"/>
                <w:sz w:val="16"/>
              </w:rPr>
              <w:t xml:space="preserve"> </w:t>
            </w:r>
            <w:r w:rsidRPr="00E85698">
              <w:rPr>
                <w:w w:val="95"/>
                <w:sz w:val="16"/>
              </w:rPr>
              <w:t>грамматические</w:t>
            </w:r>
            <w:r w:rsidRPr="00E85698">
              <w:rPr>
                <w:spacing w:val="12"/>
                <w:w w:val="95"/>
                <w:sz w:val="16"/>
              </w:rPr>
              <w:t xml:space="preserve"> </w:t>
            </w:r>
            <w:r w:rsidRPr="00E85698">
              <w:rPr>
                <w:w w:val="95"/>
                <w:sz w:val="16"/>
              </w:rPr>
              <w:t>различия</w:t>
            </w:r>
            <w:r w:rsidRPr="00E85698">
              <w:rPr>
                <w:spacing w:val="12"/>
                <w:w w:val="95"/>
                <w:sz w:val="16"/>
              </w:rPr>
              <w:t xml:space="preserve"> </w:t>
            </w:r>
            <w:r w:rsidRPr="00E85698">
              <w:rPr>
                <w:w w:val="95"/>
                <w:sz w:val="16"/>
              </w:rPr>
              <w:t>односоставных</w:t>
            </w:r>
            <w:r w:rsidRPr="00E85698">
              <w:rPr>
                <w:spacing w:val="10"/>
                <w:w w:val="95"/>
                <w:sz w:val="16"/>
              </w:rPr>
              <w:t xml:space="preserve"> </w:t>
            </w:r>
            <w:r w:rsidRPr="00E85698">
              <w:rPr>
                <w:w w:val="95"/>
                <w:sz w:val="16"/>
              </w:rPr>
              <w:t>предложений</w:t>
            </w:r>
            <w:r w:rsidRPr="00E85698">
              <w:rPr>
                <w:spacing w:val="9"/>
                <w:w w:val="95"/>
                <w:sz w:val="16"/>
              </w:rPr>
              <w:t xml:space="preserve"> </w:t>
            </w:r>
            <w:r w:rsidRPr="00E85698">
              <w:rPr>
                <w:w w:val="95"/>
                <w:sz w:val="16"/>
              </w:rPr>
              <w:t>и</w:t>
            </w:r>
            <w:r w:rsidRPr="00E85698">
              <w:rPr>
                <w:spacing w:val="1"/>
                <w:w w:val="95"/>
                <w:sz w:val="16"/>
              </w:rPr>
              <w:t xml:space="preserve"> </w:t>
            </w:r>
            <w:r w:rsidRPr="00E85698">
              <w:rPr>
                <w:sz w:val="16"/>
              </w:rPr>
              <w:t>двусоставных</w:t>
            </w:r>
            <w:r w:rsidRPr="00E85698">
              <w:rPr>
                <w:spacing w:val="-4"/>
                <w:sz w:val="16"/>
              </w:rPr>
              <w:t xml:space="preserve"> </w:t>
            </w:r>
            <w:r w:rsidRPr="00E85698">
              <w:rPr>
                <w:sz w:val="16"/>
              </w:rPr>
              <w:t>неполных</w:t>
            </w:r>
            <w:r w:rsidRPr="00E85698">
              <w:rPr>
                <w:spacing w:val="-3"/>
                <w:sz w:val="16"/>
              </w:rPr>
              <w:t xml:space="preserve"> </w:t>
            </w:r>
            <w:r w:rsidRPr="00E85698">
              <w:rPr>
                <w:sz w:val="16"/>
              </w:rPr>
              <w:t>предложений;</w:t>
            </w:r>
          </w:p>
          <w:p w:rsidR="00A047B0" w:rsidRPr="00E85698" w:rsidRDefault="00A047B0" w:rsidP="00A047B0">
            <w:pPr>
              <w:pStyle w:val="TableParagraph"/>
              <w:spacing w:line="254" w:lineRule="auto"/>
              <w:ind w:left="73"/>
              <w:rPr>
                <w:sz w:val="16"/>
              </w:rPr>
            </w:pPr>
            <w:r w:rsidRPr="00E85698">
              <w:rPr>
                <w:w w:val="95"/>
                <w:sz w:val="16"/>
              </w:rPr>
              <w:t>Выявлять</w:t>
            </w:r>
            <w:r w:rsidRPr="00E85698">
              <w:rPr>
                <w:spacing w:val="10"/>
                <w:w w:val="95"/>
                <w:sz w:val="16"/>
              </w:rPr>
              <w:t xml:space="preserve"> </w:t>
            </w:r>
            <w:r w:rsidRPr="00E85698">
              <w:rPr>
                <w:w w:val="95"/>
                <w:sz w:val="16"/>
              </w:rPr>
              <w:t>синтаксическую</w:t>
            </w:r>
            <w:r w:rsidRPr="00E85698">
              <w:rPr>
                <w:spacing w:val="11"/>
                <w:w w:val="95"/>
                <w:sz w:val="16"/>
              </w:rPr>
              <w:t xml:space="preserve"> </w:t>
            </w:r>
            <w:r w:rsidRPr="00E85698">
              <w:rPr>
                <w:w w:val="95"/>
                <w:sz w:val="16"/>
              </w:rPr>
              <w:t>синонимию</w:t>
            </w:r>
            <w:r w:rsidRPr="00E85698">
              <w:rPr>
                <w:spacing w:val="12"/>
                <w:w w:val="95"/>
                <w:sz w:val="16"/>
              </w:rPr>
              <w:t xml:space="preserve"> </w:t>
            </w:r>
            <w:r w:rsidRPr="00E85698">
              <w:rPr>
                <w:w w:val="95"/>
                <w:sz w:val="16"/>
              </w:rPr>
              <w:t>односоставных</w:t>
            </w:r>
            <w:r w:rsidRPr="00E85698">
              <w:rPr>
                <w:spacing w:val="11"/>
                <w:w w:val="95"/>
                <w:sz w:val="16"/>
              </w:rPr>
              <w:t xml:space="preserve"> </w:t>
            </w:r>
            <w:r w:rsidRPr="00E85698">
              <w:rPr>
                <w:w w:val="95"/>
                <w:sz w:val="16"/>
              </w:rPr>
              <w:t>и</w:t>
            </w:r>
            <w:r w:rsidRPr="00E85698">
              <w:rPr>
                <w:spacing w:val="13"/>
                <w:w w:val="95"/>
                <w:sz w:val="16"/>
              </w:rPr>
              <w:t xml:space="preserve"> </w:t>
            </w:r>
            <w:r w:rsidRPr="00E85698">
              <w:rPr>
                <w:w w:val="95"/>
                <w:sz w:val="16"/>
              </w:rPr>
              <w:t>двусоставных</w:t>
            </w:r>
            <w:r w:rsidRPr="00E85698">
              <w:rPr>
                <w:spacing w:val="1"/>
                <w:w w:val="95"/>
                <w:sz w:val="16"/>
              </w:rPr>
              <w:t xml:space="preserve"> </w:t>
            </w:r>
            <w:r w:rsidRPr="00E85698">
              <w:rPr>
                <w:sz w:val="16"/>
              </w:rPr>
              <w:t>предложений;</w:t>
            </w:r>
          </w:p>
          <w:p w:rsidR="00A047B0" w:rsidRPr="00E85698" w:rsidRDefault="00A047B0" w:rsidP="00A047B0">
            <w:pPr>
              <w:pStyle w:val="TableParagraph"/>
              <w:spacing w:line="254" w:lineRule="auto"/>
              <w:ind w:left="73"/>
              <w:rPr>
                <w:sz w:val="16"/>
              </w:rPr>
            </w:pPr>
            <w:r w:rsidRPr="00E85698">
              <w:rPr>
                <w:w w:val="95"/>
                <w:sz w:val="16"/>
              </w:rPr>
              <w:t>Определять</w:t>
            </w:r>
            <w:r w:rsidRPr="00E85698">
              <w:rPr>
                <w:spacing w:val="8"/>
                <w:w w:val="95"/>
                <w:sz w:val="16"/>
              </w:rPr>
              <w:t xml:space="preserve"> </w:t>
            </w:r>
            <w:r w:rsidRPr="00E85698">
              <w:rPr>
                <w:w w:val="95"/>
                <w:sz w:val="16"/>
              </w:rPr>
              <w:t>основания</w:t>
            </w:r>
            <w:r w:rsidRPr="00E85698">
              <w:rPr>
                <w:spacing w:val="9"/>
                <w:w w:val="95"/>
                <w:sz w:val="16"/>
              </w:rPr>
              <w:t xml:space="preserve"> </w:t>
            </w:r>
            <w:r w:rsidRPr="00E85698">
              <w:rPr>
                <w:w w:val="95"/>
                <w:sz w:val="16"/>
              </w:rPr>
              <w:t>для</w:t>
            </w:r>
            <w:r w:rsidRPr="00E85698">
              <w:rPr>
                <w:spacing w:val="8"/>
                <w:w w:val="95"/>
                <w:sz w:val="16"/>
              </w:rPr>
              <w:t xml:space="preserve"> </w:t>
            </w:r>
            <w:r w:rsidRPr="00E85698">
              <w:rPr>
                <w:w w:val="95"/>
                <w:sz w:val="16"/>
              </w:rPr>
              <w:t>сравнения</w:t>
            </w:r>
            <w:r w:rsidRPr="00E85698">
              <w:rPr>
                <w:spacing w:val="9"/>
                <w:w w:val="95"/>
                <w:sz w:val="16"/>
              </w:rPr>
              <w:t xml:space="preserve"> </w:t>
            </w:r>
            <w:r w:rsidRPr="00E85698">
              <w:rPr>
                <w:w w:val="95"/>
                <w:sz w:val="16"/>
              </w:rPr>
              <w:t>и</w:t>
            </w:r>
            <w:r w:rsidRPr="00E85698">
              <w:rPr>
                <w:spacing w:val="9"/>
                <w:w w:val="95"/>
                <w:sz w:val="16"/>
              </w:rPr>
              <w:t xml:space="preserve"> </w:t>
            </w:r>
            <w:r w:rsidRPr="00E85698">
              <w:rPr>
                <w:w w:val="95"/>
                <w:sz w:val="16"/>
              </w:rPr>
              <w:t>сравнивать</w:t>
            </w:r>
            <w:r w:rsidRPr="00E85698">
              <w:rPr>
                <w:spacing w:val="9"/>
                <w:w w:val="95"/>
                <w:sz w:val="16"/>
              </w:rPr>
              <w:t xml:space="preserve"> </w:t>
            </w:r>
            <w:r w:rsidRPr="00E85698">
              <w:rPr>
                <w:w w:val="95"/>
                <w:sz w:val="16"/>
              </w:rPr>
              <w:t>односоставные</w:t>
            </w:r>
            <w:r w:rsidRPr="00E85698">
              <w:rPr>
                <w:spacing w:val="1"/>
                <w:w w:val="95"/>
                <w:sz w:val="16"/>
              </w:rPr>
              <w:t xml:space="preserve"> </w:t>
            </w:r>
            <w:r w:rsidRPr="00E85698">
              <w:rPr>
                <w:sz w:val="16"/>
              </w:rPr>
              <w:t>предложения</w:t>
            </w:r>
            <w:r w:rsidRPr="00E85698">
              <w:rPr>
                <w:spacing w:val="-2"/>
                <w:sz w:val="16"/>
              </w:rPr>
              <w:t xml:space="preserve"> </w:t>
            </w:r>
            <w:r w:rsidRPr="00E85698">
              <w:rPr>
                <w:sz w:val="16"/>
              </w:rPr>
              <w:t>разных</w:t>
            </w:r>
            <w:r w:rsidRPr="00E85698">
              <w:rPr>
                <w:spacing w:val="-3"/>
                <w:sz w:val="16"/>
              </w:rPr>
              <w:t xml:space="preserve"> </w:t>
            </w:r>
            <w:r w:rsidRPr="00E85698">
              <w:rPr>
                <w:sz w:val="16"/>
              </w:rPr>
              <w:t>видов;</w:t>
            </w:r>
          </w:p>
          <w:p w:rsidR="00A047B0" w:rsidRPr="00E85698" w:rsidRDefault="00A047B0" w:rsidP="00A047B0">
            <w:pPr>
              <w:pStyle w:val="TableParagraph"/>
              <w:ind w:left="73"/>
              <w:rPr>
                <w:sz w:val="16"/>
              </w:rPr>
            </w:pPr>
            <w:r w:rsidRPr="00E85698">
              <w:rPr>
                <w:w w:val="95"/>
                <w:sz w:val="16"/>
              </w:rPr>
              <w:t>Моделировать</w:t>
            </w:r>
            <w:r w:rsidRPr="00E85698">
              <w:rPr>
                <w:spacing w:val="11"/>
                <w:w w:val="95"/>
                <w:sz w:val="16"/>
              </w:rPr>
              <w:t xml:space="preserve"> </w:t>
            </w:r>
            <w:r w:rsidRPr="00E85698">
              <w:rPr>
                <w:w w:val="95"/>
                <w:sz w:val="16"/>
              </w:rPr>
              <w:t>односоставные</w:t>
            </w:r>
            <w:r w:rsidRPr="00E85698">
              <w:rPr>
                <w:spacing w:val="11"/>
                <w:w w:val="95"/>
                <w:sz w:val="16"/>
              </w:rPr>
              <w:t xml:space="preserve"> </w:t>
            </w:r>
            <w:r w:rsidRPr="00E85698">
              <w:rPr>
                <w:w w:val="95"/>
                <w:sz w:val="16"/>
              </w:rPr>
              <w:t>предложения</w:t>
            </w:r>
            <w:r w:rsidRPr="00E85698">
              <w:rPr>
                <w:spacing w:val="11"/>
                <w:w w:val="95"/>
                <w:sz w:val="16"/>
              </w:rPr>
              <w:t xml:space="preserve"> </w:t>
            </w:r>
            <w:r w:rsidRPr="00E85698">
              <w:rPr>
                <w:w w:val="95"/>
                <w:sz w:val="16"/>
              </w:rPr>
              <w:t>разных</w:t>
            </w:r>
            <w:r w:rsidRPr="00E85698">
              <w:rPr>
                <w:spacing w:val="9"/>
                <w:w w:val="95"/>
                <w:sz w:val="16"/>
              </w:rPr>
              <w:t xml:space="preserve"> </w:t>
            </w:r>
            <w:r w:rsidRPr="00E85698">
              <w:rPr>
                <w:w w:val="95"/>
                <w:sz w:val="16"/>
              </w:rPr>
              <w:t>видов;</w:t>
            </w:r>
          </w:p>
          <w:p w:rsidR="00A047B0" w:rsidRPr="00E85698" w:rsidRDefault="00A047B0" w:rsidP="00A047B0">
            <w:pPr>
              <w:pStyle w:val="TableParagraph"/>
              <w:spacing w:before="9" w:line="254" w:lineRule="auto"/>
              <w:ind w:left="73"/>
              <w:rPr>
                <w:sz w:val="16"/>
              </w:rPr>
            </w:pPr>
            <w:r w:rsidRPr="00E85698">
              <w:rPr>
                <w:w w:val="95"/>
                <w:sz w:val="16"/>
              </w:rPr>
              <w:t>Понимать</w:t>
            </w:r>
            <w:r w:rsidRPr="00E85698">
              <w:rPr>
                <w:spacing w:val="9"/>
                <w:w w:val="95"/>
                <w:sz w:val="16"/>
              </w:rPr>
              <w:t xml:space="preserve"> </w:t>
            </w:r>
            <w:r w:rsidRPr="00E85698">
              <w:rPr>
                <w:w w:val="95"/>
                <w:sz w:val="16"/>
              </w:rPr>
              <w:t>особенности</w:t>
            </w:r>
            <w:r w:rsidRPr="00E85698">
              <w:rPr>
                <w:spacing w:val="10"/>
                <w:w w:val="95"/>
                <w:sz w:val="16"/>
              </w:rPr>
              <w:t xml:space="preserve"> </w:t>
            </w:r>
            <w:r w:rsidRPr="00E85698">
              <w:rPr>
                <w:w w:val="95"/>
                <w:sz w:val="16"/>
              </w:rPr>
              <w:t>употребления</w:t>
            </w:r>
            <w:r w:rsidRPr="00E85698">
              <w:rPr>
                <w:spacing w:val="10"/>
                <w:w w:val="95"/>
                <w:sz w:val="16"/>
              </w:rPr>
              <w:t xml:space="preserve"> </w:t>
            </w:r>
            <w:r w:rsidRPr="00E85698">
              <w:rPr>
                <w:w w:val="95"/>
                <w:sz w:val="16"/>
              </w:rPr>
              <w:t>односоставных</w:t>
            </w:r>
            <w:r w:rsidRPr="00E85698">
              <w:rPr>
                <w:spacing w:val="8"/>
                <w:w w:val="95"/>
                <w:sz w:val="16"/>
              </w:rPr>
              <w:t xml:space="preserve"> </w:t>
            </w:r>
            <w:r w:rsidRPr="00E85698">
              <w:rPr>
                <w:w w:val="95"/>
                <w:sz w:val="16"/>
              </w:rPr>
              <w:t>предложений</w:t>
            </w:r>
            <w:r w:rsidRPr="00E85698">
              <w:rPr>
                <w:spacing w:val="10"/>
                <w:w w:val="95"/>
                <w:sz w:val="16"/>
              </w:rPr>
              <w:t xml:space="preserve"> </w:t>
            </w:r>
            <w:r w:rsidRPr="00E85698">
              <w:rPr>
                <w:w w:val="95"/>
                <w:sz w:val="16"/>
              </w:rPr>
              <w:t>в</w:t>
            </w:r>
            <w:r w:rsidRPr="00E85698">
              <w:rPr>
                <w:spacing w:val="10"/>
                <w:w w:val="95"/>
                <w:sz w:val="16"/>
              </w:rPr>
              <w:t xml:space="preserve"> </w:t>
            </w:r>
            <w:r w:rsidRPr="00E85698">
              <w:rPr>
                <w:w w:val="95"/>
                <w:sz w:val="16"/>
              </w:rPr>
              <w:t>речи;</w:t>
            </w:r>
            <w:r w:rsidRPr="00E85698">
              <w:rPr>
                <w:spacing w:val="1"/>
                <w:w w:val="95"/>
                <w:sz w:val="16"/>
              </w:rPr>
              <w:t xml:space="preserve"> </w:t>
            </w:r>
            <w:r w:rsidRPr="00E85698">
              <w:rPr>
                <w:w w:val="95"/>
                <w:sz w:val="16"/>
              </w:rPr>
              <w:t>Проводить</w:t>
            </w:r>
            <w:r w:rsidRPr="00E85698">
              <w:rPr>
                <w:spacing w:val="4"/>
                <w:w w:val="95"/>
                <w:sz w:val="16"/>
              </w:rPr>
              <w:t xml:space="preserve"> </w:t>
            </w:r>
            <w:r w:rsidRPr="00E85698">
              <w:rPr>
                <w:w w:val="95"/>
                <w:sz w:val="16"/>
              </w:rPr>
              <w:t>синтаксический</w:t>
            </w:r>
            <w:r w:rsidRPr="00E85698">
              <w:rPr>
                <w:spacing w:val="2"/>
                <w:w w:val="95"/>
                <w:sz w:val="16"/>
              </w:rPr>
              <w:t xml:space="preserve"> </w:t>
            </w:r>
            <w:r w:rsidRPr="00E85698">
              <w:rPr>
                <w:w w:val="95"/>
                <w:sz w:val="16"/>
              </w:rPr>
              <w:t>и</w:t>
            </w:r>
            <w:r w:rsidRPr="00E85698">
              <w:rPr>
                <w:spacing w:val="5"/>
                <w:w w:val="95"/>
                <w:sz w:val="16"/>
              </w:rPr>
              <w:t xml:space="preserve"> </w:t>
            </w:r>
            <w:r w:rsidRPr="00E85698">
              <w:rPr>
                <w:w w:val="95"/>
                <w:sz w:val="16"/>
              </w:rPr>
              <w:t>пунктуационный</w:t>
            </w:r>
            <w:r w:rsidRPr="00E85698">
              <w:rPr>
                <w:spacing w:val="4"/>
                <w:w w:val="95"/>
                <w:sz w:val="16"/>
              </w:rPr>
              <w:t xml:space="preserve"> </w:t>
            </w:r>
            <w:r w:rsidRPr="00E85698">
              <w:rPr>
                <w:w w:val="95"/>
                <w:sz w:val="16"/>
              </w:rPr>
              <w:t>анализ</w:t>
            </w:r>
            <w:r w:rsidRPr="00E85698">
              <w:rPr>
                <w:spacing w:val="5"/>
                <w:w w:val="95"/>
                <w:sz w:val="16"/>
              </w:rPr>
              <w:t xml:space="preserve"> </w:t>
            </w:r>
            <w:r w:rsidRPr="00E85698">
              <w:rPr>
                <w:w w:val="95"/>
                <w:sz w:val="16"/>
              </w:rPr>
              <w:t>предложений;</w:t>
            </w:r>
          </w:p>
          <w:p w:rsidR="00A047B0" w:rsidRPr="00E85698" w:rsidRDefault="00A047B0" w:rsidP="00A047B0">
            <w:pPr>
              <w:pStyle w:val="TableParagraph"/>
              <w:spacing w:line="254" w:lineRule="auto"/>
              <w:ind w:left="73" w:right="456"/>
              <w:rPr>
                <w:sz w:val="16"/>
              </w:rPr>
            </w:pPr>
            <w:r w:rsidRPr="00E85698">
              <w:rPr>
                <w:w w:val="95"/>
                <w:sz w:val="16"/>
              </w:rPr>
              <w:t>применять</w:t>
            </w:r>
            <w:r w:rsidRPr="00E85698">
              <w:rPr>
                <w:spacing w:val="7"/>
                <w:w w:val="95"/>
                <w:sz w:val="16"/>
              </w:rPr>
              <w:t xml:space="preserve"> </w:t>
            </w:r>
            <w:r w:rsidRPr="00E85698">
              <w:rPr>
                <w:w w:val="95"/>
                <w:sz w:val="16"/>
              </w:rPr>
              <w:t>знания</w:t>
            </w:r>
            <w:r w:rsidRPr="00E85698">
              <w:rPr>
                <w:spacing w:val="7"/>
                <w:w w:val="95"/>
                <w:sz w:val="16"/>
              </w:rPr>
              <w:t xml:space="preserve"> </w:t>
            </w:r>
            <w:r w:rsidRPr="00E85698">
              <w:rPr>
                <w:w w:val="95"/>
                <w:sz w:val="16"/>
              </w:rPr>
              <w:t>по</w:t>
            </w:r>
            <w:r w:rsidRPr="00E85698">
              <w:rPr>
                <w:spacing w:val="7"/>
                <w:w w:val="95"/>
                <w:sz w:val="16"/>
              </w:rPr>
              <w:t xml:space="preserve"> </w:t>
            </w:r>
            <w:r w:rsidRPr="00E85698">
              <w:rPr>
                <w:w w:val="95"/>
                <w:sz w:val="16"/>
              </w:rPr>
              <w:t>синтаксису</w:t>
            </w:r>
            <w:r w:rsidRPr="00E85698">
              <w:rPr>
                <w:spacing w:val="6"/>
                <w:w w:val="95"/>
                <w:sz w:val="16"/>
              </w:rPr>
              <w:t xml:space="preserve"> </w:t>
            </w:r>
            <w:r w:rsidRPr="00E85698">
              <w:rPr>
                <w:w w:val="95"/>
                <w:sz w:val="16"/>
              </w:rPr>
              <w:t>и</w:t>
            </w:r>
            <w:r w:rsidRPr="00E85698">
              <w:rPr>
                <w:spacing w:val="4"/>
                <w:w w:val="95"/>
                <w:sz w:val="16"/>
              </w:rPr>
              <w:t xml:space="preserve"> </w:t>
            </w:r>
            <w:r w:rsidRPr="00E85698">
              <w:rPr>
                <w:w w:val="95"/>
                <w:sz w:val="16"/>
              </w:rPr>
              <w:t>пунктуации</w:t>
            </w:r>
            <w:r w:rsidRPr="00E85698">
              <w:rPr>
                <w:spacing w:val="8"/>
                <w:w w:val="95"/>
                <w:sz w:val="16"/>
              </w:rPr>
              <w:t xml:space="preserve"> </w:t>
            </w:r>
            <w:r w:rsidRPr="00E85698">
              <w:rPr>
                <w:w w:val="95"/>
                <w:sz w:val="16"/>
              </w:rPr>
              <w:t>при</w:t>
            </w:r>
            <w:r w:rsidRPr="00E85698">
              <w:rPr>
                <w:spacing w:val="7"/>
                <w:w w:val="95"/>
                <w:sz w:val="16"/>
              </w:rPr>
              <w:t xml:space="preserve"> </w:t>
            </w:r>
            <w:r w:rsidRPr="00E85698">
              <w:rPr>
                <w:w w:val="95"/>
                <w:sz w:val="16"/>
              </w:rPr>
              <w:t>выполнении</w:t>
            </w:r>
            <w:r w:rsidRPr="00E85698">
              <w:rPr>
                <w:spacing w:val="1"/>
                <w:w w:val="95"/>
                <w:sz w:val="16"/>
              </w:rPr>
              <w:t xml:space="preserve"> </w:t>
            </w:r>
            <w:r w:rsidRPr="00E85698">
              <w:rPr>
                <w:spacing w:val="-1"/>
                <w:sz w:val="16"/>
              </w:rPr>
              <w:t>языкового</w:t>
            </w:r>
            <w:r w:rsidRPr="00E85698">
              <w:rPr>
                <w:spacing w:val="-9"/>
                <w:sz w:val="16"/>
              </w:rPr>
              <w:t xml:space="preserve"> </w:t>
            </w:r>
            <w:r w:rsidRPr="00E85698">
              <w:rPr>
                <w:spacing w:val="-1"/>
                <w:sz w:val="16"/>
              </w:rPr>
              <w:t>анализа</w:t>
            </w:r>
            <w:r w:rsidRPr="00E85698">
              <w:rPr>
                <w:spacing w:val="-7"/>
                <w:sz w:val="16"/>
              </w:rPr>
              <w:t xml:space="preserve"> </w:t>
            </w:r>
            <w:r w:rsidRPr="00E85698">
              <w:rPr>
                <w:spacing w:val="-1"/>
                <w:sz w:val="16"/>
              </w:rPr>
              <w:t>различных</w:t>
            </w:r>
            <w:r w:rsidRPr="00E85698">
              <w:rPr>
                <w:spacing w:val="-8"/>
                <w:sz w:val="16"/>
              </w:rPr>
              <w:t xml:space="preserve"> </w:t>
            </w:r>
            <w:r w:rsidRPr="00E85698">
              <w:rPr>
                <w:sz w:val="16"/>
              </w:rPr>
              <w:t>видов</w:t>
            </w:r>
            <w:r w:rsidRPr="00E85698">
              <w:rPr>
                <w:spacing w:val="-10"/>
                <w:sz w:val="16"/>
              </w:rPr>
              <w:t xml:space="preserve"> </w:t>
            </w:r>
            <w:r w:rsidRPr="00E85698">
              <w:rPr>
                <w:sz w:val="16"/>
              </w:rPr>
              <w:t>и</w:t>
            </w:r>
            <w:r w:rsidRPr="00E85698">
              <w:rPr>
                <w:spacing w:val="-8"/>
                <w:sz w:val="16"/>
              </w:rPr>
              <w:t xml:space="preserve"> </w:t>
            </w:r>
            <w:r w:rsidRPr="00E85698">
              <w:rPr>
                <w:sz w:val="16"/>
              </w:rPr>
              <w:t>в</w:t>
            </w:r>
            <w:r w:rsidRPr="00E85698">
              <w:rPr>
                <w:spacing w:val="-7"/>
                <w:sz w:val="16"/>
              </w:rPr>
              <w:t xml:space="preserve"> </w:t>
            </w:r>
            <w:r w:rsidRPr="00E85698">
              <w:rPr>
                <w:sz w:val="16"/>
              </w:rPr>
              <w:t>речевой</w:t>
            </w:r>
            <w:r w:rsidRPr="00E85698">
              <w:rPr>
                <w:spacing w:val="-7"/>
                <w:sz w:val="16"/>
              </w:rPr>
              <w:t xml:space="preserve"> </w:t>
            </w:r>
            <w:r w:rsidRPr="00E85698">
              <w:rPr>
                <w:sz w:val="16"/>
              </w:rPr>
              <w:t>практике;</w:t>
            </w:r>
          </w:p>
          <w:p w:rsidR="00A047B0" w:rsidRPr="00E85698" w:rsidRDefault="00A047B0" w:rsidP="00A047B0">
            <w:pPr>
              <w:pStyle w:val="TableParagraph"/>
              <w:spacing w:line="254" w:lineRule="auto"/>
              <w:ind w:left="73"/>
              <w:rPr>
                <w:sz w:val="16"/>
              </w:rPr>
            </w:pPr>
            <w:r w:rsidRPr="00E85698">
              <w:rPr>
                <w:w w:val="95"/>
                <w:sz w:val="16"/>
              </w:rPr>
              <w:t>Анализировать</w:t>
            </w:r>
            <w:r w:rsidRPr="00E85698">
              <w:rPr>
                <w:spacing w:val="8"/>
                <w:w w:val="95"/>
                <w:sz w:val="16"/>
              </w:rPr>
              <w:t xml:space="preserve"> </w:t>
            </w:r>
            <w:r w:rsidRPr="00E85698">
              <w:rPr>
                <w:w w:val="95"/>
                <w:sz w:val="16"/>
              </w:rPr>
              <w:t>примеры</w:t>
            </w:r>
            <w:r w:rsidRPr="00E85698">
              <w:rPr>
                <w:spacing w:val="12"/>
                <w:w w:val="95"/>
                <w:sz w:val="16"/>
              </w:rPr>
              <w:t xml:space="preserve"> </w:t>
            </w:r>
            <w:r w:rsidRPr="00E85698">
              <w:rPr>
                <w:w w:val="95"/>
                <w:sz w:val="16"/>
              </w:rPr>
              <w:t>употребления</w:t>
            </w:r>
            <w:r w:rsidRPr="00E85698">
              <w:rPr>
                <w:spacing w:val="11"/>
                <w:w w:val="95"/>
                <w:sz w:val="16"/>
              </w:rPr>
              <w:t xml:space="preserve"> </w:t>
            </w:r>
            <w:r w:rsidRPr="00E85698">
              <w:rPr>
                <w:w w:val="95"/>
                <w:sz w:val="16"/>
              </w:rPr>
              <w:t>односоставных</w:t>
            </w:r>
            <w:r w:rsidRPr="00E85698">
              <w:rPr>
                <w:spacing w:val="10"/>
                <w:w w:val="95"/>
                <w:sz w:val="16"/>
              </w:rPr>
              <w:t xml:space="preserve"> </w:t>
            </w:r>
            <w:r w:rsidRPr="00E85698">
              <w:rPr>
                <w:w w:val="95"/>
                <w:sz w:val="16"/>
              </w:rPr>
              <w:t>предложений</w:t>
            </w:r>
            <w:r w:rsidRPr="00E85698">
              <w:rPr>
                <w:spacing w:val="7"/>
                <w:w w:val="95"/>
                <w:sz w:val="16"/>
              </w:rPr>
              <w:t xml:space="preserve"> </w:t>
            </w:r>
            <w:r w:rsidRPr="00E85698">
              <w:rPr>
                <w:w w:val="95"/>
                <w:sz w:val="16"/>
              </w:rPr>
              <w:t>в</w:t>
            </w:r>
            <w:r w:rsidRPr="00E85698">
              <w:rPr>
                <w:spacing w:val="11"/>
                <w:w w:val="95"/>
                <w:sz w:val="16"/>
              </w:rPr>
              <w:t xml:space="preserve"> </w:t>
            </w:r>
            <w:r w:rsidRPr="00E85698">
              <w:rPr>
                <w:w w:val="95"/>
                <w:sz w:val="16"/>
              </w:rPr>
              <w:t>речи,</w:t>
            </w:r>
            <w:r w:rsidRPr="00E85698">
              <w:rPr>
                <w:spacing w:val="1"/>
                <w:w w:val="95"/>
                <w:sz w:val="16"/>
              </w:rPr>
              <w:t xml:space="preserve"> </w:t>
            </w:r>
            <w:r w:rsidRPr="00E85698">
              <w:rPr>
                <w:spacing w:val="-1"/>
                <w:sz w:val="16"/>
              </w:rPr>
              <w:t>выявлять</w:t>
            </w:r>
            <w:r w:rsidRPr="00E85698">
              <w:rPr>
                <w:spacing w:val="-8"/>
                <w:sz w:val="16"/>
              </w:rPr>
              <w:t xml:space="preserve"> </w:t>
            </w:r>
            <w:r w:rsidRPr="00E85698">
              <w:rPr>
                <w:spacing w:val="-1"/>
                <w:sz w:val="16"/>
              </w:rPr>
              <w:t>особенности</w:t>
            </w:r>
            <w:r w:rsidRPr="00E85698">
              <w:rPr>
                <w:spacing w:val="-8"/>
                <w:sz w:val="16"/>
              </w:rPr>
              <w:t xml:space="preserve"> </w:t>
            </w:r>
            <w:r w:rsidRPr="00E85698">
              <w:rPr>
                <w:sz w:val="16"/>
              </w:rPr>
              <w:t>употребления</w:t>
            </w:r>
            <w:r w:rsidRPr="00E85698">
              <w:rPr>
                <w:spacing w:val="-10"/>
                <w:sz w:val="16"/>
              </w:rPr>
              <w:t xml:space="preserve"> </w:t>
            </w:r>
            <w:r w:rsidRPr="00E85698">
              <w:rPr>
                <w:sz w:val="16"/>
              </w:rPr>
              <w:t>односоставных</w:t>
            </w:r>
            <w:r w:rsidRPr="00E85698">
              <w:rPr>
                <w:spacing w:val="-9"/>
                <w:sz w:val="16"/>
              </w:rPr>
              <w:t xml:space="preserve"> </w:t>
            </w:r>
            <w:r w:rsidRPr="00E85698">
              <w:rPr>
                <w:sz w:val="16"/>
              </w:rPr>
              <w:t>предложений;</w:t>
            </w:r>
          </w:p>
          <w:p w:rsidR="00A047B0" w:rsidRPr="00E85698" w:rsidRDefault="00A047B0" w:rsidP="00A047B0">
            <w:pPr>
              <w:pStyle w:val="TableParagraph"/>
              <w:ind w:left="73"/>
              <w:rPr>
                <w:sz w:val="16"/>
              </w:rPr>
            </w:pPr>
            <w:r w:rsidRPr="00E85698">
              <w:rPr>
                <w:w w:val="95"/>
                <w:sz w:val="16"/>
              </w:rPr>
              <w:t>Употреблять</w:t>
            </w:r>
            <w:r w:rsidRPr="00E85698">
              <w:rPr>
                <w:spacing w:val="8"/>
                <w:w w:val="95"/>
                <w:sz w:val="16"/>
              </w:rPr>
              <w:t xml:space="preserve"> </w:t>
            </w:r>
            <w:r w:rsidRPr="00E85698">
              <w:rPr>
                <w:w w:val="95"/>
                <w:sz w:val="16"/>
              </w:rPr>
              <w:t>односоставные</w:t>
            </w:r>
            <w:r w:rsidRPr="00E85698">
              <w:rPr>
                <w:spacing w:val="9"/>
                <w:w w:val="95"/>
                <w:sz w:val="16"/>
              </w:rPr>
              <w:t xml:space="preserve"> </w:t>
            </w:r>
            <w:r w:rsidRPr="00E85698">
              <w:rPr>
                <w:w w:val="95"/>
                <w:sz w:val="16"/>
              </w:rPr>
              <w:t>предложения</w:t>
            </w:r>
            <w:r w:rsidRPr="00E85698">
              <w:rPr>
                <w:spacing w:val="9"/>
                <w:w w:val="95"/>
                <w:sz w:val="16"/>
              </w:rPr>
              <w:t xml:space="preserve"> </w:t>
            </w:r>
            <w:r w:rsidRPr="00E85698">
              <w:rPr>
                <w:w w:val="95"/>
                <w:sz w:val="16"/>
              </w:rPr>
              <w:t>в</w:t>
            </w:r>
            <w:r w:rsidRPr="00E85698">
              <w:rPr>
                <w:spacing w:val="9"/>
                <w:w w:val="95"/>
                <w:sz w:val="16"/>
              </w:rPr>
              <w:t xml:space="preserve"> </w:t>
            </w:r>
            <w:r w:rsidRPr="00E85698">
              <w:rPr>
                <w:w w:val="95"/>
                <w:sz w:val="16"/>
              </w:rPr>
              <w:t>речи;</w:t>
            </w:r>
          </w:p>
        </w:tc>
        <w:tc>
          <w:tcPr>
            <w:tcW w:w="1081" w:type="dxa"/>
          </w:tcPr>
          <w:p w:rsidR="00A047B0" w:rsidRPr="00E85698" w:rsidRDefault="00A047B0" w:rsidP="00A047B0">
            <w:pPr>
              <w:pStyle w:val="TableParagraph"/>
              <w:spacing w:before="65" w:line="254" w:lineRule="auto"/>
              <w:ind w:left="70" w:right="46"/>
              <w:rPr>
                <w:sz w:val="16"/>
              </w:rPr>
            </w:pPr>
            <w:r w:rsidRPr="00E85698">
              <w:rPr>
                <w:sz w:val="16"/>
              </w:rPr>
              <w:t>Письменный</w:t>
            </w:r>
            <w:r w:rsidRPr="00E85698">
              <w:rPr>
                <w:spacing w:val="-37"/>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r w:rsidRPr="00E85698">
              <w:rPr>
                <w:spacing w:val="1"/>
                <w:sz w:val="16"/>
              </w:rPr>
              <w:t xml:space="preserve"> </w:t>
            </w:r>
            <w:r w:rsidRPr="00E85698">
              <w:rPr>
                <w:w w:val="95"/>
                <w:sz w:val="16"/>
              </w:rPr>
              <w:t>Практическая</w:t>
            </w:r>
            <w:r w:rsidRPr="00E85698">
              <w:rPr>
                <w:spacing w:val="-35"/>
                <w:w w:val="95"/>
                <w:sz w:val="16"/>
              </w:rPr>
              <w:t xml:space="preserve"> </w:t>
            </w:r>
            <w:r w:rsidRPr="00E85698">
              <w:rPr>
                <w:sz w:val="16"/>
              </w:rPr>
              <w:t>работа;</w:t>
            </w:r>
          </w:p>
          <w:p w:rsidR="00A047B0" w:rsidRPr="00E85698" w:rsidRDefault="00A047B0" w:rsidP="00A047B0">
            <w:pPr>
              <w:pStyle w:val="TableParagraph"/>
              <w:spacing w:line="183" w:lineRule="exact"/>
              <w:ind w:left="70"/>
              <w:rPr>
                <w:sz w:val="16"/>
              </w:rPr>
            </w:pPr>
            <w:r w:rsidRPr="00E85698">
              <w:rPr>
                <w:sz w:val="16"/>
              </w:rPr>
              <w:t>ВПР;</w:t>
            </w:r>
          </w:p>
          <w:p w:rsidR="00A047B0" w:rsidRPr="00E85698" w:rsidRDefault="00A047B0" w:rsidP="00A047B0">
            <w:pPr>
              <w:pStyle w:val="TableParagraph"/>
              <w:spacing w:before="11"/>
              <w:ind w:left="70"/>
              <w:rPr>
                <w:sz w:val="16"/>
              </w:rPr>
            </w:pPr>
            <w:r w:rsidRPr="00E85698">
              <w:rPr>
                <w:sz w:val="16"/>
              </w:rPr>
              <w:t>Сочинение;</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3988"/>
        </w:trPr>
        <w:tc>
          <w:tcPr>
            <w:tcW w:w="468" w:type="dxa"/>
          </w:tcPr>
          <w:p w:rsidR="00A047B0" w:rsidRPr="00E85698" w:rsidRDefault="00A047B0" w:rsidP="00A047B0">
            <w:pPr>
              <w:pStyle w:val="TableParagraph"/>
              <w:spacing w:before="61"/>
              <w:ind w:right="107"/>
              <w:jc w:val="right"/>
              <w:rPr>
                <w:sz w:val="16"/>
              </w:rPr>
            </w:pPr>
            <w:r w:rsidRPr="00E85698">
              <w:rPr>
                <w:sz w:val="16"/>
              </w:rPr>
              <w:t>8.5.</w:t>
            </w:r>
          </w:p>
        </w:tc>
        <w:tc>
          <w:tcPr>
            <w:tcW w:w="3831" w:type="dxa"/>
          </w:tcPr>
          <w:p w:rsidR="00A047B0" w:rsidRPr="00E85698" w:rsidRDefault="00A047B0" w:rsidP="00A047B0">
            <w:pPr>
              <w:pStyle w:val="TableParagraph"/>
              <w:spacing w:before="65" w:line="244" w:lineRule="auto"/>
              <w:ind w:left="76" w:right="1134"/>
              <w:rPr>
                <w:sz w:val="16"/>
              </w:rPr>
            </w:pPr>
            <w:r w:rsidRPr="00E85698">
              <w:rPr>
                <w:w w:val="95"/>
                <w:sz w:val="16"/>
              </w:rPr>
              <w:t>Простое</w:t>
            </w:r>
            <w:r w:rsidRPr="00E85698">
              <w:rPr>
                <w:spacing w:val="5"/>
                <w:w w:val="95"/>
                <w:sz w:val="16"/>
              </w:rPr>
              <w:t xml:space="preserve"> </w:t>
            </w:r>
            <w:r w:rsidRPr="00E85698">
              <w:rPr>
                <w:w w:val="95"/>
                <w:sz w:val="16"/>
              </w:rPr>
              <w:t>осложнённое</w:t>
            </w:r>
            <w:r w:rsidRPr="00E85698">
              <w:rPr>
                <w:spacing w:val="5"/>
                <w:w w:val="95"/>
                <w:sz w:val="16"/>
              </w:rPr>
              <w:t xml:space="preserve"> </w:t>
            </w:r>
            <w:r w:rsidRPr="00E85698">
              <w:rPr>
                <w:w w:val="95"/>
                <w:sz w:val="16"/>
              </w:rPr>
              <w:t>предложение.</w:t>
            </w:r>
            <w:r w:rsidRPr="00E85698">
              <w:rPr>
                <w:spacing w:val="1"/>
                <w:w w:val="95"/>
                <w:sz w:val="16"/>
              </w:rPr>
              <w:t xml:space="preserve"> </w:t>
            </w:r>
            <w:r w:rsidRPr="00E85698">
              <w:rPr>
                <w:w w:val="95"/>
                <w:sz w:val="16"/>
              </w:rPr>
              <w:t>Предложения</w:t>
            </w:r>
            <w:r w:rsidRPr="00E85698">
              <w:rPr>
                <w:spacing w:val="12"/>
                <w:w w:val="95"/>
                <w:sz w:val="16"/>
              </w:rPr>
              <w:t xml:space="preserve"> </w:t>
            </w:r>
            <w:r w:rsidRPr="00E85698">
              <w:rPr>
                <w:w w:val="95"/>
                <w:sz w:val="16"/>
              </w:rPr>
              <w:t>с</w:t>
            </w:r>
            <w:r w:rsidRPr="00E85698">
              <w:rPr>
                <w:spacing w:val="13"/>
                <w:w w:val="95"/>
                <w:sz w:val="16"/>
              </w:rPr>
              <w:t xml:space="preserve"> </w:t>
            </w:r>
            <w:r w:rsidRPr="00E85698">
              <w:rPr>
                <w:w w:val="95"/>
                <w:sz w:val="16"/>
              </w:rPr>
              <w:t>однородными</w:t>
            </w:r>
            <w:r w:rsidRPr="00E85698">
              <w:rPr>
                <w:spacing w:val="11"/>
                <w:w w:val="95"/>
                <w:sz w:val="16"/>
              </w:rPr>
              <w:t xml:space="preserve"> </w:t>
            </w:r>
            <w:r w:rsidRPr="00E85698">
              <w:rPr>
                <w:w w:val="95"/>
                <w:sz w:val="16"/>
              </w:rPr>
              <w:t>членами.</w:t>
            </w:r>
          </w:p>
        </w:tc>
        <w:tc>
          <w:tcPr>
            <w:tcW w:w="529" w:type="dxa"/>
          </w:tcPr>
          <w:p w:rsidR="00A047B0" w:rsidRPr="00E85698" w:rsidRDefault="00A047B0" w:rsidP="00A047B0">
            <w:pPr>
              <w:pStyle w:val="TableParagraph"/>
              <w:spacing w:before="61"/>
              <w:ind w:left="76"/>
              <w:rPr>
                <w:sz w:val="16"/>
              </w:rPr>
            </w:pPr>
            <w:r w:rsidRPr="00E85698">
              <w:rPr>
                <w:sz w:val="16"/>
              </w:rPr>
              <w:t>10</w:t>
            </w:r>
          </w:p>
        </w:tc>
        <w:tc>
          <w:tcPr>
            <w:tcW w:w="1107" w:type="dxa"/>
          </w:tcPr>
          <w:p w:rsidR="00A047B0" w:rsidRPr="00E85698" w:rsidRDefault="00A047B0" w:rsidP="00A047B0">
            <w:pPr>
              <w:pStyle w:val="TableParagraph"/>
              <w:spacing w:before="61"/>
              <w:ind w:left="75"/>
              <w:rPr>
                <w:sz w:val="16"/>
              </w:rPr>
            </w:pPr>
            <w:r w:rsidRPr="00E85698">
              <w:rPr>
                <w:w w:val="96"/>
                <w:sz w:val="16"/>
              </w:rPr>
              <w:t>2</w:t>
            </w:r>
          </w:p>
        </w:tc>
        <w:tc>
          <w:tcPr>
            <w:tcW w:w="1141" w:type="dxa"/>
          </w:tcPr>
          <w:p w:rsidR="00A047B0" w:rsidRPr="00E85698" w:rsidRDefault="00A047B0" w:rsidP="00A047B0">
            <w:pPr>
              <w:pStyle w:val="TableParagraph"/>
              <w:spacing w:before="61"/>
              <w:ind w:left="75"/>
              <w:rPr>
                <w:sz w:val="16"/>
              </w:rPr>
            </w:pPr>
            <w:r w:rsidRPr="00E85698">
              <w:rPr>
                <w:w w:val="96"/>
                <w:sz w:val="16"/>
              </w:rPr>
              <w:t>1</w:t>
            </w:r>
          </w:p>
        </w:tc>
        <w:tc>
          <w:tcPr>
            <w:tcW w:w="805" w:type="dxa"/>
          </w:tcPr>
          <w:p w:rsidR="00A047B0" w:rsidRPr="00E85698" w:rsidRDefault="001D3699" w:rsidP="00A047B0">
            <w:pPr>
              <w:pStyle w:val="TableParagraph"/>
              <w:rPr>
                <w:sz w:val="14"/>
              </w:rPr>
            </w:pPr>
            <w:r>
              <w:rPr>
                <w:sz w:val="14"/>
              </w:rPr>
              <w:t>25.01-</w:t>
            </w:r>
            <w:r w:rsidR="000719F8">
              <w:rPr>
                <w:sz w:val="14"/>
              </w:rPr>
              <w:t>15.02</w:t>
            </w:r>
          </w:p>
        </w:tc>
        <w:tc>
          <w:tcPr>
            <w:tcW w:w="5166" w:type="dxa"/>
          </w:tcPr>
          <w:p w:rsidR="00A047B0" w:rsidRPr="00E85698" w:rsidRDefault="00A047B0" w:rsidP="00A047B0">
            <w:pPr>
              <w:pStyle w:val="TableParagraph"/>
              <w:spacing w:before="68" w:line="254" w:lineRule="auto"/>
              <w:ind w:left="73"/>
              <w:rPr>
                <w:sz w:val="16"/>
              </w:rPr>
            </w:pPr>
            <w:r w:rsidRPr="00E85698">
              <w:rPr>
                <w:w w:val="95"/>
                <w:sz w:val="16"/>
              </w:rPr>
              <w:t>Характеризовать</w:t>
            </w:r>
            <w:r w:rsidRPr="00E85698">
              <w:rPr>
                <w:spacing w:val="10"/>
                <w:w w:val="95"/>
                <w:sz w:val="16"/>
              </w:rPr>
              <w:t xml:space="preserve"> </w:t>
            </w:r>
            <w:r w:rsidRPr="00E85698">
              <w:rPr>
                <w:w w:val="95"/>
                <w:sz w:val="16"/>
              </w:rPr>
              <w:t>признаки</w:t>
            </w:r>
            <w:r w:rsidRPr="00E85698">
              <w:rPr>
                <w:spacing w:val="11"/>
                <w:w w:val="95"/>
                <w:sz w:val="16"/>
              </w:rPr>
              <w:t xml:space="preserve"> </w:t>
            </w:r>
            <w:r w:rsidRPr="00E85698">
              <w:rPr>
                <w:w w:val="95"/>
                <w:sz w:val="16"/>
              </w:rPr>
              <w:t>однородных</w:t>
            </w:r>
            <w:r w:rsidRPr="00E85698">
              <w:rPr>
                <w:spacing w:val="9"/>
                <w:w w:val="95"/>
                <w:sz w:val="16"/>
              </w:rPr>
              <w:t xml:space="preserve"> </w:t>
            </w:r>
            <w:r w:rsidRPr="00E85698">
              <w:rPr>
                <w:w w:val="95"/>
                <w:sz w:val="16"/>
              </w:rPr>
              <w:t>членов</w:t>
            </w:r>
            <w:r w:rsidRPr="00E85698">
              <w:rPr>
                <w:spacing w:val="10"/>
                <w:w w:val="95"/>
                <w:sz w:val="16"/>
              </w:rPr>
              <w:t xml:space="preserve"> </w:t>
            </w:r>
            <w:r w:rsidRPr="00E85698">
              <w:rPr>
                <w:w w:val="95"/>
                <w:sz w:val="16"/>
              </w:rPr>
              <w:t>предложения,</w:t>
            </w:r>
            <w:r w:rsidRPr="00E85698">
              <w:rPr>
                <w:spacing w:val="10"/>
                <w:w w:val="95"/>
                <w:sz w:val="16"/>
              </w:rPr>
              <w:t xml:space="preserve"> </w:t>
            </w:r>
            <w:r w:rsidRPr="00E85698">
              <w:rPr>
                <w:w w:val="95"/>
                <w:sz w:val="16"/>
              </w:rPr>
              <w:t>средства</w:t>
            </w:r>
            <w:r w:rsidRPr="00E85698">
              <w:rPr>
                <w:spacing w:val="10"/>
                <w:w w:val="95"/>
                <w:sz w:val="16"/>
              </w:rPr>
              <w:t xml:space="preserve"> </w:t>
            </w:r>
            <w:r w:rsidRPr="00E85698">
              <w:rPr>
                <w:w w:val="95"/>
                <w:sz w:val="16"/>
              </w:rPr>
              <w:t>их</w:t>
            </w:r>
            <w:r w:rsidRPr="00E85698">
              <w:rPr>
                <w:spacing w:val="1"/>
                <w:w w:val="95"/>
                <w:sz w:val="16"/>
              </w:rPr>
              <w:t xml:space="preserve"> </w:t>
            </w:r>
            <w:r w:rsidRPr="00E85698">
              <w:rPr>
                <w:sz w:val="16"/>
              </w:rPr>
              <w:t>связи</w:t>
            </w:r>
            <w:r w:rsidRPr="00E85698">
              <w:rPr>
                <w:spacing w:val="-3"/>
                <w:sz w:val="16"/>
              </w:rPr>
              <w:t xml:space="preserve"> </w:t>
            </w:r>
            <w:r w:rsidRPr="00E85698">
              <w:rPr>
                <w:sz w:val="16"/>
              </w:rPr>
              <w:t>(союзная</w:t>
            </w:r>
            <w:r w:rsidRPr="00E85698">
              <w:rPr>
                <w:spacing w:val="-5"/>
                <w:sz w:val="16"/>
              </w:rPr>
              <w:t xml:space="preserve"> </w:t>
            </w:r>
            <w:r w:rsidRPr="00E85698">
              <w:rPr>
                <w:sz w:val="16"/>
              </w:rPr>
              <w:t>и</w:t>
            </w:r>
            <w:r w:rsidRPr="00E85698">
              <w:rPr>
                <w:spacing w:val="-2"/>
                <w:sz w:val="16"/>
              </w:rPr>
              <w:t xml:space="preserve"> </w:t>
            </w:r>
            <w:r w:rsidRPr="00E85698">
              <w:rPr>
                <w:sz w:val="16"/>
              </w:rPr>
              <w:t>бессоюзная</w:t>
            </w:r>
            <w:r w:rsidRPr="00E85698">
              <w:rPr>
                <w:spacing w:val="-5"/>
                <w:sz w:val="16"/>
              </w:rPr>
              <w:t xml:space="preserve"> </w:t>
            </w:r>
            <w:r w:rsidRPr="00E85698">
              <w:rPr>
                <w:sz w:val="16"/>
              </w:rPr>
              <w:t>связь);</w:t>
            </w:r>
          </w:p>
          <w:p w:rsidR="00A047B0" w:rsidRPr="00E85698" w:rsidRDefault="00A047B0" w:rsidP="00A047B0">
            <w:pPr>
              <w:pStyle w:val="TableParagraph"/>
              <w:spacing w:line="183" w:lineRule="exact"/>
              <w:ind w:left="73"/>
              <w:rPr>
                <w:sz w:val="16"/>
              </w:rPr>
            </w:pPr>
            <w:r w:rsidRPr="00E85698">
              <w:rPr>
                <w:w w:val="95"/>
                <w:sz w:val="16"/>
              </w:rPr>
              <w:t>Различать</w:t>
            </w:r>
            <w:r w:rsidRPr="00E85698">
              <w:rPr>
                <w:spacing w:val="9"/>
                <w:w w:val="95"/>
                <w:sz w:val="16"/>
              </w:rPr>
              <w:t xml:space="preserve"> </w:t>
            </w:r>
            <w:r w:rsidRPr="00E85698">
              <w:rPr>
                <w:w w:val="95"/>
                <w:sz w:val="16"/>
              </w:rPr>
              <w:t>однородные</w:t>
            </w:r>
            <w:r w:rsidRPr="00E85698">
              <w:rPr>
                <w:spacing w:val="10"/>
                <w:w w:val="95"/>
                <w:sz w:val="16"/>
              </w:rPr>
              <w:t xml:space="preserve"> </w:t>
            </w:r>
            <w:r w:rsidRPr="00E85698">
              <w:rPr>
                <w:w w:val="95"/>
                <w:sz w:val="16"/>
              </w:rPr>
              <w:t>и</w:t>
            </w:r>
            <w:r w:rsidRPr="00E85698">
              <w:rPr>
                <w:spacing w:val="10"/>
                <w:w w:val="95"/>
                <w:sz w:val="16"/>
              </w:rPr>
              <w:t xml:space="preserve"> </w:t>
            </w:r>
            <w:r w:rsidRPr="00E85698">
              <w:rPr>
                <w:w w:val="95"/>
                <w:sz w:val="16"/>
              </w:rPr>
              <w:t>неоднородные</w:t>
            </w:r>
            <w:r w:rsidRPr="00E85698">
              <w:rPr>
                <w:spacing w:val="10"/>
                <w:w w:val="95"/>
                <w:sz w:val="16"/>
              </w:rPr>
              <w:t xml:space="preserve"> </w:t>
            </w:r>
            <w:r w:rsidRPr="00E85698">
              <w:rPr>
                <w:w w:val="95"/>
                <w:sz w:val="16"/>
              </w:rPr>
              <w:t>определения;</w:t>
            </w:r>
          </w:p>
          <w:p w:rsidR="00A047B0" w:rsidRPr="00E85698" w:rsidRDefault="00A047B0" w:rsidP="00A047B0">
            <w:pPr>
              <w:pStyle w:val="TableParagraph"/>
              <w:spacing w:before="10" w:line="256" w:lineRule="auto"/>
              <w:ind w:left="73"/>
              <w:rPr>
                <w:sz w:val="16"/>
              </w:rPr>
            </w:pPr>
            <w:r w:rsidRPr="00E85698">
              <w:rPr>
                <w:w w:val="95"/>
                <w:sz w:val="16"/>
              </w:rPr>
              <w:t>Определять</w:t>
            </w:r>
            <w:r w:rsidRPr="00E85698">
              <w:rPr>
                <w:spacing w:val="8"/>
                <w:w w:val="95"/>
                <w:sz w:val="16"/>
              </w:rPr>
              <w:t xml:space="preserve"> </w:t>
            </w:r>
            <w:r w:rsidRPr="00E85698">
              <w:rPr>
                <w:w w:val="95"/>
                <w:sz w:val="16"/>
              </w:rPr>
              <w:t>основания</w:t>
            </w:r>
            <w:r w:rsidRPr="00E85698">
              <w:rPr>
                <w:spacing w:val="8"/>
                <w:w w:val="95"/>
                <w:sz w:val="16"/>
              </w:rPr>
              <w:t xml:space="preserve"> </w:t>
            </w:r>
            <w:r w:rsidRPr="00E85698">
              <w:rPr>
                <w:w w:val="95"/>
                <w:sz w:val="16"/>
              </w:rPr>
              <w:t>для</w:t>
            </w:r>
            <w:r w:rsidRPr="00E85698">
              <w:rPr>
                <w:spacing w:val="7"/>
                <w:w w:val="95"/>
                <w:sz w:val="16"/>
              </w:rPr>
              <w:t xml:space="preserve"> </w:t>
            </w:r>
            <w:r w:rsidRPr="00E85698">
              <w:rPr>
                <w:w w:val="95"/>
                <w:sz w:val="16"/>
              </w:rPr>
              <w:t>сравнения</w:t>
            </w:r>
            <w:r w:rsidRPr="00E85698">
              <w:rPr>
                <w:spacing w:val="8"/>
                <w:w w:val="95"/>
                <w:sz w:val="16"/>
              </w:rPr>
              <w:t xml:space="preserve"> </w:t>
            </w:r>
            <w:r w:rsidRPr="00E85698">
              <w:rPr>
                <w:w w:val="95"/>
                <w:sz w:val="16"/>
              </w:rPr>
              <w:t>и</w:t>
            </w:r>
            <w:r w:rsidRPr="00E85698">
              <w:rPr>
                <w:spacing w:val="8"/>
                <w:w w:val="95"/>
                <w:sz w:val="16"/>
              </w:rPr>
              <w:t xml:space="preserve"> </w:t>
            </w:r>
            <w:r w:rsidRPr="00E85698">
              <w:rPr>
                <w:w w:val="95"/>
                <w:sz w:val="16"/>
              </w:rPr>
              <w:t>сравнивать</w:t>
            </w:r>
            <w:r w:rsidRPr="00E85698">
              <w:rPr>
                <w:spacing w:val="8"/>
                <w:w w:val="95"/>
                <w:sz w:val="16"/>
              </w:rPr>
              <w:t xml:space="preserve"> </w:t>
            </w:r>
            <w:r w:rsidRPr="00E85698">
              <w:rPr>
                <w:w w:val="95"/>
                <w:sz w:val="16"/>
              </w:rPr>
              <w:t>однородные</w:t>
            </w:r>
            <w:r w:rsidRPr="00E85698">
              <w:rPr>
                <w:spacing w:val="5"/>
                <w:w w:val="95"/>
                <w:sz w:val="16"/>
              </w:rPr>
              <w:t xml:space="preserve"> </w:t>
            </w:r>
            <w:r w:rsidRPr="00E85698">
              <w:rPr>
                <w:w w:val="95"/>
                <w:sz w:val="16"/>
              </w:rPr>
              <w:t>и</w:t>
            </w:r>
            <w:r w:rsidRPr="00E85698">
              <w:rPr>
                <w:spacing w:val="-35"/>
                <w:w w:val="95"/>
                <w:sz w:val="16"/>
              </w:rPr>
              <w:t xml:space="preserve"> </w:t>
            </w:r>
            <w:r w:rsidRPr="00E85698">
              <w:rPr>
                <w:sz w:val="16"/>
              </w:rPr>
              <w:t>неоднородные</w:t>
            </w:r>
            <w:r w:rsidRPr="00E85698">
              <w:rPr>
                <w:spacing w:val="-3"/>
                <w:sz w:val="16"/>
              </w:rPr>
              <w:t xml:space="preserve"> </w:t>
            </w:r>
            <w:r w:rsidRPr="00E85698">
              <w:rPr>
                <w:sz w:val="16"/>
              </w:rPr>
              <w:t>определения;</w:t>
            </w:r>
          </w:p>
          <w:p w:rsidR="00A047B0" w:rsidRPr="00E85698" w:rsidRDefault="00A047B0" w:rsidP="00A047B0">
            <w:pPr>
              <w:pStyle w:val="TableParagraph"/>
              <w:spacing w:line="254" w:lineRule="auto"/>
              <w:ind w:left="73" w:right="1170"/>
              <w:rPr>
                <w:sz w:val="16"/>
              </w:rPr>
            </w:pPr>
            <w:r w:rsidRPr="00E85698">
              <w:rPr>
                <w:w w:val="95"/>
                <w:sz w:val="16"/>
              </w:rPr>
              <w:t>Моделировать</w:t>
            </w:r>
            <w:r w:rsidRPr="00E85698">
              <w:rPr>
                <w:spacing w:val="10"/>
                <w:w w:val="95"/>
                <w:sz w:val="16"/>
              </w:rPr>
              <w:t xml:space="preserve"> </w:t>
            </w:r>
            <w:r w:rsidRPr="00E85698">
              <w:rPr>
                <w:w w:val="95"/>
                <w:sz w:val="16"/>
              </w:rPr>
              <w:t>предложения</w:t>
            </w:r>
            <w:r w:rsidRPr="00E85698">
              <w:rPr>
                <w:spacing w:val="10"/>
                <w:w w:val="95"/>
                <w:sz w:val="16"/>
              </w:rPr>
              <w:t xml:space="preserve"> </w:t>
            </w:r>
            <w:r w:rsidRPr="00E85698">
              <w:rPr>
                <w:w w:val="95"/>
                <w:sz w:val="16"/>
              </w:rPr>
              <w:t>с</w:t>
            </w:r>
            <w:r w:rsidRPr="00E85698">
              <w:rPr>
                <w:spacing w:val="11"/>
                <w:w w:val="95"/>
                <w:sz w:val="16"/>
              </w:rPr>
              <w:t xml:space="preserve"> </w:t>
            </w:r>
            <w:r w:rsidRPr="00E85698">
              <w:rPr>
                <w:w w:val="95"/>
                <w:sz w:val="16"/>
              </w:rPr>
              <w:t>однородными</w:t>
            </w:r>
            <w:r w:rsidRPr="00E85698">
              <w:rPr>
                <w:spacing w:val="8"/>
                <w:w w:val="95"/>
                <w:sz w:val="16"/>
              </w:rPr>
              <w:t xml:space="preserve"> </w:t>
            </w:r>
            <w:r w:rsidRPr="00E85698">
              <w:rPr>
                <w:w w:val="95"/>
                <w:sz w:val="16"/>
              </w:rPr>
              <w:t>членами;</w:t>
            </w:r>
            <w:r w:rsidRPr="00E85698">
              <w:rPr>
                <w:spacing w:val="1"/>
                <w:w w:val="95"/>
                <w:sz w:val="16"/>
              </w:rPr>
              <w:t xml:space="preserve"> </w:t>
            </w:r>
            <w:r w:rsidRPr="00E85698">
              <w:rPr>
                <w:w w:val="95"/>
                <w:sz w:val="16"/>
              </w:rPr>
              <w:t>Находить</w:t>
            </w:r>
            <w:r w:rsidRPr="00E85698">
              <w:rPr>
                <w:spacing w:val="10"/>
                <w:w w:val="95"/>
                <w:sz w:val="16"/>
              </w:rPr>
              <w:t xml:space="preserve"> </w:t>
            </w:r>
            <w:r w:rsidRPr="00E85698">
              <w:rPr>
                <w:w w:val="95"/>
                <w:sz w:val="16"/>
              </w:rPr>
              <w:t>обобщающие</w:t>
            </w:r>
            <w:r w:rsidRPr="00E85698">
              <w:rPr>
                <w:spacing w:val="7"/>
                <w:w w:val="95"/>
                <w:sz w:val="16"/>
              </w:rPr>
              <w:t xml:space="preserve"> </w:t>
            </w:r>
            <w:r w:rsidRPr="00E85698">
              <w:rPr>
                <w:w w:val="95"/>
                <w:sz w:val="16"/>
              </w:rPr>
              <w:t>слова</w:t>
            </w:r>
            <w:r w:rsidRPr="00E85698">
              <w:rPr>
                <w:spacing w:val="10"/>
                <w:w w:val="95"/>
                <w:sz w:val="16"/>
              </w:rPr>
              <w:t xml:space="preserve"> </w:t>
            </w:r>
            <w:r w:rsidRPr="00E85698">
              <w:rPr>
                <w:w w:val="95"/>
                <w:sz w:val="16"/>
              </w:rPr>
              <w:t>при</w:t>
            </w:r>
            <w:r w:rsidRPr="00E85698">
              <w:rPr>
                <w:spacing w:val="10"/>
                <w:w w:val="95"/>
                <w:sz w:val="16"/>
              </w:rPr>
              <w:t xml:space="preserve"> </w:t>
            </w:r>
            <w:r w:rsidRPr="00E85698">
              <w:rPr>
                <w:w w:val="95"/>
                <w:sz w:val="16"/>
              </w:rPr>
              <w:t>однородных</w:t>
            </w:r>
            <w:r w:rsidRPr="00E85698">
              <w:rPr>
                <w:spacing w:val="9"/>
                <w:w w:val="95"/>
                <w:sz w:val="16"/>
              </w:rPr>
              <w:t xml:space="preserve"> </w:t>
            </w:r>
            <w:r w:rsidRPr="00E85698">
              <w:rPr>
                <w:w w:val="95"/>
                <w:sz w:val="16"/>
              </w:rPr>
              <w:t>членах;</w:t>
            </w:r>
          </w:p>
          <w:p w:rsidR="00A047B0" w:rsidRPr="00E85698" w:rsidRDefault="00A047B0" w:rsidP="00A047B0">
            <w:pPr>
              <w:pStyle w:val="TableParagraph"/>
              <w:spacing w:line="254" w:lineRule="auto"/>
              <w:ind w:left="73"/>
              <w:rPr>
                <w:sz w:val="16"/>
              </w:rPr>
            </w:pPr>
            <w:r w:rsidRPr="00E85698">
              <w:rPr>
                <w:w w:val="95"/>
                <w:sz w:val="16"/>
              </w:rPr>
              <w:t>Выявлять</w:t>
            </w:r>
            <w:r w:rsidRPr="00E85698">
              <w:rPr>
                <w:spacing w:val="5"/>
                <w:w w:val="95"/>
                <w:sz w:val="16"/>
              </w:rPr>
              <w:t xml:space="preserve"> </w:t>
            </w:r>
            <w:r w:rsidRPr="00E85698">
              <w:rPr>
                <w:w w:val="95"/>
                <w:sz w:val="16"/>
              </w:rPr>
              <w:t>и</w:t>
            </w:r>
            <w:r w:rsidRPr="00E85698">
              <w:rPr>
                <w:spacing w:val="9"/>
                <w:w w:val="95"/>
                <w:sz w:val="16"/>
              </w:rPr>
              <w:t xml:space="preserve"> </w:t>
            </w:r>
            <w:r w:rsidRPr="00E85698">
              <w:rPr>
                <w:w w:val="95"/>
                <w:sz w:val="16"/>
              </w:rPr>
              <w:t>понимать</w:t>
            </w:r>
            <w:r w:rsidRPr="00E85698">
              <w:rPr>
                <w:spacing w:val="8"/>
                <w:w w:val="95"/>
                <w:sz w:val="16"/>
              </w:rPr>
              <w:t xml:space="preserve"> </w:t>
            </w:r>
            <w:r w:rsidRPr="00E85698">
              <w:rPr>
                <w:w w:val="95"/>
                <w:sz w:val="16"/>
              </w:rPr>
              <w:t>особенности</w:t>
            </w:r>
            <w:r w:rsidRPr="00E85698">
              <w:rPr>
                <w:spacing w:val="9"/>
                <w:w w:val="95"/>
                <w:sz w:val="16"/>
              </w:rPr>
              <w:t xml:space="preserve"> </w:t>
            </w:r>
            <w:r w:rsidRPr="00E85698">
              <w:rPr>
                <w:w w:val="95"/>
                <w:sz w:val="16"/>
              </w:rPr>
              <w:t>употребления</w:t>
            </w:r>
            <w:r w:rsidRPr="00E85698">
              <w:rPr>
                <w:spacing w:val="8"/>
                <w:w w:val="95"/>
                <w:sz w:val="16"/>
              </w:rPr>
              <w:t xml:space="preserve"> </w:t>
            </w:r>
            <w:r w:rsidRPr="00E85698">
              <w:rPr>
                <w:w w:val="95"/>
                <w:sz w:val="16"/>
              </w:rPr>
              <w:t>в</w:t>
            </w:r>
            <w:r w:rsidRPr="00E85698">
              <w:rPr>
                <w:spacing w:val="8"/>
                <w:w w:val="95"/>
                <w:sz w:val="16"/>
              </w:rPr>
              <w:t xml:space="preserve"> </w:t>
            </w:r>
            <w:r w:rsidRPr="00E85698">
              <w:rPr>
                <w:w w:val="95"/>
                <w:sz w:val="16"/>
              </w:rPr>
              <w:t>речи</w:t>
            </w:r>
            <w:r w:rsidRPr="00E85698">
              <w:rPr>
                <w:spacing w:val="9"/>
                <w:w w:val="95"/>
                <w:sz w:val="16"/>
              </w:rPr>
              <w:t xml:space="preserve"> </w:t>
            </w:r>
            <w:r w:rsidRPr="00E85698">
              <w:rPr>
                <w:w w:val="95"/>
                <w:sz w:val="16"/>
              </w:rPr>
              <w:t>сочетаний</w:t>
            </w:r>
            <w:r w:rsidRPr="00E85698">
              <w:rPr>
                <w:spacing w:val="-35"/>
                <w:w w:val="95"/>
                <w:sz w:val="16"/>
              </w:rPr>
              <w:t xml:space="preserve"> </w:t>
            </w:r>
            <w:r w:rsidRPr="00E85698">
              <w:rPr>
                <w:sz w:val="16"/>
              </w:rPr>
              <w:t>однородных</w:t>
            </w:r>
            <w:r w:rsidRPr="00E85698">
              <w:rPr>
                <w:spacing w:val="-4"/>
                <w:sz w:val="16"/>
              </w:rPr>
              <w:t xml:space="preserve"> </w:t>
            </w:r>
            <w:r w:rsidRPr="00E85698">
              <w:rPr>
                <w:sz w:val="16"/>
              </w:rPr>
              <w:t>членов</w:t>
            </w:r>
            <w:r w:rsidRPr="00E85698">
              <w:rPr>
                <w:spacing w:val="-2"/>
                <w:sz w:val="16"/>
              </w:rPr>
              <w:t xml:space="preserve"> </w:t>
            </w:r>
            <w:r w:rsidRPr="00E85698">
              <w:rPr>
                <w:sz w:val="16"/>
              </w:rPr>
              <w:t>разных</w:t>
            </w:r>
            <w:r w:rsidRPr="00E85698">
              <w:rPr>
                <w:spacing w:val="-3"/>
                <w:sz w:val="16"/>
              </w:rPr>
              <w:t xml:space="preserve"> </w:t>
            </w:r>
            <w:r w:rsidRPr="00E85698">
              <w:rPr>
                <w:sz w:val="16"/>
              </w:rPr>
              <w:t>типов;</w:t>
            </w:r>
          </w:p>
          <w:p w:rsidR="00A047B0" w:rsidRPr="00E85698" w:rsidRDefault="00A047B0" w:rsidP="00A047B0">
            <w:pPr>
              <w:pStyle w:val="TableParagraph"/>
              <w:spacing w:line="254" w:lineRule="auto"/>
              <w:ind w:left="73"/>
              <w:rPr>
                <w:sz w:val="16"/>
              </w:rPr>
            </w:pPr>
            <w:r w:rsidRPr="00E85698">
              <w:rPr>
                <w:w w:val="95"/>
                <w:sz w:val="16"/>
              </w:rPr>
              <w:t>Анализировать</w:t>
            </w:r>
            <w:r w:rsidRPr="00E85698">
              <w:rPr>
                <w:spacing w:val="9"/>
                <w:w w:val="95"/>
                <w:sz w:val="16"/>
              </w:rPr>
              <w:t xml:space="preserve"> </w:t>
            </w:r>
            <w:r w:rsidRPr="00E85698">
              <w:rPr>
                <w:w w:val="95"/>
                <w:sz w:val="16"/>
              </w:rPr>
              <w:t>предложения</w:t>
            </w:r>
            <w:r w:rsidRPr="00E85698">
              <w:rPr>
                <w:spacing w:val="12"/>
                <w:w w:val="95"/>
                <w:sz w:val="16"/>
              </w:rPr>
              <w:t xml:space="preserve"> </w:t>
            </w:r>
            <w:r w:rsidRPr="00E85698">
              <w:rPr>
                <w:w w:val="95"/>
                <w:sz w:val="16"/>
              </w:rPr>
              <w:t>с</w:t>
            </w:r>
            <w:r w:rsidRPr="00E85698">
              <w:rPr>
                <w:spacing w:val="12"/>
                <w:w w:val="95"/>
                <w:sz w:val="16"/>
              </w:rPr>
              <w:t xml:space="preserve"> </w:t>
            </w:r>
            <w:r w:rsidRPr="00E85698">
              <w:rPr>
                <w:w w:val="95"/>
                <w:sz w:val="16"/>
              </w:rPr>
              <w:t>однородными</w:t>
            </w:r>
            <w:r w:rsidRPr="00E85698">
              <w:rPr>
                <w:spacing w:val="13"/>
                <w:w w:val="95"/>
                <w:sz w:val="16"/>
              </w:rPr>
              <w:t xml:space="preserve"> </w:t>
            </w:r>
            <w:r w:rsidRPr="00E85698">
              <w:rPr>
                <w:w w:val="95"/>
                <w:sz w:val="16"/>
              </w:rPr>
              <w:t>членами,</w:t>
            </w:r>
            <w:r w:rsidRPr="00E85698">
              <w:rPr>
                <w:spacing w:val="7"/>
                <w:w w:val="95"/>
                <w:sz w:val="16"/>
              </w:rPr>
              <w:t xml:space="preserve"> </w:t>
            </w:r>
            <w:r w:rsidRPr="00E85698">
              <w:rPr>
                <w:w w:val="95"/>
                <w:sz w:val="16"/>
              </w:rPr>
              <w:t>связанными</w:t>
            </w:r>
            <w:r w:rsidRPr="00E85698">
              <w:rPr>
                <w:spacing w:val="-35"/>
                <w:w w:val="95"/>
                <w:sz w:val="16"/>
              </w:rPr>
              <w:t xml:space="preserve"> </w:t>
            </w:r>
            <w:r w:rsidRPr="00E85698">
              <w:rPr>
                <w:sz w:val="16"/>
              </w:rPr>
              <w:t>двойными</w:t>
            </w:r>
            <w:r w:rsidRPr="00E85698">
              <w:rPr>
                <w:spacing w:val="-3"/>
                <w:sz w:val="16"/>
              </w:rPr>
              <w:t xml:space="preserve"> </w:t>
            </w:r>
            <w:r w:rsidRPr="00E85698">
              <w:rPr>
                <w:sz w:val="16"/>
              </w:rPr>
              <w:t>союзами</w:t>
            </w:r>
            <w:r w:rsidRPr="00E85698">
              <w:rPr>
                <w:spacing w:val="-3"/>
                <w:sz w:val="16"/>
              </w:rPr>
              <w:t xml:space="preserve"> </w:t>
            </w:r>
            <w:r w:rsidRPr="00E85698">
              <w:rPr>
                <w:sz w:val="16"/>
              </w:rPr>
              <w:t>не</w:t>
            </w:r>
            <w:r w:rsidRPr="00E85698">
              <w:rPr>
                <w:spacing w:val="-4"/>
                <w:sz w:val="16"/>
              </w:rPr>
              <w:t xml:space="preserve"> </w:t>
            </w:r>
            <w:r w:rsidRPr="00E85698">
              <w:rPr>
                <w:sz w:val="16"/>
              </w:rPr>
              <w:t>только...</w:t>
            </w:r>
            <w:r w:rsidRPr="00E85698">
              <w:rPr>
                <w:spacing w:val="-4"/>
                <w:sz w:val="16"/>
              </w:rPr>
              <w:t xml:space="preserve"> </w:t>
            </w:r>
            <w:r w:rsidRPr="00E85698">
              <w:rPr>
                <w:sz w:val="16"/>
              </w:rPr>
              <w:t>но</w:t>
            </w:r>
            <w:r w:rsidRPr="00E85698">
              <w:rPr>
                <w:spacing w:val="-5"/>
                <w:sz w:val="16"/>
              </w:rPr>
              <w:t xml:space="preserve"> </w:t>
            </w:r>
            <w:r w:rsidRPr="00E85698">
              <w:rPr>
                <w:sz w:val="16"/>
              </w:rPr>
              <w:t>и,</w:t>
            </w:r>
            <w:r w:rsidRPr="00E85698">
              <w:rPr>
                <w:spacing w:val="-5"/>
                <w:sz w:val="16"/>
              </w:rPr>
              <w:t xml:space="preserve"> </w:t>
            </w:r>
            <w:r w:rsidRPr="00E85698">
              <w:rPr>
                <w:sz w:val="16"/>
              </w:rPr>
              <w:t>как...</w:t>
            </w:r>
            <w:r w:rsidRPr="00E85698">
              <w:rPr>
                <w:spacing w:val="-2"/>
                <w:sz w:val="16"/>
              </w:rPr>
              <w:t xml:space="preserve"> </w:t>
            </w:r>
            <w:r w:rsidRPr="00E85698">
              <w:rPr>
                <w:sz w:val="16"/>
              </w:rPr>
              <w:t>так</w:t>
            </w:r>
            <w:r w:rsidRPr="00E85698">
              <w:rPr>
                <w:spacing w:val="-6"/>
                <w:sz w:val="16"/>
              </w:rPr>
              <w:t xml:space="preserve"> </w:t>
            </w:r>
            <w:r w:rsidRPr="00E85698">
              <w:rPr>
                <w:sz w:val="16"/>
              </w:rPr>
              <w:t>и;</w:t>
            </w:r>
          </w:p>
          <w:p w:rsidR="00A047B0" w:rsidRPr="00E85698" w:rsidRDefault="00A047B0" w:rsidP="00A047B0">
            <w:pPr>
              <w:pStyle w:val="TableParagraph"/>
              <w:spacing w:line="254" w:lineRule="auto"/>
              <w:ind w:left="73"/>
              <w:rPr>
                <w:sz w:val="16"/>
              </w:rPr>
            </w:pPr>
            <w:r w:rsidRPr="00E85698">
              <w:rPr>
                <w:w w:val="95"/>
                <w:sz w:val="16"/>
              </w:rPr>
              <w:t>Конструировать</w:t>
            </w:r>
            <w:r w:rsidRPr="00E85698">
              <w:rPr>
                <w:spacing w:val="10"/>
                <w:w w:val="95"/>
                <w:sz w:val="16"/>
              </w:rPr>
              <w:t xml:space="preserve"> </w:t>
            </w:r>
            <w:r w:rsidRPr="00E85698">
              <w:rPr>
                <w:w w:val="95"/>
                <w:sz w:val="16"/>
              </w:rPr>
              <w:t>предложения,</w:t>
            </w:r>
            <w:r w:rsidRPr="00E85698">
              <w:rPr>
                <w:spacing w:val="9"/>
                <w:w w:val="95"/>
                <w:sz w:val="16"/>
              </w:rPr>
              <w:t xml:space="preserve"> </w:t>
            </w:r>
            <w:r w:rsidRPr="00E85698">
              <w:rPr>
                <w:w w:val="95"/>
                <w:sz w:val="16"/>
              </w:rPr>
              <w:t>применяя</w:t>
            </w:r>
            <w:r w:rsidRPr="00E85698">
              <w:rPr>
                <w:spacing w:val="6"/>
                <w:w w:val="95"/>
                <w:sz w:val="16"/>
              </w:rPr>
              <w:t xml:space="preserve"> </w:t>
            </w:r>
            <w:r w:rsidRPr="00E85698">
              <w:rPr>
                <w:w w:val="95"/>
                <w:sz w:val="16"/>
              </w:rPr>
              <w:t>нормы</w:t>
            </w:r>
            <w:r w:rsidRPr="00E85698">
              <w:rPr>
                <w:spacing w:val="12"/>
                <w:w w:val="95"/>
                <w:sz w:val="16"/>
              </w:rPr>
              <w:t xml:space="preserve"> </w:t>
            </w:r>
            <w:r w:rsidRPr="00E85698">
              <w:rPr>
                <w:w w:val="95"/>
                <w:sz w:val="16"/>
              </w:rPr>
              <w:t>построения</w:t>
            </w:r>
            <w:r w:rsidRPr="00E85698">
              <w:rPr>
                <w:spacing w:val="10"/>
                <w:w w:val="95"/>
                <w:sz w:val="16"/>
              </w:rPr>
              <w:t xml:space="preserve"> </w:t>
            </w:r>
            <w:r w:rsidRPr="00E85698">
              <w:rPr>
                <w:w w:val="95"/>
                <w:sz w:val="16"/>
              </w:rPr>
              <w:t>предложений</w:t>
            </w:r>
            <w:r w:rsidRPr="00E85698">
              <w:rPr>
                <w:spacing w:val="10"/>
                <w:w w:val="95"/>
                <w:sz w:val="16"/>
              </w:rPr>
              <w:t xml:space="preserve"> </w:t>
            </w:r>
            <w:r w:rsidRPr="00E85698">
              <w:rPr>
                <w:w w:val="95"/>
                <w:sz w:val="16"/>
              </w:rPr>
              <w:t>с</w:t>
            </w:r>
            <w:r w:rsidRPr="00E85698">
              <w:rPr>
                <w:spacing w:val="1"/>
                <w:w w:val="95"/>
                <w:sz w:val="16"/>
              </w:rPr>
              <w:t xml:space="preserve"> </w:t>
            </w:r>
            <w:r w:rsidRPr="00E85698">
              <w:rPr>
                <w:w w:val="95"/>
                <w:sz w:val="16"/>
              </w:rPr>
              <w:t>однородными</w:t>
            </w:r>
            <w:r w:rsidRPr="00E85698">
              <w:rPr>
                <w:spacing w:val="7"/>
                <w:w w:val="95"/>
                <w:sz w:val="16"/>
              </w:rPr>
              <w:t xml:space="preserve"> </w:t>
            </w:r>
            <w:r w:rsidRPr="00E85698">
              <w:rPr>
                <w:w w:val="95"/>
                <w:sz w:val="16"/>
              </w:rPr>
              <w:t>членами,</w:t>
            </w:r>
            <w:r w:rsidRPr="00E85698">
              <w:rPr>
                <w:spacing w:val="5"/>
                <w:w w:val="95"/>
                <w:sz w:val="16"/>
              </w:rPr>
              <w:t xml:space="preserve"> </w:t>
            </w:r>
            <w:r w:rsidRPr="00E85698">
              <w:rPr>
                <w:w w:val="95"/>
                <w:sz w:val="16"/>
              </w:rPr>
              <w:t>связанными</w:t>
            </w:r>
            <w:r w:rsidRPr="00E85698">
              <w:rPr>
                <w:spacing w:val="3"/>
                <w:w w:val="95"/>
                <w:sz w:val="16"/>
              </w:rPr>
              <w:t xml:space="preserve"> </w:t>
            </w:r>
            <w:r w:rsidRPr="00E85698">
              <w:rPr>
                <w:w w:val="95"/>
                <w:sz w:val="16"/>
              </w:rPr>
              <w:t>двойными</w:t>
            </w:r>
            <w:r w:rsidRPr="00E85698">
              <w:rPr>
                <w:spacing w:val="8"/>
                <w:w w:val="95"/>
                <w:sz w:val="16"/>
              </w:rPr>
              <w:t xml:space="preserve"> </w:t>
            </w:r>
            <w:r w:rsidRPr="00E85698">
              <w:rPr>
                <w:w w:val="95"/>
                <w:sz w:val="16"/>
              </w:rPr>
              <w:t>союзами</w:t>
            </w:r>
            <w:r w:rsidRPr="00E85698">
              <w:rPr>
                <w:spacing w:val="7"/>
                <w:w w:val="95"/>
                <w:sz w:val="16"/>
              </w:rPr>
              <w:t xml:space="preserve"> </w:t>
            </w:r>
            <w:r w:rsidRPr="00E85698">
              <w:rPr>
                <w:w w:val="95"/>
                <w:sz w:val="16"/>
              </w:rPr>
              <w:t>не</w:t>
            </w:r>
            <w:r w:rsidRPr="00E85698">
              <w:rPr>
                <w:spacing w:val="7"/>
                <w:w w:val="95"/>
                <w:sz w:val="16"/>
              </w:rPr>
              <w:t xml:space="preserve"> </w:t>
            </w:r>
            <w:r w:rsidRPr="00E85698">
              <w:rPr>
                <w:w w:val="95"/>
                <w:sz w:val="16"/>
              </w:rPr>
              <w:t>только...</w:t>
            </w:r>
            <w:r w:rsidRPr="00E85698">
              <w:rPr>
                <w:spacing w:val="5"/>
                <w:w w:val="95"/>
                <w:sz w:val="16"/>
              </w:rPr>
              <w:t xml:space="preserve"> </w:t>
            </w:r>
            <w:r w:rsidRPr="00E85698">
              <w:rPr>
                <w:w w:val="95"/>
                <w:sz w:val="16"/>
              </w:rPr>
              <w:t>но</w:t>
            </w:r>
            <w:r w:rsidRPr="00E85698">
              <w:rPr>
                <w:spacing w:val="5"/>
                <w:w w:val="95"/>
                <w:sz w:val="16"/>
              </w:rPr>
              <w:t xml:space="preserve"> </w:t>
            </w:r>
            <w:r w:rsidRPr="00E85698">
              <w:rPr>
                <w:w w:val="95"/>
                <w:sz w:val="16"/>
              </w:rPr>
              <w:t>и,</w:t>
            </w:r>
            <w:r w:rsidRPr="00E85698">
              <w:rPr>
                <w:spacing w:val="1"/>
                <w:w w:val="95"/>
                <w:sz w:val="16"/>
              </w:rPr>
              <w:t xml:space="preserve"> </w:t>
            </w:r>
            <w:r w:rsidRPr="00E85698">
              <w:rPr>
                <w:sz w:val="16"/>
              </w:rPr>
              <w:t>как...</w:t>
            </w:r>
            <w:r w:rsidRPr="00E85698">
              <w:rPr>
                <w:spacing w:val="-3"/>
                <w:sz w:val="16"/>
              </w:rPr>
              <w:t xml:space="preserve"> </w:t>
            </w:r>
            <w:r w:rsidRPr="00E85698">
              <w:rPr>
                <w:sz w:val="16"/>
              </w:rPr>
              <w:t>так и;</w:t>
            </w:r>
          </w:p>
          <w:p w:rsidR="00A047B0" w:rsidRPr="00E85698" w:rsidRDefault="00A047B0" w:rsidP="00A047B0">
            <w:pPr>
              <w:pStyle w:val="TableParagraph"/>
              <w:ind w:left="73"/>
              <w:rPr>
                <w:sz w:val="16"/>
              </w:rPr>
            </w:pPr>
            <w:r w:rsidRPr="00E85698">
              <w:rPr>
                <w:w w:val="95"/>
                <w:sz w:val="16"/>
              </w:rPr>
              <w:t>Применять</w:t>
            </w:r>
            <w:r w:rsidRPr="00E85698">
              <w:rPr>
                <w:spacing w:val="7"/>
                <w:w w:val="95"/>
                <w:sz w:val="16"/>
              </w:rPr>
              <w:t xml:space="preserve"> </w:t>
            </w:r>
            <w:r w:rsidRPr="00E85698">
              <w:rPr>
                <w:w w:val="95"/>
                <w:sz w:val="16"/>
              </w:rPr>
              <w:t>нормы</w:t>
            </w:r>
            <w:r w:rsidRPr="00E85698">
              <w:rPr>
                <w:spacing w:val="9"/>
                <w:w w:val="95"/>
                <w:sz w:val="16"/>
              </w:rPr>
              <w:t xml:space="preserve"> </w:t>
            </w:r>
            <w:r w:rsidRPr="00E85698">
              <w:rPr>
                <w:w w:val="95"/>
                <w:sz w:val="16"/>
              </w:rPr>
              <w:t>постановки</w:t>
            </w:r>
            <w:r w:rsidRPr="00E85698">
              <w:rPr>
                <w:spacing w:val="7"/>
                <w:w w:val="95"/>
                <w:sz w:val="16"/>
              </w:rPr>
              <w:t xml:space="preserve"> </w:t>
            </w:r>
            <w:r w:rsidRPr="00E85698">
              <w:rPr>
                <w:w w:val="95"/>
                <w:sz w:val="16"/>
              </w:rPr>
              <w:t>знаков</w:t>
            </w:r>
            <w:r w:rsidRPr="00E85698">
              <w:rPr>
                <w:spacing w:val="8"/>
                <w:w w:val="95"/>
                <w:sz w:val="16"/>
              </w:rPr>
              <w:t xml:space="preserve"> </w:t>
            </w:r>
            <w:r w:rsidRPr="00E85698">
              <w:rPr>
                <w:w w:val="95"/>
                <w:sz w:val="16"/>
              </w:rPr>
              <w:t>препинания</w:t>
            </w:r>
            <w:r w:rsidRPr="00E85698">
              <w:rPr>
                <w:spacing w:val="4"/>
                <w:w w:val="95"/>
                <w:sz w:val="16"/>
              </w:rPr>
              <w:t xml:space="preserve"> </w:t>
            </w:r>
            <w:r w:rsidRPr="00E85698">
              <w:rPr>
                <w:w w:val="95"/>
                <w:sz w:val="16"/>
              </w:rPr>
              <w:t>в</w:t>
            </w:r>
            <w:r w:rsidRPr="00E85698">
              <w:rPr>
                <w:spacing w:val="7"/>
                <w:w w:val="95"/>
                <w:sz w:val="16"/>
              </w:rPr>
              <w:t xml:space="preserve"> </w:t>
            </w:r>
            <w:r w:rsidRPr="00E85698">
              <w:rPr>
                <w:w w:val="95"/>
                <w:sz w:val="16"/>
              </w:rPr>
              <w:t>предложениях</w:t>
            </w:r>
            <w:r w:rsidRPr="00E85698">
              <w:rPr>
                <w:spacing w:val="7"/>
                <w:w w:val="95"/>
                <w:sz w:val="16"/>
              </w:rPr>
              <w:t xml:space="preserve"> </w:t>
            </w:r>
            <w:r w:rsidRPr="00E85698">
              <w:rPr>
                <w:w w:val="95"/>
                <w:sz w:val="16"/>
              </w:rPr>
              <w:t>с</w:t>
            </w:r>
          </w:p>
          <w:p w:rsidR="00A047B0" w:rsidRPr="00E85698" w:rsidRDefault="00A047B0" w:rsidP="00A047B0">
            <w:pPr>
              <w:pStyle w:val="TableParagraph"/>
              <w:spacing w:before="5" w:line="254" w:lineRule="auto"/>
              <w:ind w:left="73" w:right="148"/>
              <w:jc w:val="both"/>
              <w:rPr>
                <w:sz w:val="16"/>
              </w:rPr>
            </w:pPr>
            <w:r w:rsidRPr="00E85698">
              <w:rPr>
                <w:w w:val="95"/>
                <w:sz w:val="16"/>
              </w:rPr>
              <w:t>однородными членами, связанными попарно, с помощью повторяющихся</w:t>
            </w:r>
            <w:r w:rsidRPr="00E85698">
              <w:rPr>
                <w:spacing w:val="1"/>
                <w:w w:val="95"/>
                <w:sz w:val="16"/>
              </w:rPr>
              <w:t xml:space="preserve"> </w:t>
            </w:r>
            <w:r w:rsidRPr="00E85698">
              <w:rPr>
                <w:w w:val="95"/>
                <w:sz w:val="16"/>
              </w:rPr>
              <w:t>союзов (</w:t>
            </w:r>
            <w:proofErr w:type="gramStart"/>
            <w:r w:rsidRPr="00E85698">
              <w:rPr>
                <w:w w:val="95"/>
                <w:sz w:val="16"/>
              </w:rPr>
              <w:t>и...</w:t>
            </w:r>
            <w:proofErr w:type="gramEnd"/>
            <w:r w:rsidRPr="00E85698">
              <w:rPr>
                <w:w w:val="95"/>
                <w:sz w:val="16"/>
              </w:rPr>
              <w:t xml:space="preserve"> и, или... или, </w:t>
            </w:r>
            <w:proofErr w:type="spellStart"/>
            <w:r w:rsidRPr="00E85698">
              <w:rPr>
                <w:w w:val="95"/>
                <w:sz w:val="16"/>
              </w:rPr>
              <w:t>либo</w:t>
            </w:r>
            <w:proofErr w:type="spellEnd"/>
            <w:r w:rsidRPr="00E85698">
              <w:rPr>
                <w:w w:val="95"/>
                <w:sz w:val="16"/>
              </w:rPr>
              <w:t xml:space="preserve">... </w:t>
            </w:r>
            <w:proofErr w:type="spellStart"/>
            <w:r w:rsidRPr="00E85698">
              <w:rPr>
                <w:w w:val="95"/>
                <w:sz w:val="16"/>
              </w:rPr>
              <w:t>либo</w:t>
            </w:r>
            <w:proofErr w:type="spellEnd"/>
            <w:r w:rsidRPr="00E85698">
              <w:rPr>
                <w:w w:val="95"/>
                <w:sz w:val="16"/>
              </w:rPr>
              <w:t xml:space="preserve">, ни... ни, </w:t>
            </w:r>
            <w:proofErr w:type="spellStart"/>
            <w:r w:rsidRPr="00E85698">
              <w:rPr>
                <w:w w:val="95"/>
                <w:sz w:val="16"/>
              </w:rPr>
              <w:t>тo</w:t>
            </w:r>
            <w:proofErr w:type="spellEnd"/>
            <w:r w:rsidRPr="00E85698">
              <w:rPr>
                <w:w w:val="95"/>
                <w:sz w:val="16"/>
              </w:rPr>
              <w:t xml:space="preserve">... </w:t>
            </w:r>
            <w:proofErr w:type="spellStart"/>
            <w:r w:rsidRPr="00E85698">
              <w:rPr>
                <w:w w:val="95"/>
                <w:sz w:val="16"/>
              </w:rPr>
              <w:t>тo</w:t>
            </w:r>
            <w:proofErr w:type="spellEnd"/>
            <w:r w:rsidRPr="00E85698">
              <w:rPr>
                <w:w w:val="95"/>
                <w:sz w:val="16"/>
              </w:rPr>
              <w:t>); нормы постановки</w:t>
            </w:r>
            <w:r w:rsidRPr="00E85698">
              <w:rPr>
                <w:spacing w:val="1"/>
                <w:w w:val="95"/>
                <w:sz w:val="16"/>
              </w:rPr>
              <w:t xml:space="preserve"> </w:t>
            </w:r>
            <w:r w:rsidRPr="00E85698">
              <w:rPr>
                <w:sz w:val="16"/>
              </w:rPr>
              <w:t>знаков</w:t>
            </w:r>
            <w:r w:rsidRPr="00E85698">
              <w:rPr>
                <w:spacing w:val="-7"/>
                <w:sz w:val="16"/>
              </w:rPr>
              <w:t xml:space="preserve"> </w:t>
            </w:r>
            <w:r w:rsidRPr="00E85698">
              <w:rPr>
                <w:sz w:val="16"/>
              </w:rPr>
              <w:t>препинания</w:t>
            </w:r>
            <w:r w:rsidRPr="00E85698">
              <w:rPr>
                <w:spacing w:val="-7"/>
                <w:sz w:val="16"/>
              </w:rPr>
              <w:t xml:space="preserve"> </w:t>
            </w:r>
            <w:r w:rsidRPr="00E85698">
              <w:rPr>
                <w:sz w:val="16"/>
              </w:rPr>
              <w:t>в</w:t>
            </w:r>
            <w:r w:rsidRPr="00E85698">
              <w:rPr>
                <w:spacing w:val="-7"/>
                <w:sz w:val="16"/>
              </w:rPr>
              <w:t xml:space="preserve"> </w:t>
            </w:r>
            <w:r w:rsidRPr="00E85698">
              <w:rPr>
                <w:sz w:val="16"/>
              </w:rPr>
              <w:t>предложениях</w:t>
            </w:r>
            <w:r w:rsidRPr="00E85698">
              <w:rPr>
                <w:spacing w:val="-8"/>
                <w:sz w:val="16"/>
              </w:rPr>
              <w:t xml:space="preserve"> </w:t>
            </w:r>
            <w:r w:rsidRPr="00E85698">
              <w:rPr>
                <w:sz w:val="16"/>
              </w:rPr>
              <w:t>с</w:t>
            </w:r>
            <w:r w:rsidRPr="00E85698">
              <w:rPr>
                <w:spacing w:val="-6"/>
                <w:sz w:val="16"/>
              </w:rPr>
              <w:t xml:space="preserve"> </w:t>
            </w:r>
            <w:r w:rsidRPr="00E85698">
              <w:rPr>
                <w:sz w:val="16"/>
              </w:rPr>
              <w:t>обобщающим</w:t>
            </w:r>
            <w:r w:rsidRPr="00E85698">
              <w:rPr>
                <w:spacing w:val="-8"/>
                <w:sz w:val="16"/>
              </w:rPr>
              <w:t xml:space="preserve"> </w:t>
            </w:r>
            <w:r w:rsidRPr="00E85698">
              <w:rPr>
                <w:sz w:val="16"/>
              </w:rPr>
              <w:t>словом</w:t>
            </w:r>
            <w:r w:rsidRPr="00E85698">
              <w:rPr>
                <w:spacing w:val="-8"/>
                <w:sz w:val="16"/>
              </w:rPr>
              <w:t xml:space="preserve"> </w:t>
            </w:r>
            <w:r w:rsidRPr="00E85698">
              <w:rPr>
                <w:sz w:val="16"/>
              </w:rPr>
              <w:t>при</w:t>
            </w:r>
          </w:p>
          <w:p w:rsidR="00A047B0" w:rsidRPr="00E85698" w:rsidRDefault="00A047B0" w:rsidP="00A047B0">
            <w:pPr>
              <w:pStyle w:val="TableParagraph"/>
              <w:spacing w:line="182" w:lineRule="exact"/>
              <w:ind w:left="73"/>
              <w:jc w:val="both"/>
              <w:rPr>
                <w:sz w:val="16"/>
              </w:rPr>
            </w:pPr>
            <w:r w:rsidRPr="00E85698">
              <w:rPr>
                <w:w w:val="95"/>
                <w:sz w:val="16"/>
              </w:rPr>
              <w:t>однородных</w:t>
            </w:r>
            <w:r w:rsidRPr="00E85698">
              <w:rPr>
                <w:spacing w:val="8"/>
                <w:w w:val="95"/>
                <w:sz w:val="16"/>
              </w:rPr>
              <w:t xml:space="preserve"> </w:t>
            </w:r>
            <w:r w:rsidRPr="00E85698">
              <w:rPr>
                <w:w w:val="95"/>
                <w:sz w:val="16"/>
              </w:rPr>
              <w:t>членах;</w:t>
            </w:r>
          </w:p>
          <w:p w:rsidR="00A047B0" w:rsidRPr="00E85698" w:rsidRDefault="00A047B0" w:rsidP="00A047B0">
            <w:pPr>
              <w:pStyle w:val="TableParagraph"/>
              <w:spacing w:before="13"/>
              <w:ind w:left="73"/>
              <w:jc w:val="both"/>
              <w:rPr>
                <w:sz w:val="16"/>
              </w:rPr>
            </w:pPr>
            <w:r w:rsidRPr="00E85698">
              <w:rPr>
                <w:w w:val="95"/>
                <w:sz w:val="16"/>
              </w:rPr>
              <w:t>Проводить</w:t>
            </w:r>
            <w:r w:rsidRPr="00E85698">
              <w:rPr>
                <w:spacing w:val="9"/>
                <w:w w:val="95"/>
                <w:sz w:val="16"/>
              </w:rPr>
              <w:t xml:space="preserve"> </w:t>
            </w:r>
            <w:r w:rsidRPr="00E85698">
              <w:rPr>
                <w:w w:val="95"/>
                <w:sz w:val="16"/>
              </w:rPr>
              <w:t>синтаксический</w:t>
            </w:r>
            <w:r w:rsidRPr="00E85698">
              <w:rPr>
                <w:spacing w:val="6"/>
                <w:w w:val="95"/>
                <w:sz w:val="16"/>
              </w:rPr>
              <w:t xml:space="preserve"> </w:t>
            </w:r>
            <w:r w:rsidRPr="00E85698">
              <w:rPr>
                <w:w w:val="95"/>
                <w:sz w:val="16"/>
              </w:rPr>
              <w:t>и</w:t>
            </w:r>
            <w:r w:rsidRPr="00E85698">
              <w:rPr>
                <w:spacing w:val="10"/>
                <w:w w:val="95"/>
                <w:sz w:val="16"/>
              </w:rPr>
              <w:t xml:space="preserve"> </w:t>
            </w:r>
            <w:r w:rsidRPr="00E85698">
              <w:rPr>
                <w:w w:val="95"/>
                <w:sz w:val="16"/>
              </w:rPr>
              <w:t>пунктуационный</w:t>
            </w:r>
            <w:r w:rsidRPr="00E85698">
              <w:rPr>
                <w:spacing w:val="9"/>
                <w:w w:val="95"/>
                <w:sz w:val="16"/>
              </w:rPr>
              <w:t xml:space="preserve"> </w:t>
            </w:r>
            <w:r w:rsidRPr="00E85698">
              <w:rPr>
                <w:w w:val="95"/>
                <w:sz w:val="16"/>
              </w:rPr>
              <w:t>анализ</w:t>
            </w:r>
            <w:r w:rsidRPr="00E85698">
              <w:rPr>
                <w:spacing w:val="10"/>
                <w:w w:val="95"/>
                <w:sz w:val="16"/>
              </w:rPr>
              <w:t xml:space="preserve"> </w:t>
            </w:r>
            <w:r w:rsidRPr="00E85698">
              <w:rPr>
                <w:w w:val="95"/>
                <w:sz w:val="16"/>
              </w:rPr>
              <w:t>предложений;</w:t>
            </w:r>
          </w:p>
        </w:tc>
        <w:tc>
          <w:tcPr>
            <w:tcW w:w="1081" w:type="dxa"/>
          </w:tcPr>
          <w:p w:rsidR="00A047B0" w:rsidRPr="00E85698" w:rsidRDefault="00A047B0" w:rsidP="00A047B0">
            <w:pPr>
              <w:pStyle w:val="TableParagraph"/>
              <w:spacing w:before="68" w:line="254"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line="254" w:lineRule="auto"/>
              <w:ind w:left="70" w:right="46"/>
              <w:rPr>
                <w:sz w:val="16"/>
              </w:rPr>
            </w:pPr>
            <w:r w:rsidRPr="00E85698">
              <w:rPr>
                <w:sz w:val="16"/>
              </w:rPr>
              <w:t>Контрольная</w:t>
            </w:r>
            <w:r w:rsidRPr="00E85698">
              <w:rPr>
                <w:spacing w:val="-37"/>
                <w:sz w:val="16"/>
              </w:rPr>
              <w:t xml:space="preserve"> </w:t>
            </w:r>
            <w:r w:rsidRPr="00E85698">
              <w:rPr>
                <w:sz w:val="16"/>
              </w:rPr>
              <w:t>работа;</w:t>
            </w:r>
            <w:r w:rsidRPr="00E85698">
              <w:rPr>
                <w:spacing w:val="1"/>
                <w:sz w:val="16"/>
              </w:rPr>
              <w:t xml:space="preserve"> </w:t>
            </w:r>
            <w:r w:rsidRPr="00E85698">
              <w:rPr>
                <w:w w:val="95"/>
                <w:sz w:val="16"/>
              </w:rPr>
              <w:t>Практическая</w:t>
            </w:r>
            <w:r w:rsidRPr="00E85698">
              <w:rPr>
                <w:spacing w:val="-35"/>
                <w:w w:val="95"/>
                <w:sz w:val="16"/>
              </w:rPr>
              <w:t xml:space="preserve"> </w:t>
            </w:r>
            <w:r w:rsidRPr="00E85698">
              <w:rPr>
                <w:sz w:val="16"/>
              </w:rPr>
              <w:t>работа;</w:t>
            </w:r>
          </w:p>
          <w:p w:rsidR="00A047B0" w:rsidRPr="00E85698" w:rsidRDefault="00A047B0" w:rsidP="00A047B0">
            <w:pPr>
              <w:pStyle w:val="TableParagraph"/>
              <w:spacing w:line="181" w:lineRule="exact"/>
              <w:ind w:left="70"/>
              <w:rPr>
                <w:sz w:val="16"/>
              </w:rPr>
            </w:pPr>
            <w:r w:rsidRPr="00E85698">
              <w:rPr>
                <w:sz w:val="16"/>
              </w:rPr>
              <w:t>ВПР;</w:t>
            </w:r>
          </w:p>
          <w:p w:rsidR="00A047B0" w:rsidRPr="00E85698" w:rsidRDefault="00A047B0" w:rsidP="00A047B0">
            <w:pPr>
              <w:pStyle w:val="TableParagraph"/>
              <w:spacing w:before="10"/>
              <w:ind w:left="70"/>
              <w:rPr>
                <w:sz w:val="16"/>
              </w:rPr>
            </w:pPr>
            <w:r w:rsidRPr="00E85698">
              <w:rPr>
                <w:sz w:val="16"/>
              </w:rPr>
              <w:t>Изложение;</w:t>
            </w:r>
          </w:p>
        </w:tc>
        <w:tc>
          <w:tcPr>
            <w:tcW w:w="1384" w:type="dxa"/>
          </w:tcPr>
          <w:p w:rsidR="00A047B0" w:rsidRPr="00E85698" w:rsidRDefault="00A047B0" w:rsidP="00A047B0">
            <w:pPr>
              <w:pStyle w:val="TableParagraph"/>
              <w:spacing w:before="61"/>
              <w:ind w:left="69"/>
              <w:rPr>
                <w:sz w:val="16"/>
              </w:rPr>
            </w:pPr>
            <w:r w:rsidRPr="00E85698">
              <w:rPr>
                <w:sz w:val="16"/>
              </w:rPr>
              <w:t>https://resh.edu.ru</w:t>
            </w:r>
          </w:p>
        </w:tc>
      </w:tr>
      <w:tr w:rsidR="00A047B0" w:rsidRPr="00E85698" w:rsidTr="00A047B0">
        <w:trPr>
          <w:trHeight w:val="2625"/>
        </w:trPr>
        <w:tc>
          <w:tcPr>
            <w:tcW w:w="468" w:type="dxa"/>
          </w:tcPr>
          <w:p w:rsidR="00A047B0" w:rsidRPr="00E85698" w:rsidRDefault="00A047B0" w:rsidP="00A047B0">
            <w:pPr>
              <w:pStyle w:val="TableParagraph"/>
              <w:spacing w:before="58"/>
              <w:ind w:right="107"/>
              <w:jc w:val="right"/>
              <w:rPr>
                <w:sz w:val="16"/>
              </w:rPr>
            </w:pPr>
            <w:r w:rsidRPr="00E85698">
              <w:rPr>
                <w:sz w:val="16"/>
              </w:rPr>
              <w:t>8.6.</w:t>
            </w:r>
          </w:p>
        </w:tc>
        <w:tc>
          <w:tcPr>
            <w:tcW w:w="3831" w:type="dxa"/>
          </w:tcPr>
          <w:p w:rsidR="00A047B0" w:rsidRPr="00E85698" w:rsidRDefault="00A047B0" w:rsidP="00A047B0">
            <w:pPr>
              <w:pStyle w:val="TableParagraph"/>
              <w:spacing w:before="58" w:line="256" w:lineRule="auto"/>
              <w:ind w:left="76" w:right="796"/>
              <w:rPr>
                <w:sz w:val="16"/>
              </w:rPr>
            </w:pPr>
            <w:r w:rsidRPr="00E85698">
              <w:rPr>
                <w:w w:val="95"/>
                <w:sz w:val="16"/>
              </w:rPr>
              <w:t>Предложения</w:t>
            </w:r>
            <w:r w:rsidRPr="00E85698">
              <w:rPr>
                <w:spacing w:val="7"/>
                <w:w w:val="95"/>
                <w:sz w:val="16"/>
              </w:rPr>
              <w:t xml:space="preserve"> </w:t>
            </w:r>
            <w:r w:rsidRPr="00E85698">
              <w:rPr>
                <w:w w:val="95"/>
                <w:sz w:val="16"/>
              </w:rPr>
              <w:t>с</w:t>
            </w:r>
            <w:r w:rsidRPr="00E85698">
              <w:rPr>
                <w:spacing w:val="6"/>
                <w:w w:val="95"/>
                <w:sz w:val="16"/>
              </w:rPr>
              <w:t xml:space="preserve"> </w:t>
            </w:r>
            <w:r w:rsidRPr="00E85698">
              <w:rPr>
                <w:w w:val="95"/>
                <w:sz w:val="16"/>
              </w:rPr>
              <w:t>обособленными</w:t>
            </w:r>
            <w:r w:rsidRPr="00E85698">
              <w:rPr>
                <w:spacing w:val="9"/>
                <w:w w:val="95"/>
                <w:sz w:val="16"/>
              </w:rPr>
              <w:t xml:space="preserve"> </w:t>
            </w:r>
            <w:r w:rsidRPr="00E85698">
              <w:rPr>
                <w:w w:val="95"/>
                <w:sz w:val="16"/>
              </w:rPr>
              <w:t>членами.</w:t>
            </w:r>
            <w:r w:rsidRPr="00E85698">
              <w:rPr>
                <w:spacing w:val="1"/>
                <w:w w:val="95"/>
                <w:sz w:val="16"/>
              </w:rPr>
              <w:t xml:space="preserve"> </w:t>
            </w:r>
            <w:r w:rsidRPr="00E85698">
              <w:rPr>
                <w:w w:val="95"/>
                <w:sz w:val="16"/>
              </w:rPr>
              <w:t>Виды</w:t>
            </w:r>
            <w:r w:rsidRPr="00E85698">
              <w:rPr>
                <w:spacing w:val="11"/>
                <w:w w:val="95"/>
                <w:sz w:val="16"/>
              </w:rPr>
              <w:t xml:space="preserve"> </w:t>
            </w:r>
            <w:r w:rsidRPr="00E85698">
              <w:rPr>
                <w:w w:val="95"/>
                <w:sz w:val="16"/>
              </w:rPr>
              <w:t>обособленных</w:t>
            </w:r>
            <w:r w:rsidRPr="00E85698">
              <w:rPr>
                <w:spacing w:val="9"/>
                <w:w w:val="95"/>
                <w:sz w:val="16"/>
              </w:rPr>
              <w:t xml:space="preserve"> </w:t>
            </w:r>
            <w:r w:rsidRPr="00E85698">
              <w:rPr>
                <w:w w:val="95"/>
                <w:sz w:val="16"/>
              </w:rPr>
              <w:t>членов</w:t>
            </w:r>
            <w:r w:rsidRPr="00E85698">
              <w:rPr>
                <w:spacing w:val="18"/>
                <w:w w:val="95"/>
                <w:sz w:val="16"/>
              </w:rPr>
              <w:t xml:space="preserve"> </w:t>
            </w:r>
            <w:r w:rsidRPr="00E85698">
              <w:rPr>
                <w:w w:val="95"/>
                <w:sz w:val="16"/>
              </w:rPr>
              <w:t>предложения.</w:t>
            </w:r>
          </w:p>
          <w:p w:rsidR="00A047B0" w:rsidRPr="00E85698" w:rsidRDefault="00A047B0" w:rsidP="00A047B0">
            <w:pPr>
              <w:pStyle w:val="TableParagraph"/>
              <w:spacing w:before="5" w:line="247" w:lineRule="auto"/>
              <w:ind w:left="76"/>
              <w:rPr>
                <w:sz w:val="16"/>
              </w:rPr>
            </w:pPr>
            <w:r w:rsidRPr="00E85698">
              <w:rPr>
                <w:w w:val="95"/>
                <w:sz w:val="16"/>
              </w:rPr>
              <w:t>Уточняющие</w:t>
            </w:r>
            <w:r w:rsidRPr="00E85698">
              <w:rPr>
                <w:spacing w:val="7"/>
                <w:w w:val="95"/>
                <w:sz w:val="16"/>
              </w:rPr>
              <w:t xml:space="preserve"> </w:t>
            </w:r>
            <w:r w:rsidRPr="00E85698">
              <w:rPr>
                <w:w w:val="95"/>
                <w:sz w:val="16"/>
              </w:rPr>
              <w:t>члены</w:t>
            </w:r>
            <w:r w:rsidRPr="00E85698">
              <w:rPr>
                <w:spacing w:val="12"/>
                <w:w w:val="95"/>
                <w:sz w:val="16"/>
              </w:rPr>
              <w:t xml:space="preserve"> </w:t>
            </w:r>
            <w:r w:rsidRPr="00E85698">
              <w:rPr>
                <w:w w:val="95"/>
                <w:sz w:val="16"/>
              </w:rPr>
              <w:t>предложения,</w:t>
            </w:r>
            <w:r w:rsidRPr="00E85698">
              <w:rPr>
                <w:spacing w:val="9"/>
                <w:w w:val="95"/>
                <w:sz w:val="16"/>
              </w:rPr>
              <w:t xml:space="preserve"> </w:t>
            </w:r>
            <w:r w:rsidRPr="00E85698">
              <w:rPr>
                <w:w w:val="95"/>
                <w:sz w:val="16"/>
              </w:rPr>
              <w:t>пояснительные</w:t>
            </w:r>
            <w:r w:rsidRPr="00E85698">
              <w:rPr>
                <w:spacing w:val="11"/>
                <w:w w:val="95"/>
                <w:sz w:val="16"/>
              </w:rPr>
              <w:t xml:space="preserve"> </w:t>
            </w:r>
            <w:r w:rsidRPr="00E85698">
              <w:rPr>
                <w:w w:val="95"/>
                <w:sz w:val="16"/>
              </w:rPr>
              <w:t>и</w:t>
            </w:r>
            <w:r w:rsidRPr="00E85698">
              <w:rPr>
                <w:spacing w:val="-35"/>
                <w:w w:val="95"/>
                <w:sz w:val="16"/>
              </w:rPr>
              <w:t xml:space="preserve"> </w:t>
            </w:r>
            <w:r w:rsidRPr="00E85698">
              <w:rPr>
                <w:sz w:val="16"/>
              </w:rPr>
              <w:t>присоединительные</w:t>
            </w:r>
            <w:r w:rsidRPr="00E85698">
              <w:rPr>
                <w:spacing w:val="-4"/>
                <w:sz w:val="16"/>
              </w:rPr>
              <w:t xml:space="preserve"> </w:t>
            </w:r>
            <w:r w:rsidRPr="00E85698">
              <w:rPr>
                <w:sz w:val="16"/>
              </w:rPr>
              <w:t>конструкции.</w:t>
            </w:r>
          </w:p>
        </w:tc>
        <w:tc>
          <w:tcPr>
            <w:tcW w:w="529" w:type="dxa"/>
          </w:tcPr>
          <w:p w:rsidR="00A047B0" w:rsidRPr="00E85698" w:rsidRDefault="00A047B0" w:rsidP="00A047B0">
            <w:pPr>
              <w:pStyle w:val="TableParagraph"/>
              <w:spacing w:before="58"/>
              <w:ind w:left="76"/>
              <w:rPr>
                <w:sz w:val="16"/>
              </w:rPr>
            </w:pPr>
            <w:r w:rsidRPr="00E85698">
              <w:rPr>
                <w:sz w:val="16"/>
              </w:rPr>
              <w:t>12</w:t>
            </w:r>
          </w:p>
        </w:tc>
        <w:tc>
          <w:tcPr>
            <w:tcW w:w="1107" w:type="dxa"/>
          </w:tcPr>
          <w:p w:rsidR="00A047B0" w:rsidRPr="00E85698" w:rsidRDefault="00A047B0" w:rsidP="00A047B0">
            <w:pPr>
              <w:pStyle w:val="TableParagraph"/>
              <w:spacing w:before="58"/>
              <w:ind w:left="75"/>
              <w:rPr>
                <w:sz w:val="16"/>
              </w:rPr>
            </w:pPr>
            <w:r w:rsidRPr="00E85698">
              <w:rPr>
                <w:w w:val="96"/>
                <w:sz w:val="16"/>
              </w:rPr>
              <w:t>1</w:t>
            </w:r>
          </w:p>
        </w:tc>
        <w:tc>
          <w:tcPr>
            <w:tcW w:w="1141" w:type="dxa"/>
          </w:tcPr>
          <w:p w:rsidR="00A047B0" w:rsidRPr="00E85698" w:rsidRDefault="00A047B0" w:rsidP="00A047B0">
            <w:pPr>
              <w:pStyle w:val="TableParagraph"/>
              <w:spacing w:before="58"/>
              <w:ind w:left="75"/>
              <w:rPr>
                <w:sz w:val="16"/>
              </w:rPr>
            </w:pPr>
            <w:r w:rsidRPr="00E85698">
              <w:rPr>
                <w:w w:val="96"/>
                <w:sz w:val="16"/>
              </w:rPr>
              <w:t>1</w:t>
            </w:r>
          </w:p>
        </w:tc>
        <w:tc>
          <w:tcPr>
            <w:tcW w:w="805" w:type="dxa"/>
          </w:tcPr>
          <w:p w:rsidR="00A047B0" w:rsidRPr="00E85698" w:rsidRDefault="000719F8" w:rsidP="00A047B0">
            <w:pPr>
              <w:pStyle w:val="TableParagraph"/>
              <w:rPr>
                <w:sz w:val="14"/>
              </w:rPr>
            </w:pPr>
            <w:r>
              <w:rPr>
                <w:sz w:val="14"/>
              </w:rPr>
              <w:t>20.02-20.03</w:t>
            </w:r>
          </w:p>
        </w:tc>
        <w:tc>
          <w:tcPr>
            <w:tcW w:w="5166" w:type="dxa"/>
          </w:tcPr>
          <w:p w:rsidR="00A047B0" w:rsidRPr="00E85698" w:rsidRDefault="00A047B0" w:rsidP="00A047B0">
            <w:pPr>
              <w:pStyle w:val="TableParagraph"/>
              <w:spacing w:before="65" w:line="254" w:lineRule="auto"/>
              <w:ind w:left="73" w:right="183"/>
              <w:rPr>
                <w:sz w:val="16"/>
              </w:rPr>
            </w:pPr>
            <w:r w:rsidRPr="00E85698">
              <w:rPr>
                <w:w w:val="95"/>
                <w:sz w:val="16"/>
              </w:rPr>
              <w:t>Различать</w:t>
            </w:r>
            <w:r w:rsidRPr="00E85698">
              <w:rPr>
                <w:spacing w:val="5"/>
                <w:w w:val="95"/>
                <w:sz w:val="16"/>
              </w:rPr>
              <w:t xml:space="preserve"> </w:t>
            </w:r>
            <w:r w:rsidRPr="00E85698">
              <w:rPr>
                <w:w w:val="95"/>
                <w:sz w:val="16"/>
              </w:rPr>
              <w:t>виды</w:t>
            </w:r>
            <w:r w:rsidRPr="00E85698">
              <w:rPr>
                <w:spacing w:val="6"/>
                <w:w w:val="95"/>
                <w:sz w:val="16"/>
              </w:rPr>
              <w:t xml:space="preserve"> </w:t>
            </w:r>
            <w:r w:rsidRPr="00E85698">
              <w:rPr>
                <w:w w:val="95"/>
                <w:sz w:val="16"/>
              </w:rPr>
              <w:t>обособленных</w:t>
            </w:r>
            <w:r w:rsidRPr="00E85698">
              <w:rPr>
                <w:spacing w:val="4"/>
                <w:w w:val="95"/>
                <w:sz w:val="16"/>
              </w:rPr>
              <w:t xml:space="preserve"> </w:t>
            </w:r>
            <w:r w:rsidRPr="00E85698">
              <w:rPr>
                <w:w w:val="95"/>
                <w:sz w:val="16"/>
              </w:rPr>
              <w:t>членов</w:t>
            </w:r>
            <w:r w:rsidRPr="00E85698">
              <w:rPr>
                <w:spacing w:val="6"/>
                <w:w w:val="95"/>
                <w:sz w:val="16"/>
              </w:rPr>
              <w:t xml:space="preserve"> </w:t>
            </w:r>
            <w:r w:rsidRPr="00E85698">
              <w:rPr>
                <w:w w:val="95"/>
                <w:sz w:val="16"/>
              </w:rPr>
              <w:t>предложения,</w:t>
            </w:r>
            <w:r w:rsidRPr="00E85698">
              <w:rPr>
                <w:spacing w:val="4"/>
                <w:w w:val="95"/>
                <w:sz w:val="16"/>
              </w:rPr>
              <w:t xml:space="preserve"> </w:t>
            </w:r>
            <w:r w:rsidRPr="00E85698">
              <w:rPr>
                <w:w w:val="95"/>
                <w:sz w:val="16"/>
              </w:rPr>
              <w:t>анализировать</w:t>
            </w:r>
            <w:r w:rsidRPr="00E85698">
              <w:rPr>
                <w:spacing w:val="1"/>
                <w:w w:val="95"/>
                <w:sz w:val="16"/>
              </w:rPr>
              <w:t xml:space="preserve"> </w:t>
            </w:r>
            <w:r w:rsidRPr="00E85698">
              <w:rPr>
                <w:w w:val="95"/>
                <w:sz w:val="16"/>
              </w:rPr>
              <w:t>примеры</w:t>
            </w:r>
            <w:r w:rsidRPr="00E85698">
              <w:rPr>
                <w:spacing w:val="13"/>
                <w:w w:val="95"/>
                <w:sz w:val="16"/>
              </w:rPr>
              <w:t xml:space="preserve"> </w:t>
            </w:r>
            <w:r w:rsidRPr="00E85698">
              <w:rPr>
                <w:w w:val="95"/>
                <w:sz w:val="16"/>
              </w:rPr>
              <w:t>обособления</w:t>
            </w:r>
            <w:r w:rsidRPr="00E85698">
              <w:rPr>
                <w:spacing w:val="11"/>
                <w:w w:val="95"/>
                <w:sz w:val="16"/>
              </w:rPr>
              <w:t xml:space="preserve"> </w:t>
            </w:r>
            <w:r w:rsidRPr="00E85698">
              <w:rPr>
                <w:w w:val="95"/>
                <w:sz w:val="16"/>
              </w:rPr>
              <w:t>согласованных</w:t>
            </w:r>
            <w:r w:rsidRPr="00E85698">
              <w:rPr>
                <w:spacing w:val="11"/>
                <w:w w:val="95"/>
                <w:sz w:val="16"/>
              </w:rPr>
              <w:t xml:space="preserve"> </w:t>
            </w:r>
            <w:r w:rsidRPr="00E85698">
              <w:rPr>
                <w:w w:val="95"/>
                <w:sz w:val="16"/>
              </w:rPr>
              <w:t>и</w:t>
            </w:r>
            <w:r w:rsidRPr="00E85698">
              <w:rPr>
                <w:spacing w:val="12"/>
                <w:w w:val="95"/>
                <w:sz w:val="16"/>
              </w:rPr>
              <w:t xml:space="preserve"> </w:t>
            </w:r>
            <w:r w:rsidRPr="00E85698">
              <w:rPr>
                <w:w w:val="95"/>
                <w:sz w:val="16"/>
              </w:rPr>
              <w:t>несогласованных</w:t>
            </w:r>
            <w:r w:rsidRPr="00E85698">
              <w:rPr>
                <w:spacing w:val="11"/>
                <w:w w:val="95"/>
                <w:sz w:val="16"/>
              </w:rPr>
              <w:t xml:space="preserve"> </w:t>
            </w:r>
            <w:r w:rsidRPr="00E85698">
              <w:rPr>
                <w:w w:val="95"/>
                <w:sz w:val="16"/>
              </w:rPr>
              <w:t>определений,</w:t>
            </w:r>
            <w:r w:rsidRPr="00E85698">
              <w:rPr>
                <w:spacing w:val="1"/>
                <w:w w:val="95"/>
                <w:sz w:val="16"/>
              </w:rPr>
              <w:t xml:space="preserve"> </w:t>
            </w:r>
            <w:r w:rsidRPr="00E85698">
              <w:rPr>
                <w:sz w:val="16"/>
              </w:rPr>
              <w:t>приложений, дополнений, обстоятельств, уточняющих членов,</w:t>
            </w:r>
            <w:r w:rsidRPr="00E85698">
              <w:rPr>
                <w:spacing w:val="1"/>
                <w:sz w:val="16"/>
              </w:rPr>
              <w:t xml:space="preserve"> </w:t>
            </w:r>
            <w:r w:rsidRPr="00E85698">
              <w:rPr>
                <w:sz w:val="16"/>
              </w:rPr>
              <w:t>пояснительных</w:t>
            </w:r>
            <w:r w:rsidRPr="00E85698">
              <w:rPr>
                <w:spacing w:val="-6"/>
                <w:sz w:val="16"/>
              </w:rPr>
              <w:t xml:space="preserve"> </w:t>
            </w:r>
            <w:r w:rsidRPr="00E85698">
              <w:rPr>
                <w:sz w:val="16"/>
              </w:rPr>
              <w:t>и</w:t>
            </w:r>
            <w:r w:rsidRPr="00E85698">
              <w:rPr>
                <w:spacing w:val="-4"/>
                <w:sz w:val="16"/>
              </w:rPr>
              <w:t xml:space="preserve"> </w:t>
            </w:r>
            <w:r w:rsidRPr="00E85698">
              <w:rPr>
                <w:sz w:val="16"/>
              </w:rPr>
              <w:t>присоединительных</w:t>
            </w:r>
            <w:r w:rsidRPr="00E85698">
              <w:rPr>
                <w:spacing w:val="-6"/>
                <w:sz w:val="16"/>
              </w:rPr>
              <w:t xml:space="preserve"> </w:t>
            </w:r>
            <w:r w:rsidRPr="00E85698">
              <w:rPr>
                <w:sz w:val="16"/>
              </w:rPr>
              <w:t>конструкций;</w:t>
            </w:r>
          </w:p>
          <w:p w:rsidR="00A047B0" w:rsidRPr="00E85698" w:rsidRDefault="00A047B0" w:rsidP="00A047B0">
            <w:pPr>
              <w:pStyle w:val="TableParagraph"/>
              <w:spacing w:before="1" w:line="254" w:lineRule="auto"/>
              <w:ind w:left="73"/>
              <w:rPr>
                <w:sz w:val="16"/>
              </w:rPr>
            </w:pPr>
            <w:r w:rsidRPr="00E85698">
              <w:rPr>
                <w:w w:val="95"/>
                <w:sz w:val="16"/>
              </w:rPr>
              <w:t>Применять</w:t>
            </w:r>
            <w:r w:rsidRPr="00E85698">
              <w:rPr>
                <w:spacing w:val="8"/>
                <w:w w:val="95"/>
                <w:sz w:val="16"/>
              </w:rPr>
              <w:t xml:space="preserve"> </w:t>
            </w:r>
            <w:r w:rsidRPr="00E85698">
              <w:rPr>
                <w:w w:val="95"/>
                <w:sz w:val="16"/>
              </w:rPr>
              <w:t>нормы</w:t>
            </w:r>
            <w:r w:rsidRPr="00E85698">
              <w:rPr>
                <w:spacing w:val="9"/>
                <w:w w:val="95"/>
                <w:sz w:val="16"/>
              </w:rPr>
              <w:t xml:space="preserve"> </w:t>
            </w:r>
            <w:r w:rsidRPr="00E85698">
              <w:rPr>
                <w:w w:val="95"/>
                <w:sz w:val="16"/>
              </w:rPr>
              <w:t>постановки</w:t>
            </w:r>
            <w:r w:rsidRPr="00E85698">
              <w:rPr>
                <w:spacing w:val="8"/>
                <w:w w:val="95"/>
                <w:sz w:val="16"/>
              </w:rPr>
              <w:t xml:space="preserve"> </w:t>
            </w:r>
            <w:r w:rsidRPr="00E85698">
              <w:rPr>
                <w:w w:val="95"/>
                <w:sz w:val="16"/>
              </w:rPr>
              <w:t>знаков</w:t>
            </w:r>
            <w:r w:rsidRPr="00E85698">
              <w:rPr>
                <w:spacing w:val="8"/>
                <w:w w:val="95"/>
                <w:sz w:val="16"/>
              </w:rPr>
              <w:t xml:space="preserve"> </w:t>
            </w:r>
            <w:r w:rsidRPr="00E85698">
              <w:rPr>
                <w:w w:val="95"/>
                <w:sz w:val="16"/>
              </w:rPr>
              <w:t>препинания</w:t>
            </w:r>
            <w:r w:rsidRPr="00E85698">
              <w:rPr>
                <w:spacing w:val="5"/>
                <w:w w:val="95"/>
                <w:sz w:val="16"/>
              </w:rPr>
              <w:t xml:space="preserve"> </w:t>
            </w:r>
            <w:r w:rsidRPr="00E85698">
              <w:rPr>
                <w:w w:val="95"/>
                <w:sz w:val="16"/>
              </w:rPr>
              <w:t>в</w:t>
            </w:r>
            <w:r w:rsidRPr="00E85698">
              <w:rPr>
                <w:spacing w:val="8"/>
                <w:w w:val="95"/>
                <w:sz w:val="16"/>
              </w:rPr>
              <w:t xml:space="preserve"> </w:t>
            </w:r>
            <w:r w:rsidRPr="00E85698">
              <w:rPr>
                <w:w w:val="95"/>
                <w:sz w:val="16"/>
              </w:rPr>
              <w:t>предложениях</w:t>
            </w:r>
            <w:r w:rsidRPr="00E85698">
              <w:rPr>
                <w:spacing w:val="7"/>
                <w:w w:val="95"/>
                <w:sz w:val="16"/>
              </w:rPr>
              <w:t xml:space="preserve"> </w:t>
            </w:r>
            <w:r w:rsidRPr="00E85698">
              <w:rPr>
                <w:w w:val="95"/>
                <w:sz w:val="16"/>
              </w:rPr>
              <w:t>со</w:t>
            </w:r>
            <w:r w:rsidRPr="00E85698">
              <w:rPr>
                <w:spacing w:val="1"/>
                <w:w w:val="95"/>
                <w:sz w:val="16"/>
              </w:rPr>
              <w:t xml:space="preserve"> </w:t>
            </w:r>
            <w:r w:rsidRPr="00E85698">
              <w:rPr>
                <w:sz w:val="16"/>
              </w:rPr>
              <w:t>сравнительным</w:t>
            </w:r>
            <w:r w:rsidRPr="00E85698">
              <w:rPr>
                <w:spacing w:val="-3"/>
                <w:sz w:val="16"/>
              </w:rPr>
              <w:t xml:space="preserve"> </w:t>
            </w:r>
            <w:r w:rsidRPr="00E85698">
              <w:rPr>
                <w:sz w:val="16"/>
              </w:rPr>
              <w:t>оборотом;</w:t>
            </w:r>
          </w:p>
          <w:p w:rsidR="00A047B0" w:rsidRPr="00E85698" w:rsidRDefault="00A047B0" w:rsidP="00A047B0">
            <w:pPr>
              <w:pStyle w:val="TableParagraph"/>
              <w:spacing w:before="1" w:line="254" w:lineRule="auto"/>
              <w:ind w:left="73" w:right="456"/>
              <w:rPr>
                <w:sz w:val="16"/>
              </w:rPr>
            </w:pPr>
            <w:r w:rsidRPr="00E85698">
              <w:rPr>
                <w:w w:val="95"/>
                <w:sz w:val="16"/>
              </w:rPr>
              <w:t>Применять</w:t>
            </w:r>
            <w:r w:rsidRPr="00E85698">
              <w:rPr>
                <w:spacing w:val="7"/>
                <w:w w:val="95"/>
                <w:sz w:val="16"/>
              </w:rPr>
              <w:t xml:space="preserve"> </w:t>
            </w:r>
            <w:r w:rsidRPr="00E85698">
              <w:rPr>
                <w:w w:val="95"/>
                <w:sz w:val="16"/>
              </w:rPr>
              <w:t>нормы</w:t>
            </w:r>
            <w:r w:rsidRPr="00E85698">
              <w:rPr>
                <w:spacing w:val="8"/>
                <w:w w:val="95"/>
                <w:sz w:val="16"/>
              </w:rPr>
              <w:t xml:space="preserve"> </w:t>
            </w:r>
            <w:r w:rsidRPr="00E85698">
              <w:rPr>
                <w:w w:val="95"/>
                <w:sz w:val="16"/>
              </w:rPr>
              <w:t>обособления</w:t>
            </w:r>
            <w:r w:rsidRPr="00E85698">
              <w:rPr>
                <w:spacing w:val="8"/>
                <w:w w:val="95"/>
                <w:sz w:val="16"/>
              </w:rPr>
              <w:t xml:space="preserve"> </w:t>
            </w:r>
            <w:r w:rsidRPr="00E85698">
              <w:rPr>
                <w:w w:val="95"/>
                <w:sz w:val="16"/>
              </w:rPr>
              <w:t>согласованных</w:t>
            </w:r>
            <w:r w:rsidRPr="00E85698">
              <w:rPr>
                <w:spacing w:val="6"/>
                <w:w w:val="95"/>
                <w:sz w:val="16"/>
              </w:rPr>
              <w:t xml:space="preserve"> </w:t>
            </w:r>
            <w:r w:rsidRPr="00E85698">
              <w:rPr>
                <w:w w:val="95"/>
                <w:sz w:val="16"/>
              </w:rPr>
              <w:t>и</w:t>
            </w:r>
            <w:r w:rsidRPr="00E85698">
              <w:rPr>
                <w:spacing w:val="4"/>
                <w:w w:val="95"/>
                <w:sz w:val="16"/>
              </w:rPr>
              <w:t xml:space="preserve"> </w:t>
            </w:r>
            <w:r w:rsidRPr="00E85698">
              <w:rPr>
                <w:w w:val="95"/>
                <w:sz w:val="16"/>
              </w:rPr>
              <w:t>несогласованных</w:t>
            </w:r>
            <w:r w:rsidRPr="00E85698">
              <w:rPr>
                <w:spacing w:val="1"/>
                <w:w w:val="95"/>
                <w:sz w:val="16"/>
              </w:rPr>
              <w:t xml:space="preserve"> </w:t>
            </w:r>
            <w:r w:rsidRPr="00E85698">
              <w:rPr>
                <w:w w:val="95"/>
                <w:sz w:val="16"/>
              </w:rPr>
              <w:t>определений,</w:t>
            </w:r>
            <w:r w:rsidRPr="00E85698">
              <w:rPr>
                <w:spacing w:val="12"/>
                <w:w w:val="95"/>
                <w:sz w:val="16"/>
              </w:rPr>
              <w:t xml:space="preserve"> </w:t>
            </w:r>
            <w:r w:rsidRPr="00E85698">
              <w:rPr>
                <w:w w:val="95"/>
                <w:sz w:val="16"/>
              </w:rPr>
              <w:t>приложений,</w:t>
            </w:r>
            <w:r w:rsidRPr="00E85698">
              <w:rPr>
                <w:spacing w:val="12"/>
                <w:w w:val="95"/>
                <w:sz w:val="16"/>
              </w:rPr>
              <w:t xml:space="preserve"> </w:t>
            </w:r>
            <w:r w:rsidRPr="00E85698">
              <w:rPr>
                <w:w w:val="95"/>
                <w:sz w:val="16"/>
              </w:rPr>
              <w:t>дополнений,</w:t>
            </w:r>
            <w:r w:rsidRPr="00E85698">
              <w:rPr>
                <w:spacing w:val="12"/>
                <w:w w:val="95"/>
                <w:sz w:val="16"/>
              </w:rPr>
              <w:t xml:space="preserve"> </w:t>
            </w:r>
            <w:r w:rsidRPr="00E85698">
              <w:rPr>
                <w:w w:val="95"/>
                <w:sz w:val="16"/>
              </w:rPr>
              <w:t>обстоятельств,</w:t>
            </w:r>
            <w:r w:rsidRPr="00E85698">
              <w:rPr>
                <w:spacing w:val="13"/>
                <w:w w:val="95"/>
                <w:sz w:val="16"/>
              </w:rPr>
              <w:t xml:space="preserve"> </w:t>
            </w:r>
            <w:r w:rsidRPr="00E85698">
              <w:rPr>
                <w:w w:val="95"/>
                <w:sz w:val="16"/>
              </w:rPr>
              <w:t>уточняющих</w:t>
            </w:r>
            <w:r w:rsidRPr="00E85698">
              <w:rPr>
                <w:spacing w:val="1"/>
                <w:w w:val="95"/>
                <w:sz w:val="16"/>
              </w:rPr>
              <w:t xml:space="preserve"> </w:t>
            </w:r>
            <w:r w:rsidRPr="00E85698">
              <w:rPr>
                <w:spacing w:val="-1"/>
                <w:sz w:val="16"/>
              </w:rPr>
              <w:t>членов,</w:t>
            </w:r>
            <w:r w:rsidRPr="00E85698">
              <w:rPr>
                <w:spacing w:val="-8"/>
                <w:sz w:val="16"/>
              </w:rPr>
              <w:t xml:space="preserve"> </w:t>
            </w:r>
            <w:r w:rsidRPr="00E85698">
              <w:rPr>
                <w:spacing w:val="-1"/>
                <w:sz w:val="16"/>
              </w:rPr>
              <w:t>пояснительных</w:t>
            </w:r>
            <w:r w:rsidRPr="00E85698">
              <w:rPr>
                <w:spacing w:val="-8"/>
                <w:sz w:val="16"/>
              </w:rPr>
              <w:t xml:space="preserve"> </w:t>
            </w:r>
            <w:r w:rsidRPr="00E85698">
              <w:rPr>
                <w:sz w:val="16"/>
              </w:rPr>
              <w:t>и</w:t>
            </w:r>
            <w:r w:rsidRPr="00E85698">
              <w:rPr>
                <w:spacing w:val="-10"/>
                <w:sz w:val="16"/>
              </w:rPr>
              <w:t xml:space="preserve"> </w:t>
            </w:r>
            <w:r w:rsidRPr="00E85698">
              <w:rPr>
                <w:sz w:val="16"/>
              </w:rPr>
              <w:t>присоединительных</w:t>
            </w:r>
            <w:r w:rsidRPr="00E85698">
              <w:rPr>
                <w:spacing w:val="-8"/>
                <w:sz w:val="16"/>
              </w:rPr>
              <w:t xml:space="preserve"> </w:t>
            </w:r>
            <w:r w:rsidRPr="00E85698">
              <w:rPr>
                <w:sz w:val="16"/>
              </w:rPr>
              <w:t>конструкций;</w:t>
            </w:r>
          </w:p>
          <w:p w:rsidR="00A047B0" w:rsidRPr="00E85698" w:rsidRDefault="00A047B0" w:rsidP="00A047B0">
            <w:pPr>
              <w:pStyle w:val="TableParagraph"/>
              <w:spacing w:line="254" w:lineRule="auto"/>
              <w:ind w:left="73" w:right="456"/>
              <w:rPr>
                <w:sz w:val="16"/>
              </w:rPr>
            </w:pPr>
            <w:r w:rsidRPr="00E85698">
              <w:rPr>
                <w:w w:val="95"/>
                <w:sz w:val="16"/>
              </w:rPr>
              <w:t>Определять</w:t>
            </w:r>
            <w:r w:rsidRPr="00E85698">
              <w:rPr>
                <w:spacing w:val="7"/>
                <w:w w:val="95"/>
                <w:sz w:val="16"/>
              </w:rPr>
              <w:t xml:space="preserve"> </w:t>
            </w:r>
            <w:r w:rsidRPr="00E85698">
              <w:rPr>
                <w:w w:val="95"/>
                <w:sz w:val="16"/>
              </w:rPr>
              <w:t>основания</w:t>
            </w:r>
            <w:r w:rsidRPr="00E85698">
              <w:rPr>
                <w:spacing w:val="8"/>
                <w:w w:val="95"/>
                <w:sz w:val="16"/>
              </w:rPr>
              <w:t xml:space="preserve"> </w:t>
            </w:r>
            <w:r w:rsidRPr="00E85698">
              <w:rPr>
                <w:w w:val="95"/>
                <w:sz w:val="16"/>
              </w:rPr>
              <w:t>для</w:t>
            </w:r>
            <w:r w:rsidRPr="00E85698">
              <w:rPr>
                <w:spacing w:val="7"/>
                <w:w w:val="95"/>
                <w:sz w:val="16"/>
              </w:rPr>
              <w:t xml:space="preserve"> </w:t>
            </w:r>
            <w:r w:rsidRPr="00E85698">
              <w:rPr>
                <w:w w:val="95"/>
                <w:sz w:val="16"/>
              </w:rPr>
              <w:t>сравнения</w:t>
            </w:r>
            <w:r w:rsidRPr="00E85698">
              <w:rPr>
                <w:spacing w:val="8"/>
                <w:w w:val="95"/>
                <w:sz w:val="16"/>
              </w:rPr>
              <w:t xml:space="preserve"> </w:t>
            </w:r>
            <w:r w:rsidRPr="00E85698">
              <w:rPr>
                <w:w w:val="95"/>
                <w:sz w:val="16"/>
              </w:rPr>
              <w:t>и</w:t>
            </w:r>
            <w:r w:rsidRPr="00E85698">
              <w:rPr>
                <w:spacing w:val="7"/>
                <w:w w:val="95"/>
                <w:sz w:val="16"/>
              </w:rPr>
              <w:t xml:space="preserve"> </w:t>
            </w:r>
            <w:r w:rsidRPr="00E85698">
              <w:rPr>
                <w:w w:val="95"/>
                <w:sz w:val="16"/>
              </w:rPr>
              <w:t>сравнивать</w:t>
            </w:r>
            <w:r w:rsidRPr="00E85698">
              <w:rPr>
                <w:spacing w:val="8"/>
                <w:w w:val="95"/>
                <w:sz w:val="16"/>
              </w:rPr>
              <w:t xml:space="preserve"> </w:t>
            </w:r>
            <w:r w:rsidRPr="00E85698">
              <w:rPr>
                <w:w w:val="95"/>
                <w:sz w:val="16"/>
              </w:rPr>
              <w:t>предложения</w:t>
            </w:r>
            <w:r w:rsidRPr="00E85698">
              <w:rPr>
                <w:spacing w:val="5"/>
                <w:w w:val="95"/>
                <w:sz w:val="16"/>
              </w:rPr>
              <w:t xml:space="preserve"> </w:t>
            </w:r>
            <w:r w:rsidRPr="00E85698">
              <w:rPr>
                <w:w w:val="95"/>
                <w:sz w:val="16"/>
              </w:rPr>
              <w:t>с</w:t>
            </w:r>
            <w:r w:rsidRPr="00E85698">
              <w:rPr>
                <w:spacing w:val="-35"/>
                <w:w w:val="95"/>
                <w:sz w:val="16"/>
              </w:rPr>
              <w:t xml:space="preserve"> </w:t>
            </w:r>
            <w:r w:rsidRPr="00E85698">
              <w:rPr>
                <w:sz w:val="16"/>
              </w:rPr>
              <w:t>разными</w:t>
            </w:r>
            <w:r w:rsidRPr="00E85698">
              <w:rPr>
                <w:spacing w:val="-3"/>
                <w:sz w:val="16"/>
              </w:rPr>
              <w:t xml:space="preserve"> </w:t>
            </w:r>
            <w:r w:rsidRPr="00E85698">
              <w:rPr>
                <w:sz w:val="16"/>
              </w:rPr>
              <w:t>видами</w:t>
            </w:r>
            <w:r w:rsidRPr="00E85698">
              <w:rPr>
                <w:spacing w:val="-3"/>
                <w:sz w:val="16"/>
              </w:rPr>
              <w:t xml:space="preserve"> </w:t>
            </w:r>
            <w:r w:rsidRPr="00E85698">
              <w:rPr>
                <w:sz w:val="16"/>
              </w:rPr>
              <w:t>обособления</w:t>
            </w:r>
            <w:r w:rsidRPr="00E85698">
              <w:rPr>
                <w:spacing w:val="-4"/>
                <w:sz w:val="16"/>
              </w:rPr>
              <w:t xml:space="preserve"> </w:t>
            </w:r>
            <w:r w:rsidRPr="00E85698">
              <w:rPr>
                <w:sz w:val="16"/>
              </w:rPr>
              <w:t>и</w:t>
            </w:r>
            <w:r w:rsidRPr="00E85698">
              <w:rPr>
                <w:spacing w:val="-3"/>
                <w:sz w:val="16"/>
              </w:rPr>
              <w:t xml:space="preserve"> </w:t>
            </w:r>
            <w:r w:rsidRPr="00E85698">
              <w:rPr>
                <w:sz w:val="16"/>
              </w:rPr>
              <w:t>уточнения;</w:t>
            </w:r>
          </w:p>
          <w:p w:rsidR="00A047B0" w:rsidRPr="00E85698" w:rsidRDefault="00A047B0" w:rsidP="00A047B0">
            <w:pPr>
              <w:pStyle w:val="TableParagraph"/>
              <w:spacing w:line="183" w:lineRule="exact"/>
              <w:ind w:left="73"/>
              <w:rPr>
                <w:sz w:val="16"/>
              </w:rPr>
            </w:pPr>
            <w:r w:rsidRPr="00E85698">
              <w:rPr>
                <w:w w:val="95"/>
                <w:sz w:val="16"/>
              </w:rPr>
              <w:t>Проводить</w:t>
            </w:r>
            <w:r w:rsidRPr="00E85698">
              <w:rPr>
                <w:spacing w:val="9"/>
                <w:w w:val="95"/>
                <w:sz w:val="16"/>
              </w:rPr>
              <w:t xml:space="preserve"> </w:t>
            </w:r>
            <w:r w:rsidRPr="00E85698">
              <w:rPr>
                <w:w w:val="95"/>
                <w:sz w:val="16"/>
              </w:rPr>
              <w:t>синтаксический</w:t>
            </w:r>
            <w:r w:rsidRPr="00E85698">
              <w:rPr>
                <w:spacing w:val="6"/>
                <w:w w:val="95"/>
                <w:sz w:val="16"/>
              </w:rPr>
              <w:t xml:space="preserve"> </w:t>
            </w:r>
            <w:r w:rsidRPr="00E85698">
              <w:rPr>
                <w:w w:val="95"/>
                <w:sz w:val="16"/>
              </w:rPr>
              <w:t>и</w:t>
            </w:r>
            <w:r w:rsidRPr="00E85698">
              <w:rPr>
                <w:spacing w:val="10"/>
                <w:w w:val="95"/>
                <w:sz w:val="16"/>
              </w:rPr>
              <w:t xml:space="preserve"> </w:t>
            </w:r>
            <w:r w:rsidRPr="00E85698">
              <w:rPr>
                <w:w w:val="95"/>
                <w:sz w:val="16"/>
              </w:rPr>
              <w:t>пунктуационный</w:t>
            </w:r>
            <w:r w:rsidRPr="00E85698">
              <w:rPr>
                <w:spacing w:val="9"/>
                <w:w w:val="95"/>
                <w:sz w:val="16"/>
              </w:rPr>
              <w:t xml:space="preserve"> </w:t>
            </w:r>
            <w:r w:rsidRPr="00E85698">
              <w:rPr>
                <w:w w:val="95"/>
                <w:sz w:val="16"/>
              </w:rPr>
              <w:t>анализ</w:t>
            </w:r>
            <w:r w:rsidRPr="00E85698">
              <w:rPr>
                <w:spacing w:val="10"/>
                <w:w w:val="95"/>
                <w:sz w:val="16"/>
              </w:rPr>
              <w:t xml:space="preserve"> </w:t>
            </w:r>
            <w:r w:rsidRPr="00E85698">
              <w:rPr>
                <w:w w:val="95"/>
                <w:sz w:val="16"/>
              </w:rPr>
              <w:t>предложений;</w:t>
            </w:r>
          </w:p>
          <w:p w:rsidR="00A047B0" w:rsidRPr="00E85698" w:rsidRDefault="00A047B0" w:rsidP="00A047B0">
            <w:pPr>
              <w:pStyle w:val="TableParagraph"/>
              <w:spacing w:before="8"/>
              <w:ind w:left="73"/>
              <w:rPr>
                <w:sz w:val="16"/>
              </w:rPr>
            </w:pPr>
            <w:r w:rsidRPr="00E85698">
              <w:rPr>
                <w:w w:val="95"/>
                <w:sz w:val="16"/>
              </w:rPr>
              <w:t>Моделировать</w:t>
            </w:r>
            <w:r w:rsidRPr="00E85698">
              <w:rPr>
                <w:spacing w:val="8"/>
                <w:w w:val="95"/>
                <w:sz w:val="16"/>
              </w:rPr>
              <w:t xml:space="preserve"> </w:t>
            </w:r>
            <w:r w:rsidRPr="00E85698">
              <w:rPr>
                <w:w w:val="95"/>
                <w:sz w:val="16"/>
              </w:rPr>
              <w:t>предложения</w:t>
            </w:r>
            <w:r w:rsidRPr="00E85698">
              <w:rPr>
                <w:spacing w:val="8"/>
                <w:w w:val="95"/>
                <w:sz w:val="16"/>
              </w:rPr>
              <w:t xml:space="preserve"> </w:t>
            </w:r>
            <w:r w:rsidRPr="00E85698">
              <w:rPr>
                <w:w w:val="95"/>
                <w:sz w:val="16"/>
              </w:rPr>
              <w:t>с</w:t>
            </w:r>
            <w:r w:rsidRPr="00E85698">
              <w:rPr>
                <w:spacing w:val="8"/>
                <w:w w:val="95"/>
                <w:sz w:val="16"/>
              </w:rPr>
              <w:t xml:space="preserve"> </w:t>
            </w:r>
            <w:r w:rsidRPr="00E85698">
              <w:rPr>
                <w:w w:val="95"/>
                <w:sz w:val="16"/>
              </w:rPr>
              <w:t>разными</w:t>
            </w:r>
            <w:r w:rsidRPr="00E85698">
              <w:rPr>
                <w:spacing w:val="10"/>
                <w:w w:val="95"/>
                <w:sz w:val="16"/>
              </w:rPr>
              <w:t xml:space="preserve"> </w:t>
            </w:r>
            <w:r w:rsidRPr="00E85698">
              <w:rPr>
                <w:w w:val="95"/>
                <w:sz w:val="16"/>
              </w:rPr>
              <w:t>видами</w:t>
            </w:r>
            <w:r w:rsidRPr="00E85698">
              <w:rPr>
                <w:spacing w:val="9"/>
                <w:w w:val="95"/>
                <w:sz w:val="16"/>
              </w:rPr>
              <w:t xml:space="preserve"> </w:t>
            </w:r>
            <w:r w:rsidRPr="00E85698">
              <w:rPr>
                <w:w w:val="95"/>
                <w:sz w:val="16"/>
              </w:rPr>
              <w:t>обособления</w:t>
            </w:r>
            <w:r w:rsidRPr="00E85698">
              <w:rPr>
                <w:spacing w:val="8"/>
                <w:w w:val="95"/>
                <w:sz w:val="16"/>
              </w:rPr>
              <w:t xml:space="preserve"> </w:t>
            </w:r>
            <w:r w:rsidRPr="00E85698">
              <w:rPr>
                <w:w w:val="95"/>
                <w:sz w:val="16"/>
              </w:rPr>
              <w:t>и</w:t>
            </w:r>
            <w:r w:rsidRPr="00E85698">
              <w:rPr>
                <w:spacing w:val="8"/>
                <w:w w:val="95"/>
                <w:sz w:val="16"/>
              </w:rPr>
              <w:t xml:space="preserve"> </w:t>
            </w:r>
            <w:r w:rsidRPr="00E85698">
              <w:rPr>
                <w:w w:val="95"/>
                <w:sz w:val="16"/>
              </w:rPr>
              <w:t>уточнения;</w:t>
            </w:r>
          </w:p>
        </w:tc>
        <w:tc>
          <w:tcPr>
            <w:tcW w:w="1081" w:type="dxa"/>
          </w:tcPr>
          <w:p w:rsidR="00A047B0" w:rsidRPr="00E85698" w:rsidRDefault="00A047B0" w:rsidP="00A047B0">
            <w:pPr>
              <w:pStyle w:val="TableParagraph"/>
              <w:spacing w:before="65" w:line="254"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1" w:line="254" w:lineRule="auto"/>
              <w:ind w:left="70" w:right="46"/>
              <w:rPr>
                <w:sz w:val="16"/>
              </w:rPr>
            </w:pPr>
            <w:r w:rsidRPr="00E85698">
              <w:rPr>
                <w:sz w:val="16"/>
              </w:rPr>
              <w:t>Контрольная</w:t>
            </w:r>
            <w:r w:rsidRPr="00E85698">
              <w:rPr>
                <w:spacing w:val="-37"/>
                <w:sz w:val="16"/>
              </w:rPr>
              <w:t xml:space="preserve"> </w:t>
            </w:r>
            <w:r w:rsidRPr="00E85698">
              <w:rPr>
                <w:sz w:val="16"/>
              </w:rPr>
              <w:t>работа;</w:t>
            </w:r>
            <w:r w:rsidRPr="00E85698">
              <w:rPr>
                <w:spacing w:val="1"/>
                <w:sz w:val="16"/>
              </w:rPr>
              <w:t xml:space="preserve"> </w:t>
            </w:r>
            <w:r w:rsidRPr="00E85698">
              <w:rPr>
                <w:w w:val="95"/>
                <w:sz w:val="16"/>
              </w:rPr>
              <w:t>Практическая</w:t>
            </w:r>
            <w:r w:rsidRPr="00E85698">
              <w:rPr>
                <w:spacing w:val="-35"/>
                <w:w w:val="95"/>
                <w:sz w:val="16"/>
              </w:rPr>
              <w:t xml:space="preserve"> </w:t>
            </w:r>
            <w:r w:rsidRPr="00E85698">
              <w:rPr>
                <w:sz w:val="16"/>
              </w:rPr>
              <w:t>работа;</w:t>
            </w:r>
          </w:p>
          <w:p w:rsidR="00A047B0" w:rsidRPr="00E85698" w:rsidRDefault="00A047B0" w:rsidP="00A047B0">
            <w:pPr>
              <w:pStyle w:val="TableParagraph"/>
              <w:ind w:left="70"/>
              <w:rPr>
                <w:sz w:val="16"/>
              </w:rPr>
            </w:pPr>
            <w:r w:rsidRPr="00E85698">
              <w:rPr>
                <w:sz w:val="16"/>
              </w:rPr>
              <w:t>ВПР;</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bl>
    <w:p w:rsidR="00A047B0" w:rsidRPr="00E85698" w:rsidRDefault="00A047B0" w:rsidP="00A047B0">
      <w:pPr>
        <w:rPr>
          <w:sz w:val="16"/>
        </w:rPr>
        <w:sectPr w:rsidR="00A047B0" w:rsidRPr="00E85698">
          <w:pgSz w:w="16850" w:h="11900" w:orient="landscape"/>
          <w:pgMar w:top="560" w:right="540" w:bottom="280" w:left="56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831"/>
        <w:gridCol w:w="529"/>
        <w:gridCol w:w="1107"/>
        <w:gridCol w:w="1141"/>
        <w:gridCol w:w="805"/>
        <w:gridCol w:w="5166"/>
        <w:gridCol w:w="1081"/>
        <w:gridCol w:w="1384"/>
      </w:tblGrid>
      <w:tr w:rsidR="00A047B0" w:rsidRPr="00E85698" w:rsidTr="00A047B0">
        <w:trPr>
          <w:trHeight w:val="3482"/>
        </w:trPr>
        <w:tc>
          <w:tcPr>
            <w:tcW w:w="468" w:type="dxa"/>
          </w:tcPr>
          <w:p w:rsidR="00A047B0" w:rsidRPr="00E85698" w:rsidRDefault="00A047B0" w:rsidP="00A047B0">
            <w:pPr>
              <w:pStyle w:val="TableParagraph"/>
              <w:spacing w:before="58"/>
              <w:ind w:left="52" w:right="45"/>
              <w:jc w:val="center"/>
              <w:rPr>
                <w:sz w:val="16"/>
              </w:rPr>
            </w:pPr>
            <w:r w:rsidRPr="00E85698">
              <w:rPr>
                <w:sz w:val="16"/>
              </w:rPr>
              <w:lastRenderedPageBreak/>
              <w:t>8.7.</w:t>
            </w:r>
          </w:p>
        </w:tc>
        <w:tc>
          <w:tcPr>
            <w:tcW w:w="3831" w:type="dxa"/>
          </w:tcPr>
          <w:p w:rsidR="00A047B0" w:rsidRPr="00E85698" w:rsidRDefault="00A047B0" w:rsidP="00A047B0">
            <w:pPr>
              <w:pStyle w:val="TableParagraph"/>
              <w:spacing w:before="63" w:line="244" w:lineRule="auto"/>
              <w:ind w:left="76" w:right="908"/>
              <w:rPr>
                <w:sz w:val="16"/>
              </w:rPr>
            </w:pPr>
            <w:r w:rsidRPr="00E85698">
              <w:rPr>
                <w:w w:val="95"/>
                <w:sz w:val="16"/>
              </w:rPr>
              <w:t>Предложения</w:t>
            </w:r>
            <w:r w:rsidRPr="00E85698">
              <w:rPr>
                <w:spacing w:val="11"/>
                <w:w w:val="95"/>
                <w:sz w:val="16"/>
              </w:rPr>
              <w:t xml:space="preserve"> </w:t>
            </w:r>
            <w:r w:rsidRPr="00E85698">
              <w:rPr>
                <w:w w:val="95"/>
                <w:sz w:val="16"/>
              </w:rPr>
              <w:t>с</w:t>
            </w:r>
            <w:r w:rsidRPr="00E85698">
              <w:rPr>
                <w:spacing w:val="11"/>
                <w:w w:val="95"/>
                <w:sz w:val="16"/>
              </w:rPr>
              <w:t xml:space="preserve"> </w:t>
            </w:r>
            <w:r w:rsidRPr="00E85698">
              <w:rPr>
                <w:w w:val="95"/>
                <w:sz w:val="16"/>
              </w:rPr>
              <w:t>обращениями,</w:t>
            </w:r>
            <w:r w:rsidRPr="00E85698">
              <w:rPr>
                <w:spacing w:val="6"/>
                <w:w w:val="95"/>
                <w:sz w:val="16"/>
              </w:rPr>
              <w:t xml:space="preserve"> </w:t>
            </w:r>
            <w:r w:rsidRPr="00E85698">
              <w:rPr>
                <w:w w:val="95"/>
                <w:sz w:val="16"/>
              </w:rPr>
              <w:t>вводными</w:t>
            </w:r>
            <w:r w:rsidRPr="00E85698">
              <w:rPr>
                <w:spacing w:val="13"/>
                <w:w w:val="95"/>
                <w:sz w:val="16"/>
              </w:rPr>
              <w:t xml:space="preserve"> </w:t>
            </w:r>
            <w:r w:rsidRPr="00E85698">
              <w:rPr>
                <w:w w:val="95"/>
                <w:sz w:val="16"/>
              </w:rPr>
              <w:t>и</w:t>
            </w:r>
            <w:r w:rsidRPr="00E85698">
              <w:rPr>
                <w:spacing w:val="-35"/>
                <w:w w:val="95"/>
                <w:sz w:val="16"/>
              </w:rPr>
              <w:t xml:space="preserve"> </w:t>
            </w:r>
            <w:r w:rsidRPr="00E85698">
              <w:rPr>
                <w:sz w:val="16"/>
              </w:rPr>
              <w:t>вставными</w:t>
            </w:r>
            <w:r w:rsidRPr="00E85698">
              <w:rPr>
                <w:spacing w:val="-4"/>
                <w:sz w:val="16"/>
              </w:rPr>
              <w:t xml:space="preserve"> </w:t>
            </w:r>
            <w:r w:rsidRPr="00E85698">
              <w:rPr>
                <w:sz w:val="16"/>
              </w:rPr>
              <w:t>конструкциями.</w:t>
            </w:r>
          </w:p>
          <w:p w:rsidR="00A047B0" w:rsidRPr="00E85698" w:rsidRDefault="00A047B0" w:rsidP="00A047B0">
            <w:pPr>
              <w:pStyle w:val="TableParagraph"/>
              <w:spacing w:before="21" w:line="244" w:lineRule="auto"/>
              <w:ind w:left="76" w:right="796"/>
              <w:rPr>
                <w:sz w:val="16"/>
              </w:rPr>
            </w:pPr>
            <w:r w:rsidRPr="00E85698">
              <w:rPr>
                <w:w w:val="95"/>
                <w:sz w:val="16"/>
              </w:rPr>
              <w:t>Обращение.</w:t>
            </w:r>
            <w:r w:rsidRPr="00E85698">
              <w:rPr>
                <w:spacing w:val="1"/>
                <w:w w:val="95"/>
                <w:sz w:val="16"/>
              </w:rPr>
              <w:t xml:space="preserve"> </w:t>
            </w:r>
            <w:r w:rsidRPr="00E85698">
              <w:rPr>
                <w:w w:val="95"/>
                <w:sz w:val="16"/>
              </w:rPr>
              <w:t>Вводные конструкции.</w:t>
            </w:r>
            <w:r w:rsidRPr="00E85698">
              <w:rPr>
                <w:spacing w:val="-35"/>
                <w:w w:val="95"/>
                <w:sz w:val="16"/>
              </w:rPr>
              <w:t xml:space="preserve"> </w:t>
            </w:r>
            <w:r w:rsidRPr="00E85698">
              <w:rPr>
                <w:sz w:val="16"/>
              </w:rPr>
              <w:t>Вставные</w:t>
            </w:r>
            <w:r w:rsidRPr="00E85698">
              <w:rPr>
                <w:spacing w:val="-4"/>
                <w:sz w:val="16"/>
              </w:rPr>
              <w:t xml:space="preserve"> </w:t>
            </w:r>
            <w:r w:rsidRPr="00E85698">
              <w:rPr>
                <w:sz w:val="16"/>
              </w:rPr>
              <w:t>конструкции.</w:t>
            </w:r>
          </w:p>
        </w:tc>
        <w:tc>
          <w:tcPr>
            <w:tcW w:w="529" w:type="dxa"/>
          </w:tcPr>
          <w:p w:rsidR="00A047B0" w:rsidRPr="00E85698" w:rsidRDefault="00A047B0" w:rsidP="00A047B0">
            <w:pPr>
              <w:pStyle w:val="TableParagraph"/>
              <w:spacing w:before="58"/>
              <w:ind w:left="76"/>
              <w:rPr>
                <w:sz w:val="16"/>
              </w:rPr>
            </w:pPr>
            <w:r w:rsidRPr="00E85698">
              <w:rPr>
                <w:sz w:val="16"/>
              </w:rPr>
              <w:t>10</w:t>
            </w:r>
          </w:p>
        </w:tc>
        <w:tc>
          <w:tcPr>
            <w:tcW w:w="1107" w:type="dxa"/>
          </w:tcPr>
          <w:p w:rsidR="00A047B0" w:rsidRPr="00E85698" w:rsidRDefault="00A047B0" w:rsidP="00A047B0">
            <w:pPr>
              <w:pStyle w:val="TableParagraph"/>
              <w:spacing w:before="58"/>
              <w:ind w:left="75"/>
              <w:rPr>
                <w:sz w:val="16"/>
              </w:rPr>
            </w:pPr>
            <w:r w:rsidRPr="00E85698">
              <w:rPr>
                <w:w w:val="96"/>
                <w:sz w:val="16"/>
              </w:rPr>
              <w:t>1</w:t>
            </w:r>
          </w:p>
        </w:tc>
        <w:tc>
          <w:tcPr>
            <w:tcW w:w="1141" w:type="dxa"/>
          </w:tcPr>
          <w:p w:rsidR="00A047B0" w:rsidRPr="00E85698" w:rsidRDefault="00A047B0" w:rsidP="00A047B0">
            <w:pPr>
              <w:pStyle w:val="TableParagraph"/>
              <w:spacing w:before="58"/>
              <w:ind w:left="75"/>
              <w:rPr>
                <w:sz w:val="16"/>
              </w:rPr>
            </w:pPr>
            <w:r w:rsidRPr="00E85698">
              <w:rPr>
                <w:w w:val="96"/>
                <w:sz w:val="16"/>
              </w:rPr>
              <w:t>3</w:t>
            </w:r>
          </w:p>
        </w:tc>
        <w:tc>
          <w:tcPr>
            <w:tcW w:w="805" w:type="dxa"/>
          </w:tcPr>
          <w:p w:rsidR="00A047B0" w:rsidRPr="00E85698" w:rsidRDefault="000719F8" w:rsidP="00A047B0">
            <w:pPr>
              <w:pStyle w:val="TableParagraph"/>
              <w:rPr>
                <w:sz w:val="14"/>
              </w:rPr>
            </w:pPr>
            <w:r>
              <w:rPr>
                <w:sz w:val="14"/>
              </w:rPr>
              <w:t>21.03-19.04</w:t>
            </w:r>
          </w:p>
        </w:tc>
        <w:tc>
          <w:tcPr>
            <w:tcW w:w="5166" w:type="dxa"/>
          </w:tcPr>
          <w:p w:rsidR="00A047B0" w:rsidRPr="00E85698" w:rsidRDefault="00A047B0" w:rsidP="00A047B0">
            <w:pPr>
              <w:pStyle w:val="TableParagraph"/>
              <w:spacing w:before="65"/>
              <w:ind w:left="73"/>
              <w:jc w:val="both"/>
              <w:rPr>
                <w:sz w:val="16"/>
              </w:rPr>
            </w:pPr>
            <w:r w:rsidRPr="00E85698">
              <w:rPr>
                <w:w w:val="95"/>
                <w:sz w:val="16"/>
              </w:rPr>
              <w:t>Различать</w:t>
            </w:r>
            <w:r w:rsidRPr="00E85698">
              <w:rPr>
                <w:spacing w:val="6"/>
                <w:w w:val="95"/>
                <w:sz w:val="16"/>
              </w:rPr>
              <w:t xml:space="preserve"> </w:t>
            </w:r>
            <w:r w:rsidRPr="00E85698">
              <w:rPr>
                <w:w w:val="95"/>
                <w:sz w:val="16"/>
              </w:rPr>
              <w:t>группы</w:t>
            </w:r>
            <w:r w:rsidRPr="00E85698">
              <w:rPr>
                <w:spacing w:val="8"/>
                <w:w w:val="95"/>
                <w:sz w:val="16"/>
              </w:rPr>
              <w:t xml:space="preserve"> </w:t>
            </w:r>
            <w:r w:rsidRPr="00E85698">
              <w:rPr>
                <w:w w:val="95"/>
                <w:sz w:val="16"/>
              </w:rPr>
              <w:t>вводных</w:t>
            </w:r>
            <w:r w:rsidRPr="00E85698">
              <w:rPr>
                <w:spacing w:val="6"/>
                <w:w w:val="95"/>
                <w:sz w:val="16"/>
              </w:rPr>
              <w:t xml:space="preserve"> </w:t>
            </w:r>
            <w:r w:rsidRPr="00E85698">
              <w:rPr>
                <w:w w:val="95"/>
                <w:sz w:val="16"/>
              </w:rPr>
              <w:t>слов</w:t>
            </w:r>
            <w:r w:rsidRPr="00E85698">
              <w:rPr>
                <w:spacing w:val="7"/>
                <w:w w:val="95"/>
                <w:sz w:val="16"/>
              </w:rPr>
              <w:t xml:space="preserve"> </w:t>
            </w:r>
            <w:r w:rsidRPr="00E85698">
              <w:rPr>
                <w:w w:val="95"/>
                <w:sz w:val="16"/>
              </w:rPr>
              <w:t>по</w:t>
            </w:r>
            <w:r w:rsidRPr="00E85698">
              <w:rPr>
                <w:spacing w:val="5"/>
                <w:w w:val="95"/>
                <w:sz w:val="16"/>
              </w:rPr>
              <w:t xml:space="preserve"> </w:t>
            </w:r>
            <w:r w:rsidRPr="00E85698">
              <w:rPr>
                <w:w w:val="95"/>
                <w:sz w:val="16"/>
              </w:rPr>
              <w:t>значению;</w:t>
            </w:r>
          </w:p>
          <w:p w:rsidR="00A047B0" w:rsidRPr="00E85698" w:rsidRDefault="00A047B0" w:rsidP="00A047B0">
            <w:pPr>
              <w:pStyle w:val="TableParagraph"/>
              <w:spacing w:before="11"/>
              <w:ind w:left="73"/>
              <w:jc w:val="both"/>
              <w:rPr>
                <w:sz w:val="16"/>
              </w:rPr>
            </w:pPr>
            <w:r w:rsidRPr="00E85698">
              <w:rPr>
                <w:w w:val="95"/>
                <w:sz w:val="16"/>
              </w:rPr>
              <w:t>Различать</w:t>
            </w:r>
            <w:r w:rsidRPr="00E85698">
              <w:rPr>
                <w:spacing w:val="9"/>
                <w:w w:val="95"/>
                <w:sz w:val="16"/>
              </w:rPr>
              <w:t xml:space="preserve"> </w:t>
            </w:r>
            <w:r w:rsidRPr="00E85698">
              <w:rPr>
                <w:w w:val="95"/>
                <w:sz w:val="16"/>
              </w:rPr>
              <w:t>вводные</w:t>
            </w:r>
            <w:r w:rsidRPr="00E85698">
              <w:rPr>
                <w:spacing w:val="9"/>
                <w:w w:val="95"/>
                <w:sz w:val="16"/>
              </w:rPr>
              <w:t xml:space="preserve"> </w:t>
            </w:r>
            <w:r w:rsidRPr="00E85698">
              <w:rPr>
                <w:w w:val="95"/>
                <w:sz w:val="16"/>
              </w:rPr>
              <w:t>предложения</w:t>
            </w:r>
            <w:r w:rsidRPr="00E85698">
              <w:rPr>
                <w:spacing w:val="5"/>
                <w:w w:val="95"/>
                <w:sz w:val="16"/>
              </w:rPr>
              <w:t xml:space="preserve"> </w:t>
            </w:r>
            <w:r w:rsidRPr="00E85698">
              <w:rPr>
                <w:w w:val="95"/>
                <w:sz w:val="16"/>
              </w:rPr>
              <w:t>и</w:t>
            </w:r>
            <w:r w:rsidRPr="00E85698">
              <w:rPr>
                <w:spacing w:val="9"/>
                <w:w w:val="95"/>
                <w:sz w:val="16"/>
              </w:rPr>
              <w:t xml:space="preserve"> </w:t>
            </w:r>
            <w:r w:rsidRPr="00E85698">
              <w:rPr>
                <w:w w:val="95"/>
                <w:sz w:val="16"/>
              </w:rPr>
              <w:t>вставные</w:t>
            </w:r>
            <w:r w:rsidRPr="00E85698">
              <w:rPr>
                <w:spacing w:val="6"/>
                <w:w w:val="95"/>
                <w:sz w:val="16"/>
              </w:rPr>
              <w:t xml:space="preserve"> </w:t>
            </w:r>
            <w:r w:rsidRPr="00E85698">
              <w:rPr>
                <w:w w:val="95"/>
                <w:sz w:val="16"/>
              </w:rPr>
              <w:t>конструкции;</w:t>
            </w:r>
          </w:p>
          <w:p w:rsidR="00A047B0" w:rsidRPr="00E85698" w:rsidRDefault="00A047B0" w:rsidP="00A047B0">
            <w:pPr>
              <w:pStyle w:val="TableParagraph"/>
              <w:spacing w:before="10" w:line="254" w:lineRule="auto"/>
              <w:ind w:left="73" w:right="223"/>
              <w:jc w:val="both"/>
              <w:rPr>
                <w:sz w:val="16"/>
              </w:rPr>
            </w:pPr>
            <w:r w:rsidRPr="00E85698">
              <w:rPr>
                <w:w w:val="95"/>
                <w:sz w:val="16"/>
              </w:rPr>
              <w:t>Выявлять и понимать особенности употребления вводных слов, вводных</w:t>
            </w:r>
            <w:r w:rsidRPr="00E85698">
              <w:rPr>
                <w:spacing w:val="1"/>
                <w:w w:val="95"/>
                <w:sz w:val="16"/>
              </w:rPr>
              <w:t xml:space="preserve"> </w:t>
            </w:r>
            <w:r w:rsidRPr="00E85698">
              <w:rPr>
                <w:w w:val="95"/>
                <w:sz w:val="16"/>
              </w:rPr>
              <w:t>предложений и вставных конструкций, обращений и междометий в речи,</w:t>
            </w:r>
            <w:r w:rsidRPr="00E85698">
              <w:rPr>
                <w:spacing w:val="1"/>
                <w:w w:val="95"/>
                <w:sz w:val="16"/>
              </w:rPr>
              <w:t xml:space="preserve"> </w:t>
            </w:r>
            <w:r w:rsidRPr="00E85698">
              <w:rPr>
                <w:sz w:val="16"/>
              </w:rPr>
              <w:t>понимать</w:t>
            </w:r>
            <w:r w:rsidRPr="00E85698">
              <w:rPr>
                <w:spacing w:val="-2"/>
                <w:sz w:val="16"/>
              </w:rPr>
              <w:t xml:space="preserve"> </w:t>
            </w:r>
            <w:r w:rsidRPr="00E85698">
              <w:rPr>
                <w:sz w:val="16"/>
              </w:rPr>
              <w:t>их</w:t>
            </w:r>
            <w:r w:rsidRPr="00E85698">
              <w:rPr>
                <w:spacing w:val="-3"/>
                <w:sz w:val="16"/>
              </w:rPr>
              <w:t xml:space="preserve"> </w:t>
            </w:r>
            <w:r w:rsidRPr="00E85698">
              <w:rPr>
                <w:sz w:val="16"/>
              </w:rPr>
              <w:t>функции;</w:t>
            </w:r>
          </w:p>
          <w:p w:rsidR="00A047B0" w:rsidRPr="00E85698" w:rsidRDefault="00A047B0" w:rsidP="00A047B0">
            <w:pPr>
              <w:pStyle w:val="TableParagraph"/>
              <w:spacing w:before="1" w:line="254" w:lineRule="auto"/>
              <w:ind w:left="73" w:right="456"/>
              <w:rPr>
                <w:sz w:val="16"/>
              </w:rPr>
            </w:pPr>
            <w:r w:rsidRPr="00E85698">
              <w:rPr>
                <w:w w:val="95"/>
                <w:sz w:val="16"/>
              </w:rPr>
              <w:t>Выявлять</w:t>
            </w:r>
            <w:r w:rsidRPr="00E85698">
              <w:rPr>
                <w:spacing w:val="9"/>
                <w:w w:val="95"/>
                <w:sz w:val="16"/>
              </w:rPr>
              <w:t xml:space="preserve"> </w:t>
            </w:r>
            <w:r w:rsidRPr="00E85698">
              <w:rPr>
                <w:w w:val="95"/>
                <w:sz w:val="16"/>
              </w:rPr>
              <w:t>омонимию</w:t>
            </w:r>
            <w:r w:rsidRPr="00E85698">
              <w:rPr>
                <w:spacing w:val="9"/>
                <w:w w:val="95"/>
                <w:sz w:val="16"/>
              </w:rPr>
              <w:t xml:space="preserve"> </w:t>
            </w:r>
            <w:r w:rsidRPr="00E85698">
              <w:rPr>
                <w:w w:val="95"/>
                <w:sz w:val="16"/>
              </w:rPr>
              <w:t>членов</w:t>
            </w:r>
            <w:r w:rsidRPr="00E85698">
              <w:rPr>
                <w:spacing w:val="9"/>
                <w:w w:val="95"/>
                <w:sz w:val="16"/>
              </w:rPr>
              <w:t xml:space="preserve"> </w:t>
            </w:r>
            <w:r w:rsidRPr="00E85698">
              <w:rPr>
                <w:w w:val="95"/>
                <w:sz w:val="16"/>
              </w:rPr>
              <w:t>предложения</w:t>
            </w:r>
            <w:r w:rsidRPr="00E85698">
              <w:rPr>
                <w:spacing w:val="10"/>
                <w:w w:val="95"/>
                <w:sz w:val="16"/>
              </w:rPr>
              <w:t xml:space="preserve"> </w:t>
            </w:r>
            <w:r w:rsidRPr="00E85698">
              <w:rPr>
                <w:w w:val="95"/>
                <w:sz w:val="16"/>
              </w:rPr>
              <w:t>и</w:t>
            </w:r>
            <w:r w:rsidRPr="00E85698">
              <w:rPr>
                <w:spacing w:val="10"/>
                <w:w w:val="95"/>
                <w:sz w:val="16"/>
              </w:rPr>
              <w:t xml:space="preserve"> </w:t>
            </w:r>
            <w:r w:rsidRPr="00E85698">
              <w:rPr>
                <w:w w:val="95"/>
                <w:sz w:val="16"/>
              </w:rPr>
              <w:t>вводных</w:t>
            </w:r>
            <w:r w:rsidRPr="00E85698">
              <w:rPr>
                <w:spacing w:val="8"/>
                <w:w w:val="95"/>
                <w:sz w:val="16"/>
              </w:rPr>
              <w:t xml:space="preserve"> </w:t>
            </w:r>
            <w:r w:rsidRPr="00E85698">
              <w:rPr>
                <w:w w:val="95"/>
                <w:sz w:val="16"/>
              </w:rPr>
              <w:t>слов,</w:t>
            </w:r>
            <w:r w:rsidRPr="00E85698">
              <w:rPr>
                <w:spacing w:val="-35"/>
                <w:w w:val="95"/>
                <w:sz w:val="16"/>
              </w:rPr>
              <w:t xml:space="preserve"> </w:t>
            </w:r>
            <w:r w:rsidRPr="00E85698">
              <w:rPr>
                <w:sz w:val="16"/>
              </w:rPr>
              <w:t>словосочетаний</w:t>
            </w:r>
            <w:r w:rsidRPr="00E85698">
              <w:rPr>
                <w:spacing w:val="-3"/>
                <w:sz w:val="16"/>
              </w:rPr>
              <w:t xml:space="preserve"> </w:t>
            </w:r>
            <w:r w:rsidRPr="00E85698">
              <w:rPr>
                <w:sz w:val="16"/>
              </w:rPr>
              <w:t>и</w:t>
            </w:r>
            <w:r w:rsidRPr="00E85698">
              <w:rPr>
                <w:spacing w:val="-3"/>
                <w:sz w:val="16"/>
              </w:rPr>
              <w:t xml:space="preserve"> </w:t>
            </w:r>
            <w:r w:rsidRPr="00E85698">
              <w:rPr>
                <w:sz w:val="16"/>
              </w:rPr>
              <w:t>предложений;</w:t>
            </w:r>
          </w:p>
          <w:p w:rsidR="00A047B0" w:rsidRPr="00E85698" w:rsidRDefault="00A047B0" w:rsidP="00A047B0">
            <w:pPr>
              <w:pStyle w:val="TableParagraph"/>
              <w:spacing w:line="254" w:lineRule="auto"/>
              <w:ind w:left="73"/>
              <w:rPr>
                <w:sz w:val="16"/>
              </w:rPr>
            </w:pPr>
            <w:r w:rsidRPr="00E85698">
              <w:rPr>
                <w:w w:val="95"/>
                <w:sz w:val="16"/>
              </w:rPr>
              <w:t>Применять</w:t>
            </w:r>
            <w:r w:rsidRPr="00E85698">
              <w:rPr>
                <w:spacing w:val="7"/>
                <w:w w:val="95"/>
                <w:sz w:val="16"/>
              </w:rPr>
              <w:t xml:space="preserve"> </w:t>
            </w:r>
            <w:r w:rsidRPr="00E85698">
              <w:rPr>
                <w:w w:val="95"/>
                <w:sz w:val="16"/>
              </w:rPr>
              <w:t>нормы</w:t>
            </w:r>
            <w:r w:rsidRPr="00E85698">
              <w:rPr>
                <w:spacing w:val="9"/>
                <w:w w:val="95"/>
                <w:sz w:val="16"/>
              </w:rPr>
              <w:t xml:space="preserve"> </w:t>
            </w:r>
            <w:r w:rsidRPr="00E85698">
              <w:rPr>
                <w:w w:val="95"/>
                <w:sz w:val="16"/>
              </w:rPr>
              <w:t>построения</w:t>
            </w:r>
            <w:r w:rsidRPr="00E85698">
              <w:rPr>
                <w:spacing w:val="8"/>
                <w:w w:val="95"/>
                <w:sz w:val="16"/>
              </w:rPr>
              <w:t xml:space="preserve"> </w:t>
            </w:r>
            <w:r w:rsidRPr="00E85698">
              <w:rPr>
                <w:w w:val="95"/>
                <w:sz w:val="16"/>
              </w:rPr>
              <w:t>предложений</w:t>
            </w:r>
            <w:r w:rsidRPr="00E85698">
              <w:rPr>
                <w:spacing w:val="8"/>
                <w:w w:val="95"/>
                <w:sz w:val="16"/>
              </w:rPr>
              <w:t xml:space="preserve"> </w:t>
            </w:r>
            <w:r w:rsidRPr="00E85698">
              <w:rPr>
                <w:w w:val="95"/>
                <w:sz w:val="16"/>
              </w:rPr>
              <w:t>с</w:t>
            </w:r>
            <w:r w:rsidRPr="00E85698">
              <w:rPr>
                <w:spacing w:val="8"/>
                <w:w w:val="95"/>
                <w:sz w:val="16"/>
              </w:rPr>
              <w:t xml:space="preserve"> </w:t>
            </w:r>
            <w:r w:rsidRPr="00E85698">
              <w:rPr>
                <w:w w:val="95"/>
                <w:sz w:val="16"/>
              </w:rPr>
              <w:t>вводными</w:t>
            </w:r>
            <w:r w:rsidRPr="00E85698">
              <w:rPr>
                <w:spacing w:val="7"/>
                <w:w w:val="95"/>
                <w:sz w:val="16"/>
              </w:rPr>
              <w:t xml:space="preserve"> </w:t>
            </w:r>
            <w:r w:rsidRPr="00E85698">
              <w:rPr>
                <w:w w:val="95"/>
                <w:sz w:val="16"/>
              </w:rPr>
              <w:t>и</w:t>
            </w:r>
            <w:r w:rsidRPr="00E85698">
              <w:rPr>
                <w:spacing w:val="8"/>
                <w:w w:val="95"/>
                <w:sz w:val="16"/>
              </w:rPr>
              <w:t xml:space="preserve"> </w:t>
            </w:r>
            <w:r w:rsidRPr="00E85698">
              <w:rPr>
                <w:w w:val="95"/>
                <w:sz w:val="16"/>
              </w:rPr>
              <w:t>вставными</w:t>
            </w:r>
            <w:r w:rsidRPr="00E85698">
              <w:rPr>
                <w:spacing w:val="-35"/>
                <w:w w:val="95"/>
                <w:sz w:val="16"/>
              </w:rPr>
              <w:t xml:space="preserve"> </w:t>
            </w:r>
            <w:r w:rsidRPr="00E85698">
              <w:rPr>
                <w:sz w:val="16"/>
              </w:rPr>
              <w:t>конструкциями, обращениями (распространёнными и</w:t>
            </w:r>
            <w:r w:rsidRPr="00E85698">
              <w:rPr>
                <w:spacing w:val="1"/>
                <w:sz w:val="16"/>
              </w:rPr>
              <w:t xml:space="preserve"> </w:t>
            </w:r>
            <w:r w:rsidRPr="00E85698">
              <w:rPr>
                <w:sz w:val="16"/>
              </w:rPr>
              <w:t>нераспространёнными),</w:t>
            </w:r>
            <w:r w:rsidRPr="00E85698">
              <w:rPr>
                <w:spacing w:val="-4"/>
                <w:sz w:val="16"/>
              </w:rPr>
              <w:t xml:space="preserve"> </w:t>
            </w:r>
            <w:r w:rsidRPr="00E85698">
              <w:rPr>
                <w:sz w:val="16"/>
              </w:rPr>
              <w:t>междометиями;</w:t>
            </w:r>
          </w:p>
          <w:p w:rsidR="00A047B0" w:rsidRPr="00E85698" w:rsidRDefault="00A047B0" w:rsidP="00A047B0">
            <w:pPr>
              <w:pStyle w:val="TableParagraph"/>
              <w:spacing w:line="256" w:lineRule="auto"/>
              <w:ind w:left="73" w:right="456"/>
              <w:rPr>
                <w:sz w:val="16"/>
              </w:rPr>
            </w:pPr>
            <w:r w:rsidRPr="00E85698">
              <w:rPr>
                <w:w w:val="95"/>
                <w:sz w:val="16"/>
              </w:rPr>
              <w:t>Распознавать</w:t>
            </w:r>
            <w:r w:rsidRPr="00E85698">
              <w:rPr>
                <w:spacing w:val="13"/>
                <w:w w:val="95"/>
                <w:sz w:val="16"/>
              </w:rPr>
              <w:t xml:space="preserve"> </w:t>
            </w:r>
            <w:r w:rsidRPr="00E85698">
              <w:rPr>
                <w:w w:val="95"/>
                <w:sz w:val="16"/>
              </w:rPr>
              <w:t>простые</w:t>
            </w:r>
            <w:r w:rsidRPr="00E85698">
              <w:rPr>
                <w:spacing w:val="13"/>
                <w:w w:val="95"/>
                <w:sz w:val="16"/>
              </w:rPr>
              <w:t xml:space="preserve"> </w:t>
            </w:r>
            <w:r w:rsidRPr="00E85698">
              <w:rPr>
                <w:w w:val="95"/>
                <w:sz w:val="16"/>
              </w:rPr>
              <w:t>предложения,</w:t>
            </w:r>
            <w:r w:rsidRPr="00E85698">
              <w:rPr>
                <w:spacing w:val="8"/>
                <w:w w:val="95"/>
                <w:sz w:val="16"/>
              </w:rPr>
              <w:t xml:space="preserve"> </w:t>
            </w:r>
            <w:r w:rsidRPr="00E85698">
              <w:rPr>
                <w:w w:val="95"/>
                <w:sz w:val="16"/>
              </w:rPr>
              <w:t>осложнённые</w:t>
            </w:r>
            <w:r w:rsidRPr="00E85698">
              <w:rPr>
                <w:spacing w:val="13"/>
                <w:w w:val="95"/>
                <w:sz w:val="16"/>
              </w:rPr>
              <w:t xml:space="preserve"> </w:t>
            </w:r>
            <w:r w:rsidRPr="00E85698">
              <w:rPr>
                <w:w w:val="95"/>
                <w:sz w:val="16"/>
              </w:rPr>
              <w:t>обращениями,</w:t>
            </w:r>
            <w:r w:rsidRPr="00E85698">
              <w:rPr>
                <w:spacing w:val="1"/>
                <w:w w:val="95"/>
                <w:sz w:val="16"/>
              </w:rPr>
              <w:t xml:space="preserve"> </w:t>
            </w:r>
            <w:r w:rsidRPr="00E85698">
              <w:rPr>
                <w:sz w:val="16"/>
              </w:rPr>
              <w:t>вводными</w:t>
            </w:r>
            <w:r w:rsidRPr="00E85698">
              <w:rPr>
                <w:spacing w:val="-7"/>
                <w:sz w:val="16"/>
              </w:rPr>
              <w:t xml:space="preserve"> </w:t>
            </w:r>
            <w:r w:rsidRPr="00E85698">
              <w:rPr>
                <w:sz w:val="16"/>
              </w:rPr>
              <w:t>и</w:t>
            </w:r>
            <w:r w:rsidRPr="00E85698">
              <w:rPr>
                <w:spacing w:val="-10"/>
                <w:sz w:val="16"/>
              </w:rPr>
              <w:t xml:space="preserve"> </w:t>
            </w:r>
            <w:r w:rsidRPr="00E85698">
              <w:rPr>
                <w:sz w:val="16"/>
              </w:rPr>
              <w:t>вставными</w:t>
            </w:r>
            <w:r w:rsidRPr="00E85698">
              <w:rPr>
                <w:spacing w:val="-7"/>
                <w:sz w:val="16"/>
              </w:rPr>
              <w:t xml:space="preserve"> </w:t>
            </w:r>
            <w:r w:rsidRPr="00E85698">
              <w:rPr>
                <w:sz w:val="16"/>
              </w:rPr>
              <w:t>конструкциями,</w:t>
            </w:r>
            <w:r w:rsidRPr="00E85698">
              <w:rPr>
                <w:spacing w:val="-8"/>
                <w:sz w:val="16"/>
              </w:rPr>
              <w:t xml:space="preserve"> </w:t>
            </w:r>
            <w:r w:rsidRPr="00E85698">
              <w:rPr>
                <w:sz w:val="16"/>
              </w:rPr>
              <w:t>междометиями;</w:t>
            </w:r>
          </w:p>
          <w:p w:rsidR="00A047B0" w:rsidRPr="00E85698" w:rsidRDefault="00A047B0" w:rsidP="00A047B0">
            <w:pPr>
              <w:pStyle w:val="TableParagraph"/>
              <w:spacing w:line="254" w:lineRule="auto"/>
              <w:ind w:left="73"/>
              <w:rPr>
                <w:sz w:val="16"/>
              </w:rPr>
            </w:pPr>
            <w:r w:rsidRPr="00E85698">
              <w:rPr>
                <w:w w:val="95"/>
                <w:sz w:val="16"/>
              </w:rPr>
              <w:t>Определять</w:t>
            </w:r>
            <w:r w:rsidRPr="00E85698">
              <w:rPr>
                <w:spacing w:val="7"/>
                <w:w w:val="95"/>
                <w:sz w:val="16"/>
              </w:rPr>
              <w:t xml:space="preserve"> </w:t>
            </w:r>
            <w:r w:rsidRPr="00E85698">
              <w:rPr>
                <w:w w:val="95"/>
                <w:sz w:val="16"/>
              </w:rPr>
              <w:t>основания</w:t>
            </w:r>
            <w:r w:rsidRPr="00E85698">
              <w:rPr>
                <w:spacing w:val="8"/>
                <w:w w:val="95"/>
                <w:sz w:val="16"/>
              </w:rPr>
              <w:t xml:space="preserve"> </w:t>
            </w:r>
            <w:r w:rsidRPr="00E85698">
              <w:rPr>
                <w:w w:val="95"/>
                <w:sz w:val="16"/>
              </w:rPr>
              <w:t>для</w:t>
            </w:r>
            <w:r w:rsidRPr="00E85698">
              <w:rPr>
                <w:spacing w:val="7"/>
                <w:w w:val="95"/>
                <w:sz w:val="16"/>
              </w:rPr>
              <w:t xml:space="preserve"> </w:t>
            </w:r>
            <w:r w:rsidRPr="00E85698">
              <w:rPr>
                <w:w w:val="95"/>
                <w:sz w:val="16"/>
              </w:rPr>
              <w:t>сравнения</w:t>
            </w:r>
            <w:r w:rsidRPr="00E85698">
              <w:rPr>
                <w:spacing w:val="8"/>
                <w:w w:val="95"/>
                <w:sz w:val="16"/>
              </w:rPr>
              <w:t xml:space="preserve"> </w:t>
            </w:r>
            <w:r w:rsidRPr="00E85698">
              <w:rPr>
                <w:w w:val="95"/>
                <w:sz w:val="16"/>
              </w:rPr>
              <w:t>и</w:t>
            </w:r>
            <w:r w:rsidRPr="00E85698">
              <w:rPr>
                <w:spacing w:val="7"/>
                <w:w w:val="95"/>
                <w:sz w:val="16"/>
              </w:rPr>
              <w:t xml:space="preserve"> </w:t>
            </w:r>
            <w:r w:rsidRPr="00E85698">
              <w:rPr>
                <w:w w:val="95"/>
                <w:sz w:val="16"/>
              </w:rPr>
              <w:t>сравнивать</w:t>
            </w:r>
            <w:r w:rsidRPr="00E85698">
              <w:rPr>
                <w:spacing w:val="8"/>
                <w:w w:val="95"/>
                <w:sz w:val="16"/>
              </w:rPr>
              <w:t xml:space="preserve"> </w:t>
            </w:r>
            <w:r w:rsidRPr="00E85698">
              <w:rPr>
                <w:w w:val="95"/>
                <w:sz w:val="16"/>
              </w:rPr>
              <w:t>предложения</w:t>
            </w:r>
            <w:r w:rsidRPr="00E85698">
              <w:rPr>
                <w:spacing w:val="5"/>
                <w:w w:val="95"/>
                <w:sz w:val="16"/>
              </w:rPr>
              <w:t xml:space="preserve"> </w:t>
            </w:r>
            <w:r w:rsidRPr="00E85698">
              <w:rPr>
                <w:w w:val="95"/>
                <w:sz w:val="16"/>
              </w:rPr>
              <w:t>с</w:t>
            </w:r>
            <w:r w:rsidRPr="00E85698">
              <w:rPr>
                <w:spacing w:val="-35"/>
                <w:w w:val="95"/>
                <w:sz w:val="16"/>
              </w:rPr>
              <w:t xml:space="preserve"> </w:t>
            </w:r>
            <w:r w:rsidRPr="00E85698">
              <w:rPr>
                <w:sz w:val="16"/>
              </w:rPr>
              <w:t>различными</w:t>
            </w:r>
            <w:r w:rsidRPr="00E85698">
              <w:rPr>
                <w:spacing w:val="-3"/>
                <w:sz w:val="16"/>
              </w:rPr>
              <w:t xml:space="preserve"> </w:t>
            </w:r>
            <w:r w:rsidRPr="00E85698">
              <w:rPr>
                <w:sz w:val="16"/>
              </w:rPr>
              <w:t>вводными</w:t>
            </w:r>
            <w:r w:rsidRPr="00E85698">
              <w:rPr>
                <w:spacing w:val="-3"/>
                <w:sz w:val="16"/>
              </w:rPr>
              <w:t xml:space="preserve"> </w:t>
            </w:r>
            <w:r w:rsidRPr="00E85698">
              <w:rPr>
                <w:sz w:val="16"/>
              </w:rPr>
              <w:t>конструкциями;</w:t>
            </w:r>
          </w:p>
          <w:p w:rsidR="00A047B0" w:rsidRPr="00E85698" w:rsidRDefault="00A047B0" w:rsidP="00A047B0">
            <w:pPr>
              <w:pStyle w:val="TableParagraph"/>
              <w:spacing w:line="254" w:lineRule="auto"/>
              <w:ind w:left="73" w:right="456"/>
              <w:rPr>
                <w:sz w:val="16"/>
              </w:rPr>
            </w:pPr>
            <w:r w:rsidRPr="00E85698">
              <w:rPr>
                <w:w w:val="95"/>
                <w:sz w:val="16"/>
              </w:rPr>
              <w:t>Проводить</w:t>
            </w:r>
            <w:r w:rsidRPr="00E85698">
              <w:rPr>
                <w:spacing w:val="10"/>
                <w:w w:val="95"/>
                <w:sz w:val="16"/>
              </w:rPr>
              <w:t xml:space="preserve"> </w:t>
            </w:r>
            <w:r w:rsidRPr="00E85698">
              <w:rPr>
                <w:w w:val="95"/>
                <w:sz w:val="16"/>
              </w:rPr>
              <w:t>синтаксический</w:t>
            </w:r>
            <w:r w:rsidRPr="00E85698">
              <w:rPr>
                <w:spacing w:val="6"/>
                <w:w w:val="95"/>
                <w:sz w:val="16"/>
              </w:rPr>
              <w:t xml:space="preserve"> </w:t>
            </w:r>
            <w:r w:rsidRPr="00E85698">
              <w:rPr>
                <w:w w:val="95"/>
                <w:sz w:val="16"/>
              </w:rPr>
              <w:t>и</w:t>
            </w:r>
            <w:r w:rsidRPr="00E85698">
              <w:rPr>
                <w:spacing w:val="11"/>
                <w:w w:val="95"/>
                <w:sz w:val="16"/>
              </w:rPr>
              <w:t xml:space="preserve"> </w:t>
            </w:r>
            <w:r w:rsidRPr="00E85698">
              <w:rPr>
                <w:w w:val="95"/>
                <w:sz w:val="16"/>
              </w:rPr>
              <w:t>пунктуационный</w:t>
            </w:r>
            <w:r w:rsidRPr="00E85698">
              <w:rPr>
                <w:spacing w:val="10"/>
                <w:w w:val="95"/>
                <w:sz w:val="16"/>
              </w:rPr>
              <w:t xml:space="preserve"> </w:t>
            </w:r>
            <w:r w:rsidRPr="00E85698">
              <w:rPr>
                <w:w w:val="95"/>
                <w:sz w:val="16"/>
              </w:rPr>
              <w:t>анализ</w:t>
            </w:r>
            <w:r w:rsidRPr="00E85698">
              <w:rPr>
                <w:spacing w:val="10"/>
                <w:w w:val="95"/>
                <w:sz w:val="16"/>
              </w:rPr>
              <w:t xml:space="preserve"> </w:t>
            </w:r>
            <w:r w:rsidRPr="00E85698">
              <w:rPr>
                <w:w w:val="95"/>
                <w:sz w:val="16"/>
              </w:rPr>
              <w:t>предложений;</w:t>
            </w:r>
            <w:r w:rsidRPr="00E85698">
              <w:rPr>
                <w:spacing w:val="1"/>
                <w:w w:val="95"/>
                <w:sz w:val="16"/>
              </w:rPr>
              <w:t xml:space="preserve"> </w:t>
            </w:r>
            <w:r w:rsidRPr="00E85698">
              <w:rPr>
                <w:w w:val="95"/>
                <w:sz w:val="16"/>
              </w:rPr>
              <w:t>применять</w:t>
            </w:r>
            <w:r w:rsidRPr="00E85698">
              <w:rPr>
                <w:spacing w:val="4"/>
                <w:w w:val="95"/>
                <w:sz w:val="16"/>
              </w:rPr>
              <w:t xml:space="preserve"> </w:t>
            </w:r>
            <w:r w:rsidRPr="00E85698">
              <w:rPr>
                <w:w w:val="95"/>
                <w:sz w:val="16"/>
              </w:rPr>
              <w:t>знания</w:t>
            </w:r>
            <w:r w:rsidRPr="00E85698">
              <w:rPr>
                <w:spacing w:val="5"/>
                <w:w w:val="95"/>
                <w:sz w:val="16"/>
              </w:rPr>
              <w:t xml:space="preserve"> </w:t>
            </w:r>
            <w:r w:rsidRPr="00E85698">
              <w:rPr>
                <w:w w:val="95"/>
                <w:sz w:val="16"/>
              </w:rPr>
              <w:t>по</w:t>
            </w:r>
            <w:r w:rsidRPr="00E85698">
              <w:rPr>
                <w:spacing w:val="3"/>
                <w:w w:val="95"/>
                <w:sz w:val="16"/>
              </w:rPr>
              <w:t xml:space="preserve"> </w:t>
            </w:r>
            <w:r w:rsidRPr="00E85698">
              <w:rPr>
                <w:w w:val="95"/>
                <w:sz w:val="16"/>
              </w:rPr>
              <w:t>синтаксису</w:t>
            </w:r>
            <w:r w:rsidRPr="00E85698">
              <w:rPr>
                <w:spacing w:val="3"/>
                <w:w w:val="95"/>
                <w:sz w:val="16"/>
              </w:rPr>
              <w:t xml:space="preserve"> </w:t>
            </w:r>
            <w:r w:rsidRPr="00E85698">
              <w:rPr>
                <w:w w:val="95"/>
                <w:sz w:val="16"/>
              </w:rPr>
              <w:t>и</w:t>
            </w:r>
            <w:r w:rsidRPr="00E85698">
              <w:rPr>
                <w:spacing w:val="2"/>
                <w:w w:val="95"/>
                <w:sz w:val="16"/>
              </w:rPr>
              <w:t xml:space="preserve"> </w:t>
            </w:r>
            <w:r w:rsidRPr="00E85698">
              <w:rPr>
                <w:w w:val="95"/>
                <w:sz w:val="16"/>
              </w:rPr>
              <w:t>пунктуации</w:t>
            </w:r>
            <w:r w:rsidRPr="00E85698">
              <w:rPr>
                <w:spacing w:val="4"/>
                <w:w w:val="95"/>
                <w:sz w:val="16"/>
              </w:rPr>
              <w:t xml:space="preserve"> </w:t>
            </w:r>
            <w:r w:rsidRPr="00E85698">
              <w:rPr>
                <w:w w:val="95"/>
                <w:sz w:val="16"/>
              </w:rPr>
              <w:t>при</w:t>
            </w:r>
            <w:r w:rsidRPr="00E85698">
              <w:rPr>
                <w:spacing w:val="5"/>
                <w:w w:val="95"/>
                <w:sz w:val="16"/>
              </w:rPr>
              <w:t xml:space="preserve"> </w:t>
            </w:r>
            <w:r w:rsidRPr="00E85698">
              <w:rPr>
                <w:w w:val="95"/>
                <w:sz w:val="16"/>
              </w:rPr>
              <w:t>выполнении</w:t>
            </w:r>
            <w:r w:rsidRPr="00E85698">
              <w:rPr>
                <w:spacing w:val="1"/>
                <w:w w:val="95"/>
                <w:sz w:val="16"/>
              </w:rPr>
              <w:t xml:space="preserve"> </w:t>
            </w:r>
            <w:r w:rsidRPr="00E85698">
              <w:rPr>
                <w:sz w:val="16"/>
              </w:rPr>
              <w:t>языкового</w:t>
            </w:r>
            <w:r w:rsidRPr="00E85698">
              <w:rPr>
                <w:spacing w:val="-8"/>
                <w:sz w:val="16"/>
              </w:rPr>
              <w:t xml:space="preserve"> </w:t>
            </w:r>
            <w:r w:rsidRPr="00E85698">
              <w:rPr>
                <w:sz w:val="16"/>
              </w:rPr>
              <w:t>анализа</w:t>
            </w:r>
            <w:r w:rsidRPr="00E85698">
              <w:rPr>
                <w:spacing w:val="-6"/>
                <w:sz w:val="16"/>
              </w:rPr>
              <w:t xml:space="preserve"> </w:t>
            </w:r>
            <w:r w:rsidRPr="00E85698">
              <w:rPr>
                <w:sz w:val="16"/>
              </w:rPr>
              <w:t>различных</w:t>
            </w:r>
            <w:r w:rsidRPr="00E85698">
              <w:rPr>
                <w:spacing w:val="-7"/>
                <w:sz w:val="16"/>
              </w:rPr>
              <w:t xml:space="preserve"> </w:t>
            </w:r>
            <w:r w:rsidRPr="00E85698">
              <w:rPr>
                <w:sz w:val="16"/>
              </w:rPr>
              <w:t>видов</w:t>
            </w:r>
            <w:r w:rsidRPr="00E85698">
              <w:rPr>
                <w:spacing w:val="-10"/>
                <w:sz w:val="16"/>
              </w:rPr>
              <w:t xml:space="preserve"> </w:t>
            </w:r>
            <w:r w:rsidRPr="00E85698">
              <w:rPr>
                <w:sz w:val="16"/>
              </w:rPr>
              <w:t>и</w:t>
            </w:r>
            <w:r w:rsidRPr="00E85698">
              <w:rPr>
                <w:spacing w:val="-6"/>
                <w:sz w:val="16"/>
              </w:rPr>
              <w:t xml:space="preserve"> </w:t>
            </w:r>
            <w:r w:rsidRPr="00E85698">
              <w:rPr>
                <w:sz w:val="16"/>
              </w:rPr>
              <w:t>в</w:t>
            </w:r>
            <w:r w:rsidRPr="00E85698">
              <w:rPr>
                <w:spacing w:val="-6"/>
                <w:sz w:val="16"/>
              </w:rPr>
              <w:t xml:space="preserve"> </w:t>
            </w:r>
            <w:r w:rsidRPr="00E85698">
              <w:rPr>
                <w:sz w:val="16"/>
              </w:rPr>
              <w:t>речевой</w:t>
            </w:r>
            <w:r w:rsidRPr="00E85698">
              <w:rPr>
                <w:spacing w:val="-7"/>
                <w:sz w:val="16"/>
              </w:rPr>
              <w:t xml:space="preserve"> </w:t>
            </w:r>
            <w:r w:rsidRPr="00E85698">
              <w:rPr>
                <w:sz w:val="16"/>
              </w:rPr>
              <w:t>практике;</w:t>
            </w:r>
          </w:p>
        </w:tc>
        <w:tc>
          <w:tcPr>
            <w:tcW w:w="1081" w:type="dxa"/>
          </w:tcPr>
          <w:p w:rsidR="00A047B0" w:rsidRPr="00E85698" w:rsidRDefault="00A047B0" w:rsidP="00A047B0">
            <w:pPr>
              <w:pStyle w:val="TableParagraph"/>
              <w:spacing w:before="65" w:line="254"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p w:rsidR="00A047B0" w:rsidRPr="00E85698" w:rsidRDefault="00A047B0" w:rsidP="00A047B0">
            <w:pPr>
              <w:pStyle w:val="TableParagraph"/>
              <w:spacing w:before="1" w:line="254" w:lineRule="auto"/>
              <w:ind w:left="70" w:right="46"/>
              <w:rPr>
                <w:sz w:val="16"/>
              </w:rPr>
            </w:pPr>
            <w:r w:rsidRPr="00E85698">
              <w:rPr>
                <w:sz w:val="16"/>
              </w:rPr>
              <w:t>Контрольная</w:t>
            </w:r>
            <w:r w:rsidRPr="00E85698">
              <w:rPr>
                <w:spacing w:val="-37"/>
                <w:sz w:val="16"/>
              </w:rPr>
              <w:t xml:space="preserve"> </w:t>
            </w:r>
            <w:r w:rsidRPr="00E85698">
              <w:rPr>
                <w:sz w:val="16"/>
              </w:rPr>
              <w:t>работа;</w:t>
            </w:r>
            <w:r w:rsidRPr="00E85698">
              <w:rPr>
                <w:spacing w:val="1"/>
                <w:sz w:val="16"/>
              </w:rPr>
              <w:t xml:space="preserve"> </w:t>
            </w:r>
            <w:r w:rsidRPr="00E85698">
              <w:rPr>
                <w:w w:val="95"/>
                <w:sz w:val="16"/>
              </w:rPr>
              <w:t>Практическая</w:t>
            </w:r>
            <w:r w:rsidRPr="00E85698">
              <w:rPr>
                <w:spacing w:val="-35"/>
                <w:w w:val="95"/>
                <w:sz w:val="16"/>
              </w:rPr>
              <w:t xml:space="preserve"> </w:t>
            </w:r>
            <w:r w:rsidRPr="00E85698">
              <w:rPr>
                <w:sz w:val="16"/>
              </w:rPr>
              <w:t>работа;</w:t>
            </w:r>
          </w:p>
          <w:p w:rsidR="00A047B0" w:rsidRPr="00E85698" w:rsidRDefault="00A047B0" w:rsidP="00A047B0">
            <w:pPr>
              <w:pStyle w:val="TableParagraph"/>
              <w:spacing w:line="181" w:lineRule="exact"/>
              <w:ind w:left="70"/>
              <w:rPr>
                <w:sz w:val="16"/>
              </w:rPr>
            </w:pPr>
            <w:r w:rsidRPr="00E85698">
              <w:rPr>
                <w:sz w:val="16"/>
              </w:rPr>
              <w:t>ВПР;</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337"/>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sz w:val="16"/>
              </w:rPr>
              <w:t>63</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7"/>
        </w:trPr>
        <w:tc>
          <w:tcPr>
            <w:tcW w:w="15512" w:type="dxa"/>
            <w:gridSpan w:val="9"/>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0"/>
                <w:w w:val="95"/>
                <w:sz w:val="16"/>
              </w:rPr>
              <w:t xml:space="preserve"> </w:t>
            </w:r>
            <w:r w:rsidRPr="00E85698">
              <w:rPr>
                <w:b/>
                <w:w w:val="95"/>
                <w:sz w:val="16"/>
              </w:rPr>
              <w:t>9.</w:t>
            </w:r>
            <w:r w:rsidRPr="00E85698">
              <w:rPr>
                <w:b/>
                <w:spacing w:val="4"/>
                <w:w w:val="95"/>
                <w:sz w:val="16"/>
              </w:rPr>
              <w:t xml:space="preserve"> </w:t>
            </w:r>
            <w:r w:rsidRPr="00E85698">
              <w:rPr>
                <w:b/>
                <w:w w:val="95"/>
                <w:sz w:val="16"/>
              </w:rPr>
              <w:t>ПОВТОРЕНИЕ</w:t>
            </w:r>
          </w:p>
        </w:tc>
      </w:tr>
      <w:tr w:rsidR="00A047B0" w:rsidRPr="00E85698" w:rsidTr="00A047B0">
        <w:trPr>
          <w:trHeight w:val="1022"/>
        </w:trPr>
        <w:tc>
          <w:tcPr>
            <w:tcW w:w="468" w:type="dxa"/>
          </w:tcPr>
          <w:p w:rsidR="00A047B0" w:rsidRPr="00E85698" w:rsidRDefault="00A047B0" w:rsidP="00A047B0">
            <w:pPr>
              <w:pStyle w:val="TableParagraph"/>
              <w:spacing w:before="58"/>
              <w:ind w:left="52" w:right="45"/>
              <w:jc w:val="center"/>
              <w:rPr>
                <w:sz w:val="16"/>
              </w:rPr>
            </w:pPr>
            <w:r w:rsidRPr="00E85698">
              <w:rPr>
                <w:sz w:val="16"/>
              </w:rPr>
              <w:t>9.1.</w:t>
            </w:r>
          </w:p>
        </w:tc>
        <w:tc>
          <w:tcPr>
            <w:tcW w:w="3831" w:type="dxa"/>
          </w:tcPr>
          <w:p w:rsidR="00A047B0" w:rsidRPr="00E85698" w:rsidRDefault="00A047B0" w:rsidP="00A047B0">
            <w:pPr>
              <w:pStyle w:val="TableParagraph"/>
              <w:spacing w:before="58"/>
              <w:ind w:left="76"/>
              <w:rPr>
                <w:sz w:val="16"/>
              </w:rPr>
            </w:pPr>
            <w:r w:rsidRPr="00E85698">
              <w:rPr>
                <w:w w:val="95"/>
                <w:sz w:val="16"/>
              </w:rPr>
              <w:t>Повторение</w:t>
            </w:r>
            <w:r w:rsidRPr="00E85698">
              <w:rPr>
                <w:spacing w:val="11"/>
                <w:w w:val="95"/>
                <w:sz w:val="16"/>
              </w:rPr>
              <w:t xml:space="preserve"> </w:t>
            </w:r>
            <w:r w:rsidRPr="00E85698">
              <w:rPr>
                <w:w w:val="95"/>
                <w:sz w:val="16"/>
              </w:rPr>
              <w:t>пройденного</w:t>
            </w:r>
            <w:r w:rsidRPr="00E85698">
              <w:rPr>
                <w:spacing w:val="10"/>
                <w:w w:val="95"/>
                <w:sz w:val="16"/>
              </w:rPr>
              <w:t xml:space="preserve"> </w:t>
            </w:r>
            <w:r w:rsidRPr="00E85698">
              <w:rPr>
                <w:w w:val="95"/>
                <w:sz w:val="16"/>
              </w:rPr>
              <w:t>материала.</w:t>
            </w:r>
          </w:p>
        </w:tc>
        <w:tc>
          <w:tcPr>
            <w:tcW w:w="529" w:type="dxa"/>
          </w:tcPr>
          <w:p w:rsidR="00A047B0" w:rsidRPr="00E85698" w:rsidRDefault="00A047B0" w:rsidP="00A047B0">
            <w:pPr>
              <w:pStyle w:val="TableParagraph"/>
              <w:spacing w:before="58"/>
              <w:ind w:left="76"/>
              <w:rPr>
                <w:sz w:val="16"/>
              </w:rPr>
            </w:pPr>
            <w:r w:rsidRPr="00E85698">
              <w:rPr>
                <w:w w:val="96"/>
                <w:sz w:val="16"/>
              </w:rPr>
              <w:t>4</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0719F8" w:rsidP="00A047B0">
            <w:pPr>
              <w:pStyle w:val="TableParagraph"/>
              <w:rPr>
                <w:sz w:val="14"/>
              </w:rPr>
            </w:pPr>
            <w:r>
              <w:rPr>
                <w:sz w:val="14"/>
              </w:rPr>
              <w:t>24.04-2.05</w:t>
            </w:r>
          </w:p>
        </w:tc>
        <w:tc>
          <w:tcPr>
            <w:tcW w:w="5166" w:type="dxa"/>
          </w:tcPr>
          <w:p w:rsidR="00A047B0" w:rsidRPr="00E85698" w:rsidRDefault="00A047B0" w:rsidP="00A047B0">
            <w:pPr>
              <w:pStyle w:val="TableParagraph"/>
              <w:spacing w:before="63" w:line="247" w:lineRule="auto"/>
              <w:ind w:left="73"/>
              <w:rPr>
                <w:sz w:val="16"/>
              </w:rPr>
            </w:pPr>
            <w:r w:rsidRPr="00E85698">
              <w:rPr>
                <w:w w:val="95"/>
                <w:sz w:val="16"/>
              </w:rPr>
              <w:t>Обобщить</w:t>
            </w:r>
            <w:r w:rsidRPr="00E85698">
              <w:rPr>
                <w:spacing w:val="10"/>
                <w:w w:val="95"/>
                <w:sz w:val="16"/>
              </w:rPr>
              <w:t xml:space="preserve"> </w:t>
            </w:r>
            <w:r w:rsidRPr="00E85698">
              <w:rPr>
                <w:w w:val="95"/>
                <w:sz w:val="16"/>
              </w:rPr>
              <w:t>правила</w:t>
            </w:r>
            <w:r w:rsidRPr="00E85698">
              <w:rPr>
                <w:spacing w:val="11"/>
                <w:w w:val="95"/>
                <w:sz w:val="16"/>
              </w:rPr>
              <w:t xml:space="preserve"> </w:t>
            </w:r>
            <w:r w:rsidRPr="00E85698">
              <w:rPr>
                <w:w w:val="95"/>
                <w:sz w:val="16"/>
              </w:rPr>
              <w:t>синтаксического</w:t>
            </w:r>
            <w:r w:rsidRPr="00E85698">
              <w:rPr>
                <w:spacing w:val="6"/>
                <w:w w:val="95"/>
                <w:sz w:val="16"/>
              </w:rPr>
              <w:t xml:space="preserve"> </w:t>
            </w:r>
            <w:r w:rsidRPr="00E85698">
              <w:rPr>
                <w:w w:val="95"/>
                <w:sz w:val="16"/>
              </w:rPr>
              <w:t>и</w:t>
            </w:r>
            <w:r w:rsidRPr="00E85698">
              <w:rPr>
                <w:spacing w:val="11"/>
                <w:w w:val="95"/>
                <w:sz w:val="16"/>
              </w:rPr>
              <w:t xml:space="preserve"> </w:t>
            </w:r>
            <w:r w:rsidRPr="00E85698">
              <w:rPr>
                <w:w w:val="95"/>
                <w:sz w:val="16"/>
              </w:rPr>
              <w:t>пунктуационного</w:t>
            </w:r>
            <w:r w:rsidRPr="00E85698">
              <w:rPr>
                <w:spacing w:val="10"/>
                <w:w w:val="95"/>
                <w:sz w:val="16"/>
              </w:rPr>
              <w:t xml:space="preserve"> </w:t>
            </w:r>
            <w:r w:rsidRPr="00E85698">
              <w:rPr>
                <w:w w:val="95"/>
                <w:sz w:val="16"/>
              </w:rPr>
              <w:t>анализа</w:t>
            </w:r>
            <w:r w:rsidRPr="00E85698">
              <w:rPr>
                <w:spacing w:val="-35"/>
                <w:w w:val="95"/>
                <w:sz w:val="16"/>
              </w:rPr>
              <w:t xml:space="preserve"> </w:t>
            </w:r>
            <w:r w:rsidRPr="00E85698">
              <w:rPr>
                <w:sz w:val="16"/>
              </w:rPr>
              <w:t>предложений.</w:t>
            </w:r>
          </w:p>
        </w:tc>
        <w:tc>
          <w:tcPr>
            <w:tcW w:w="1081" w:type="dxa"/>
          </w:tcPr>
          <w:p w:rsidR="00A047B0" w:rsidRPr="00E85698" w:rsidRDefault="00A047B0" w:rsidP="00A047B0">
            <w:pPr>
              <w:pStyle w:val="TableParagraph"/>
              <w:spacing w:before="65" w:line="249" w:lineRule="auto"/>
              <w:ind w:left="70" w:right="46"/>
              <w:rPr>
                <w:sz w:val="16"/>
              </w:rPr>
            </w:pPr>
            <w:r w:rsidRPr="00E85698">
              <w:rPr>
                <w:w w:val="95"/>
                <w:sz w:val="16"/>
              </w:rPr>
              <w:t>Письменный</w:t>
            </w:r>
            <w:r w:rsidRPr="00E85698">
              <w:rPr>
                <w:spacing w:val="-35"/>
                <w:w w:val="95"/>
                <w:sz w:val="16"/>
              </w:rPr>
              <w:t xml:space="preserve"> </w:t>
            </w:r>
            <w:r w:rsidRPr="00E85698">
              <w:rPr>
                <w:sz w:val="16"/>
              </w:rPr>
              <w:t>контроль;</w:t>
            </w:r>
            <w:r w:rsidRPr="00E85698">
              <w:rPr>
                <w:spacing w:val="1"/>
                <w:sz w:val="16"/>
              </w:rPr>
              <w:t xml:space="preserve"> </w:t>
            </w:r>
            <w:r w:rsidRPr="00E85698">
              <w:rPr>
                <w:sz w:val="16"/>
              </w:rPr>
              <w:t>Устный</w:t>
            </w:r>
            <w:r w:rsidRPr="00E85698">
              <w:rPr>
                <w:spacing w:val="1"/>
                <w:sz w:val="16"/>
              </w:rPr>
              <w:t xml:space="preserve"> </w:t>
            </w:r>
            <w:r w:rsidRPr="00E85698">
              <w:rPr>
                <w:sz w:val="16"/>
              </w:rPr>
              <w:t>опрос;</w:t>
            </w:r>
          </w:p>
        </w:tc>
        <w:tc>
          <w:tcPr>
            <w:tcW w:w="1384" w:type="dxa"/>
          </w:tcPr>
          <w:p w:rsidR="00A047B0" w:rsidRPr="00E85698" w:rsidRDefault="00A047B0" w:rsidP="00A047B0">
            <w:pPr>
              <w:pStyle w:val="TableParagraph"/>
              <w:spacing w:before="58"/>
              <w:ind w:left="69"/>
              <w:rPr>
                <w:sz w:val="16"/>
              </w:rPr>
            </w:pPr>
            <w:r w:rsidRPr="00E85698">
              <w:rPr>
                <w:sz w:val="16"/>
              </w:rPr>
              <w:t>https://resh.edu.ru</w:t>
            </w:r>
          </w:p>
        </w:tc>
      </w:tr>
      <w:tr w:rsidR="00A047B0" w:rsidRPr="00E85698" w:rsidTr="00A047B0">
        <w:trPr>
          <w:trHeight w:val="340"/>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w w:val="96"/>
                <w:sz w:val="16"/>
              </w:rPr>
              <w:t>4</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38"/>
        </w:trPr>
        <w:tc>
          <w:tcPr>
            <w:tcW w:w="15512" w:type="dxa"/>
            <w:gridSpan w:val="9"/>
          </w:tcPr>
          <w:p w:rsidR="00A047B0" w:rsidRPr="00E85698" w:rsidRDefault="00A047B0" w:rsidP="00A047B0">
            <w:pPr>
              <w:pStyle w:val="TableParagraph"/>
              <w:spacing w:before="61"/>
              <w:ind w:left="76"/>
              <w:rPr>
                <w:b/>
                <w:sz w:val="16"/>
              </w:rPr>
            </w:pPr>
            <w:r w:rsidRPr="00E85698">
              <w:rPr>
                <w:b/>
                <w:w w:val="95"/>
                <w:sz w:val="16"/>
              </w:rPr>
              <w:t>Раздел</w:t>
            </w:r>
            <w:r w:rsidRPr="00E85698">
              <w:rPr>
                <w:b/>
                <w:spacing w:val="14"/>
                <w:w w:val="95"/>
                <w:sz w:val="16"/>
              </w:rPr>
              <w:t xml:space="preserve"> </w:t>
            </w:r>
            <w:r w:rsidRPr="00E85698">
              <w:rPr>
                <w:b/>
                <w:w w:val="95"/>
                <w:sz w:val="16"/>
              </w:rPr>
              <w:t>10.</w:t>
            </w:r>
            <w:r w:rsidRPr="00E85698">
              <w:rPr>
                <w:b/>
                <w:spacing w:val="12"/>
                <w:w w:val="95"/>
                <w:sz w:val="16"/>
              </w:rPr>
              <w:t xml:space="preserve"> </w:t>
            </w:r>
            <w:r w:rsidRPr="00E85698">
              <w:rPr>
                <w:b/>
                <w:w w:val="95"/>
                <w:sz w:val="16"/>
              </w:rPr>
              <w:t>СОЧИНЕНИЯ,</w:t>
            </w:r>
            <w:r w:rsidRPr="00E85698">
              <w:rPr>
                <w:b/>
                <w:spacing w:val="8"/>
                <w:w w:val="95"/>
                <w:sz w:val="16"/>
              </w:rPr>
              <w:t xml:space="preserve"> </w:t>
            </w:r>
            <w:r w:rsidRPr="00E85698">
              <w:rPr>
                <w:b/>
                <w:w w:val="95"/>
                <w:sz w:val="16"/>
              </w:rPr>
              <w:t>ИЗЛОЖЕНИЯ,</w:t>
            </w:r>
            <w:r w:rsidRPr="00E85698">
              <w:rPr>
                <w:b/>
                <w:spacing w:val="8"/>
                <w:w w:val="95"/>
                <w:sz w:val="16"/>
              </w:rPr>
              <w:t xml:space="preserve"> </w:t>
            </w:r>
            <w:r w:rsidRPr="00E85698">
              <w:rPr>
                <w:b/>
                <w:w w:val="95"/>
                <w:sz w:val="16"/>
              </w:rPr>
              <w:t>КОНТРОЛЬНЫЕ</w:t>
            </w:r>
            <w:r w:rsidRPr="00E85698">
              <w:rPr>
                <w:b/>
                <w:spacing w:val="15"/>
                <w:w w:val="95"/>
                <w:sz w:val="16"/>
              </w:rPr>
              <w:t xml:space="preserve"> </w:t>
            </w:r>
            <w:r w:rsidRPr="00E85698">
              <w:rPr>
                <w:b/>
                <w:w w:val="95"/>
                <w:sz w:val="16"/>
              </w:rPr>
              <w:t>И</w:t>
            </w:r>
            <w:r w:rsidRPr="00E85698">
              <w:rPr>
                <w:b/>
                <w:spacing w:val="10"/>
                <w:w w:val="95"/>
                <w:sz w:val="16"/>
              </w:rPr>
              <w:t xml:space="preserve"> </w:t>
            </w:r>
            <w:r w:rsidRPr="00E85698">
              <w:rPr>
                <w:b/>
                <w:w w:val="95"/>
                <w:sz w:val="16"/>
              </w:rPr>
              <w:t>ПРОВЕРОЧНЫЕ</w:t>
            </w:r>
            <w:r w:rsidRPr="00E85698">
              <w:rPr>
                <w:b/>
                <w:spacing w:val="15"/>
                <w:w w:val="95"/>
                <w:sz w:val="16"/>
              </w:rPr>
              <w:t xml:space="preserve"> </w:t>
            </w:r>
            <w:r w:rsidRPr="00E85698">
              <w:rPr>
                <w:b/>
                <w:w w:val="95"/>
                <w:sz w:val="16"/>
              </w:rPr>
              <w:t>РАБОТЫ</w:t>
            </w:r>
          </w:p>
        </w:tc>
      </w:tr>
      <w:tr w:rsidR="00A047B0" w:rsidRPr="00E85698" w:rsidTr="00A047B0">
        <w:trPr>
          <w:trHeight w:val="338"/>
        </w:trPr>
        <w:tc>
          <w:tcPr>
            <w:tcW w:w="468" w:type="dxa"/>
          </w:tcPr>
          <w:p w:rsidR="00A047B0" w:rsidRPr="00E85698" w:rsidRDefault="00A047B0" w:rsidP="00A047B0">
            <w:pPr>
              <w:pStyle w:val="TableParagraph"/>
              <w:spacing w:before="59"/>
              <w:ind w:left="52" w:right="45"/>
              <w:jc w:val="center"/>
              <w:rPr>
                <w:sz w:val="16"/>
              </w:rPr>
            </w:pPr>
            <w:r w:rsidRPr="00E85698">
              <w:rPr>
                <w:sz w:val="16"/>
              </w:rPr>
              <w:t>10.1.</w:t>
            </w:r>
          </w:p>
        </w:tc>
        <w:tc>
          <w:tcPr>
            <w:tcW w:w="3831" w:type="dxa"/>
          </w:tcPr>
          <w:p w:rsidR="00A047B0" w:rsidRPr="00E85698" w:rsidRDefault="00A047B0" w:rsidP="00A047B0">
            <w:pPr>
              <w:pStyle w:val="TableParagraph"/>
              <w:spacing w:before="59"/>
              <w:ind w:left="76"/>
              <w:rPr>
                <w:sz w:val="16"/>
              </w:rPr>
            </w:pPr>
            <w:r w:rsidRPr="00E85698">
              <w:rPr>
                <w:w w:val="95"/>
                <w:sz w:val="16"/>
              </w:rPr>
              <w:t>Сочинения</w:t>
            </w:r>
            <w:r w:rsidRPr="00E85698">
              <w:rPr>
                <w:spacing w:val="3"/>
                <w:w w:val="95"/>
                <w:sz w:val="16"/>
              </w:rPr>
              <w:t xml:space="preserve"> </w:t>
            </w:r>
            <w:r w:rsidRPr="00E85698">
              <w:rPr>
                <w:w w:val="95"/>
                <w:sz w:val="16"/>
              </w:rPr>
              <w:t>(в</w:t>
            </w:r>
            <w:r w:rsidRPr="00E85698">
              <w:rPr>
                <w:spacing w:val="6"/>
                <w:w w:val="95"/>
                <w:sz w:val="16"/>
              </w:rPr>
              <w:t xml:space="preserve"> </w:t>
            </w:r>
            <w:r w:rsidRPr="00E85698">
              <w:rPr>
                <w:w w:val="95"/>
                <w:sz w:val="16"/>
              </w:rPr>
              <w:t>течение</w:t>
            </w:r>
            <w:r w:rsidRPr="00E85698">
              <w:rPr>
                <w:spacing w:val="7"/>
                <w:w w:val="95"/>
                <w:sz w:val="16"/>
              </w:rPr>
              <w:t xml:space="preserve"> </w:t>
            </w:r>
            <w:r w:rsidRPr="00E85698">
              <w:rPr>
                <w:w w:val="95"/>
                <w:sz w:val="16"/>
              </w:rPr>
              <w:t>года)</w:t>
            </w:r>
          </w:p>
        </w:tc>
        <w:tc>
          <w:tcPr>
            <w:tcW w:w="529" w:type="dxa"/>
          </w:tcPr>
          <w:p w:rsidR="00A047B0" w:rsidRPr="00E85698" w:rsidRDefault="00A047B0" w:rsidP="00A047B0">
            <w:pPr>
              <w:pStyle w:val="TableParagraph"/>
              <w:spacing w:before="59"/>
              <w:ind w:left="76"/>
              <w:rPr>
                <w:sz w:val="16"/>
              </w:rPr>
            </w:pPr>
            <w:r w:rsidRPr="00E85698">
              <w:rPr>
                <w:w w:val="96"/>
                <w:sz w:val="16"/>
              </w:rPr>
              <w:t>3</w:t>
            </w:r>
          </w:p>
        </w:tc>
        <w:tc>
          <w:tcPr>
            <w:tcW w:w="1107" w:type="dxa"/>
          </w:tcPr>
          <w:p w:rsidR="00A047B0" w:rsidRPr="00E85698" w:rsidRDefault="00A047B0" w:rsidP="00A047B0">
            <w:pPr>
              <w:pStyle w:val="TableParagraph"/>
              <w:spacing w:before="59"/>
              <w:ind w:left="75"/>
              <w:rPr>
                <w:sz w:val="16"/>
              </w:rPr>
            </w:pPr>
            <w:r w:rsidRPr="00E85698">
              <w:rPr>
                <w:w w:val="96"/>
                <w:sz w:val="16"/>
              </w:rPr>
              <w:t>0</w:t>
            </w:r>
          </w:p>
        </w:tc>
        <w:tc>
          <w:tcPr>
            <w:tcW w:w="1141" w:type="dxa"/>
          </w:tcPr>
          <w:p w:rsidR="00A047B0" w:rsidRPr="00E85698" w:rsidRDefault="00A047B0" w:rsidP="00A047B0">
            <w:pPr>
              <w:pStyle w:val="TableParagraph"/>
              <w:spacing w:before="59"/>
              <w:ind w:left="75"/>
              <w:rPr>
                <w:sz w:val="16"/>
              </w:rPr>
            </w:pPr>
            <w:r w:rsidRPr="00E85698">
              <w:rPr>
                <w:w w:val="96"/>
                <w:sz w:val="16"/>
              </w:rPr>
              <w:t>0</w:t>
            </w:r>
          </w:p>
        </w:tc>
        <w:tc>
          <w:tcPr>
            <w:tcW w:w="805" w:type="dxa"/>
          </w:tcPr>
          <w:p w:rsidR="00A047B0" w:rsidRPr="00E85698" w:rsidRDefault="00A047B0" w:rsidP="00A047B0">
            <w:pPr>
              <w:pStyle w:val="TableParagraph"/>
              <w:rPr>
                <w:sz w:val="14"/>
              </w:rPr>
            </w:pPr>
          </w:p>
        </w:tc>
        <w:tc>
          <w:tcPr>
            <w:tcW w:w="5166" w:type="dxa"/>
          </w:tcPr>
          <w:p w:rsidR="00A047B0" w:rsidRPr="00E85698" w:rsidRDefault="00A047B0" w:rsidP="00A047B0">
            <w:pPr>
              <w:pStyle w:val="TableParagraph"/>
              <w:rPr>
                <w:sz w:val="14"/>
              </w:rPr>
            </w:pPr>
          </w:p>
        </w:tc>
        <w:tc>
          <w:tcPr>
            <w:tcW w:w="1081" w:type="dxa"/>
          </w:tcPr>
          <w:p w:rsidR="00A047B0" w:rsidRPr="00E85698" w:rsidRDefault="00A047B0" w:rsidP="00A047B0">
            <w:pPr>
              <w:pStyle w:val="TableParagraph"/>
              <w:rPr>
                <w:sz w:val="14"/>
              </w:rPr>
            </w:pPr>
          </w:p>
        </w:tc>
        <w:tc>
          <w:tcPr>
            <w:tcW w:w="1384" w:type="dxa"/>
          </w:tcPr>
          <w:p w:rsidR="00A047B0" w:rsidRPr="00E85698" w:rsidRDefault="00A047B0" w:rsidP="00A047B0">
            <w:pPr>
              <w:pStyle w:val="TableParagraph"/>
              <w:rPr>
                <w:sz w:val="14"/>
              </w:rPr>
            </w:pPr>
          </w:p>
        </w:tc>
      </w:tr>
      <w:tr w:rsidR="00A047B0" w:rsidRPr="00E85698" w:rsidTr="00A047B0">
        <w:trPr>
          <w:trHeight w:val="338"/>
        </w:trPr>
        <w:tc>
          <w:tcPr>
            <w:tcW w:w="468" w:type="dxa"/>
          </w:tcPr>
          <w:p w:rsidR="00A047B0" w:rsidRPr="00E85698" w:rsidRDefault="00A047B0" w:rsidP="00A047B0">
            <w:pPr>
              <w:pStyle w:val="TableParagraph"/>
              <w:spacing w:before="58"/>
              <w:ind w:left="52" w:right="45"/>
              <w:jc w:val="center"/>
              <w:rPr>
                <w:sz w:val="16"/>
              </w:rPr>
            </w:pPr>
            <w:r w:rsidRPr="00E85698">
              <w:rPr>
                <w:sz w:val="16"/>
              </w:rPr>
              <w:t>10.2.</w:t>
            </w:r>
          </w:p>
        </w:tc>
        <w:tc>
          <w:tcPr>
            <w:tcW w:w="3831" w:type="dxa"/>
          </w:tcPr>
          <w:p w:rsidR="00A047B0" w:rsidRPr="00E85698" w:rsidRDefault="00A047B0" w:rsidP="00A047B0">
            <w:pPr>
              <w:pStyle w:val="TableParagraph"/>
              <w:spacing w:before="58"/>
              <w:ind w:left="76"/>
              <w:rPr>
                <w:sz w:val="16"/>
              </w:rPr>
            </w:pPr>
            <w:r w:rsidRPr="00E85698">
              <w:rPr>
                <w:w w:val="95"/>
                <w:sz w:val="16"/>
              </w:rPr>
              <w:t>Изложения</w:t>
            </w:r>
            <w:r w:rsidRPr="00E85698">
              <w:rPr>
                <w:spacing w:val="6"/>
                <w:w w:val="95"/>
                <w:sz w:val="16"/>
              </w:rPr>
              <w:t xml:space="preserve"> </w:t>
            </w:r>
            <w:r w:rsidRPr="00E85698">
              <w:rPr>
                <w:w w:val="95"/>
                <w:sz w:val="16"/>
              </w:rPr>
              <w:t>(в</w:t>
            </w:r>
            <w:r w:rsidRPr="00E85698">
              <w:rPr>
                <w:spacing w:val="6"/>
                <w:w w:val="95"/>
                <w:sz w:val="16"/>
              </w:rPr>
              <w:t xml:space="preserve"> </w:t>
            </w:r>
            <w:r w:rsidRPr="00E85698">
              <w:rPr>
                <w:w w:val="95"/>
                <w:sz w:val="16"/>
              </w:rPr>
              <w:t>течение</w:t>
            </w:r>
            <w:r w:rsidRPr="00E85698">
              <w:rPr>
                <w:spacing w:val="6"/>
                <w:w w:val="95"/>
                <w:sz w:val="16"/>
              </w:rPr>
              <w:t xml:space="preserve"> </w:t>
            </w:r>
            <w:r w:rsidRPr="00E85698">
              <w:rPr>
                <w:w w:val="95"/>
                <w:sz w:val="16"/>
              </w:rPr>
              <w:t>года)</w:t>
            </w:r>
          </w:p>
        </w:tc>
        <w:tc>
          <w:tcPr>
            <w:tcW w:w="529" w:type="dxa"/>
          </w:tcPr>
          <w:p w:rsidR="00A047B0" w:rsidRPr="00E85698" w:rsidRDefault="00A047B0" w:rsidP="00A047B0">
            <w:pPr>
              <w:pStyle w:val="TableParagraph"/>
              <w:spacing w:before="58"/>
              <w:ind w:left="76"/>
              <w:rPr>
                <w:sz w:val="16"/>
              </w:rPr>
            </w:pPr>
            <w:r w:rsidRPr="00E85698">
              <w:rPr>
                <w:w w:val="96"/>
                <w:sz w:val="16"/>
              </w:rPr>
              <w:t>2</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A047B0" w:rsidP="00A047B0">
            <w:pPr>
              <w:pStyle w:val="TableParagraph"/>
              <w:rPr>
                <w:sz w:val="14"/>
              </w:rPr>
            </w:pPr>
          </w:p>
        </w:tc>
        <w:tc>
          <w:tcPr>
            <w:tcW w:w="5166" w:type="dxa"/>
          </w:tcPr>
          <w:p w:rsidR="00A047B0" w:rsidRPr="00E85698" w:rsidRDefault="00A047B0" w:rsidP="00A047B0">
            <w:pPr>
              <w:pStyle w:val="TableParagraph"/>
              <w:rPr>
                <w:sz w:val="14"/>
              </w:rPr>
            </w:pPr>
          </w:p>
        </w:tc>
        <w:tc>
          <w:tcPr>
            <w:tcW w:w="1081" w:type="dxa"/>
          </w:tcPr>
          <w:p w:rsidR="00A047B0" w:rsidRPr="00E85698" w:rsidRDefault="00A047B0" w:rsidP="00A047B0">
            <w:pPr>
              <w:pStyle w:val="TableParagraph"/>
              <w:rPr>
                <w:sz w:val="14"/>
              </w:rPr>
            </w:pPr>
          </w:p>
        </w:tc>
        <w:tc>
          <w:tcPr>
            <w:tcW w:w="1384" w:type="dxa"/>
          </w:tcPr>
          <w:p w:rsidR="00A047B0" w:rsidRPr="00E85698" w:rsidRDefault="00A047B0" w:rsidP="00A047B0">
            <w:pPr>
              <w:pStyle w:val="TableParagraph"/>
              <w:rPr>
                <w:sz w:val="14"/>
              </w:rPr>
            </w:pPr>
          </w:p>
        </w:tc>
      </w:tr>
      <w:tr w:rsidR="00A047B0" w:rsidRPr="00E85698" w:rsidTr="00A047B0">
        <w:trPr>
          <w:trHeight w:val="338"/>
        </w:trPr>
        <w:tc>
          <w:tcPr>
            <w:tcW w:w="468" w:type="dxa"/>
          </w:tcPr>
          <w:p w:rsidR="00A047B0" w:rsidRPr="00E85698" w:rsidRDefault="00A047B0" w:rsidP="00A047B0">
            <w:pPr>
              <w:pStyle w:val="TableParagraph"/>
              <w:spacing w:before="58"/>
              <w:ind w:left="52" w:right="45"/>
              <w:jc w:val="center"/>
              <w:rPr>
                <w:sz w:val="16"/>
              </w:rPr>
            </w:pPr>
            <w:r w:rsidRPr="00E85698">
              <w:rPr>
                <w:sz w:val="16"/>
              </w:rPr>
              <w:t>10.3.</w:t>
            </w:r>
          </w:p>
        </w:tc>
        <w:tc>
          <w:tcPr>
            <w:tcW w:w="3831" w:type="dxa"/>
          </w:tcPr>
          <w:p w:rsidR="00A047B0" w:rsidRPr="00E85698" w:rsidRDefault="00A047B0" w:rsidP="00A047B0">
            <w:pPr>
              <w:pStyle w:val="TableParagraph"/>
              <w:spacing w:before="58"/>
              <w:ind w:left="76"/>
              <w:rPr>
                <w:sz w:val="16"/>
              </w:rPr>
            </w:pPr>
            <w:r w:rsidRPr="00E85698">
              <w:rPr>
                <w:w w:val="95"/>
                <w:sz w:val="16"/>
              </w:rPr>
              <w:t>Контрольные</w:t>
            </w:r>
            <w:r w:rsidRPr="00E85698">
              <w:rPr>
                <w:spacing w:val="7"/>
                <w:w w:val="95"/>
                <w:sz w:val="16"/>
              </w:rPr>
              <w:t xml:space="preserve"> </w:t>
            </w:r>
            <w:r w:rsidRPr="00E85698">
              <w:rPr>
                <w:w w:val="95"/>
                <w:sz w:val="16"/>
              </w:rPr>
              <w:t>и</w:t>
            </w:r>
            <w:r w:rsidRPr="00E85698">
              <w:rPr>
                <w:spacing w:val="7"/>
                <w:w w:val="95"/>
                <w:sz w:val="16"/>
              </w:rPr>
              <w:t xml:space="preserve"> </w:t>
            </w:r>
            <w:r w:rsidRPr="00E85698">
              <w:rPr>
                <w:w w:val="95"/>
                <w:sz w:val="16"/>
              </w:rPr>
              <w:t>проверочные</w:t>
            </w:r>
            <w:r w:rsidRPr="00E85698">
              <w:rPr>
                <w:spacing w:val="7"/>
                <w:w w:val="95"/>
                <w:sz w:val="16"/>
              </w:rPr>
              <w:t xml:space="preserve"> </w:t>
            </w:r>
            <w:r w:rsidRPr="00E85698">
              <w:rPr>
                <w:w w:val="95"/>
                <w:sz w:val="16"/>
              </w:rPr>
              <w:t>работы</w:t>
            </w:r>
            <w:r w:rsidRPr="00E85698">
              <w:rPr>
                <w:spacing w:val="5"/>
                <w:w w:val="95"/>
                <w:sz w:val="16"/>
              </w:rPr>
              <w:t xml:space="preserve"> </w:t>
            </w:r>
            <w:r w:rsidRPr="00E85698">
              <w:rPr>
                <w:w w:val="95"/>
                <w:sz w:val="16"/>
              </w:rPr>
              <w:t>(в</w:t>
            </w:r>
            <w:r w:rsidRPr="00E85698">
              <w:rPr>
                <w:spacing w:val="7"/>
                <w:w w:val="95"/>
                <w:sz w:val="16"/>
              </w:rPr>
              <w:t xml:space="preserve"> </w:t>
            </w:r>
            <w:r w:rsidRPr="00E85698">
              <w:rPr>
                <w:w w:val="95"/>
                <w:sz w:val="16"/>
              </w:rPr>
              <w:t>течение</w:t>
            </w:r>
            <w:r w:rsidRPr="00E85698">
              <w:rPr>
                <w:spacing w:val="7"/>
                <w:w w:val="95"/>
                <w:sz w:val="16"/>
              </w:rPr>
              <w:t xml:space="preserve"> </w:t>
            </w:r>
            <w:r w:rsidRPr="00E85698">
              <w:rPr>
                <w:w w:val="95"/>
                <w:sz w:val="16"/>
              </w:rPr>
              <w:t>года)</w:t>
            </w:r>
          </w:p>
        </w:tc>
        <w:tc>
          <w:tcPr>
            <w:tcW w:w="529" w:type="dxa"/>
          </w:tcPr>
          <w:p w:rsidR="00A047B0" w:rsidRPr="00E85698" w:rsidRDefault="00A047B0" w:rsidP="00A047B0">
            <w:pPr>
              <w:pStyle w:val="TableParagraph"/>
              <w:spacing w:before="58"/>
              <w:ind w:left="76"/>
              <w:rPr>
                <w:sz w:val="16"/>
              </w:rPr>
            </w:pPr>
            <w:r w:rsidRPr="00E85698">
              <w:rPr>
                <w:w w:val="96"/>
                <w:sz w:val="16"/>
              </w:rPr>
              <w:t>4</w:t>
            </w:r>
          </w:p>
        </w:tc>
        <w:tc>
          <w:tcPr>
            <w:tcW w:w="1107" w:type="dxa"/>
          </w:tcPr>
          <w:p w:rsidR="00A047B0" w:rsidRPr="00E85698" w:rsidRDefault="00A047B0" w:rsidP="00A047B0">
            <w:pPr>
              <w:pStyle w:val="TableParagraph"/>
              <w:spacing w:before="58"/>
              <w:ind w:left="75"/>
              <w:rPr>
                <w:sz w:val="16"/>
              </w:rPr>
            </w:pPr>
            <w:r w:rsidRPr="00E85698">
              <w:rPr>
                <w:w w:val="96"/>
                <w:sz w:val="16"/>
              </w:rPr>
              <w:t>0</w:t>
            </w:r>
          </w:p>
        </w:tc>
        <w:tc>
          <w:tcPr>
            <w:tcW w:w="1141" w:type="dxa"/>
          </w:tcPr>
          <w:p w:rsidR="00A047B0" w:rsidRPr="00E85698" w:rsidRDefault="00A047B0" w:rsidP="00A047B0">
            <w:pPr>
              <w:pStyle w:val="TableParagraph"/>
              <w:spacing w:before="58"/>
              <w:ind w:left="75"/>
              <w:rPr>
                <w:sz w:val="16"/>
              </w:rPr>
            </w:pPr>
            <w:r w:rsidRPr="00E85698">
              <w:rPr>
                <w:w w:val="96"/>
                <w:sz w:val="16"/>
              </w:rPr>
              <w:t>0</w:t>
            </w:r>
          </w:p>
        </w:tc>
        <w:tc>
          <w:tcPr>
            <w:tcW w:w="805" w:type="dxa"/>
          </w:tcPr>
          <w:p w:rsidR="00A047B0" w:rsidRPr="00E85698" w:rsidRDefault="00A047B0" w:rsidP="00A047B0">
            <w:pPr>
              <w:pStyle w:val="TableParagraph"/>
              <w:rPr>
                <w:sz w:val="14"/>
              </w:rPr>
            </w:pPr>
          </w:p>
        </w:tc>
        <w:tc>
          <w:tcPr>
            <w:tcW w:w="5166" w:type="dxa"/>
          </w:tcPr>
          <w:p w:rsidR="00A047B0" w:rsidRPr="00E85698" w:rsidRDefault="00A047B0" w:rsidP="00A047B0">
            <w:pPr>
              <w:pStyle w:val="TableParagraph"/>
              <w:rPr>
                <w:sz w:val="14"/>
              </w:rPr>
            </w:pPr>
          </w:p>
        </w:tc>
        <w:tc>
          <w:tcPr>
            <w:tcW w:w="1081" w:type="dxa"/>
          </w:tcPr>
          <w:p w:rsidR="00A047B0" w:rsidRPr="00E85698" w:rsidRDefault="00A047B0" w:rsidP="00A047B0">
            <w:pPr>
              <w:pStyle w:val="TableParagraph"/>
              <w:rPr>
                <w:sz w:val="14"/>
              </w:rPr>
            </w:pPr>
          </w:p>
        </w:tc>
        <w:tc>
          <w:tcPr>
            <w:tcW w:w="1384" w:type="dxa"/>
          </w:tcPr>
          <w:p w:rsidR="00A047B0" w:rsidRPr="00E85698" w:rsidRDefault="00A047B0" w:rsidP="00A047B0">
            <w:pPr>
              <w:pStyle w:val="TableParagraph"/>
              <w:rPr>
                <w:sz w:val="14"/>
              </w:rPr>
            </w:pPr>
          </w:p>
        </w:tc>
      </w:tr>
      <w:tr w:rsidR="00A047B0" w:rsidRPr="00E85698" w:rsidTr="00A047B0">
        <w:trPr>
          <w:trHeight w:val="337"/>
        </w:trPr>
        <w:tc>
          <w:tcPr>
            <w:tcW w:w="4299" w:type="dxa"/>
            <w:gridSpan w:val="2"/>
          </w:tcPr>
          <w:p w:rsidR="00A047B0" w:rsidRPr="00E85698" w:rsidRDefault="00A047B0" w:rsidP="00A047B0">
            <w:pPr>
              <w:pStyle w:val="TableParagraph"/>
              <w:spacing w:before="58"/>
              <w:ind w:left="76"/>
              <w:rPr>
                <w:sz w:val="16"/>
              </w:rPr>
            </w:pPr>
            <w:r w:rsidRPr="00E85698">
              <w:rPr>
                <w:w w:val="95"/>
                <w:sz w:val="16"/>
              </w:rPr>
              <w:t>Итого</w:t>
            </w:r>
            <w:r w:rsidRPr="00E85698">
              <w:rPr>
                <w:spacing w:val="5"/>
                <w:w w:val="95"/>
                <w:sz w:val="16"/>
              </w:rPr>
              <w:t xml:space="preserve"> </w:t>
            </w:r>
            <w:r w:rsidRPr="00E85698">
              <w:rPr>
                <w:w w:val="95"/>
                <w:sz w:val="16"/>
              </w:rPr>
              <w:t>по</w:t>
            </w:r>
            <w:r w:rsidRPr="00E85698">
              <w:rPr>
                <w:spacing w:val="5"/>
                <w:w w:val="95"/>
                <w:sz w:val="16"/>
              </w:rPr>
              <w:t xml:space="preserve"> </w:t>
            </w:r>
            <w:r w:rsidRPr="00E85698">
              <w:rPr>
                <w:w w:val="95"/>
                <w:sz w:val="16"/>
              </w:rPr>
              <w:t>разделу:</w:t>
            </w:r>
          </w:p>
        </w:tc>
        <w:tc>
          <w:tcPr>
            <w:tcW w:w="529" w:type="dxa"/>
          </w:tcPr>
          <w:p w:rsidR="00A047B0" w:rsidRPr="00E85698" w:rsidRDefault="00A047B0" w:rsidP="00A047B0">
            <w:pPr>
              <w:pStyle w:val="TableParagraph"/>
              <w:spacing w:before="58"/>
              <w:ind w:left="76"/>
              <w:rPr>
                <w:sz w:val="16"/>
              </w:rPr>
            </w:pPr>
            <w:r w:rsidRPr="00E85698">
              <w:rPr>
                <w:w w:val="96"/>
                <w:sz w:val="16"/>
              </w:rPr>
              <w:t>9</w:t>
            </w:r>
          </w:p>
        </w:tc>
        <w:tc>
          <w:tcPr>
            <w:tcW w:w="10684" w:type="dxa"/>
            <w:gridSpan w:val="6"/>
          </w:tcPr>
          <w:p w:rsidR="00A047B0" w:rsidRPr="00E85698" w:rsidRDefault="00A047B0" w:rsidP="00A047B0">
            <w:pPr>
              <w:pStyle w:val="TableParagraph"/>
              <w:rPr>
                <w:sz w:val="14"/>
              </w:rPr>
            </w:pPr>
          </w:p>
        </w:tc>
      </w:tr>
      <w:tr w:rsidR="00A047B0" w:rsidRPr="00E85698" w:rsidTr="00A047B0">
        <w:trPr>
          <w:trHeight w:val="318"/>
        </w:trPr>
        <w:tc>
          <w:tcPr>
            <w:tcW w:w="4299" w:type="dxa"/>
            <w:gridSpan w:val="2"/>
          </w:tcPr>
          <w:p w:rsidR="00A047B0" w:rsidRPr="00E85698" w:rsidRDefault="00A047B0" w:rsidP="00A047B0">
            <w:pPr>
              <w:pStyle w:val="TableParagraph"/>
              <w:spacing w:before="58"/>
              <w:ind w:left="76"/>
              <w:rPr>
                <w:sz w:val="16"/>
              </w:rPr>
            </w:pPr>
            <w:r w:rsidRPr="00E85698">
              <w:rPr>
                <w:w w:val="95"/>
                <w:sz w:val="16"/>
              </w:rPr>
              <w:t>ОБЩЕЕ</w:t>
            </w:r>
            <w:r w:rsidRPr="00E85698">
              <w:rPr>
                <w:spacing w:val="10"/>
                <w:w w:val="95"/>
                <w:sz w:val="16"/>
              </w:rPr>
              <w:t xml:space="preserve"> </w:t>
            </w:r>
            <w:r w:rsidRPr="00E85698">
              <w:rPr>
                <w:w w:val="95"/>
                <w:sz w:val="16"/>
              </w:rPr>
              <w:t>КОЛИЧЕСТВО</w:t>
            </w:r>
            <w:r w:rsidRPr="00E85698">
              <w:rPr>
                <w:spacing w:val="11"/>
                <w:w w:val="95"/>
                <w:sz w:val="16"/>
              </w:rPr>
              <w:t xml:space="preserve"> </w:t>
            </w:r>
            <w:r w:rsidRPr="00E85698">
              <w:rPr>
                <w:w w:val="95"/>
                <w:sz w:val="16"/>
              </w:rPr>
              <w:t>ЧАСОВ</w:t>
            </w:r>
            <w:r w:rsidRPr="00E85698">
              <w:rPr>
                <w:spacing w:val="10"/>
                <w:w w:val="95"/>
                <w:sz w:val="16"/>
              </w:rPr>
              <w:t xml:space="preserve"> </w:t>
            </w:r>
            <w:r w:rsidRPr="00E85698">
              <w:rPr>
                <w:w w:val="95"/>
                <w:sz w:val="16"/>
              </w:rPr>
              <w:t>ПО</w:t>
            </w:r>
            <w:r w:rsidRPr="00E85698">
              <w:rPr>
                <w:spacing w:val="11"/>
                <w:w w:val="95"/>
                <w:sz w:val="16"/>
              </w:rPr>
              <w:t xml:space="preserve"> </w:t>
            </w:r>
            <w:r w:rsidRPr="00E85698">
              <w:rPr>
                <w:w w:val="95"/>
                <w:sz w:val="16"/>
              </w:rPr>
              <w:t>ПРОГРАММЕ</w:t>
            </w:r>
          </w:p>
        </w:tc>
        <w:tc>
          <w:tcPr>
            <w:tcW w:w="529" w:type="dxa"/>
          </w:tcPr>
          <w:p w:rsidR="00A047B0" w:rsidRPr="00E85698" w:rsidRDefault="00A047B0" w:rsidP="00A047B0">
            <w:pPr>
              <w:pStyle w:val="TableParagraph"/>
              <w:spacing w:before="58"/>
              <w:ind w:left="76"/>
              <w:rPr>
                <w:sz w:val="16"/>
              </w:rPr>
            </w:pPr>
            <w:r w:rsidRPr="00E85698">
              <w:rPr>
                <w:sz w:val="16"/>
              </w:rPr>
              <w:t>102</w:t>
            </w:r>
          </w:p>
        </w:tc>
        <w:tc>
          <w:tcPr>
            <w:tcW w:w="1107" w:type="dxa"/>
          </w:tcPr>
          <w:p w:rsidR="00A047B0" w:rsidRPr="00E85698" w:rsidRDefault="00A047B0" w:rsidP="00A047B0">
            <w:pPr>
              <w:pStyle w:val="TableParagraph"/>
              <w:spacing w:before="58"/>
              <w:ind w:left="75"/>
              <w:rPr>
                <w:sz w:val="16"/>
              </w:rPr>
            </w:pPr>
            <w:r w:rsidRPr="00E85698">
              <w:rPr>
                <w:w w:val="96"/>
                <w:sz w:val="16"/>
              </w:rPr>
              <w:t>9</w:t>
            </w:r>
          </w:p>
        </w:tc>
        <w:tc>
          <w:tcPr>
            <w:tcW w:w="1141" w:type="dxa"/>
          </w:tcPr>
          <w:p w:rsidR="00A047B0" w:rsidRPr="00E85698" w:rsidRDefault="00A047B0" w:rsidP="00A047B0">
            <w:pPr>
              <w:pStyle w:val="TableParagraph"/>
              <w:spacing w:before="58"/>
              <w:ind w:left="75"/>
              <w:rPr>
                <w:sz w:val="16"/>
              </w:rPr>
            </w:pPr>
            <w:r w:rsidRPr="00E85698">
              <w:rPr>
                <w:sz w:val="16"/>
              </w:rPr>
              <w:t>10</w:t>
            </w:r>
          </w:p>
        </w:tc>
        <w:tc>
          <w:tcPr>
            <w:tcW w:w="8436" w:type="dxa"/>
            <w:gridSpan w:val="4"/>
          </w:tcPr>
          <w:p w:rsidR="00A047B0" w:rsidRPr="00E85698" w:rsidRDefault="00A047B0" w:rsidP="00A047B0">
            <w:pPr>
              <w:pStyle w:val="TableParagraph"/>
              <w:rPr>
                <w:sz w:val="14"/>
              </w:rPr>
            </w:pPr>
          </w:p>
        </w:tc>
      </w:tr>
    </w:tbl>
    <w:p w:rsidR="00A047B0" w:rsidRPr="00E85698" w:rsidRDefault="00A047B0" w:rsidP="00A047B0">
      <w:pPr>
        <w:rPr>
          <w:sz w:val="14"/>
        </w:rPr>
        <w:sectPr w:rsidR="00A047B0" w:rsidRPr="00E85698">
          <w:pgSz w:w="16850" w:h="11900" w:orient="landscape"/>
          <w:pgMar w:top="560" w:right="540" w:bottom="280" w:left="560" w:header="720" w:footer="720" w:gutter="0"/>
          <w:cols w:space="720"/>
        </w:sect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pPr>
    </w:p>
    <w:p w:rsidR="003147F9" w:rsidRPr="00E85698" w:rsidRDefault="003147F9" w:rsidP="003147F9">
      <w:pPr>
        <w:rPr>
          <w:sz w:val="16"/>
        </w:rPr>
        <w:sectPr w:rsidR="003147F9" w:rsidRPr="00E85698">
          <w:pgSz w:w="16850" w:h="11900" w:orient="landscape"/>
          <w:pgMar w:top="260" w:right="440" w:bottom="280" w:left="540" w:header="720" w:footer="720" w:gutter="0"/>
          <w:cols w:space="720"/>
        </w:sectPr>
      </w:pPr>
    </w:p>
    <w:p w:rsidR="003147F9" w:rsidRPr="00E85698" w:rsidRDefault="003147F9" w:rsidP="003147F9">
      <w:pPr>
        <w:rPr>
          <w:sz w:val="16"/>
        </w:rPr>
        <w:sectPr w:rsidR="003147F9" w:rsidRPr="00E85698">
          <w:pgSz w:w="16850" w:h="11900" w:orient="landscape"/>
          <w:pgMar w:top="260" w:right="440" w:bottom="280" w:left="540" w:header="720" w:footer="720" w:gutter="0"/>
          <w:cols w:space="720"/>
        </w:sectPr>
      </w:pPr>
    </w:p>
    <w:p w:rsidR="00624C8A" w:rsidRPr="00E85698" w:rsidRDefault="00624C8A">
      <w:pPr>
        <w:rPr>
          <w:sz w:val="17"/>
        </w:rPr>
        <w:sectPr w:rsidR="00624C8A" w:rsidRPr="00E85698">
          <w:pgSz w:w="16840" w:h="11900" w:orient="landscape"/>
          <w:pgMar w:top="1100" w:right="540" w:bottom="280" w:left="560" w:header="720" w:footer="720" w:gutter="0"/>
          <w:cols w:space="720"/>
        </w:sectPr>
      </w:pPr>
    </w:p>
    <w:p w:rsidR="00624C8A" w:rsidRPr="00E85698" w:rsidRDefault="00942243">
      <w:pPr>
        <w:pStyle w:val="11"/>
        <w:spacing w:before="66"/>
        <w:ind w:left="106"/>
      </w:pPr>
      <w:r>
        <w:lastRenderedPageBreak/>
        <w:pict>
          <v:rect id="_x0000_s1028" style="position:absolute;left:0;text-align:left;margin-left:33.3pt;margin-top:22.9pt;width:528.15pt;height:.6pt;z-index:-15725056;mso-wrap-distance-left:0;mso-wrap-distance-right:0;mso-position-horizontal-relative:page" fillcolor="black" stroked="f">
            <w10:wrap type="topAndBottom" anchorx="page"/>
          </v:rect>
        </w:pict>
      </w:r>
      <w:r w:rsidR="00CB6516" w:rsidRPr="00E85698">
        <w:t>ПОУРОЧНОЕ</w:t>
      </w:r>
      <w:r w:rsidR="00CB6516" w:rsidRPr="00E85698">
        <w:rPr>
          <w:spacing w:val="-10"/>
        </w:rPr>
        <w:t xml:space="preserve"> </w:t>
      </w:r>
      <w:r w:rsidR="00CB6516" w:rsidRPr="00E85698">
        <w:t>ПЛАНИРОВАНИЕ</w:t>
      </w:r>
    </w:p>
    <w:p w:rsidR="00624C8A" w:rsidRPr="00E85698" w:rsidRDefault="00CB6516">
      <w:pPr>
        <w:pStyle w:val="a7"/>
        <w:numPr>
          <w:ilvl w:val="0"/>
          <w:numId w:val="4"/>
        </w:numPr>
        <w:tabs>
          <w:tab w:val="left" w:pos="287"/>
        </w:tabs>
        <w:spacing w:before="179"/>
        <w:rPr>
          <w:b/>
          <w:sz w:val="24"/>
        </w:rPr>
      </w:pPr>
      <w:r w:rsidRPr="00E85698">
        <w:rPr>
          <w:b/>
          <w:sz w:val="24"/>
        </w:rPr>
        <w:t>КЛАСС</w:t>
      </w:r>
    </w:p>
    <w:p w:rsidR="00624C8A" w:rsidRPr="00E85698" w:rsidRDefault="00624C8A">
      <w:pPr>
        <w:pStyle w:val="a5"/>
        <w:spacing w:before="2"/>
        <w:ind w:left="0"/>
        <w:rPr>
          <w:b/>
          <w:sz w:val="1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097"/>
        <w:gridCol w:w="711"/>
        <w:gridCol w:w="707"/>
        <w:gridCol w:w="727"/>
        <w:gridCol w:w="1165"/>
        <w:gridCol w:w="1574"/>
      </w:tblGrid>
      <w:tr w:rsidR="00A047B0" w:rsidRPr="00E85698" w:rsidTr="00A047B0">
        <w:trPr>
          <w:trHeight w:val="491"/>
        </w:trPr>
        <w:tc>
          <w:tcPr>
            <w:tcW w:w="576" w:type="dxa"/>
            <w:vMerge w:val="restart"/>
          </w:tcPr>
          <w:p w:rsidR="00A047B0" w:rsidRPr="00E85698" w:rsidRDefault="00A047B0" w:rsidP="00A047B0">
            <w:pPr>
              <w:pStyle w:val="TableParagraph"/>
              <w:spacing w:before="9"/>
              <w:rPr>
                <w:b/>
                <w:sz w:val="30"/>
              </w:rPr>
            </w:pPr>
          </w:p>
          <w:p w:rsidR="00A047B0" w:rsidRPr="00E85698" w:rsidRDefault="00A047B0" w:rsidP="00A047B0">
            <w:pPr>
              <w:pStyle w:val="TableParagraph"/>
              <w:spacing w:line="266" w:lineRule="auto"/>
              <w:ind w:left="76" w:right="126"/>
              <w:rPr>
                <w:b/>
                <w:sz w:val="24"/>
              </w:rPr>
            </w:pPr>
            <w:r w:rsidRPr="00E85698">
              <w:rPr>
                <w:b/>
                <w:sz w:val="24"/>
              </w:rPr>
              <w:t>№</w:t>
            </w:r>
            <w:r w:rsidRPr="00E85698">
              <w:rPr>
                <w:b/>
                <w:spacing w:val="1"/>
                <w:sz w:val="24"/>
              </w:rPr>
              <w:t xml:space="preserve"> </w:t>
            </w:r>
            <w:r w:rsidRPr="00E85698">
              <w:rPr>
                <w:b/>
                <w:sz w:val="24"/>
              </w:rPr>
              <w:t>п/п</w:t>
            </w:r>
          </w:p>
        </w:tc>
        <w:tc>
          <w:tcPr>
            <w:tcW w:w="5097" w:type="dxa"/>
            <w:vMerge w:val="restart"/>
            <w:tcBorders>
              <w:right w:val="single" w:sz="6" w:space="0" w:color="000000"/>
            </w:tcBorders>
          </w:tcPr>
          <w:p w:rsidR="00A047B0" w:rsidRPr="00E85698" w:rsidRDefault="00A047B0" w:rsidP="00A047B0">
            <w:pPr>
              <w:pStyle w:val="TableParagraph"/>
              <w:spacing w:line="275" w:lineRule="exact"/>
              <w:ind w:left="77"/>
              <w:rPr>
                <w:b/>
                <w:sz w:val="24"/>
              </w:rPr>
            </w:pPr>
            <w:r w:rsidRPr="00E85698">
              <w:rPr>
                <w:b/>
                <w:sz w:val="24"/>
              </w:rPr>
              <w:t>Тема</w:t>
            </w:r>
            <w:r w:rsidRPr="00E85698">
              <w:rPr>
                <w:b/>
                <w:spacing w:val="-2"/>
                <w:sz w:val="24"/>
              </w:rPr>
              <w:t xml:space="preserve"> </w:t>
            </w:r>
            <w:r w:rsidRPr="00E85698">
              <w:rPr>
                <w:b/>
                <w:sz w:val="24"/>
              </w:rPr>
              <w:t>урока</w:t>
            </w:r>
          </w:p>
        </w:tc>
        <w:tc>
          <w:tcPr>
            <w:tcW w:w="2139" w:type="dxa"/>
            <w:gridSpan w:val="3"/>
            <w:tcBorders>
              <w:left w:val="single" w:sz="6" w:space="0" w:color="000000"/>
            </w:tcBorders>
          </w:tcPr>
          <w:p w:rsidR="00A047B0" w:rsidRPr="00E85698" w:rsidRDefault="00A047B0" w:rsidP="00A047B0">
            <w:pPr>
              <w:pStyle w:val="TableParagraph"/>
              <w:spacing w:before="95"/>
              <w:ind w:left="78"/>
              <w:rPr>
                <w:b/>
                <w:sz w:val="24"/>
              </w:rPr>
            </w:pPr>
            <w:r w:rsidRPr="00E85698">
              <w:rPr>
                <w:b/>
                <w:sz w:val="24"/>
              </w:rPr>
              <w:t>Количество</w:t>
            </w:r>
            <w:r w:rsidRPr="00E85698">
              <w:rPr>
                <w:b/>
                <w:spacing w:val="-4"/>
                <w:sz w:val="24"/>
              </w:rPr>
              <w:t xml:space="preserve"> </w:t>
            </w:r>
            <w:r w:rsidRPr="00E85698">
              <w:rPr>
                <w:b/>
                <w:sz w:val="24"/>
              </w:rPr>
              <w:t>часов</w:t>
            </w:r>
          </w:p>
        </w:tc>
        <w:tc>
          <w:tcPr>
            <w:tcW w:w="1165" w:type="dxa"/>
            <w:vMerge w:val="restart"/>
          </w:tcPr>
          <w:p w:rsidR="00A047B0" w:rsidRPr="00E85698" w:rsidRDefault="00A047B0" w:rsidP="00A047B0">
            <w:pPr>
              <w:pStyle w:val="TableParagraph"/>
              <w:spacing w:before="7"/>
              <w:rPr>
                <w:b/>
                <w:sz w:val="31"/>
              </w:rPr>
            </w:pPr>
          </w:p>
          <w:p w:rsidR="00A047B0" w:rsidRPr="00E85698" w:rsidRDefault="00A047B0" w:rsidP="00A047B0">
            <w:pPr>
              <w:pStyle w:val="TableParagraph"/>
              <w:ind w:left="83"/>
              <w:rPr>
                <w:b/>
                <w:sz w:val="24"/>
              </w:rPr>
            </w:pPr>
            <w:r w:rsidRPr="00E85698">
              <w:rPr>
                <w:b/>
                <w:sz w:val="24"/>
              </w:rPr>
              <w:t>Дата</w:t>
            </w:r>
          </w:p>
          <w:p w:rsidR="00A047B0" w:rsidRPr="00E85698" w:rsidRDefault="00A047B0" w:rsidP="00A047B0">
            <w:pPr>
              <w:pStyle w:val="TableParagraph"/>
              <w:spacing w:before="22"/>
              <w:ind w:left="83"/>
              <w:rPr>
                <w:b/>
                <w:sz w:val="24"/>
              </w:rPr>
            </w:pPr>
            <w:r w:rsidRPr="00E85698">
              <w:rPr>
                <w:b/>
                <w:sz w:val="24"/>
              </w:rPr>
              <w:t>изучения</w:t>
            </w:r>
          </w:p>
        </w:tc>
        <w:tc>
          <w:tcPr>
            <w:tcW w:w="1573" w:type="dxa"/>
            <w:vMerge w:val="restart"/>
            <w:tcBorders>
              <w:bottom w:val="nil"/>
            </w:tcBorders>
          </w:tcPr>
          <w:p w:rsidR="00A047B0" w:rsidRPr="00E85698" w:rsidRDefault="00A047B0" w:rsidP="00A047B0">
            <w:pPr>
              <w:pStyle w:val="TableParagraph"/>
              <w:spacing w:before="3"/>
              <w:rPr>
                <w:b/>
                <w:sz w:val="30"/>
              </w:rPr>
            </w:pPr>
          </w:p>
          <w:p w:rsidR="00A047B0" w:rsidRPr="00E85698" w:rsidRDefault="00A047B0" w:rsidP="00A047B0">
            <w:pPr>
              <w:pStyle w:val="TableParagraph"/>
              <w:spacing w:line="290" w:lineRule="atLeast"/>
              <w:ind w:left="82" w:right="695"/>
              <w:rPr>
                <w:b/>
                <w:sz w:val="24"/>
              </w:rPr>
            </w:pPr>
            <w:r w:rsidRPr="00E85698">
              <w:rPr>
                <w:b/>
                <w:sz w:val="24"/>
              </w:rPr>
              <w:t>Виды,</w:t>
            </w:r>
            <w:r w:rsidRPr="00E85698">
              <w:rPr>
                <w:b/>
                <w:spacing w:val="1"/>
                <w:sz w:val="24"/>
              </w:rPr>
              <w:t xml:space="preserve"> </w:t>
            </w:r>
            <w:r w:rsidRPr="00E85698">
              <w:rPr>
                <w:b/>
                <w:spacing w:val="-1"/>
                <w:sz w:val="24"/>
              </w:rPr>
              <w:t>формы</w:t>
            </w:r>
          </w:p>
        </w:tc>
      </w:tr>
      <w:tr w:rsidR="00A047B0" w:rsidRPr="00E85698" w:rsidTr="00A047B0">
        <w:trPr>
          <w:trHeight w:val="446"/>
        </w:trPr>
        <w:tc>
          <w:tcPr>
            <w:tcW w:w="576" w:type="dxa"/>
            <w:vMerge/>
            <w:tcBorders>
              <w:top w:val="nil"/>
            </w:tcBorders>
          </w:tcPr>
          <w:p w:rsidR="00A047B0" w:rsidRPr="00E85698" w:rsidRDefault="00A047B0" w:rsidP="00A047B0">
            <w:pPr>
              <w:rPr>
                <w:sz w:val="2"/>
                <w:szCs w:val="2"/>
              </w:rPr>
            </w:pPr>
          </w:p>
        </w:tc>
        <w:tc>
          <w:tcPr>
            <w:tcW w:w="5097" w:type="dxa"/>
            <w:vMerge/>
            <w:tcBorders>
              <w:top w:val="nil"/>
              <w:right w:val="single" w:sz="6" w:space="0" w:color="000000"/>
            </w:tcBorders>
          </w:tcPr>
          <w:p w:rsidR="00A047B0" w:rsidRPr="00E85698" w:rsidRDefault="00A047B0" w:rsidP="00A047B0">
            <w:pPr>
              <w:rPr>
                <w:sz w:val="2"/>
                <w:szCs w:val="2"/>
              </w:rPr>
            </w:pPr>
          </w:p>
        </w:tc>
        <w:tc>
          <w:tcPr>
            <w:tcW w:w="708" w:type="dxa"/>
            <w:vMerge w:val="restart"/>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158"/>
              <w:ind w:left="78"/>
              <w:rPr>
                <w:b/>
                <w:sz w:val="24"/>
              </w:rPr>
            </w:pPr>
            <w:r w:rsidRPr="00E85698">
              <w:rPr>
                <w:b/>
                <w:sz w:val="24"/>
              </w:rPr>
              <w:t>всего</w:t>
            </w:r>
          </w:p>
        </w:tc>
        <w:tc>
          <w:tcPr>
            <w:tcW w:w="707" w:type="dxa"/>
            <w:vMerge w:val="restart"/>
          </w:tcPr>
          <w:p w:rsidR="00A047B0" w:rsidRPr="00E85698" w:rsidRDefault="00A047B0" w:rsidP="00A047B0">
            <w:pPr>
              <w:pStyle w:val="TableParagraph"/>
              <w:rPr>
                <w:b/>
                <w:sz w:val="26"/>
              </w:rPr>
            </w:pPr>
          </w:p>
          <w:p w:rsidR="00A047B0" w:rsidRPr="00E85698" w:rsidRDefault="00A047B0" w:rsidP="00A047B0">
            <w:pPr>
              <w:pStyle w:val="TableParagraph"/>
              <w:spacing w:before="158"/>
              <w:ind w:left="78"/>
              <w:rPr>
                <w:b/>
                <w:sz w:val="24"/>
              </w:rPr>
            </w:pPr>
            <w:r w:rsidRPr="00E85698">
              <w:rPr>
                <w:b/>
                <w:sz w:val="24"/>
              </w:rPr>
              <w:t>к/р</w:t>
            </w:r>
          </w:p>
        </w:tc>
        <w:tc>
          <w:tcPr>
            <w:tcW w:w="724" w:type="dxa"/>
            <w:vMerge w:val="restart"/>
          </w:tcPr>
          <w:p w:rsidR="00A047B0" w:rsidRPr="00E85698" w:rsidRDefault="00A047B0" w:rsidP="00A047B0">
            <w:pPr>
              <w:pStyle w:val="TableParagraph"/>
              <w:rPr>
                <w:b/>
                <w:sz w:val="26"/>
              </w:rPr>
            </w:pPr>
          </w:p>
          <w:p w:rsidR="00A047B0" w:rsidRPr="00E85698" w:rsidRDefault="00A047B0" w:rsidP="00A047B0">
            <w:pPr>
              <w:pStyle w:val="TableParagraph"/>
              <w:spacing w:before="158"/>
              <w:ind w:left="79"/>
              <w:rPr>
                <w:b/>
                <w:sz w:val="24"/>
              </w:rPr>
            </w:pPr>
            <w:r w:rsidRPr="00E85698">
              <w:rPr>
                <w:b/>
                <w:sz w:val="24"/>
              </w:rPr>
              <w:t>п/р</w:t>
            </w:r>
          </w:p>
        </w:tc>
        <w:tc>
          <w:tcPr>
            <w:tcW w:w="1165" w:type="dxa"/>
            <w:vMerge/>
            <w:tcBorders>
              <w:top w:val="nil"/>
            </w:tcBorders>
          </w:tcPr>
          <w:p w:rsidR="00A047B0" w:rsidRPr="00E85698" w:rsidRDefault="00A047B0" w:rsidP="00A047B0">
            <w:pPr>
              <w:rPr>
                <w:sz w:val="2"/>
                <w:szCs w:val="2"/>
              </w:rPr>
            </w:pPr>
          </w:p>
        </w:tc>
        <w:tc>
          <w:tcPr>
            <w:tcW w:w="1573" w:type="dxa"/>
            <w:vMerge/>
            <w:tcBorders>
              <w:top w:val="nil"/>
              <w:bottom w:val="nil"/>
            </w:tcBorders>
          </w:tcPr>
          <w:p w:rsidR="00A047B0" w:rsidRPr="00E85698" w:rsidRDefault="00A047B0" w:rsidP="00A047B0">
            <w:pPr>
              <w:rPr>
                <w:sz w:val="2"/>
                <w:szCs w:val="2"/>
              </w:rPr>
            </w:pPr>
          </w:p>
        </w:tc>
      </w:tr>
      <w:tr w:rsidR="00A047B0" w:rsidRPr="00E85698" w:rsidTr="00A047B0">
        <w:trPr>
          <w:trHeight w:val="654"/>
        </w:trPr>
        <w:tc>
          <w:tcPr>
            <w:tcW w:w="576" w:type="dxa"/>
            <w:vMerge/>
            <w:tcBorders>
              <w:top w:val="nil"/>
            </w:tcBorders>
          </w:tcPr>
          <w:p w:rsidR="00A047B0" w:rsidRPr="00E85698" w:rsidRDefault="00A047B0" w:rsidP="00A047B0">
            <w:pPr>
              <w:rPr>
                <w:sz w:val="2"/>
                <w:szCs w:val="2"/>
              </w:rPr>
            </w:pPr>
          </w:p>
        </w:tc>
        <w:tc>
          <w:tcPr>
            <w:tcW w:w="5097" w:type="dxa"/>
            <w:vMerge/>
            <w:tcBorders>
              <w:top w:val="nil"/>
              <w:right w:val="single" w:sz="6" w:space="0" w:color="000000"/>
            </w:tcBorders>
          </w:tcPr>
          <w:p w:rsidR="00A047B0" w:rsidRPr="00E85698" w:rsidRDefault="00A047B0" w:rsidP="00A047B0">
            <w:pPr>
              <w:rPr>
                <w:sz w:val="2"/>
                <w:szCs w:val="2"/>
              </w:rPr>
            </w:pPr>
          </w:p>
        </w:tc>
        <w:tc>
          <w:tcPr>
            <w:tcW w:w="708" w:type="dxa"/>
            <w:vMerge/>
            <w:tcBorders>
              <w:top w:val="nil"/>
              <w:left w:val="single" w:sz="6" w:space="0" w:color="000000"/>
            </w:tcBorders>
          </w:tcPr>
          <w:p w:rsidR="00A047B0" w:rsidRPr="00E85698" w:rsidRDefault="00A047B0" w:rsidP="00A047B0">
            <w:pPr>
              <w:rPr>
                <w:sz w:val="2"/>
                <w:szCs w:val="2"/>
              </w:rPr>
            </w:pPr>
          </w:p>
        </w:tc>
        <w:tc>
          <w:tcPr>
            <w:tcW w:w="707" w:type="dxa"/>
            <w:vMerge/>
            <w:tcBorders>
              <w:top w:val="nil"/>
            </w:tcBorders>
          </w:tcPr>
          <w:p w:rsidR="00A047B0" w:rsidRPr="00E85698" w:rsidRDefault="00A047B0" w:rsidP="00A047B0">
            <w:pPr>
              <w:rPr>
                <w:sz w:val="2"/>
                <w:szCs w:val="2"/>
              </w:rPr>
            </w:pPr>
          </w:p>
        </w:tc>
        <w:tc>
          <w:tcPr>
            <w:tcW w:w="724" w:type="dxa"/>
            <w:vMerge/>
            <w:tcBorders>
              <w:top w:val="nil"/>
            </w:tcBorders>
          </w:tcPr>
          <w:p w:rsidR="00A047B0" w:rsidRPr="00E85698" w:rsidRDefault="00A047B0" w:rsidP="00A047B0">
            <w:pPr>
              <w:rPr>
                <w:sz w:val="2"/>
                <w:szCs w:val="2"/>
              </w:rPr>
            </w:pPr>
          </w:p>
        </w:tc>
        <w:tc>
          <w:tcPr>
            <w:tcW w:w="1165" w:type="dxa"/>
            <w:vMerge/>
            <w:tcBorders>
              <w:top w:val="nil"/>
            </w:tcBorders>
          </w:tcPr>
          <w:p w:rsidR="00A047B0" w:rsidRPr="00E85698" w:rsidRDefault="00A047B0" w:rsidP="00A047B0">
            <w:pPr>
              <w:rPr>
                <w:sz w:val="2"/>
                <w:szCs w:val="2"/>
              </w:rPr>
            </w:pPr>
          </w:p>
        </w:tc>
        <w:tc>
          <w:tcPr>
            <w:tcW w:w="1573" w:type="dxa"/>
            <w:tcBorders>
              <w:top w:val="nil"/>
            </w:tcBorders>
          </w:tcPr>
          <w:p w:rsidR="00A047B0" w:rsidRPr="00E85698" w:rsidRDefault="00A047B0" w:rsidP="00A047B0">
            <w:pPr>
              <w:pStyle w:val="TableParagraph"/>
              <w:spacing w:before="1"/>
              <w:ind w:left="82"/>
              <w:rPr>
                <w:b/>
                <w:sz w:val="24"/>
              </w:rPr>
            </w:pPr>
            <w:r w:rsidRPr="00E85698">
              <w:rPr>
                <w:b/>
                <w:sz w:val="24"/>
              </w:rPr>
              <w:t>контроля</w:t>
            </w:r>
          </w:p>
        </w:tc>
      </w:tr>
      <w:tr w:rsidR="00A047B0" w:rsidRPr="00E85698" w:rsidTr="00A047B0">
        <w:trPr>
          <w:trHeight w:val="827"/>
        </w:trPr>
        <w:tc>
          <w:tcPr>
            <w:tcW w:w="576" w:type="dxa"/>
          </w:tcPr>
          <w:p w:rsidR="00A047B0" w:rsidRPr="00E85698" w:rsidRDefault="00A047B0" w:rsidP="00A047B0">
            <w:pPr>
              <w:pStyle w:val="TableParagraph"/>
              <w:spacing w:line="270" w:lineRule="exact"/>
              <w:ind w:left="76"/>
              <w:rPr>
                <w:sz w:val="24"/>
              </w:rPr>
            </w:pPr>
            <w:r w:rsidRPr="00E85698">
              <w:rPr>
                <w:sz w:val="24"/>
              </w:rPr>
              <w:t>1.</w:t>
            </w:r>
          </w:p>
        </w:tc>
        <w:tc>
          <w:tcPr>
            <w:tcW w:w="5097" w:type="dxa"/>
            <w:tcBorders>
              <w:right w:val="single" w:sz="6" w:space="0" w:color="000000"/>
            </w:tcBorders>
          </w:tcPr>
          <w:p w:rsidR="00A047B0" w:rsidRPr="00E85698" w:rsidRDefault="00A047B0" w:rsidP="00A047B0">
            <w:pPr>
              <w:pStyle w:val="TableParagraph"/>
              <w:spacing w:line="270" w:lineRule="exact"/>
              <w:ind w:left="77"/>
              <w:rPr>
                <w:sz w:val="24"/>
              </w:rPr>
            </w:pPr>
            <w:r w:rsidRPr="00E85698">
              <w:rPr>
                <w:sz w:val="24"/>
              </w:rPr>
              <w:t>Богатство</w:t>
            </w:r>
            <w:r w:rsidRPr="00E85698">
              <w:rPr>
                <w:spacing w:val="-3"/>
                <w:sz w:val="24"/>
              </w:rPr>
              <w:t xml:space="preserve"> </w:t>
            </w:r>
            <w:r w:rsidRPr="00E85698">
              <w:rPr>
                <w:sz w:val="24"/>
              </w:rPr>
              <w:t>и</w:t>
            </w:r>
            <w:r w:rsidRPr="00E85698">
              <w:rPr>
                <w:spacing w:val="-2"/>
                <w:sz w:val="24"/>
              </w:rPr>
              <w:t xml:space="preserve"> </w:t>
            </w:r>
            <w:r w:rsidRPr="00E85698">
              <w:rPr>
                <w:sz w:val="24"/>
              </w:rPr>
              <w:t>выразительность</w:t>
            </w:r>
            <w:r w:rsidRPr="00E85698">
              <w:rPr>
                <w:spacing w:val="-1"/>
                <w:sz w:val="24"/>
              </w:rPr>
              <w:t xml:space="preserve"> </w:t>
            </w:r>
            <w:r w:rsidRPr="00E85698">
              <w:rPr>
                <w:sz w:val="24"/>
              </w:rPr>
              <w:t>русского</w:t>
            </w:r>
            <w:r w:rsidRPr="00E85698">
              <w:rPr>
                <w:spacing w:val="-2"/>
                <w:sz w:val="24"/>
              </w:rPr>
              <w:t xml:space="preserve"> </w:t>
            </w:r>
            <w:r w:rsidRPr="00E85698">
              <w:rPr>
                <w:sz w:val="24"/>
              </w:rPr>
              <w:t>языка</w:t>
            </w:r>
          </w:p>
        </w:tc>
        <w:tc>
          <w:tcPr>
            <w:tcW w:w="708" w:type="dxa"/>
            <w:tcBorders>
              <w:left w:val="single" w:sz="6" w:space="0" w:color="000000"/>
            </w:tcBorders>
          </w:tcPr>
          <w:p w:rsidR="00A047B0" w:rsidRPr="00E85698" w:rsidRDefault="00A047B0" w:rsidP="00A047B0">
            <w:pPr>
              <w:pStyle w:val="TableParagraph"/>
              <w:spacing w:line="270" w:lineRule="exact"/>
              <w:ind w:left="78"/>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4" w:type="dxa"/>
          </w:tcPr>
          <w:p w:rsidR="00A047B0" w:rsidRPr="00E85698" w:rsidRDefault="00A047B0" w:rsidP="00A047B0">
            <w:pPr>
              <w:pStyle w:val="TableParagraph"/>
              <w:spacing w:line="270"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09" w:line="259" w:lineRule="auto"/>
              <w:ind w:left="82" w:right="661"/>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trHeight w:val="2138"/>
        </w:trPr>
        <w:tc>
          <w:tcPr>
            <w:tcW w:w="576" w:type="dxa"/>
          </w:tcPr>
          <w:p w:rsidR="00A047B0" w:rsidRPr="00E85698" w:rsidRDefault="00A047B0" w:rsidP="00A047B0">
            <w:pPr>
              <w:pStyle w:val="TableParagraph"/>
              <w:spacing w:line="270" w:lineRule="exact"/>
              <w:ind w:left="76"/>
              <w:rPr>
                <w:sz w:val="24"/>
              </w:rPr>
            </w:pPr>
            <w:r w:rsidRPr="00E85698">
              <w:rPr>
                <w:sz w:val="24"/>
              </w:rPr>
              <w:t>2.</w:t>
            </w:r>
          </w:p>
        </w:tc>
        <w:tc>
          <w:tcPr>
            <w:tcW w:w="5097" w:type="dxa"/>
            <w:tcBorders>
              <w:right w:val="single" w:sz="6" w:space="0" w:color="000000"/>
            </w:tcBorders>
          </w:tcPr>
          <w:p w:rsidR="00A047B0" w:rsidRPr="00E85698" w:rsidRDefault="00A047B0" w:rsidP="00A047B0">
            <w:pPr>
              <w:pStyle w:val="TableParagraph"/>
              <w:spacing w:before="102" w:line="280" w:lineRule="auto"/>
              <w:ind w:left="77" w:right="698" w:firstLine="60"/>
              <w:rPr>
                <w:sz w:val="24"/>
              </w:rPr>
            </w:pPr>
            <w:r w:rsidRPr="00E85698">
              <w:rPr>
                <w:sz w:val="24"/>
              </w:rPr>
              <w:t>Лингвистика</w:t>
            </w:r>
            <w:r w:rsidRPr="00E85698">
              <w:rPr>
                <w:spacing w:val="-3"/>
                <w:sz w:val="24"/>
              </w:rPr>
              <w:t xml:space="preserve"> </w:t>
            </w:r>
            <w:r w:rsidRPr="00E85698">
              <w:rPr>
                <w:sz w:val="24"/>
              </w:rPr>
              <w:t>как</w:t>
            </w:r>
            <w:r w:rsidRPr="00E85698">
              <w:rPr>
                <w:spacing w:val="-4"/>
                <w:sz w:val="24"/>
              </w:rPr>
              <w:t xml:space="preserve"> </w:t>
            </w:r>
            <w:r w:rsidRPr="00E85698">
              <w:rPr>
                <w:sz w:val="24"/>
              </w:rPr>
              <w:t>наука о</w:t>
            </w:r>
            <w:r w:rsidRPr="00E85698">
              <w:rPr>
                <w:spacing w:val="-2"/>
                <w:sz w:val="24"/>
              </w:rPr>
              <w:t xml:space="preserve"> </w:t>
            </w:r>
            <w:r w:rsidRPr="00E85698">
              <w:rPr>
                <w:sz w:val="24"/>
              </w:rPr>
              <w:t>языке.</w:t>
            </w:r>
            <w:r w:rsidRPr="00E85698">
              <w:rPr>
                <w:spacing w:val="-2"/>
                <w:sz w:val="24"/>
              </w:rPr>
              <w:t xml:space="preserve"> </w:t>
            </w:r>
            <w:r w:rsidRPr="00E85698">
              <w:rPr>
                <w:sz w:val="24"/>
              </w:rPr>
              <w:t>Язык</w:t>
            </w:r>
            <w:r w:rsidRPr="00E85698">
              <w:rPr>
                <w:spacing w:val="-3"/>
                <w:sz w:val="24"/>
              </w:rPr>
              <w:t xml:space="preserve"> </w:t>
            </w:r>
            <w:r w:rsidRPr="00E85698">
              <w:rPr>
                <w:sz w:val="24"/>
              </w:rPr>
              <w:t>как</w:t>
            </w:r>
            <w:r w:rsidRPr="00E85698">
              <w:rPr>
                <w:spacing w:val="-57"/>
                <w:sz w:val="24"/>
              </w:rPr>
              <w:t xml:space="preserve"> </w:t>
            </w:r>
            <w:r w:rsidRPr="00E85698">
              <w:rPr>
                <w:sz w:val="24"/>
              </w:rPr>
              <w:t>знаковая</w:t>
            </w:r>
            <w:r w:rsidRPr="00E85698">
              <w:rPr>
                <w:spacing w:val="-1"/>
                <w:sz w:val="24"/>
              </w:rPr>
              <w:t xml:space="preserve"> </w:t>
            </w:r>
            <w:r w:rsidRPr="00E85698">
              <w:rPr>
                <w:sz w:val="24"/>
              </w:rPr>
              <w:t>система</w:t>
            </w:r>
            <w:r w:rsidRPr="00E85698">
              <w:rPr>
                <w:spacing w:val="-1"/>
                <w:sz w:val="24"/>
              </w:rPr>
              <w:t xml:space="preserve"> </w:t>
            </w:r>
            <w:r w:rsidRPr="00E85698">
              <w:rPr>
                <w:sz w:val="24"/>
              </w:rPr>
              <w:t>и</w:t>
            </w:r>
            <w:r w:rsidRPr="00E85698">
              <w:rPr>
                <w:spacing w:val="2"/>
                <w:sz w:val="24"/>
              </w:rPr>
              <w:t xml:space="preserve"> </w:t>
            </w:r>
            <w:r w:rsidRPr="00E85698">
              <w:rPr>
                <w:sz w:val="24"/>
              </w:rPr>
              <w:t>средство</w:t>
            </w:r>
            <w:r w:rsidRPr="00E85698">
              <w:rPr>
                <w:spacing w:val="1"/>
                <w:sz w:val="24"/>
              </w:rPr>
              <w:t xml:space="preserve"> </w:t>
            </w:r>
            <w:r w:rsidRPr="00E85698">
              <w:rPr>
                <w:sz w:val="24"/>
              </w:rPr>
              <w:t>человеческого</w:t>
            </w:r>
            <w:r w:rsidRPr="00E85698">
              <w:rPr>
                <w:spacing w:val="-1"/>
                <w:sz w:val="24"/>
              </w:rPr>
              <w:t xml:space="preserve"> </w:t>
            </w:r>
            <w:r w:rsidRPr="00E85698">
              <w:rPr>
                <w:sz w:val="24"/>
              </w:rPr>
              <w:t>общения.</w:t>
            </w:r>
          </w:p>
          <w:p w:rsidR="00A047B0" w:rsidRPr="00E85698" w:rsidRDefault="00A047B0" w:rsidP="00A047B0">
            <w:pPr>
              <w:pStyle w:val="TableParagraph"/>
              <w:spacing w:before="61" w:line="259" w:lineRule="auto"/>
              <w:ind w:left="77" w:right="997"/>
              <w:rPr>
                <w:sz w:val="24"/>
              </w:rPr>
            </w:pPr>
            <w:r w:rsidRPr="00E85698">
              <w:rPr>
                <w:sz w:val="24"/>
              </w:rPr>
              <w:t>Основные</w:t>
            </w:r>
            <w:r w:rsidRPr="00E85698">
              <w:rPr>
                <w:spacing w:val="-5"/>
                <w:sz w:val="24"/>
              </w:rPr>
              <w:t xml:space="preserve"> </w:t>
            </w:r>
            <w:r w:rsidRPr="00E85698">
              <w:rPr>
                <w:sz w:val="24"/>
              </w:rPr>
              <w:t>единицы</w:t>
            </w:r>
            <w:r w:rsidRPr="00E85698">
              <w:rPr>
                <w:spacing w:val="-3"/>
                <w:sz w:val="24"/>
              </w:rPr>
              <w:t xml:space="preserve"> </w:t>
            </w:r>
            <w:r w:rsidRPr="00E85698">
              <w:rPr>
                <w:sz w:val="24"/>
              </w:rPr>
              <w:t>языка</w:t>
            </w:r>
            <w:r w:rsidRPr="00E85698">
              <w:rPr>
                <w:spacing w:val="-3"/>
                <w:sz w:val="24"/>
              </w:rPr>
              <w:t xml:space="preserve"> </w:t>
            </w:r>
            <w:r w:rsidRPr="00E85698">
              <w:rPr>
                <w:sz w:val="24"/>
              </w:rPr>
              <w:t>и</w:t>
            </w:r>
            <w:r w:rsidRPr="00E85698">
              <w:rPr>
                <w:spacing w:val="-3"/>
                <w:sz w:val="24"/>
              </w:rPr>
              <w:t xml:space="preserve"> </w:t>
            </w:r>
            <w:r w:rsidRPr="00E85698">
              <w:rPr>
                <w:sz w:val="24"/>
              </w:rPr>
              <w:t>речи:</w:t>
            </w:r>
            <w:r w:rsidRPr="00E85698">
              <w:rPr>
                <w:spacing w:val="-3"/>
                <w:sz w:val="24"/>
              </w:rPr>
              <w:t xml:space="preserve"> </w:t>
            </w:r>
            <w:r w:rsidRPr="00E85698">
              <w:rPr>
                <w:sz w:val="24"/>
              </w:rPr>
              <w:t>звук,</w:t>
            </w:r>
            <w:r w:rsidRPr="00E85698">
              <w:rPr>
                <w:spacing w:val="-57"/>
                <w:sz w:val="24"/>
              </w:rPr>
              <w:t xml:space="preserve"> </w:t>
            </w:r>
            <w:r w:rsidRPr="00E85698">
              <w:rPr>
                <w:sz w:val="24"/>
              </w:rPr>
              <w:t>морфема, слово, словосочетание,</w:t>
            </w:r>
            <w:r w:rsidRPr="00E85698">
              <w:rPr>
                <w:spacing w:val="1"/>
                <w:sz w:val="24"/>
              </w:rPr>
              <w:t xml:space="preserve"> </w:t>
            </w:r>
            <w:r w:rsidRPr="00E85698">
              <w:rPr>
                <w:sz w:val="24"/>
              </w:rPr>
              <w:t>предложение</w:t>
            </w:r>
          </w:p>
        </w:tc>
        <w:tc>
          <w:tcPr>
            <w:tcW w:w="708" w:type="dxa"/>
            <w:tcBorders>
              <w:left w:val="single" w:sz="6" w:space="0" w:color="000000"/>
            </w:tcBorders>
          </w:tcPr>
          <w:p w:rsidR="00A047B0" w:rsidRPr="00E85698" w:rsidRDefault="00A047B0" w:rsidP="00A047B0">
            <w:pPr>
              <w:pStyle w:val="TableParagraph"/>
              <w:spacing w:line="270" w:lineRule="exact"/>
              <w:ind w:left="78"/>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4" w:type="dxa"/>
          </w:tcPr>
          <w:p w:rsidR="00A047B0" w:rsidRPr="00E85698" w:rsidRDefault="00A047B0" w:rsidP="00A047B0">
            <w:pPr>
              <w:pStyle w:val="TableParagraph"/>
              <w:spacing w:line="270"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line="259" w:lineRule="auto"/>
              <w:ind w:left="82" w:right="661"/>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trHeight w:val="1502"/>
        </w:trPr>
        <w:tc>
          <w:tcPr>
            <w:tcW w:w="576" w:type="dxa"/>
          </w:tcPr>
          <w:p w:rsidR="00A047B0" w:rsidRPr="00E85698" w:rsidRDefault="00A047B0" w:rsidP="00A047B0">
            <w:pPr>
              <w:pStyle w:val="TableParagraph"/>
              <w:spacing w:line="273" w:lineRule="exact"/>
              <w:ind w:left="76"/>
              <w:rPr>
                <w:sz w:val="24"/>
              </w:rPr>
            </w:pPr>
            <w:r w:rsidRPr="00E85698">
              <w:rPr>
                <w:sz w:val="24"/>
              </w:rPr>
              <w:t>3.</w:t>
            </w:r>
          </w:p>
        </w:tc>
        <w:tc>
          <w:tcPr>
            <w:tcW w:w="5097" w:type="dxa"/>
            <w:tcBorders>
              <w:right w:val="single" w:sz="6" w:space="0" w:color="000000"/>
            </w:tcBorders>
          </w:tcPr>
          <w:p w:rsidR="00A047B0" w:rsidRPr="00E85698" w:rsidRDefault="00A047B0" w:rsidP="00A047B0">
            <w:pPr>
              <w:pStyle w:val="TableParagraph"/>
              <w:spacing w:line="273" w:lineRule="exact"/>
              <w:ind w:left="137"/>
              <w:rPr>
                <w:sz w:val="24"/>
              </w:rPr>
            </w:pPr>
            <w:r w:rsidRPr="00E85698">
              <w:rPr>
                <w:sz w:val="24"/>
              </w:rPr>
              <w:t>Повторение</w:t>
            </w:r>
            <w:r w:rsidRPr="00E85698">
              <w:rPr>
                <w:spacing w:val="-4"/>
                <w:sz w:val="24"/>
              </w:rPr>
              <w:t xml:space="preserve"> </w:t>
            </w:r>
            <w:r w:rsidRPr="00E85698">
              <w:rPr>
                <w:sz w:val="24"/>
              </w:rPr>
              <w:t>изученного</w:t>
            </w:r>
            <w:r w:rsidRPr="00E85698">
              <w:rPr>
                <w:spacing w:val="-2"/>
                <w:sz w:val="24"/>
              </w:rPr>
              <w:t xml:space="preserve"> </w:t>
            </w:r>
            <w:r w:rsidRPr="00E85698">
              <w:rPr>
                <w:sz w:val="24"/>
              </w:rPr>
              <w:t>в</w:t>
            </w:r>
            <w:r w:rsidRPr="00E85698">
              <w:rPr>
                <w:spacing w:val="-4"/>
                <w:sz w:val="24"/>
              </w:rPr>
              <w:t xml:space="preserve"> </w:t>
            </w:r>
            <w:r w:rsidRPr="00E85698">
              <w:rPr>
                <w:sz w:val="24"/>
              </w:rPr>
              <w:t>начальной</w:t>
            </w:r>
            <w:r w:rsidRPr="00E85698">
              <w:rPr>
                <w:spacing w:val="-2"/>
                <w:sz w:val="24"/>
              </w:rPr>
              <w:t xml:space="preserve"> </w:t>
            </w:r>
            <w:r w:rsidRPr="00E85698">
              <w:rPr>
                <w:sz w:val="24"/>
              </w:rPr>
              <w:t>школе.</w:t>
            </w:r>
          </w:p>
          <w:p w:rsidR="00A047B0" w:rsidRPr="00E85698" w:rsidRDefault="00A047B0" w:rsidP="00A047B0">
            <w:pPr>
              <w:pStyle w:val="TableParagraph"/>
              <w:spacing w:before="89" w:line="264" w:lineRule="auto"/>
              <w:ind w:left="77" w:right="1023"/>
              <w:rPr>
                <w:sz w:val="24"/>
              </w:rPr>
            </w:pPr>
            <w:r w:rsidRPr="00E85698">
              <w:rPr>
                <w:sz w:val="24"/>
              </w:rPr>
              <w:t>Орфография. Правописание гласных и</w:t>
            </w:r>
            <w:r w:rsidRPr="00E85698">
              <w:rPr>
                <w:spacing w:val="-58"/>
                <w:sz w:val="24"/>
              </w:rPr>
              <w:t xml:space="preserve"> </w:t>
            </w:r>
            <w:r w:rsidRPr="00E85698">
              <w:rPr>
                <w:sz w:val="24"/>
              </w:rPr>
              <w:t>согласных в</w:t>
            </w:r>
            <w:r w:rsidRPr="00E85698">
              <w:rPr>
                <w:spacing w:val="-1"/>
                <w:sz w:val="24"/>
              </w:rPr>
              <w:t xml:space="preserve"> </w:t>
            </w:r>
            <w:r w:rsidRPr="00E85698">
              <w:rPr>
                <w:sz w:val="24"/>
              </w:rPr>
              <w:t>корне</w:t>
            </w:r>
          </w:p>
        </w:tc>
        <w:tc>
          <w:tcPr>
            <w:tcW w:w="708" w:type="dxa"/>
            <w:tcBorders>
              <w:left w:val="single" w:sz="6" w:space="0" w:color="000000"/>
            </w:tcBorders>
          </w:tcPr>
          <w:p w:rsidR="00A047B0" w:rsidRPr="00E85698" w:rsidRDefault="00A047B0" w:rsidP="00A047B0">
            <w:pPr>
              <w:pStyle w:val="TableParagraph"/>
              <w:spacing w:line="273" w:lineRule="exact"/>
              <w:ind w:left="78"/>
              <w:rPr>
                <w:sz w:val="24"/>
              </w:rPr>
            </w:pPr>
            <w:r w:rsidRPr="00E85698">
              <w:rPr>
                <w:sz w:val="24"/>
              </w:rPr>
              <w:t>1</w:t>
            </w:r>
          </w:p>
        </w:tc>
        <w:tc>
          <w:tcPr>
            <w:tcW w:w="707" w:type="dxa"/>
          </w:tcPr>
          <w:p w:rsidR="00A047B0" w:rsidRPr="00E85698" w:rsidRDefault="00A047B0" w:rsidP="00A047B0">
            <w:pPr>
              <w:pStyle w:val="TableParagraph"/>
              <w:spacing w:line="273" w:lineRule="exact"/>
              <w:ind w:left="78"/>
              <w:rPr>
                <w:sz w:val="24"/>
              </w:rPr>
            </w:pPr>
            <w:r w:rsidRPr="00E85698">
              <w:rPr>
                <w:sz w:val="24"/>
              </w:rPr>
              <w:t>0</w:t>
            </w:r>
          </w:p>
        </w:tc>
        <w:tc>
          <w:tcPr>
            <w:tcW w:w="724" w:type="dxa"/>
          </w:tcPr>
          <w:p w:rsidR="00A047B0" w:rsidRPr="00E85698" w:rsidRDefault="00A047B0" w:rsidP="00A047B0">
            <w:pPr>
              <w:pStyle w:val="TableParagraph"/>
              <w:spacing w:line="273"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28" w:line="271" w:lineRule="auto"/>
              <w:ind w:left="82" w:right="138"/>
              <w:rPr>
                <w:sz w:val="24"/>
              </w:rPr>
            </w:pPr>
            <w:r w:rsidRPr="00E85698">
              <w:rPr>
                <w:sz w:val="24"/>
              </w:rPr>
              <w:t>Устный</w:t>
            </w:r>
            <w:r w:rsidRPr="00E85698">
              <w:rPr>
                <w:spacing w:val="1"/>
                <w:sz w:val="24"/>
              </w:rPr>
              <w:t xml:space="preserve"> </w:t>
            </w:r>
            <w:r w:rsidRPr="00E85698">
              <w:rPr>
                <w:sz w:val="24"/>
              </w:rPr>
              <w:t>опрос;</w:t>
            </w:r>
            <w:r w:rsidRPr="00E85698">
              <w:rPr>
                <w:spacing w:val="1"/>
                <w:sz w:val="24"/>
              </w:rPr>
              <w:t xml:space="preserve"> </w:t>
            </w:r>
            <w:r w:rsidRPr="00E85698">
              <w:rPr>
                <w:sz w:val="24"/>
              </w:rPr>
              <w:t>Письменный</w:t>
            </w:r>
            <w:r w:rsidRPr="00E85698">
              <w:rPr>
                <w:spacing w:val="-57"/>
                <w:sz w:val="24"/>
              </w:rPr>
              <w:t xml:space="preserve"> </w:t>
            </w:r>
            <w:r w:rsidRPr="00E85698">
              <w:rPr>
                <w:sz w:val="24"/>
              </w:rPr>
              <w:t>контроль;</w:t>
            </w:r>
          </w:p>
        </w:tc>
      </w:tr>
      <w:tr w:rsidR="00A047B0" w:rsidRPr="00E85698" w:rsidTr="00A047B0">
        <w:trPr>
          <w:trHeight w:val="1466"/>
        </w:trPr>
        <w:tc>
          <w:tcPr>
            <w:tcW w:w="576" w:type="dxa"/>
          </w:tcPr>
          <w:p w:rsidR="00A047B0" w:rsidRPr="00E85698" w:rsidRDefault="00A047B0" w:rsidP="00A047B0">
            <w:pPr>
              <w:pStyle w:val="TableParagraph"/>
              <w:spacing w:line="270" w:lineRule="exact"/>
              <w:ind w:left="76"/>
              <w:rPr>
                <w:sz w:val="24"/>
              </w:rPr>
            </w:pPr>
            <w:r w:rsidRPr="00E85698">
              <w:rPr>
                <w:sz w:val="24"/>
              </w:rPr>
              <w:t>4.</w:t>
            </w:r>
          </w:p>
        </w:tc>
        <w:tc>
          <w:tcPr>
            <w:tcW w:w="5097" w:type="dxa"/>
            <w:tcBorders>
              <w:right w:val="single" w:sz="6" w:space="0" w:color="000000"/>
            </w:tcBorders>
          </w:tcPr>
          <w:p w:rsidR="00A047B0" w:rsidRPr="00E85698" w:rsidRDefault="00A047B0" w:rsidP="00A047B0">
            <w:pPr>
              <w:pStyle w:val="TableParagraph"/>
              <w:spacing w:line="270" w:lineRule="exact"/>
              <w:ind w:left="77"/>
              <w:rPr>
                <w:sz w:val="24"/>
              </w:rPr>
            </w:pPr>
            <w:r w:rsidRPr="00E85698">
              <w:rPr>
                <w:sz w:val="24"/>
              </w:rPr>
              <w:t>Повторение</w:t>
            </w:r>
            <w:r w:rsidRPr="00E85698">
              <w:rPr>
                <w:spacing w:val="-4"/>
                <w:sz w:val="24"/>
              </w:rPr>
              <w:t xml:space="preserve"> </w:t>
            </w:r>
            <w:r w:rsidRPr="00E85698">
              <w:rPr>
                <w:sz w:val="24"/>
              </w:rPr>
              <w:t>изученного</w:t>
            </w:r>
            <w:r w:rsidRPr="00E85698">
              <w:rPr>
                <w:spacing w:val="-2"/>
                <w:sz w:val="24"/>
              </w:rPr>
              <w:t xml:space="preserve"> </w:t>
            </w:r>
            <w:r w:rsidRPr="00E85698">
              <w:rPr>
                <w:sz w:val="24"/>
              </w:rPr>
              <w:t>в</w:t>
            </w:r>
            <w:r w:rsidRPr="00E85698">
              <w:rPr>
                <w:spacing w:val="-4"/>
                <w:sz w:val="24"/>
              </w:rPr>
              <w:t xml:space="preserve"> </w:t>
            </w:r>
            <w:r w:rsidRPr="00E85698">
              <w:rPr>
                <w:sz w:val="24"/>
              </w:rPr>
              <w:t>начальной</w:t>
            </w:r>
            <w:r w:rsidRPr="00E85698">
              <w:rPr>
                <w:spacing w:val="-2"/>
                <w:sz w:val="24"/>
              </w:rPr>
              <w:t xml:space="preserve"> </w:t>
            </w:r>
            <w:r w:rsidRPr="00E85698">
              <w:rPr>
                <w:sz w:val="24"/>
              </w:rPr>
              <w:t>школе.</w:t>
            </w:r>
          </w:p>
          <w:p w:rsidR="00A047B0" w:rsidRPr="00E85698" w:rsidRDefault="00A047B0" w:rsidP="00A047B0">
            <w:pPr>
              <w:pStyle w:val="TableParagraph"/>
              <w:spacing w:before="93" w:line="259" w:lineRule="auto"/>
              <w:ind w:left="77" w:right="347"/>
              <w:rPr>
                <w:sz w:val="24"/>
              </w:rPr>
            </w:pPr>
            <w:r w:rsidRPr="00E85698">
              <w:rPr>
                <w:sz w:val="24"/>
              </w:rPr>
              <w:t>Орфография. Правописание разделительного</w:t>
            </w:r>
            <w:r w:rsidRPr="00E85698">
              <w:rPr>
                <w:spacing w:val="-57"/>
                <w:sz w:val="24"/>
              </w:rPr>
              <w:t xml:space="preserve"> </w:t>
            </w:r>
            <w:r w:rsidRPr="00E85698">
              <w:rPr>
                <w:sz w:val="24"/>
              </w:rPr>
              <w:t>мягкого (ь) и разделительного твёрдого (ъ)</w:t>
            </w:r>
            <w:r w:rsidRPr="00E85698">
              <w:rPr>
                <w:spacing w:val="1"/>
                <w:sz w:val="24"/>
              </w:rPr>
              <w:t xml:space="preserve"> </w:t>
            </w:r>
            <w:r w:rsidRPr="00E85698">
              <w:rPr>
                <w:sz w:val="24"/>
              </w:rPr>
              <w:t>знаков</w:t>
            </w:r>
          </w:p>
        </w:tc>
        <w:tc>
          <w:tcPr>
            <w:tcW w:w="708" w:type="dxa"/>
            <w:tcBorders>
              <w:left w:val="single" w:sz="6" w:space="0" w:color="000000"/>
            </w:tcBorders>
          </w:tcPr>
          <w:p w:rsidR="00A047B0" w:rsidRPr="00E85698" w:rsidRDefault="00A047B0" w:rsidP="00A047B0">
            <w:pPr>
              <w:pStyle w:val="TableParagraph"/>
              <w:spacing w:line="270" w:lineRule="exact"/>
              <w:ind w:left="78"/>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4" w:type="dxa"/>
          </w:tcPr>
          <w:p w:rsidR="00A047B0" w:rsidRPr="00E85698" w:rsidRDefault="00A047B0" w:rsidP="00A047B0">
            <w:pPr>
              <w:pStyle w:val="TableParagraph"/>
              <w:spacing w:line="270"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09" w:line="271" w:lineRule="auto"/>
              <w:ind w:left="82" w:right="138"/>
              <w:rPr>
                <w:sz w:val="24"/>
              </w:rPr>
            </w:pPr>
            <w:r w:rsidRPr="00E85698">
              <w:rPr>
                <w:sz w:val="24"/>
              </w:rPr>
              <w:t>Устный</w:t>
            </w:r>
            <w:r w:rsidRPr="00E85698">
              <w:rPr>
                <w:spacing w:val="1"/>
                <w:sz w:val="24"/>
              </w:rPr>
              <w:t xml:space="preserve"> </w:t>
            </w:r>
            <w:r w:rsidRPr="00E85698">
              <w:rPr>
                <w:sz w:val="24"/>
              </w:rPr>
              <w:t>опрос;</w:t>
            </w:r>
            <w:r w:rsidRPr="00E85698">
              <w:rPr>
                <w:spacing w:val="1"/>
                <w:sz w:val="24"/>
              </w:rPr>
              <w:t xml:space="preserve"> </w:t>
            </w:r>
            <w:r w:rsidRPr="00E85698">
              <w:rPr>
                <w:sz w:val="24"/>
              </w:rPr>
              <w:t>Письменный</w:t>
            </w:r>
            <w:r w:rsidRPr="00E85698">
              <w:rPr>
                <w:spacing w:val="-57"/>
                <w:sz w:val="24"/>
              </w:rPr>
              <w:t xml:space="preserve"> </w:t>
            </w:r>
            <w:r w:rsidRPr="00E85698">
              <w:rPr>
                <w:sz w:val="24"/>
              </w:rPr>
              <w:t>контроль;</w:t>
            </w:r>
          </w:p>
        </w:tc>
      </w:tr>
      <w:tr w:rsidR="00A047B0" w:rsidRPr="00E85698" w:rsidTr="00A047B0">
        <w:trPr>
          <w:trHeight w:val="1163"/>
        </w:trPr>
        <w:tc>
          <w:tcPr>
            <w:tcW w:w="576" w:type="dxa"/>
          </w:tcPr>
          <w:p w:rsidR="00A047B0" w:rsidRPr="00E85698" w:rsidRDefault="00A047B0" w:rsidP="00A047B0">
            <w:pPr>
              <w:pStyle w:val="TableParagraph"/>
              <w:spacing w:line="271" w:lineRule="exact"/>
              <w:ind w:left="76"/>
              <w:rPr>
                <w:sz w:val="24"/>
              </w:rPr>
            </w:pPr>
            <w:r w:rsidRPr="00E85698">
              <w:rPr>
                <w:sz w:val="24"/>
              </w:rPr>
              <w:t>5.</w:t>
            </w:r>
          </w:p>
        </w:tc>
        <w:tc>
          <w:tcPr>
            <w:tcW w:w="5097" w:type="dxa"/>
            <w:tcBorders>
              <w:right w:val="single" w:sz="6" w:space="0" w:color="000000"/>
            </w:tcBorders>
          </w:tcPr>
          <w:p w:rsidR="00A047B0" w:rsidRPr="00E85698" w:rsidRDefault="00A047B0" w:rsidP="00A047B0">
            <w:pPr>
              <w:pStyle w:val="TableParagraph"/>
              <w:tabs>
                <w:tab w:val="left" w:pos="2885"/>
                <w:tab w:val="left" w:pos="3605"/>
              </w:tabs>
              <w:spacing w:line="259" w:lineRule="auto"/>
              <w:ind w:left="77" w:right="408"/>
              <w:rPr>
                <w:sz w:val="24"/>
              </w:rPr>
            </w:pPr>
            <w:r w:rsidRPr="00E85698">
              <w:rPr>
                <w:sz w:val="24"/>
              </w:rPr>
              <w:t>Повторение</w:t>
            </w:r>
            <w:r w:rsidRPr="00E85698">
              <w:rPr>
                <w:spacing w:val="80"/>
                <w:sz w:val="24"/>
              </w:rPr>
              <w:t xml:space="preserve"> </w:t>
            </w:r>
            <w:r w:rsidRPr="00E85698">
              <w:rPr>
                <w:sz w:val="24"/>
              </w:rPr>
              <w:t>изученного</w:t>
            </w:r>
            <w:r w:rsidRPr="00E85698">
              <w:rPr>
                <w:sz w:val="24"/>
              </w:rPr>
              <w:tab/>
              <w:t>в</w:t>
            </w:r>
            <w:r w:rsidRPr="00E85698">
              <w:rPr>
                <w:sz w:val="24"/>
              </w:rPr>
              <w:tab/>
            </w:r>
            <w:r w:rsidRPr="00E85698">
              <w:rPr>
                <w:spacing w:val="-1"/>
                <w:sz w:val="24"/>
              </w:rPr>
              <w:t>начальной</w:t>
            </w:r>
            <w:r w:rsidRPr="00E85698">
              <w:rPr>
                <w:spacing w:val="-57"/>
                <w:sz w:val="24"/>
              </w:rPr>
              <w:t xml:space="preserve"> </w:t>
            </w:r>
            <w:r w:rsidRPr="00E85698">
              <w:rPr>
                <w:sz w:val="24"/>
              </w:rPr>
              <w:t>школе.</w:t>
            </w:r>
            <w:r w:rsidRPr="00E85698">
              <w:rPr>
                <w:spacing w:val="-1"/>
                <w:sz w:val="24"/>
              </w:rPr>
              <w:t xml:space="preserve"> </w:t>
            </w:r>
            <w:r w:rsidRPr="00E85698">
              <w:rPr>
                <w:sz w:val="24"/>
              </w:rPr>
              <w:t>Состав</w:t>
            </w:r>
            <w:r w:rsidRPr="00E85698">
              <w:rPr>
                <w:spacing w:val="-1"/>
                <w:sz w:val="24"/>
              </w:rPr>
              <w:t xml:space="preserve"> </w:t>
            </w:r>
            <w:r w:rsidRPr="00E85698">
              <w:rPr>
                <w:sz w:val="24"/>
              </w:rPr>
              <w:t>слова</w:t>
            </w:r>
          </w:p>
        </w:tc>
        <w:tc>
          <w:tcPr>
            <w:tcW w:w="708" w:type="dxa"/>
            <w:tcBorders>
              <w:left w:val="single" w:sz="6" w:space="0" w:color="000000"/>
            </w:tcBorders>
          </w:tcPr>
          <w:p w:rsidR="00A047B0" w:rsidRPr="00E85698" w:rsidRDefault="00A047B0" w:rsidP="00A047B0">
            <w:pPr>
              <w:pStyle w:val="TableParagraph"/>
              <w:spacing w:line="271" w:lineRule="exact"/>
              <w:ind w:left="78"/>
              <w:rPr>
                <w:sz w:val="24"/>
              </w:rPr>
            </w:pPr>
            <w:r w:rsidRPr="00E85698">
              <w:rPr>
                <w:sz w:val="24"/>
              </w:rPr>
              <w:t>1</w:t>
            </w:r>
          </w:p>
        </w:tc>
        <w:tc>
          <w:tcPr>
            <w:tcW w:w="707" w:type="dxa"/>
          </w:tcPr>
          <w:p w:rsidR="00A047B0" w:rsidRPr="00E85698" w:rsidRDefault="00A047B0" w:rsidP="00A047B0">
            <w:pPr>
              <w:pStyle w:val="TableParagraph"/>
              <w:spacing w:line="271" w:lineRule="exact"/>
              <w:ind w:left="78"/>
              <w:rPr>
                <w:sz w:val="24"/>
              </w:rPr>
            </w:pPr>
            <w:r w:rsidRPr="00E85698">
              <w:rPr>
                <w:sz w:val="24"/>
              </w:rPr>
              <w:t>0</w:t>
            </w:r>
          </w:p>
        </w:tc>
        <w:tc>
          <w:tcPr>
            <w:tcW w:w="724" w:type="dxa"/>
          </w:tcPr>
          <w:p w:rsidR="00A047B0" w:rsidRPr="00E85698" w:rsidRDefault="00A047B0" w:rsidP="00A047B0">
            <w:pPr>
              <w:pStyle w:val="TableParagraph"/>
              <w:spacing w:line="271"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12" w:line="273" w:lineRule="auto"/>
              <w:ind w:left="82" w:right="138"/>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p>
        </w:tc>
      </w:tr>
      <w:tr w:rsidR="00A047B0" w:rsidRPr="00E85698" w:rsidTr="00A047B0">
        <w:trPr>
          <w:trHeight w:val="1377"/>
        </w:trPr>
        <w:tc>
          <w:tcPr>
            <w:tcW w:w="576" w:type="dxa"/>
          </w:tcPr>
          <w:p w:rsidR="00A047B0" w:rsidRPr="00E85698" w:rsidRDefault="00A047B0" w:rsidP="00A047B0">
            <w:pPr>
              <w:pStyle w:val="TableParagraph"/>
              <w:spacing w:line="270" w:lineRule="exact"/>
              <w:ind w:left="76"/>
              <w:rPr>
                <w:sz w:val="24"/>
              </w:rPr>
            </w:pPr>
            <w:r w:rsidRPr="00E85698">
              <w:rPr>
                <w:sz w:val="24"/>
              </w:rPr>
              <w:t>6.</w:t>
            </w:r>
          </w:p>
        </w:tc>
        <w:tc>
          <w:tcPr>
            <w:tcW w:w="5097" w:type="dxa"/>
            <w:tcBorders>
              <w:right w:val="single" w:sz="6" w:space="0" w:color="000000"/>
            </w:tcBorders>
          </w:tcPr>
          <w:p w:rsidR="00A047B0" w:rsidRPr="00E85698" w:rsidRDefault="00A047B0" w:rsidP="00A047B0">
            <w:pPr>
              <w:pStyle w:val="TableParagraph"/>
              <w:spacing w:line="273" w:lineRule="exact"/>
              <w:ind w:left="77"/>
              <w:rPr>
                <w:sz w:val="24"/>
              </w:rPr>
            </w:pPr>
            <w:r w:rsidRPr="00E85698">
              <w:rPr>
                <w:sz w:val="24"/>
              </w:rPr>
              <w:t>Повторение</w:t>
            </w:r>
            <w:r w:rsidRPr="00E85698">
              <w:rPr>
                <w:spacing w:val="-4"/>
                <w:sz w:val="24"/>
              </w:rPr>
              <w:t xml:space="preserve"> </w:t>
            </w:r>
            <w:r w:rsidRPr="00E85698">
              <w:rPr>
                <w:sz w:val="24"/>
              </w:rPr>
              <w:t>изученного</w:t>
            </w:r>
            <w:r w:rsidRPr="00E85698">
              <w:rPr>
                <w:spacing w:val="-2"/>
                <w:sz w:val="24"/>
              </w:rPr>
              <w:t xml:space="preserve"> </w:t>
            </w:r>
            <w:r w:rsidRPr="00E85698">
              <w:rPr>
                <w:sz w:val="24"/>
              </w:rPr>
              <w:t>в</w:t>
            </w:r>
            <w:r w:rsidRPr="00E85698">
              <w:rPr>
                <w:spacing w:val="-4"/>
                <w:sz w:val="24"/>
              </w:rPr>
              <w:t xml:space="preserve"> </w:t>
            </w:r>
            <w:r w:rsidRPr="00E85698">
              <w:rPr>
                <w:sz w:val="24"/>
              </w:rPr>
              <w:t>начальной</w:t>
            </w:r>
            <w:r w:rsidRPr="00E85698">
              <w:rPr>
                <w:spacing w:val="-2"/>
                <w:sz w:val="24"/>
              </w:rPr>
              <w:t xml:space="preserve"> </w:t>
            </w:r>
            <w:r w:rsidRPr="00E85698">
              <w:rPr>
                <w:sz w:val="24"/>
              </w:rPr>
              <w:t>школе.</w:t>
            </w:r>
          </w:p>
          <w:p w:rsidR="00A047B0" w:rsidRPr="00E85698" w:rsidRDefault="00A047B0" w:rsidP="00A047B0">
            <w:pPr>
              <w:pStyle w:val="TableParagraph"/>
              <w:spacing w:before="129" w:line="259" w:lineRule="auto"/>
              <w:ind w:left="77" w:right="1556"/>
              <w:rPr>
                <w:sz w:val="24"/>
              </w:rPr>
            </w:pPr>
            <w:r w:rsidRPr="00E85698">
              <w:rPr>
                <w:sz w:val="24"/>
              </w:rPr>
              <w:t>Морфология. Самостоятельные и</w:t>
            </w:r>
            <w:r w:rsidRPr="00E85698">
              <w:rPr>
                <w:spacing w:val="-57"/>
                <w:sz w:val="24"/>
              </w:rPr>
              <w:t xml:space="preserve"> </w:t>
            </w:r>
            <w:r w:rsidRPr="00E85698">
              <w:rPr>
                <w:sz w:val="24"/>
              </w:rPr>
              <w:t>служебные</w:t>
            </w:r>
            <w:r w:rsidRPr="00E85698">
              <w:rPr>
                <w:spacing w:val="-3"/>
                <w:sz w:val="24"/>
              </w:rPr>
              <w:t xml:space="preserve"> </w:t>
            </w:r>
            <w:r w:rsidRPr="00E85698">
              <w:rPr>
                <w:sz w:val="24"/>
              </w:rPr>
              <w:t>части</w:t>
            </w:r>
            <w:r w:rsidRPr="00E85698">
              <w:rPr>
                <w:spacing w:val="1"/>
                <w:sz w:val="24"/>
              </w:rPr>
              <w:t xml:space="preserve"> </w:t>
            </w:r>
            <w:r w:rsidRPr="00E85698">
              <w:rPr>
                <w:sz w:val="24"/>
              </w:rPr>
              <w:t>речи</w:t>
            </w:r>
          </w:p>
        </w:tc>
        <w:tc>
          <w:tcPr>
            <w:tcW w:w="708" w:type="dxa"/>
            <w:tcBorders>
              <w:left w:val="single" w:sz="6" w:space="0" w:color="000000"/>
            </w:tcBorders>
          </w:tcPr>
          <w:p w:rsidR="00A047B0" w:rsidRPr="00E85698" w:rsidRDefault="00A047B0" w:rsidP="00A047B0">
            <w:pPr>
              <w:pStyle w:val="TableParagraph"/>
              <w:spacing w:line="270" w:lineRule="exact"/>
              <w:ind w:left="78"/>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4" w:type="dxa"/>
          </w:tcPr>
          <w:p w:rsidR="00A047B0" w:rsidRPr="00E85698" w:rsidRDefault="00A047B0" w:rsidP="00A047B0">
            <w:pPr>
              <w:pStyle w:val="TableParagraph"/>
              <w:spacing w:line="270"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33" w:line="280" w:lineRule="auto"/>
              <w:ind w:left="82" w:right="138"/>
              <w:rPr>
                <w:sz w:val="24"/>
              </w:rPr>
            </w:pPr>
            <w:r w:rsidRPr="00E85698">
              <w:rPr>
                <w:sz w:val="24"/>
              </w:rPr>
              <w:t>Устный</w:t>
            </w:r>
            <w:r w:rsidRPr="00E85698">
              <w:rPr>
                <w:spacing w:val="1"/>
                <w:sz w:val="24"/>
              </w:rPr>
              <w:t xml:space="preserve"> </w:t>
            </w:r>
            <w:r w:rsidRPr="00E85698">
              <w:rPr>
                <w:sz w:val="24"/>
              </w:rPr>
              <w:t>опрос;</w:t>
            </w:r>
            <w:r w:rsidRPr="00E85698">
              <w:rPr>
                <w:spacing w:val="1"/>
                <w:sz w:val="24"/>
              </w:rPr>
              <w:t xml:space="preserve"> </w:t>
            </w:r>
            <w:r w:rsidRPr="00E85698">
              <w:rPr>
                <w:sz w:val="24"/>
              </w:rPr>
              <w:t>Письменный</w:t>
            </w:r>
          </w:p>
          <w:p w:rsidR="00A047B0" w:rsidRPr="00E85698" w:rsidRDefault="00A047B0" w:rsidP="00A047B0">
            <w:pPr>
              <w:pStyle w:val="TableParagraph"/>
              <w:spacing w:line="248" w:lineRule="exact"/>
              <w:ind w:left="82"/>
              <w:rPr>
                <w:sz w:val="24"/>
              </w:rPr>
            </w:pPr>
            <w:r w:rsidRPr="00E85698">
              <w:rPr>
                <w:sz w:val="24"/>
              </w:rPr>
              <w:t>контроль;</w:t>
            </w:r>
          </w:p>
        </w:tc>
      </w:tr>
      <w:tr w:rsidR="00A047B0" w:rsidRPr="00E85698" w:rsidTr="00A047B0">
        <w:trPr>
          <w:trHeight w:val="705"/>
        </w:trPr>
        <w:tc>
          <w:tcPr>
            <w:tcW w:w="576" w:type="dxa"/>
          </w:tcPr>
          <w:p w:rsidR="00A047B0" w:rsidRPr="00E85698" w:rsidRDefault="00A047B0" w:rsidP="00A047B0">
            <w:pPr>
              <w:pStyle w:val="TableParagraph"/>
              <w:spacing w:line="273" w:lineRule="exact"/>
              <w:ind w:left="76"/>
              <w:rPr>
                <w:sz w:val="24"/>
              </w:rPr>
            </w:pPr>
            <w:r w:rsidRPr="00E85698">
              <w:rPr>
                <w:sz w:val="24"/>
              </w:rPr>
              <w:t>7.</w:t>
            </w:r>
          </w:p>
        </w:tc>
        <w:tc>
          <w:tcPr>
            <w:tcW w:w="5097" w:type="dxa"/>
            <w:tcBorders>
              <w:right w:val="single" w:sz="6" w:space="0" w:color="000000"/>
            </w:tcBorders>
          </w:tcPr>
          <w:p w:rsidR="00A047B0" w:rsidRPr="00E85698" w:rsidRDefault="00A047B0" w:rsidP="00A047B0">
            <w:pPr>
              <w:pStyle w:val="TableParagraph"/>
              <w:spacing w:before="90" w:line="290" w:lineRule="atLeast"/>
              <w:ind w:left="77" w:right="712"/>
              <w:rPr>
                <w:sz w:val="24"/>
              </w:rPr>
            </w:pPr>
            <w:r w:rsidRPr="00E85698">
              <w:rPr>
                <w:sz w:val="24"/>
              </w:rPr>
              <w:t>Контрольная</w:t>
            </w:r>
            <w:r w:rsidRPr="00E85698">
              <w:rPr>
                <w:spacing w:val="-3"/>
                <w:sz w:val="24"/>
              </w:rPr>
              <w:t xml:space="preserve"> </w:t>
            </w:r>
            <w:r w:rsidRPr="00E85698">
              <w:rPr>
                <w:sz w:val="24"/>
              </w:rPr>
              <w:t>работа</w:t>
            </w:r>
            <w:r w:rsidRPr="00E85698">
              <w:rPr>
                <w:spacing w:val="-3"/>
                <w:sz w:val="24"/>
              </w:rPr>
              <w:t xml:space="preserve"> </w:t>
            </w:r>
            <w:r w:rsidRPr="00E85698">
              <w:rPr>
                <w:sz w:val="24"/>
              </w:rPr>
              <w:t>по</w:t>
            </w:r>
            <w:r w:rsidRPr="00E85698">
              <w:rPr>
                <w:spacing w:val="-4"/>
                <w:sz w:val="24"/>
              </w:rPr>
              <w:t xml:space="preserve"> </w:t>
            </w:r>
            <w:r w:rsidRPr="00E85698">
              <w:rPr>
                <w:sz w:val="24"/>
              </w:rPr>
              <w:t>теме</w:t>
            </w:r>
            <w:r w:rsidRPr="00E85698">
              <w:rPr>
                <w:spacing w:val="-1"/>
                <w:sz w:val="24"/>
              </w:rPr>
              <w:t xml:space="preserve"> </w:t>
            </w:r>
            <w:r w:rsidRPr="00E85698">
              <w:rPr>
                <w:sz w:val="24"/>
              </w:rPr>
              <w:t>"Повторение</w:t>
            </w:r>
            <w:r w:rsidRPr="00E85698">
              <w:rPr>
                <w:spacing w:val="-57"/>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1"/>
                <w:sz w:val="24"/>
              </w:rPr>
              <w:t xml:space="preserve"> </w:t>
            </w:r>
            <w:r w:rsidRPr="00E85698">
              <w:rPr>
                <w:sz w:val="24"/>
              </w:rPr>
              <w:t>начальной</w:t>
            </w:r>
            <w:r w:rsidRPr="00E85698">
              <w:rPr>
                <w:spacing w:val="-1"/>
                <w:sz w:val="24"/>
              </w:rPr>
              <w:t xml:space="preserve"> </w:t>
            </w:r>
            <w:r w:rsidRPr="00E85698">
              <w:rPr>
                <w:sz w:val="24"/>
              </w:rPr>
              <w:t>школе"</w:t>
            </w:r>
          </w:p>
        </w:tc>
        <w:tc>
          <w:tcPr>
            <w:tcW w:w="708" w:type="dxa"/>
            <w:tcBorders>
              <w:left w:val="single" w:sz="6" w:space="0" w:color="000000"/>
            </w:tcBorders>
          </w:tcPr>
          <w:p w:rsidR="00A047B0" w:rsidRPr="00E85698" w:rsidRDefault="00A047B0" w:rsidP="00A047B0">
            <w:pPr>
              <w:pStyle w:val="TableParagraph"/>
              <w:spacing w:line="273" w:lineRule="exact"/>
              <w:ind w:left="78"/>
              <w:rPr>
                <w:sz w:val="24"/>
              </w:rPr>
            </w:pPr>
            <w:r w:rsidRPr="00E85698">
              <w:rPr>
                <w:sz w:val="24"/>
              </w:rPr>
              <w:t>1</w:t>
            </w:r>
          </w:p>
        </w:tc>
        <w:tc>
          <w:tcPr>
            <w:tcW w:w="707" w:type="dxa"/>
          </w:tcPr>
          <w:p w:rsidR="00A047B0" w:rsidRPr="00E85698" w:rsidRDefault="00A047B0" w:rsidP="00A047B0">
            <w:pPr>
              <w:pStyle w:val="TableParagraph"/>
              <w:spacing w:line="273" w:lineRule="exact"/>
              <w:ind w:left="78"/>
              <w:rPr>
                <w:sz w:val="24"/>
              </w:rPr>
            </w:pPr>
            <w:r w:rsidRPr="00E85698">
              <w:rPr>
                <w:sz w:val="24"/>
              </w:rPr>
              <w:t>1</w:t>
            </w:r>
          </w:p>
        </w:tc>
        <w:tc>
          <w:tcPr>
            <w:tcW w:w="724" w:type="dxa"/>
          </w:tcPr>
          <w:p w:rsidR="00A047B0" w:rsidRPr="00E85698" w:rsidRDefault="00A047B0" w:rsidP="00A047B0">
            <w:pPr>
              <w:pStyle w:val="TableParagraph"/>
              <w:spacing w:line="273"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90" w:line="290" w:lineRule="atLeast"/>
              <w:ind w:left="82" w:right="133"/>
              <w:rPr>
                <w:sz w:val="24"/>
              </w:rPr>
            </w:pPr>
            <w:r w:rsidRPr="00E85698">
              <w:rPr>
                <w:sz w:val="24"/>
              </w:rPr>
              <w:t>Контрольная</w:t>
            </w:r>
            <w:r w:rsidRPr="00E85698">
              <w:rPr>
                <w:spacing w:val="-57"/>
                <w:sz w:val="24"/>
              </w:rPr>
              <w:t xml:space="preserve"> </w:t>
            </w:r>
            <w:r w:rsidRPr="00E85698">
              <w:rPr>
                <w:sz w:val="24"/>
              </w:rPr>
              <w:t>работа;</w:t>
            </w:r>
          </w:p>
        </w:tc>
      </w:tr>
      <w:tr w:rsidR="00A047B0" w:rsidRPr="00E85698" w:rsidTr="00A047B0">
        <w:trPr>
          <w:trHeight w:val="828"/>
        </w:trPr>
        <w:tc>
          <w:tcPr>
            <w:tcW w:w="576" w:type="dxa"/>
          </w:tcPr>
          <w:p w:rsidR="00A047B0" w:rsidRPr="00E85698" w:rsidRDefault="00A047B0" w:rsidP="00A047B0">
            <w:pPr>
              <w:pStyle w:val="TableParagraph"/>
              <w:spacing w:line="271" w:lineRule="exact"/>
              <w:ind w:left="76"/>
              <w:rPr>
                <w:sz w:val="24"/>
              </w:rPr>
            </w:pPr>
            <w:r w:rsidRPr="00E85698">
              <w:rPr>
                <w:sz w:val="24"/>
              </w:rPr>
              <w:t>8.</w:t>
            </w:r>
          </w:p>
        </w:tc>
        <w:tc>
          <w:tcPr>
            <w:tcW w:w="5097" w:type="dxa"/>
            <w:tcBorders>
              <w:right w:val="single" w:sz="6" w:space="0" w:color="000000"/>
            </w:tcBorders>
          </w:tcPr>
          <w:p w:rsidR="00A047B0" w:rsidRPr="00E85698" w:rsidRDefault="00A047B0" w:rsidP="00A047B0">
            <w:pPr>
              <w:pStyle w:val="TableParagraph"/>
              <w:spacing w:line="271" w:lineRule="exact"/>
              <w:ind w:left="77"/>
              <w:rPr>
                <w:sz w:val="24"/>
              </w:rPr>
            </w:pPr>
            <w:r w:rsidRPr="00E85698">
              <w:rPr>
                <w:sz w:val="24"/>
              </w:rPr>
              <w:t>Речь</w:t>
            </w:r>
            <w:r w:rsidRPr="00E85698">
              <w:rPr>
                <w:spacing w:val="-2"/>
                <w:sz w:val="24"/>
              </w:rPr>
              <w:t xml:space="preserve"> </w:t>
            </w:r>
            <w:r w:rsidRPr="00E85698">
              <w:rPr>
                <w:sz w:val="24"/>
              </w:rPr>
              <w:t>устная</w:t>
            </w:r>
            <w:r w:rsidRPr="00E85698">
              <w:rPr>
                <w:spacing w:val="-3"/>
                <w:sz w:val="24"/>
              </w:rPr>
              <w:t xml:space="preserve"> </w:t>
            </w:r>
            <w:r w:rsidRPr="00E85698">
              <w:rPr>
                <w:sz w:val="24"/>
              </w:rPr>
              <w:t>и</w:t>
            </w:r>
            <w:r w:rsidRPr="00E85698">
              <w:rPr>
                <w:spacing w:val="-3"/>
                <w:sz w:val="24"/>
              </w:rPr>
              <w:t xml:space="preserve"> </w:t>
            </w:r>
            <w:r w:rsidRPr="00E85698">
              <w:rPr>
                <w:sz w:val="24"/>
              </w:rPr>
              <w:t>письменная.</w:t>
            </w:r>
          </w:p>
        </w:tc>
        <w:tc>
          <w:tcPr>
            <w:tcW w:w="708" w:type="dxa"/>
            <w:tcBorders>
              <w:left w:val="single" w:sz="6" w:space="0" w:color="000000"/>
            </w:tcBorders>
          </w:tcPr>
          <w:p w:rsidR="00A047B0" w:rsidRPr="00E85698" w:rsidRDefault="00A047B0" w:rsidP="00A047B0">
            <w:pPr>
              <w:pStyle w:val="TableParagraph"/>
              <w:spacing w:line="271" w:lineRule="exact"/>
              <w:ind w:left="78"/>
              <w:rPr>
                <w:sz w:val="24"/>
              </w:rPr>
            </w:pPr>
            <w:r w:rsidRPr="00E85698">
              <w:rPr>
                <w:sz w:val="24"/>
              </w:rPr>
              <w:t>1</w:t>
            </w:r>
          </w:p>
        </w:tc>
        <w:tc>
          <w:tcPr>
            <w:tcW w:w="707" w:type="dxa"/>
          </w:tcPr>
          <w:p w:rsidR="00A047B0" w:rsidRPr="00E85698" w:rsidRDefault="00A047B0" w:rsidP="00A047B0">
            <w:pPr>
              <w:pStyle w:val="TableParagraph"/>
              <w:spacing w:line="271" w:lineRule="exact"/>
              <w:ind w:left="78"/>
              <w:rPr>
                <w:sz w:val="24"/>
              </w:rPr>
            </w:pPr>
            <w:r w:rsidRPr="00E85698">
              <w:rPr>
                <w:sz w:val="24"/>
              </w:rPr>
              <w:t>0</w:t>
            </w:r>
          </w:p>
        </w:tc>
        <w:tc>
          <w:tcPr>
            <w:tcW w:w="724" w:type="dxa"/>
          </w:tcPr>
          <w:p w:rsidR="00A047B0" w:rsidRPr="00E85698" w:rsidRDefault="00A047B0" w:rsidP="00A047B0">
            <w:pPr>
              <w:pStyle w:val="TableParagraph"/>
              <w:spacing w:line="271"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112" w:line="259" w:lineRule="auto"/>
              <w:ind w:left="82" w:right="661"/>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trHeight w:val="806"/>
        </w:trPr>
        <w:tc>
          <w:tcPr>
            <w:tcW w:w="576" w:type="dxa"/>
          </w:tcPr>
          <w:p w:rsidR="00A047B0" w:rsidRPr="00E85698" w:rsidRDefault="00A047B0" w:rsidP="00A047B0">
            <w:pPr>
              <w:pStyle w:val="TableParagraph"/>
              <w:spacing w:line="270" w:lineRule="exact"/>
              <w:ind w:left="76"/>
              <w:rPr>
                <w:sz w:val="24"/>
              </w:rPr>
            </w:pPr>
            <w:r w:rsidRPr="00E85698">
              <w:rPr>
                <w:sz w:val="24"/>
              </w:rPr>
              <w:t>9.</w:t>
            </w:r>
          </w:p>
        </w:tc>
        <w:tc>
          <w:tcPr>
            <w:tcW w:w="5097" w:type="dxa"/>
            <w:tcBorders>
              <w:right w:val="single" w:sz="6" w:space="0" w:color="000000"/>
            </w:tcBorders>
          </w:tcPr>
          <w:p w:rsidR="00A047B0" w:rsidRPr="00E85698" w:rsidRDefault="00A047B0" w:rsidP="00A047B0">
            <w:pPr>
              <w:pStyle w:val="TableParagraph"/>
              <w:spacing w:line="270" w:lineRule="exact"/>
              <w:ind w:left="77"/>
              <w:rPr>
                <w:sz w:val="24"/>
              </w:rPr>
            </w:pPr>
            <w:r w:rsidRPr="00E85698">
              <w:rPr>
                <w:sz w:val="24"/>
              </w:rPr>
              <w:t>Монолог.</w:t>
            </w:r>
            <w:r w:rsidRPr="00E85698">
              <w:rPr>
                <w:spacing w:val="-4"/>
                <w:sz w:val="24"/>
              </w:rPr>
              <w:t xml:space="preserve"> </w:t>
            </w:r>
            <w:r w:rsidRPr="00E85698">
              <w:rPr>
                <w:sz w:val="24"/>
              </w:rPr>
              <w:t>Диалог.</w:t>
            </w:r>
            <w:r w:rsidRPr="00E85698">
              <w:rPr>
                <w:spacing w:val="-4"/>
                <w:sz w:val="24"/>
              </w:rPr>
              <w:t xml:space="preserve"> </w:t>
            </w:r>
            <w:proofErr w:type="spellStart"/>
            <w:r w:rsidRPr="00E85698">
              <w:rPr>
                <w:sz w:val="24"/>
              </w:rPr>
              <w:t>Полилог</w:t>
            </w:r>
            <w:proofErr w:type="spellEnd"/>
            <w:r w:rsidRPr="00E85698">
              <w:rPr>
                <w:sz w:val="24"/>
              </w:rPr>
              <w:t>.</w:t>
            </w:r>
          </w:p>
        </w:tc>
        <w:tc>
          <w:tcPr>
            <w:tcW w:w="708" w:type="dxa"/>
            <w:tcBorders>
              <w:left w:val="single" w:sz="6" w:space="0" w:color="000000"/>
            </w:tcBorders>
          </w:tcPr>
          <w:p w:rsidR="00A047B0" w:rsidRPr="00E85698" w:rsidRDefault="00A047B0" w:rsidP="00A047B0">
            <w:pPr>
              <w:pStyle w:val="TableParagraph"/>
              <w:spacing w:line="270" w:lineRule="exact"/>
              <w:ind w:left="78"/>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4" w:type="dxa"/>
          </w:tcPr>
          <w:p w:rsidR="00A047B0" w:rsidRPr="00E85698" w:rsidRDefault="00A047B0" w:rsidP="00A047B0">
            <w:pPr>
              <w:pStyle w:val="TableParagraph"/>
              <w:spacing w:line="270" w:lineRule="exact"/>
              <w:ind w:left="79"/>
              <w:rPr>
                <w:sz w:val="24"/>
              </w:rPr>
            </w:pPr>
            <w:r w:rsidRPr="00E85698">
              <w:rPr>
                <w:sz w:val="24"/>
              </w:rPr>
              <w:t>0</w:t>
            </w:r>
          </w:p>
        </w:tc>
        <w:tc>
          <w:tcPr>
            <w:tcW w:w="1165" w:type="dxa"/>
          </w:tcPr>
          <w:p w:rsidR="00A047B0" w:rsidRPr="00E85698" w:rsidRDefault="00A047B0" w:rsidP="00A047B0">
            <w:pPr>
              <w:pStyle w:val="TableParagraph"/>
            </w:pPr>
          </w:p>
        </w:tc>
        <w:tc>
          <w:tcPr>
            <w:tcW w:w="1573" w:type="dxa"/>
          </w:tcPr>
          <w:p w:rsidR="00A047B0" w:rsidRPr="00E85698" w:rsidRDefault="00A047B0" w:rsidP="00A047B0">
            <w:pPr>
              <w:pStyle w:val="TableParagraph"/>
              <w:spacing w:before="99" w:line="259" w:lineRule="auto"/>
              <w:ind w:left="82" w:right="661"/>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trHeight w:val="781"/>
        </w:trPr>
        <w:tc>
          <w:tcPr>
            <w:tcW w:w="576" w:type="dxa"/>
          </w:tcPr>
          <w:p w:rsidR="00A047B0" w:rsidRPr="00E85698" w:rsidRDefault="00A047B0" w:rsidP="00A047B0">
            <w:pPr>
              <w:pStyle w:val="TableParagraph"/>
              <w:spacing w:line="273" w:lineRule="exact"/>
              <w:ind w:left="76"/>
              <w:rPr>
                <w:sz w:val="24"/>
              </w:rPr>
            </w:pPr>
            <w:r w:rsidRPr="00E85698">
              <w:rPr>
                <w:sz w:val="24"/>
              </w:rPr>
              <w:t>10.</w:t>
            </w:r>
          </w:p>
        </w:tc>
        <w:tc>
          <w:tcPr>
            <w:tcW w:w="5094" w:type="dxa"/>
            <w:tcBorders>
              <w:right w:val="single" w:sz="6" w:space="0" w:color="000000"/>
            </w:tcBorders>
          </w:tcPr>
          <w:p w:rsidR="00A047B0" w:rsidRPr="00E85698" w:rsidRDefault="00A047B0" w:rsidP="00A047B0">
            <w:pPr>
              <w:pStyle w:val="TableParagraph"/>
              <w:spacing w:line="259" w:lineRule="auto"/>
              <w:ind w:left="77" w:right="1294" w:firstLine="60"/>
              <w:rPr>
                <w:sz w:val="24"/>
              </w:rPr>
            </w:pPr>
            <w:r w:rsidRPr="00E85698">
              <w:rPr>
                <w:sz w:val="24"/>
              </w:rPr>
              <w:t>Речевые формулы приветствия,</w:t>
            </w:r>
            <w:r w:rsidRPr="00E85698">
              <w:rPr>
                <w:spacing w:val="1"/>
                <w:sz w:val="24"/>
              </w:rPr>
              <w:t xml:space="preserve"> </w:t>
            </w:r>
            <w:r w:rsidRPr="00E85698">
              <w:rPr>
                <w:sz w:val="24"/>
              </w:rPr>
              <w:t>прощания,</w:t>
            </w:r>
            <w:r w:rsidRPr="00E85698">
              <w:rPr>
                <w:spacing w:val="-6"/>
                <w:sz w:val="24"/>
              </w:rPr>
              <w:t xml:space="preserve"> </w:t>
            </w:r>
            <w:r w:rsidRPr="00E85698">
              <w:rPr>
                <w:sz w:val="24"/>
              </w:rPr>
              <w:t>просьбы,</w:t>
            </w:r>
            <w:r w:rsidRPr="00E85698">
              <w:rPr>
                <w:spacing w:val="-3"/>
                <w:sz w:val="24"/>
              </w:rPr>
              <w:t xml:space="preserve"> </w:t>
            </w:r>
            <w:r w:rsidRPr="00E85698">
              <w:rPr>
                <w:sz w:val="24"/>
              </w:rPr>
              <w:t>благодарности.</w:t>
            </w:r>
          </w:p>
        </w:tc>
        <w:tc>
          <w:tcPr>
            <w:tcW w:w="711" w:type="dxa"/>
            <w:tcBorders>
              <w:left w:val="single" w:sz="6" w:space="0" w:color="000000"/>
            </w:tcBorders>
          </w:tcPr>
          <w:p w:rsidR="00A047B0" w:rsidRPr="00E85698" w:rsidRDefault="00A047B0" w:rsidP="00A047B0">
            <w:pPr>
              <w:pStyle w:val="TableParagraph"/>
              <w:spacing w:line="273" w:lineRule="exact"/>
              <w:ind w:left="81"/>
              <w:rPr>
                <w:sz w:val="24"/>
              </w:rPr>
            </w:pPr>
            <w:r w:rsidRPr="00E85698">
              <w:rPr>
                <w:sz w:val="24"/>
              </w:rPr>
              <w:t>1</w:t>
            </w:r>
          </w:p>
        </w:tc>
        <w:tc>
          <w:tcPr>
            <w:tcW w:w="707" w:type="dxa"/>
          </w:tcPr>
          <w:p w:rsidR="00A047B0" w:rsidRPr="00E85698" w:rsidRDefault="00A047B0" w:rsidP="00A047B0">
            <w:pPr>
              <w:pStyle w:val="TableParagraph"/>
              <w:spacing w:line="273" w:lineRule="exact"/>
              <w:ind w:left="78"/>
              <w:rPr>
                <w:sz w:val="24"/>
              </w:rPr>
            </w:pPr>
            <w:r w:rsidRPr="00E85698">
              <w:rPr>
                <w:sz w:val="24"/>
              </w:rPr>
              <w:t>0</w:t>
            </w:r>
          </w:p>
        </w:tc>
        <w:tc>
          <w:tcPr>
            <w:tcW w:w="727" w:type="dxa"/>
          </w:tcPr>
          <w:p w:rsidR="00A047B0" w:rsidRPr="00E85698" w:rsidRDefault="00A047B0" w:rsidP="00A047B0">
            <w:pPr>
              <w:pStyle w:val="TableParagraph"/>
              <w:spacing w:line="273" w:lineRule="exact"/>
              <w:ind w:left="79"/>
              <w:rPr>
                <w:sz w:val="24"/>
              </w:rPr>
            </w:pPr>
            <w:r w:rsidRPr="00E85698">
              <w:rPr>
                <w:sz w:val="24"/>
              </w:rPr>
              <w:t>0</w:t>
            </w:r>
          </w:p>
        </w:tc>
        <w:tc>
          <w:tcPr>
            <w:tcW w:w="1163" w:type="dxa"/>
          </w:tcPr>
          <w:p w:rsidR="00A047B0" w:rsidRPr="00E85698" w:rsidRDefault="00A047B0" w:rsidP="00A047B0">
            <w:pPr>
              <w:pStyle w:val="TableParagraph"/>
            </w:pPr>
          </w:p>
        </w:tc>
        <w:tc>
          <w:tcPr>
            <w:tcW w:w="1574" w:type="dxa"/>
          </w:tcPr>
          <w:p w:rsidR="00A047B0" w:rsidRPr="00E85698" w:rsidRDefault="00A047B0" w:rsidP="00A047B0">
            <w:pPr>
              <w:pStyle w:val="TableParagraph"/>
              <w:spacing w:before="87" w:line="259" w:lineRule="auto"/>
              <w:ind w:left="81" w:right="663"/>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trHeight w:val="1036"/>
        </w:trPr>
        <w:tc>
          <w:tcPr>
            <w:tcW w:w="576" w:type="dxa"/>
          </w:tcPr>
          <w:p w:rsidR="00A047B0" w:rsidRPr="00E85698" w:rsidRDefault="00A047B0" w:rsidP="00A047B0">
            <w:pPr>
              <w:pStyle w:val="TableParagraph"/>
              <w:spacing w:line="270" w:lineRule="exact"/>
              <w:ind w:left="76"/>
              <w:rPr>
                <w:sz w:val="24"/>
              </w:rPr>
            </w:pPr>
            <w:r w:rsidRPr="00E85698">
              <w:rPr>
                <w:sz w:val="24"/>
              </w:rPr>
              <w:t>11.</w:t>
            </w:r>
          </w:p>
        </w:tc>
        <w:tc>
          <w:tcPr>
            <w:tcW w:w="5094" w:type="dxa"/>
            <w:tcBorders>
              <w:right w:val="single" w:sz="6" w:space="0" w:color="000000"/>
            </w:tcBorders>
          </w:tcPr>
          <w:p w:rsidR="00A047B0" w:rsidRPr="00E85698" w:rsidRDefault="00A047B0" w:rsidP="00A047B0">
            <w:pPr>
              <w:pStyle w:val="TableParagraph"/>
              <w:spacing w:before="135"/>
              <w:ind w:left="137"/>
              <w:rPr>
                <w:sz w:val="24"/>
              </w:rPr>
            </w:pPr>
            <w:r w:rsidRPr="00E85698">
              <w:rPr>
                <w:sz w:val="24"/>
              </w:rPr>
              <w:t>Виды</w:t>
            </w:r>
            <w:r w:rsidRPr="00E85698">
              <w:rPr>
                <w:spacing w:val="-3"/>
                <w:sz w:val="24"/>
              </w:rPr>
              <w:t xml:space="preserve"> </w:t>
            </w:r>
            <w:r w:rsidRPr="00E85698">
              <w:rPr>
                <w:sz w:val="24"/>
              </w:rPr>
              <w:t>речевой</w:t>
            </w:r>
            <w:r w:rsidRPr="00E85698">
              <w:rPr>
                <w:spacing w:val="-3"/>
                <w:sz w:val="24"/>
              </w:rPr>
              <w:t xml:space="preserve"> </w:t>
            </w:r>
            <w:r w:rsidRPr="00E85698">
              <w:rPr>
                <w:sz w:val="24"/>
              </w:rPr>
              <w:t>деятельности</w:t>
            </w:r>
            <w:r w:rsidRPr="00E85698">
              <w:rPr>
                <w:spacing w:val="-2"/>
                <w:sz w:val="24"/>
              </w:rPr>
              <w:t xml:space="preserve"> </w:t>
            </w:r>
            <w:r w:rsidRPr="00E85698">
              <w:rPr>
                <w:sz w:val="24"/>
              </w:rPr>
              <w:t>(говорение,</w:t>
            </w:r>
          </w:p>
          <w:p w:rsidR="00A047B0" w:rsidRPr="00E85698" w:rsidRDefault="00A047B0" w:rsidP="00A047B0">
            <w:pPr>
              <w:pStyle w:val="TableParagraph"/>
              <w:spacing w:line="300" w:lineRule="atLeast"/>
              <w:ind w:left="77" w:right="1866"/>
              <w:rPr>
                <w:sz w:val="24"/>
              </w:rPr>
            </w:pPr>
            <w:r w:rsidRPr="00E85698">
              <w:rPr>
                <w:sz w:val="24"/>
              </w:rPr>
              <w:t>слушание,</w:t>
            </w:r>
            <w:r w:rsidRPr="00E85698">
              <w:rPr>
                <w:spacing w:val="-4"/>
                <w:sz w:val="24"/>
              </w:rPr>
              <w:t xml:space="preserve"> </w:t>
            </w:r>
            <w:r w:rsidRPr="00E85698">
              <w:rPr>
                <w:sz w:val="24"/>
              </w:rPr>
              <w:t>чтение,</w:t>
            </w:r>
            <w:r w:rsidRPr="00E85698">
              <w:rPr>
                <w:spacing w:val="-4"/>
                <w:sz w:val="24"/>
              </w:rPr>
              <w:t xml:space="preserve"> </w:t>
            </w:r>
            <w:r w:rsidRPr="00E85698">
              <w:rPr>
                <w:sz w:val="24"/>
              </w:rPr>
              <w:t>письмо),</w:t>
            </w:r>
            <w:r w:rsidRPr="00E85698">
              <w:rPr>
                <w:spacing w:val="-4"/>
                <w:sz w:val="24"/>
              </w:rPr>
              <w:t xml:space="preserve"> </w:t>
            </w:r>
            <w:r w:rsidRPr="00E85698">
              <w:rPr>
                <w:sz w:val="24"/>
              </w:rPr>
              <w:t>их</w:t>
            </w:r>
            <w:r w:rsidRPr="00E85698">
              <w:rPr>
                <w:spacing w:val="-57"/>
                <w:sz w:val="24"/>
              </w:rPr>
              <w:t xml:space="preserve"> </w:t>
            </w:r>
            <w:r w:rsidRPr="00E85698">
              <w:rPr>
                <w:sz w:val="24"/>
              </w:rPr>
              <w:t>особенности.</w:t>
            </w:r>
          </w:p>
        </w:tc>
        <w:tc>
          <w:tcPr>
            <w:tcW w:w="711" w:type="dxa"/>
            <w:tcBorders>
              <w:left w:val="single" w:sz="6" w:space="0" w:color="000000"/>
            </w:tcBorders>
          </w:tcPr>
          <w:p w:rsidR="00A047B0" w:rsidRPr="00E85698" w:rsidRDefault="00A047B0" w:rsidP="00A047B0">
            <w:pPr>
              <w:pStyle w:val="TableParagraph"/>
              <w:spacing w:line="270" w:lineRule="exact"/>
              <w:ind w:left="81"/>
              <w:rPr>
                <w:sz w:val="24"/>
              </w:rPr>
            </w:pPr>
            <w:r w:rsidRPr="00E85698">
              <w:rPr>
                <w:sz w:val="24"/>
              </w:rPr>
              <w:t>1</w:t>
            </w:r>
          </w:p>
        </w:tc>
        <w:tc>
          <w:tcPr>
            <w:tcW w:w="707" w:type="dxa"/>
          </w:tcPr>
          <w:p w:rsidR="00A047B0" w:rsidRPr="00E85698" w:rsidRDefault="00A047B0" w:rsidP="00A047B0">
            <w:pPr>
              <w:pStyle w:val="TableParagraph"/>
              <w:spacing w:line="270" w:lineRule="exact"/>
              <w:ind w:left="78"/>
              <w:rPr>
                <w:sz w:val="24"/>
              </w:rPr>
            </w:pPr>
            <w:r w:rsidRPr="00E85698">
              <w:rPr>
                <w:sz w:val="24"/>
              </w:rPr>
              <w:t>0</w:t>
            </w:r>
          </w:p>
        </w:tc>
        <w:tc>
          <w:tcPr>
            <w:tcW w:w="727" w:type="dxa"/>
          </w:tcPr>
          <w:p w:rsidR="00A047B0" w:rsidRPr="00E85698" w:rsidRDefault="00A047B0" w:rsidP="00A047B0">
            <w:pPr>
              <w:pStyle w:val="TableParagraph"/>
              <w:spacing w:line="270" w:lineRule="exact"/>
              <w:ind w:left="79"/>
              <w:rPr>
                <w:sz w:val="24"/>
              </w:rPr>
            </w:pPr>
            <w:r w:rsidRPr="00E85698">
              <w:rPr>
                <w:sz w:val="24"/>
              </w:rPr>
              <w:t>1</w:t>
            </w:r>
          </w:p>
        </w:tc>
        <w:tc>
          <w:tcPr>
            <w:tcW w:w="1163" w:type="dxa"/>
          </w:tcPr>
          <w:p w:rsidR="00A047B0" w:rsidRPr="00E85698" w:rsidRDefault="00A047B0" w:rsidP="00A047B0">
            <w:pPr>
              <w:pStyle w:val="TableParagraph"/>
            </w:pPr>
          </w:p>
        </w:tc>
        <w:tc>
          <w:tcPr>
            <w:tcW w:w="1574" w:type="dxa"/>
          </w:tcPr>
          <w:p w:rsidR="00A047B0" w:rsidRPr="00E85698" w:rsidRDefault="00A047B0" w:rsidP="00A047B0">
            <w:pPr>
              <w:pStyle w:val="TableParagraph"/>
              <w:spacing w:line="259" w:lineRule="auto"/>
              <w:ind w:left="81" w:right="57"/>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496"/>
        </w:trPr>
        <w:tc>
          <w:tcPr>
            <w:tcW w:w="576" w:type="dxa"/>
          </w:tcPr>
          <w:p w:rsidR="00A047B0" w:rsidRPr="00E85698" w:rsidRDefault="00A047B0" w:rsidP="00A047B0">
            <w:pPr>
              <w:pStyle w:val="TableParagraph"/>
              <w:spacing w:before="118"/>
              <w:ind w:left="76"/>
              <w:rPr>
                <w:sz w:val="24"/>
                <w:szCs w:val="24"/>
              </w:rPr>
            </w:pPr>
            <w:r w:rsidRPr="00E85698">
              <w:rPr>
                <w:sz w:val="24"/>
                <w:szCs w:val="24"/>
              </w:rPr>
              <w:t>12.</w:t>
            </w:r>
          </w:p>
        </w:tc>
        <w:tc>
          <w:tcPr>
            <w:tcW w:w="5094" w:type="dxa"/>
            <w:tcBorders>
              <w:right w:val="single" w:sz="6" w:space="0" w:color="000000"/>
            </w:tcBorders>
          </w:tcPr>
          <w:p w:rsidR="00A047B0" w:rsidRPr="00E85698" w:rsidRDefault="00A047B0" w:rsidP="00A047B0">
            <w:pPr>
              <w:pStyle w:val="TableParagraph"/>
              <w:spacing w:line="223" w:lineRule="exact"/>
              <w:ind w:left="5"/>
              <w:rPr>
                <w:sz w:val="24"/>
                <w:szCs w:val="24"/>
              </w:rPr>
            </w:pPr>
            <w:r w:rsidRPr="00E85698">
              <w:rPr>
                <w:sz w:val="24"/>
                <w:szCs w:val="24"/>
              </w:rPr>
              <w:t>Виды</w:t>
            </w:r>
            <w:r w:rsidRPr="00E85698">
              <w:rPr>
                <w:spacing w:val="-7"/>
                <w:sz w:val="24"/>
                <w:szCs w:val="24"/>
              </w:rPr>
              <w:t xml:space="preserve"> </w:t>
            </w:r>
            <w:proofErr w:type="spellStart"/>
            <w:r w:rsidRPr="00E85698">
              <w:rPr>
                <w:sz w:val="24"/>
                <w:szCs w:val="24"/>
              </w:rPr>
              <w:t>аудирования</w:t>
            </w:r>
            <w:proofErr w:type="spellEnd"/>
            <w:r w:rsidRPr="00E85698">
              <w:rPr>
                <w:sz w:val="24"/>
                <w:szCs w:val="24"/>
              </w:rPr>
              <w:t>:</w:t>
            </w:r>
            <w:r w:rsidRPr="00E85698">
              <w:rPr>
                <w:spacing w:val="-4"/>
                <w:sz w:val="24"/>
                <w:szCs w:val="24"/>
              </w:rPr>
              <w:t xml:space="preserve"> </w:t>
            </w:r>
            <w:r w:rsidRPr="00E85698">
              <w:rPr>
                <w:sz w:val="24"/>
                <w:szCs w:val="24"/>
              </w:rPr>
              <w:t>выборочное,</w:t>
            </w:r>
            <w:r w:rsidRPr="00E85698">
              <w:rPr>
                <w:spacing w:val="-4"/>
                <w:sz w:val="24"/>
                <w:szCs w:val="24"/>
              </w:rPr>
              <w:t xml:space="preserve"> </w:t>
            </w:r>
            <w:r w:rsidRPr="00E85698">
              <w:rPr>
                <w:sz w:val="24"/>
                <w:szCs w:val="24"/>
              </w:rPr>
              <w:t>ознакомительное,</w:t>
            </w:r>
          </w:p>
          <w:p w:rsidR="00A047B0" w:rsidRPr="00E85698" w:rsidRDefault="00A047B0" w:rsidP="00A047B0">
            <w:pPr>
              <w:pStyle w:val="TableParagraph"/>
              <w:spacing w:before="17"/>
              <w:ind w:left="5"/>
              <w:rPr>
                <w:sz w:val="24"/>
                <w:szCs w:val="24"/>
              </w:rPr>
            </w:pPr>
            <w:r w:rsidRPr="00E85698">
              <w:rPr>
                <w:sz w:val="24"/>
                <w:szCs w:val="24"/>
              </w:rPr>
              <w:t>детальное</w:t>
            </w:r>
          </w:p>
        </w:tc>
        <w:tc>
          <w:tcPr>
            <w:tcW w:w="711" w:type="dxa"/>
            <w:tcBorders>
              <w:left w:val="single" w:sz="6" w:space="0" w:color="000000"/>
            </w:tcBorders>
          </w:tcPr>
          <w:p w:rsidR="00A047B0" w:rsidRPr="00E85698" w:rsidRDefault="00A047B0" w:rsidP="00A047B0">
            <w:pPr>
              <w:pStyle w:val="TableParagraph"/>
              <w:spacing w:before="118"/>
              <w:ind w:left="81"/>
              <w:rPr>
                <w:sz w:val="24"/>
                <w:szCs w:val="24"/>
              </w:rPr>
            </w:pPr>
            <w:r w:rsidRPr="00E85698">
              <w:rPr>
                <w:w w:val="99"/>
                <w:sz w:val="24"/>
                <w:szCs w:val="24"/>
              </w:rPr>
              <w:t>1</w:t>
            </w:r>
          </w:p>
        </w:tc>
        <w:tc>
          <w:tcPr>
            <w:tcW w:w="707" w:type="dxa"/>
          </w:tcPr>
          <w:p w:rsidR="00A047B0" w:rsidRPr="00E85698" w:rsidRDefault="00A047B0" w:rsidP="00A047B0">
            <w:pPr>
              <w:pStyle w:val="TableParagraph"/>
              <w:rPr>
                <w:sz w:val="24"/>
                <w:szCs w:val="24"/>
              </w:rPr>
            </w:pPr>
            <w:r w:rsidRPr="00E85698">
              <w:rPr>
                <w:sz w:val="24"/>
                <w:szCs w:val="24"/>
              </w:rPr>
              <w:t>0</w:t>
            </w:r>
          </w:p>
        </w:tc>
        <w:tc>
          <w:tcPr>
            <w:tcW w:w="727" w:type="dxa"/>
          </w:tcPr>
          <w:p w:rsidR="00A047B0" w:rsidRPr="00E85698" w:rsidRDefault="00A047B0" w:rsidP="00A047B0">
            <w:pPr>
              <w:pStyle w:val="TableParagraph"/>
              <w:rPr>
                <w:sz w:val="24"/>
                <w:szCs w:val="24"/>
              </w:rPr>
            </w:pPr>
            <w:r w:rsidRPr="00E85698">
              <w:rPr>
                <w:sz w:val="24"/>
                <w:szCs w:val="24"/>
              </w:rPr>
              <w:t>1</w:t>
            </w:r>
          </w:p>
        </w:tc>
        <w:tc>
          <w:tcPr>
            <w:tcW w:w="1163" w:type="dxa"/>
          </w:tcPr>
          <w:p w:rsidR="00A047B0" w:rsidRPr="00E85698" w:rsidRDefault="00A047B0" w:rsidP="00A047B0">
            <w:pPr>
              <w:pStyle w:val="TableParagraph"/>
              <w:rPr>
                <w:sz w:val="24"/>
                <w:szCs w:val="24"/>
              </w:rPr>
            </w:pPr>
          </w:p>
        </w:tc>
        <w:tc>
          <w:tcPr>
            <w:tcW w:w="1574" w:type="dxa"/>
          </w:tcPr>
          <w:p w:rsidR="00A047B0" w:rsidRPr="00E85698" w:rsidRDefault="00A047B0" w:rsidP="00A047B0">
            <w:pPr>
              <w:pStyle w:val="TableParagraph"/>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bl>
    <w:p w:rsidR="00A047B0" w:rsidRPr="00E85698" w:rsidRDefault="00A047B0" w:rsidP="00A047B0">
      <w:pPr>
        <w:sectPr w:rsidR="00A047B0" w:rsidRPr="00E85698">
          <w:pgSz w:w="11900" w:h="16850"/>
          <w:pgMar w:top="220" w:right="540" w:bottom="280" w:left="540" w:header="720" w:footer="720"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
        <w:gridCol w:w="561"/>
        <w:gridCol w:w="17"/>
        <w:gridCol w:w="5077"/>
        <w:gridCol w:w="17"/>
        <w:gridCol w:w="696"/>
        <w:gridCol w:w="17"/>
        <w:gridCol w:w="691"/>
        <w:gridCol w:w="17"/>
        <w:gridCol w:w="715"/>
        <w:gridCol w:w="13"/>
        <w:gridCol w:w="1155"/>
        <w:gridCol w:w="9"/>
        <w:gridCol w:w="1570"/>
        <w:gridCol w:w="8"/>
        <w:gridCol w:w="73"/>
      </w:tblGrid>
      <w:tr w:rsidR="00A047B0" w:rsidRPr="00E85698" w:rsidTr="00A047B0">
        <w:trPr>
          <w:gridAfter w:val="1"/>
          <w:wAfter w:w="68" w:type="dxa"/>
          <w:trHeight w:val="495"/>
        </w:trPr>
        <w:tc>
          <w:tcPr>
            <w:tcW w:w="578" w:type="dxa"/>
            <w:gridSpan w:val="2"/>
            <w:tcBorders>
              <w:bottom w:val="single" w:sz="6" w:space="0" w:color="000000"/>
            </w:tcBorders>
          </w:tcPr>
          <w:p w:rsidR="00A047B0" w:rsidRPr="00E85698" w:rsidRDefault="00A047B0" w:rsidP="00A047B0">
            <w:pPr>
              <w:pStyle w:val="TableParagraph"/>
              <w:spacing w:before="118"/>
              <w:ind w:left="76"/>
              <w:rPr>
                <w:sz w:val="24"/>
                <w:szCs w:val="24"/>
              </w:rPr>
            </w:pPr>
            <w:r w:rsidRPr="00E85698">
              <w:rPr>
                <w:sz w:val="24"/>
                <w:szCs w:val="24"/>
              </w:rPr>
              <w:lastRenderedPageBreak/>
              <w:t>13.</w:t>
            </w:r>
          </w:p>
        </w:tc>
        <w:tc>
          <w:tcPr>
            <w:tcW w:w="5094" w:type="dxa"/>
            <w:gridSpan w:val="2"/>
            <w:tcBorders>
              <w:bottom w:val="single" w:sz="6" w:space="0" w:color="000000"/>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Виды</w:t>
            </w:r>
            <w:r w:rsidRPr="00E85698">
              <w:rPr>
                <w:spacing w:val="-6"/>
                <w:sz w:val="24"/>
                <w:szCs w:val="24"/>
              </w:rPr>
              <w:t xml:space="preserve"> </w:t>
            </w:r>
            <w:r w:rsidRPr="00E85698">
              <w:rPr>
                <w:sz w:val="24"/>
                <w:szCs w:val="24"/>
              </w:rPr>
              <w:t>чтения:</w:t>
            </w:r>
            <w:r w:rsidRPr="00E85698">
              <w:rPr>
                <w:spacing w:val="-3"/>
                <w:sz w:val="24"/>
                <w:szCs w:val="24"/>
              </w:rPr>
              <w:t xml:space="preserve"> </w:t>
            </w:r>
            <w:r w:rsidRPr="00E85698">
              <w:rPr>
                <w:sz w:val="24"/>
                <w:szCs w:val="24"/>
              </w:rPr>
              <w:t>изучающее,</w:t>
            </w:r>
            <w:r w:rsidRPr="00E85698">
              <w:rPr>
                <w:spacing w:val="-4"/>
                <w:sz w:val="24"/>
                <w:szCs w:val="24"/>
              </w:rPr>
              <w:t xml:space="preserve"> </w:t>
            </w:r>
            <w:r w:rsidRPr="00E85698">
              <w:rPr>
                <w:sz w:val="24"/>
                <w:szCs w:val="24"/>
              </w:rPr>
              <w:t>ознакомительное,</w:t>
            </w:r>
          </w:p>
          <w:p w:rsidR="00A047B0" w:rsidRPr="00E85698" w:rsidRDefault="00A047B0" w:rsidP="00A047B0">
            <w:pPr>
              <w:pStyle w:val="TableParagraph"/>
              <w:spacing w:before="19"/>
              <w:ind w:left="3"/>
              <w:rPr>
                <w:sz w:val="24"/>
                <w:szCs w:val="24"/>
              </w:rPr>
            </w:pPr>
            <w:r w:rsidRPr="00E85698">
              <w:rPr>
                <w:sz w:val="24"/>
                <w:szCs w:val="24"/>
              </w:rPr>
              <w:t>просмотровое,</w:t>
            </w:r>
            <w:r w:rsidRPr="00E85698">
              <w:rPr>
                <w:spacing w:val="-4"/>
                <w:sz w:val="24"/>
                <w:szCs w:val="24"/>
              </w:rPr>
              <w:t xml:space="preserve"> </w:t>
            </w:r>
            <w:r w:rsidRPr="00E85698">
              <w:rPr>
                <w:sz w:val="24"/>
                <w:szCs w:val="24"/>
              </w:rPr>
              <w:t>поисковое</w:t>
            </w:r>
          </w:p>
        </w:tc>
        <w:tc>
          <w:tcPr>
            <w:tcW w:w="713" w:type="dxa"/>
            <w:gridSpan w:val="2"/>
            <w:tcBorders>
              <w:left w:val="single" w:sz="6" w:space="0" w:color="000000"/>
              <w:bottom w:val="single" w:sz="6" w:space="0" w:color="000000"/>
            </w:tcBorders>
          </w:tcPr>
          <w:p w:rsidR="00A047B0" w:rsidRPr="00E85698" w:rsidRDefault="00A047B0" w:rsidP="00A047B0">
            <w:pPr>
              <w:pStyle w:val="TableParagraph"/>
              <w:spacing w:before="118"/>
              <w:ind w:left="79"/>
              <w:rPr>
                <w:sz w:val="24"/>
                <w:szCs w:val="24"/>
              </w:rPr>
            </w:pPr>
            <w:r w:rsidRPr="00E85698">
              <w:rPr>
                <w:w w:val="99"/>
                <w:sz w:val="24"/>
                <w:szCs w:val="24"/>
              </w:rPr>
              <w:t>1</w:t>
            </w:r>
          </w:p>
        </w:tc>
        <w:tc>
          <w:tcPr>
            <w:tcW w:w="708"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32"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8" w:type="dxa"/>
            <w:gridSpan w:val="2"/>
            <w:tcBorders>
              <w:bottom w:val="single" w:sz="6" w:space="0" w:color="000000"/>
            </w:tcBorders>
          </w:tcPr>
          <w:p w:rsidR="00A047B0" w:rsidRPr="00E85698" w:rsidRDefault="00A047B0" w:rsidP="00A047B0">
            <w:pPr>
              <w:pStyle w:val="TableParagraph"/>
              <w:rPr>
                <w:sz w:val="24"/>
                <w:szCs w:val="24"/>
              </w:rPr>
            </w:pPr>
          </w:p>
        </w:tc>
        <w:tc>
          <w:tcPr>
            <w:tcW w:w="1587" w:type="dxa"/>
            <w:gridSpan w:val="3"/>
            <w:tcBorders>
              <w:bottom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5"/>
        </w:trPr>
        <w:tc>
          <w:tcPr>
            <w:tcW w:w="578" w:type="dxa"/>
            <w:gridSpan w:val="2"/>
            <w:tcBorders>
              <w:top w:val="single" w:sz="6" w:space="0" w:color="000000"/>
            </w:tcBorders>
          </w:tcPr>
          <w:p w:rsidR="00A047B0" w:rsidRPr="00E85698" w:rsidRDefault="00A047B0" w:rsidP="00A047B0">
            <w:pPr>
              <w:pStyle w:val="TableParagraph"/>
              <w:spacing w:before="116"/>
              <w:ind w:left="76"/>
              <w:rPr>
                <w:sz w:val="24"/>
                <w:szCs w:val="24"/>
              </w:rPr>
            </w:pPr>
            <w:r w:rsidRPr="00E85698">
              <w:rPr>
                <w:sz w:val="24"/>
                <w:szCs w:val="24"/>
              </w:rPr>
              <w:t>14.</w:t>
            </w:r>
          </w:p>
        </w:tc>
        <w:tc>
          <w:tcPr>
            <w:tcW w:w="5094" w:type="dxa"/>
            <w:gridSpan w:val="2"/>
            <w:tcBorders>
              <w:top w:val="single" w:sz="6" w:space="0" w:color="000000"/>
              <w:right w:val="single" w:sz="6" w:space="0" w:color="000000"/>
            </w:tcBorders>
          </w:tcPr>
          <w:p w:rsidR="00A047B0" w:rsidRPr="00E85698" w:rsidRDefault="00A047B0" w:rsidP="00A047B0">
            <w:pPr>
              <w:pStyle w:val="TableParagraph"/>
              <w:spacing w:line="222" w:lineRule="exact"/>
              <w:ind w:left="3"/>
              <w:rPr>
                <w:sz w:val="24"/>
                <w:szCs w:val="24"/>
              </w:rPr>
            </w:pPr>
            <w:r w:rsidRPr="00E85698">
              <w:rPr>
                <w:sz w:val="24"/>
                <w:szCs w:val="24"/>
              </w:rPr>
              <w:t>Понятие</w:t>
            </w:r>
            <w:r w:rsidRPr="00E85698">
              <w:rPr>
                <w:spacing w:val="-3"/>
                <w:sz w:val="24"/>
                <w:szCs w:val="24"/>
              </w:rPr>
              <w:t xml:space="preserve"> </w:t>
            </w:r>
            <w:r w:rsidRPr="00E85698">
              <w:rPr>
                <w:sz w:val="24"/>
                <w:szCs w:val="24"/>
              </w:rPr>
              <w:t>о</w:t>
            </w:r>
            <w:r w:rsidRPr="00E85698">
              <w:rPr>
                <w:spacing w:val="-2"/>
                <w:sz w:val="24"/>
                <w:szCs w:val="24"/>
              </w:rPr>
              <w:t xml:space="preserve"> </w:t>
            </w:r>
            <w:r w:rsidRPr="00E85698">
              <w:rPr>
                <w:sz w:val="24"/>
                <w:szCs w:val="24"/>
              </w:rPr>
              <w:t>тексте.</w:t>
            </w:r>
            <w:r w:rsidRPr="00E85698">
              <w:rPr>
                <w:spacing w:val="-2"/>
                <w:sz w:val="24"/>
                <w:szCs w:val="24"/>
              </w:rPr>
              <w:t xml:space="preserve"> </w:t>
            </w:r>
            <w:r w:rsidRPr="00E85698">
              <w:rPr>
                <w:sz w:val="24"/>
                <w:szCs w:val="24"/>
              </w:rPr>
              <w:t>Тема,</w:t>
            </w:r>
            <w:r w:rsidRPr="00E85698">
              <w:rPr>
                <w:spacing w:val="-2"/>
                <w:sz w:val="24"/>
                <w:szCs w:val="24"/>
              </w:rPr>
              <w:t xml:space="preserve"> </w:t>
            </w:r>
            <w:r w:rsidRPr="00E85698">
              <w:rPr>
                <w:sz w:val="24"/>
                <w:szCs w:val="24"/>
              </w:rPr>
              <w:t>главная</w:t>
            </w:r>
            <w:r w:rsidRPr="00E85698">
              <w:rPr>
                <w:spacing w:val="-4"/>
                <w:sz w:val="24"/>
                <w:szCs w:val="24"/>
              </w:rPr>
              <w:t xml:space="preserve"> </w:t>
            </w:r>
            <w:r w:rsidRPr="00E85698">
              <w:rPr>
                <w:sz w:val="24"/>
                <w:szCs w:val="24"/>
              </w:rPr>
              <w:t>мысль</w:t>
            </w:r>
            <w:r w:rsidRPr="00E85698">
              <w:rPr>
                <w:spacing w:val="-1"/>
                <w:sz w:val="24"/>
                <w:szCs w:val="24"/>
              </w:rPr>
              <w:t xml:space="preserve"> </w:t>
            </w:r>
            <w:r w:rsidRPr="00E85698">
              <w:rPr>
                <w:sz w:val="24"/>
                <w:szCs w:val="24"/>
              </w:rPr>
              <w:t>текста.</w:t>
            </w:r>
            <w:r w:rsidRPr="00E85698">
              <w:rPr>
                <w:spacing w:val="1"/>
                <w:sz w:val="24"/>
                <w:szCs w:val="24"/>
              </w:rPr>
              <w:t xml:space="preserve"> </w:t>
            </w:r>
            <w:proofErr w:type="spellStart"/>
            <w:r w:rsidRPr="00E85698">
              <w:rPr>
                <w:sz w:val="24"/>
                <w:szCs w:val="24"/>
              </w:rPr>
              <w:t>Микротемы</w:t>
            </w:r>
            <w:proofErr w:type="spellEnd"/>
          </w:p>
          <w:p w:rsidR="00A047B0" w:rsidRPr="00E85698" w:rsidRDefault="00A047B0" w:rsidP="00A047B0">
            <w:pPr>
              <w:pStyle w:val="TableParagraph"/>
              <w:spacing w:before="17"/>
              <w:ind w:left="3"/>
              <w:rPr>
                <w:sz w:val="24"/>
                <w:szCs w:val="24"/>
              </w:rPr>
            </w:pPr>
            <w:r w:rsidRPr="00E85698">
              <w:rPr>
                <w:sz w:val="24"/>
                <w:szCs w:val="24"/>
              </w:rPr>
              <w:t>текста</w:t>
            </w:r>
          </w:p>
        </w:tc>
        <w:tc>
          <w:tcPr>
            <w:tcW w:w="713" w:type="dxa"/>
            <w:gridSpan w:val="2"/>
            <w:tcBorders>
              <w:top w:val="single" w:sz="6" w:space="0" w:color="000000"/>
              <w:left w:val="single" w:sz="6" w:space="0" w:color="000000"/>
            </w:tcBorders>
          </w:tcPr>
          <w:p w:rsidR="00A047B0" w:rsidRPr="00E85698" w:rsidRDefault="00A047B0" w:rsidP="00A047B0">
            <w:pPr>
              <w:pStyle w:val="TableParagraph"/>
              <w:spacing w:before="116"/>
              <w:ind w:left="79"/>
              <w:rPr>
                <w:sz w:val="24"/>
                <w:szCs w:val="24"/>
              </w:rPr>
            </w:pPr>
            <w:r w:rsidRPr="00E85698">
              <w:rPr>
                <w:w w:val="99"/>
                <w:sz w:val="24"/>
                <w:szCs w:val="24"/>
              </w:rPr>
              <w:t>1</w:t>
            </w:r>
          </w:p>
        </w:tc>
        <w:tc>
          <w:tcPr>
            <w:tcW w:w="708" w:type="dxa"/>
            <w:gridSpan w:val="2"/>
            <w:tcBorders>
              <w:top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32" w:type="dxa"/>
            <w:gridSpan w:val="2"/>
            <w:tcBorders>
              <w:top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8" w:type="dxa"/>
            <w:gridSpan w:val="2"/>
            <w:tcBorders>
              <w:top w:val="single" w:sz="6" w:space="0" w:color="000000"/>
            </w:tcBorders>
          </w:tcPr>
          <w:p w:rsidR="00A047B0" w:rsidRPr="00E85698" w:rsidRDefault="00A047B0" w:rsidP="00A047B0">
            <w:pPr>
              <w:pStyle w:val="TableParagraph"/>
              <w:rPr>
                <w:sz w:val="24"/>
                <w:szCs w:val="24"/>
              </w:rPr>
            </w:pPr>
          </w:p>
        </w:tc>
        <w:tc>
          <w:tcPr>
            <w:tcW w:w="1587" w:type="dxa"/>
            <w:gridSpan w:val="3"/>
            <w:tcBorders>
              <w:top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2"/>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15.</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Композиционная</w:t>
            </w:r>
            <w:r w:rsidRPr="00E85698">
              <w:rPr>
                <w:spacing w:val="-7"/>
                <w:sz w:val="24"/>
                <w:szCs w:val="24"/>
              </w:rPr>
              <w:t xml:space="preserve"> </w:t>
            </w:r>
            <w:r w:rsidRPr="00E85698">
              <w:rPr>
                <w:sz w:val="24"/>
                <w:szCs w:val="24"/>
              </w:rPr>
              <w:t>структура</w:t>
            </w:r>
            <w:r w:rsidRPr="00E85698">
              <w:rPr>
                <w:spacing w:val="-2"/>
                <w:sz w:val="24"/>
                <w:szCs w:val="24"/>
              </w:rPr>
              <w:t xml:space="preserve"> </w:t>
            </w:r>
            <w:r w:rsidRPr="00E85698">
              <w:rPr>
                <w:sz w:val="24"/>
                <w:szCs w:val="24"/>
              </w:rPr>
              <w:t>текста.</w:t>
            </w:r>
            <w:r w:rsidRPr="00E85698">
              <w:rPr>
                <w:spacing w:val="-3"/>
                <w:sz w:val="24"/>
                <w:szCs w:val="24"/>
              </w:rPr>
              <w:t xml:space="preserve"> </w:t>
            </w:r>
            <w:r w:rsidRPr="00E85698">
              <w:rPr>
                <w:sz w:val="24"/>
                <w:szCs w:val="24"/>
              </w:rPr>
              <w:t>Абзац</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16.</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Средства</w:t>
            </w:r>
            <w:r w:rsidRPr="00E85698">
              <w:rPr>
                <w:spacing w:val="-2"/>
                <w:sz w:val="24"/>
                <w:szCs w:val="24"/>
              </w:rPr>
              <w:t xml:space="preserve"> </w:t>
            </w:r>
            <w:r w:rsidRPr="00E85698">
              <w:rPr>
                <w:sz w:val="24"/>
                <w:szCs w:val="24"/>
              </w:rPr>
              <w:t>связи предложений</w:t>
            </w:r>
            <w:r w:rsidRPr="00E85698">
              <w:rPr>
                <w:spacing w:val="-3"/>
                <w:sz w:val="24"/>
                <w:szCs w:val="24"/>
              </w:rPr>
              <w:t xml:space="preserve"> </w:t>
            </w:r>
            <w:r w:rsidRPr="00E85698">
              <w:rPr>
                <w:sz w:val="24"/>
                <w:szCs w:val="24"/>
              </w:rPr>
              <w:t>и</w:t>
            </w:r>
            <w:r w:rsidRPr="00E85698">
              <w:rPr>
                <w:spacing w:val="-3"/>
                <w:sz w:val="24"/>
                <w:szCs w:val="24"/>
              </w:rPr>
              <w:t xml:space="preserve"> </w:t>
            </w:r>
            <w:r w:rsidRPr="00E85698">
              <w:rPr>
                <w:sz w:val="24"/>
                <w:szCs w:val="24"/>
              </w:rPr>
              <w:t>частей</w:t>
            </w:r>
            <w:r w:rsidRPr="00E85698">
              <w:rPr>
                <w:spacing w:val="-3"/>
                <w:sz w:val="24"/>
                <w:szCs w:val="24"/>
              </w:rPr>
              <w:t xml:space="preserve"> </w:t>
            </w:r>
            <w:r w:rsidRPr="00E85698">
              <w:rPr>
                <w:sz w:val="24"/>
                <w:szCs w:val="24"/>
              </w:rPr>
              <w:t>текста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6"/>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17.</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Функционально-смысловые</w:t>
            </w:r>
            <w:r w:rsidRPr="00E85698">
              <w:rPr>
                <w:spacing w:val="-4"/>
                <w:sz w:val="24"/>
                <w:szCs w:val="24"/>
              </w:rPr>
              <w:t xml:space="preserve"> </w:t>
            </w:r>
            <w:r w:rsidRPr="00E85698">
              <w:rPr>
                <w:sz w:val="24"/>
                <w:szCs w:val="24"/>
              </w:rPr>
              <w:t>типы</w:t>
            </w:r>
            <w:r w:rsidRPr="00E85698">
              <w:rPr>
                <w:spacing w:val="-6"/>
                <w:sz w:val="24"/>
                <w:szCs w:val="24"/>
              </w:rPr>
              <w:t xml:space="preserve"> </w:t>
            </w:r>
            <w:r w:rsidRPr="00E85698">
              <w:rPr>
                <w:sz w:val="24"/>
                <w:szCs w:val="24"/>
              </w:rPr>
              <w:t>речи:</w:t>
            </w:r>
            <w:r w:rsidRPr="00E85698">
              <w:rPr>
                <w:spacing w:val="-6"/>
                <w:sz w:val="24"/>
                <w:szCs w:val="24"/>
              </w:rPr>
              <w:t xml:space="preserve"> </w:t>
            </w:r>
            <w:r w:rsidRPr="00E85698">
              <w:rPr>
                <w:sz w:val="24"/>
                <w:szCs w:val="24"/>
              </w:rPr>
              <w:t>описание,</w:t>
            </w:r>
          </w:p>
          <w:p w:rsidR="00A047B0" w:rsidRPr="00E85698" w:rsidRDefault="00A047B0" w:rsidP="00A047B0">
            <w:pPr>
              <w:pStyle w:val="TableParagraph"/>
              <w:spacing w:before="19"/>
              <w:ind w:left="3"/>
              <w:rPr>
                <w:sz w:val="24"/>
                <w:szCs w:val="24"/>
              </w:rPr>
            </w:pPr>
            <w:r w:rsidRPr="00E85698">
              <w:rPr>
                <w:sz w:val="24"/>
                <w:szCs w:val="24"/>
              </w:rPr>
              <w:t>повествование,</w:t>
            </w:r>
            <w:r w:rsidRPr="00E85698">
              <w:rPr>
                <w:spacing w:val="-6"/>
                <w:sz w:val="24"/>
                <w:szCs w:val="24"/>
              </w:rPr>
              <w:t xml:space="preserve"> </w:t>
            </w:r>
            <w:r w:rsidRPr="00E85698">
              <w:rPr>
                <w:sz w:val="24"/>
                <w:szCs w:val="24"/>
              </w:rPr>
              <w:t>рассуждение</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18.</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Повествование</w:t>
            </w:r>
            <w:r w:rsidRPr="00E85698">
              <w:rPr>
                <w:spacing w:val="-3"/>
                <w:sz w:val="24"/>
                <w:szCs w:val="24"/>
              </w:rPr>
              <w:t xml:space="preserve"> </w:t>
            </w:r>
            <w:r w:rsidRPr="00E85698">
              <w:rPr>
                <w:sz w:val="24"/>
                <w:szCs w:val="24"/>
              </w:rPr>
              <w:t>как</w:t>
            </w:r>
            <w:r w:rsidRPr="00E85698">
              <w:rPr>
                <w:spacing w:val="-4"/>
                <w:sz w:val="24"/>
                <w:szCs w:val="24"/>
              </w:rPr>
              <w:t xml:space="preserve"> </w:t>
            </w:r>
            <w:r w:rsidRPr="00E85698">
              <w:rPr>
                <w:sz w:val="24"/>
                <w:szCs w:val="24"/>
              </w:rPr>
              <w:t>тип</w:t>
            </w:r>
            <w:r w:rsidRPr="00E85698">
              <w:rPr>
                <w:spacing w:val="-4"/>
                <w:sz w:val="24"/>
                <w:szCs w:val="24"/>
              </w:rPr>
              <w:t xml:space="preserve"> </w:t>
            </w:r>
            <w:r w:rsidRPr="00E85698">
              <w:rPr>
                <w:sz w:val="24"/>
                <w:szCs w:val="24"/>
              </w:rPr>
              <w:t>речи.</w:t>
            </w:r>
            <w:r w:rsidRPr="00E85698">
              <w:rPr>
                <w:spacing w:val="-3"/>
                <w:sz w:val="24"/>
                <w:szCs w:val="24"/>
              </w:rPr>
              <w:t xml:space="preserve"> </w:t>
            </w:r>
            <w:r w:rsidRPr="00E85698">
              <w:rPr>
                <w:sz w:val="24"/>
                <w:szCs w:val="24"/>
              </w:rPr>
              <w:t>Рассказ</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3"/>
        </w:trPr>
        <w:tc>
          <w:tcPr>
            <w:tcW w:w="578" w:type="dxa"/>
            <w:gridSpan w:val="2"/>
          </w:tcPr>
          <w:p w:rsidR="00A047B0" w:rsidRPr="00E85698" w:rsidRDefault="00A047B0" w:rsidP="00A047B0">
            <w:pPr>
              <w:pStyle w:val="TableParagraph"/>
              <w:spacing w:line="225" w:lineRule="exact"/>
              <w:ind w:left="76"/>
              <w:rPr>
                <w:sz w:val="24"/>
                <w:szCs w:val="24"/>
              </w:rPr>
            </w:pPr>
            <w:r w:rsidRPr="00E85698">
              <w:rPr>
                <w:sz w:val="24"/>
                <w:szCs w:val="24"/>
              </w:rPr>
              <w:t>19.</w:t>
            </w:r>
          </w:p>
        </w:tc>
        <w:tc>
          <w:tcPr>
            <w:tcW w:w="5094" w:type="dxa"/>
            <w:gridSpan w:val="2"/>
            <w:tcBorders>
              <w:right w:val="single" w:sz="6" w:space="0" w:color="000000"/>
            </w:tcBorders>
          </w:tcPr>
          <w:p w:rsidR="00A047B0" w:rsidRPr="00E85698" w:rsidRDefault="00A047B0" w:rsidP="00A047B0">
            <w:pPr>
              <w:pStyle w:val="TableParagraph"/>
              <w:spacing w:line="225" w:lineRule="exact"/>
              <w:ind w:left="3"/>
              <w:rPr>
                <w:sz w:val="24"/>
                <w:szCs w:val="24"/>
              </w:rPr>
            </w:pPr>
            <w:r w:rsidRPr="00E85698">
              <w:rPr>
                <w:sz w:val="24"/>
                <w:szCs w:val="24"/>
              </w:rPr>
              <w:t>Повествование</w:t>
            </w:r>
            <w:r w:rsidRPr="00E85698">
              <w:rPr>
                <w:spacing w:val="-5"/>
                <w:sz w:val="24"/>
                <w:szCs w:val="24"/>
              </w:rPr>
              <w:t xml:space="preserve"> </w:t>
            </w:r>
            <w:r w:rsidRPr="00E85698">
              <w:rPr>
                <w:sz w:val="24"/>
                <w:szCs w:val="24"/>
              </w:rPr>
              <w:t>как</w:t>
            </w:r>
            <w:r w:rsidRPr="00E85698">
              <w:rPr>
                <w:spacing w:val="-5"/>
                <w:sz w:val="24"/>
                <w:szCs w:val="24"/>
              </w:rPr>
              <w:t xml:space="preserve"> </w:t>
            </w:r>
            <w:r w:rsidRPr="00E85698">
              <w:rPr>
                <w:sz w:val="24"/>
                <w:szCs w:val="24"/>
              </w:rPr>
              <w:t>тип</w:t>
            </w:r>
            <w:r w:rsidRPr="00E85698">
              <w:rPr>
                <w:spacing w:val="-5"/>
                <w:sz w:val="24"/>
                <w:szCs w:val="24"/>
              </w:rPr>
              <w:t xml:space="preserve"> </w:t>
            </w:r>
            <w:r w:rsidRPr="00E85698">
              <w:rPr>
                <w:sz w:val="24"/>
                <w:szCs w:val="24"/>
              </w:rPr>
              <w:t>речи.</w:t>
            </w:r>
            <w:r w:rsidRPr="00E85698">
              <w:rPr>
                <w:spacing w:val="-4"/>
                <w:sz w:val="24"/>
                <w:szCs w:val="24"/>
              </w:rPr>
              <w:t xml:space="preserve"> </w:t>
            </w:r>
            <w:r w:rsidRPr="00E85698">
              <w:rPr>
                <w:sz w:val="24"/>
                <w:szCs w:val="24"/>
              </w:rPr>
              <w:t>Рассказ.</w:t>
            </w:r>
            <w:r w:rsidRPr="00E85698">
              <w:rPr>
                <w:spacing w:val="-1"/>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line="225"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20.</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Сочинение</w:t>
            </w:r>
            <w:r w:rsidRPr="00E85698">
              <w:rPr>
                <w:spacing w:val="-4"/>
                <w:sz w:val="24"/>
                <w:szCs w:val="24"/>
              </w:rPr>
              <w:t xml:space="preserve"> </w:t>
            </w:r>
            <w:r w:rsidRPr="00E85698">
              <w:rPr>
                <w:sz w:val="24"/>
                <w:szCs w:val="24"/>
              </w:rPr>
              <w:t>по</w:t>
            </w:r>
            <w:r w:rsidRPr="00E85698">
              <w:rPr>
                <w:spacing w:val="-2"/>
                <w:sz w:val="24"/>
                <w:szCs w:val="24"/>
              </w:rPr>
              <w:t xml:space="preserve"> </w:t>
            </w:r>
            <w:r w:rsidRPr="00E85698">
              <w:rPr>
                <w:sz w:val="24"/>
                <w:szCs w:val="24"/>
              </w:rPr>
              <w:t>сюжетной</w:t>
            </w:r>
            <w:r w:rsidRPr="00E85698">
              <w:rPr>
                <w:spacing w:val="-4"/>
                <w:sz w:val="24"/>
                <w:szCs w:val="24"/>
              </w:rPr>
              <w:t xml:space="preserve"> </w:t>
            </w:r>
            <w:r w:rsidRPr="00E85698">
              <w:rPr>
                <w:sz w:val="24"/>
                <w:szCs w:val="24"/>
              </w:rPr>
              <w:t>картине (упр.63)</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21.</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Смысловой</w:t>
            </w:r>
            <w:r w:rsidRPr="00E85698">
              <w:rPr>
                <w:spacing w:val="-5"/>
                <w:sz w:val="24"/>
                <w:szCs w:val="24"/>
              </w:rPr>
              <w:t xml:space="preserve"> </w:t>
            </w:r>
            <w:r w:rsidRPr="00E85698">
              <w:rPr>
                <w:sz w:val="24"/>
                <w:szCs w:val="24"/>
              </w:rPr>
              <w:t>анализ</w:t>
            </w:r>
            <w:r w:rsidRPr="00E85698">
              <w:rPr>
                <w:spacing w:val="-3"/>
                <w:sz w:val="24"/>
                <w:szCs w:val="24"/>
              </w:rPr>
              <w:t xml:space="preserve"> </w:t>
            </w:r>
            <w:r w:rsidRPr="00E85698">
              <w:rPr>
                <w:sz w:val="24"/>
                <w:szCs w:val="24"/>
              </w:rPr>
              <w:t>текста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2"/>
        </w:trPr>
        <w:tc>
          <w:tcPr>
            <w:tcW w:w="578" w:type="dxa"/>
            <w:gridSpan w:val="2"/>
          </w:tcPr>
          <w:p w:rsidR="00A047B0" w:rsidRPr="00E85698" w:rsidRDefault="00A047B0" w:rsidP="00A047B0">
            <w:pPr>
              <w:pStyle w:val="TableParagraph"/>
              <w:spacing w:line="224" w:lineRule="exact"/>
              <w:ind w:left="76"/>
              <w:rPr>
                <w:sz w:val="24"/>
                <w:szCs w:val="24"/>
              </w:rPr>
            </w:pPr>
            <w:r w:rsidRPr="00E85698">
              <w:rPr>
                <w:sz w:val="24"/>
                <w:szCs w:val="24"/>
              </w:rPr>
              <w:t>22.</w:t>
            </w:r>
          </w:p>
        </w:tc>
        <w:tc>
          <w:tcPr>
            <w:tcW w:w="5094" w:type="dxa"/>
            <w:gridSpan w:val="2"/>
            <w:tcBorders>
              <w:right w:val="single" w:sz="6" w:space="0" w:color="000000"/>
            </w:tcBorders>
          </w:tcPr>
          <w:p w:rsidR="00A047B0" w:rsidRPr="00E85698" w:rsidRDefault="00A047B0" w:rsidP="00A047B0">
            <w:pPr>
              <w:pStyle w:val="TableParagraph"/>
              <w:spacing w:line="224" w:lineRule="exact"/>
              <w:ind w:left="3"/>
              <w:rPr>
                <w:sz w:val="24"/>
                <w:szCs w:val="24"/>
              </w:rPr>
            </w:pPr>
            <w:r w:rsidRPr="00E85698">
              <w:rPr>
                <w:sz w:val="24"/>
                <w:szCs w:val="24"/>
              </w:rPr>
              <w:t>Смысловой</w:t>
            </w:r>
            <w:r w:rsidRPr="00E85698">
              <w:rPr>
                <w:spacing w:val="-5"/>
                <w:sz w:val="24"/>
                <w:szCs w:val="24"/>
              </w:rPr>
              <w:t xml:space="preserve"> </w:t>
            </w:r>
            <w:r w:rsidRPr="00E85698">
              <w:rPr>
                <w:sz w:val="24"/>
                <w:szCs w:val="24"/>
              </w:rPr>
              <w:t>анализ</w:t>
            </w:r>
            <w:r w:rsidRPr="00E85698">
              <w:rPr>
                <w:spacing w:val="-4"/>
                <w:sz w:val="24"/>
                <w:szCs w:val="24"/>
              </w:rPr>
              <w:t xml:space="preserve"> </w:t>
            </w:r>
            <w:r w:rsidRPr="00E85698">
              <w:rPr>
                <w:sz w:val="24"/>
                <w:szCs w:val="24"/>
              </w:rPr>
              <w:t>текста.</w:t>
            </w:r>
            <w:r w:rsidRPr="00E85698">
              <w:rPr>
                <w:spacing w:val="-2"/>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line="224"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6"/>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23.</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Информационная</w:t>
            </w:r>
            <w:r w:rsidRPr="00E85698">
              <w:rPr>
                <w:spacing w:val="-2"/>
                <w:sz w:val="24"/>
                <w:szCs w:val="24"/>
              </w:rPr>
              <w:t xml:space="preserve"> </w:t>
            </w:r>
            <w:r w:rsidRPr="00E85698">
              <w:rPr>
                <w:sz w:val="24"/>
                <w:szCs w:val="24"/>
              </w:rPr>
              <w:t>переработка</w:t>
            </w:r>
            <w:r w:rsidRPr="00E85698">
              <w:rPr>
                <w:spacing w:val="-3"/>
                <w:sz w:val="24"/>
                <w:szCs w:val="24"/>
              </w:rPr>
              <w:t xml:space="preserve"> </w:t>
            </w:r>
            <w:r w:rsidRPr="00E85698">
              <w:rPr>
                <w:sz w:val="24"/>
                <w:szCs w:val="24"/>
              </w:rPr>
              <w:t>текста:</w:t>
            </w:r>
            <w:r w:rsidRPr="00E85698">
              <w:rPr>
                <w:spacing w:val="-4"/>
                <w:sz w:val="24"/>
                <w:szCs w:val="24"/>
              </w:rPr>
              <w:t xml:space="preserve"> </w:t>
            </w:r>
            <w:r w:rsidRPr="00E85698">
              <w:rPr>
                <w:sz w:val="24"/>
                <w:szCs w:val="24"/>
              </w:rPr>
              <w:t>простой</w:t>
            </w:r>
            <w:r w:rsidRPr="00E85698">
              <w:rPr>
                <w:spacing w:val="-2"/>
                <w:sz w:val="24"/>
                <w:szCs w:val="24"/>
              </w:rPr>
              <w:t xml:space="preserve"> </w:t>
            </w:r>
            <w:r w:rsidRPr="00E85698">
              <w:rPr>
                <w:sz w:val="24"/>
                <w:szCs w:val="24"/>
              </w:rPr>
              <w:t>и</w:t>
            </w:r>
            <w:r w:rsidRPr="00E85698">
              <w:rPr>
                <w:spacing w:val="-5"/>
                <w:sz w:val="24"/>
                <w:szCs w:val="24"/>
              </w:rPr>
              <w:t xml:space="preserve"> </w:t>
            </w:r>
            <w:r w:rsidRPr="00E85698">
              <w:rPr>
                <w:sz w:val="24"/>
                <w:szCs w:val="24"/>
              </w:rPr>
              <w:t>сложный</w:t>
            </w:r>
          </w:p>
          <w:p w:rsidR="00A047B0" w:rsidRPr="00E85698" w:rsidRDefault="00A047B0" w:rsidP="00A047B0">
            <w:pPr>
              <w:pStyle w:val="TableParagraph"/>
              <w:spacing w:before="19"/>
              <w:ind w:left="3"/>
              <w:rPr>
                <w:sz w:val="24"/>
                <w:szCs w:val="24"/>
              </w:rPr>
            </w:pPr>
            <w:r w:rsidRPr="00E85698">
              <w:rPr>
                <w:sz w:val="24"/>
                <w:szCs w:val="24"/>
              </w:rPr>
              <w:t>план</w:t>
            </w:r>
            <w:r w:rsidRPr="00E85698">
              <w:rPr>
                <w:spacing w:val="-4"/>
                <w:sz w:val="24"/>
                <w:szCs w:val="24"/>
              </w:rPr>
              <w:t xml:space="preserve"> </w:t>
            </w:r>
            <w:r w:rsidRPr="00E85698">
              <w:rPr>
                <w:sz w:val="24"/>
                <w:szCs w:val="24"/>
              </w:rPr>
              <w:t>текста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24.</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Изложение</w:t>
            </w:r>
            <w:r w:rsidRPr="00E85698">
              <w:rPr>
                <w:spacing w:val="-1"/>
                <w:sz w:val="24"/>
                <w:szCs w:val="24"/>
              </w:rPr>
              <w:t xml:space="preserve"> </w:t>
            </w:r>
            <w:r w:rsidRPr="00E85698">
              <w:rPr>
                <w:sz w:val="24"/>
                <w:szCs w:val="24"/>
              </w:rPr>
              <w:t>и</w:t>
            </w:r>
            <w:r w:rsidRPr="00E85698">
              <w:rPr>
                <w:spacing w:val="-4"/>
                <w:sz w:val="24"/>
                <w:szCs w:val="24"/>
              </w:rPr>
              <w:t xml:space="preserve"> </w:t>
            </w:r>
            <w:r w:rsidRPr="00E85698">
              <w:rPr>
                <w:sz w:val="24"/>
                <w:szCs w:val="24"/>
              </w:rPr>
              <w:t>его</w:t>
            </w:r>
            <w:r w:rsidRPr="00E85698">
              <w:rPr>
                <w:spacing w:val="-2"/>
                <w:sz w:val="24"/>
                <w:szCs w:val="24"/>
              </w:rPr>
              <w:t xml:space="preserve"> </w:t>
            </w:r>
            <w:r w:rsidRPr="00E85698">
              <w:rPr>
                <w:sz w:val="24"/>
                <w:szCs w:val="24"/>
              </w:rPr>
              <w:t>виды</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25.</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Редактирование</w:t>
            </w:r>
            <w:r w:rsidRPr="00E85698">
              <w:rPr>
                <w:spacing w:val="-5"/>
                <w:sz w:val="24"/>
                <w:szCs w:val="24"/>
              </w:rPr>
              <w:t xml:space="preserve"> </w:t>
            </w:r>
            <w:r w:rsidRPr="00E85698">
              <w:rPr>
                <w:sz w:val="24"/>
                <w:szCs w:val="24"/>
              </w:rPr>
              <w:t>текста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4"/>
        </w:trPr>
        <w:tc>
          <w:tcPr>
            <w:tcW w:w="578" w:type="dxa"/>
            <w:gridSpan w:val="2"/>
          </w:tcPr>
          <w:p w:rsidR="00A047B0" w:rsidRPr="00E85698" w:rsidRDefault="00A047B0" w:rsidP="00A047B0">
            <w:pPr>
              <w:pStyle w:val="TableParagraph"/>
              <w:spacing w:line="225" w:lineRule="exact"/>
              <w:ind w:left="76"/>
              <w:rPr>
                <w:sz w:val="24"/>
                <w:szCs w:val="24"/>
              </w:rPr>
            </w:pPr>
            <w:r w:rsidRPr="00E85698">
              <w:rPr>
                <w:sz w:val="24"/>
                <w:szCs w:val="24"/>
              </w:rPr>
              <w:t>26.</w:t>
            </w:r>
          </w:p>
        </w:tc>
        <w:tc>
          <w:tcPr>
            <w:tcW w:w="5094" w:type="dxa"/>
            <w:gridSpan w:val="2"/>
            <w:tcBorders>
              <w:right w:val="single" w:sz="6" w:space="0" w:color="000000"/>
            </w:tcBorders>
          </w:tcPr>
          <w:p w:rsidR="00A047B0" w:rsidRPr="00E85698" w:rsidRDefault="00A047B0" w:rsidP="00A047B0">
            <w:pPr>
              <w:pStyle w:val="TableParagraph"/>
              <w:spacing w:line="225" w:lineRule="exact"/>
              <w:ind w:left="3"/>
              <w:rPr>
                <w:sz w:val="24"/>
                <w:szCs w:val="24"/>
              </w:rPr>
            </w:pPr>
            <w:r w:rsidRPr="00E85698">
              <w:rPr>
                <w:sz w:val="24"/>
                <w:szCs w:val="24"/>
              </w:rPr>
              <w:t>Изложение (упр.70)</w:t>
            </w:r>
          </w:p>
        </w:tc>
        <w:tc>
          <w:tcPr>
            <w:tcW w:w="713" w:type="dxa"/>
            <w:gridSpan w:val="2"/>
            <w:tcBorders>
              <w:left w:val="single" w:sz="6" w:space="0" w:color="000000"/>
            </w:tcBorders>
          </w:tcPr>
          <w:p w:rsidR="00A047B0" w:rsidRPr="00E85698" w:rsidRDefault="00A047B0" w:rsidP="00A047B0">
            <w:pPr>
              <w:pStyle w:val="TableParagraph"/>
              <w:spacing w:line="225"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3"/>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27.</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Функциональные</w:t>
            </w:r>
            <w:r w:rsidRPr="00E85698">
              <w:rPr>
                <w:spacing w:val="-4"/>
                <w:sz w:val="24"/>
                <w:szCs w:val="24"/>
              </w:rPr>
              <w:t xml:space="preserve"> </w:t>
            </w:r>
            <w:r w:rsidRPr="00E85698">
              <w:rPr>
                <w:sz w:val="24"/>
                <w:szCs w:val="24"/>
              </w:rPr>
              <w:t>разновидности</w:t>
            </w:r>
            <w:r w:rsidRPr="00E85698">
              <w:rPr>
                <w:spacing w:val="-5"/>
                <w:sz w:val="24"/>
                <w:szCs w:val="24"/>
              </w:rPr>
              <w:t xml:space="preserve"> </w:t>
            </w:r>
            <w:r w:rsidRPr="00E85698">
              <w:rPr>
                <w:sz w:val="24"/>
                <w:szCs w:val="24"/>
              </w:rPr>
              <w:t>языка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6"/>
        </w:trPr>
        <w:tc>
          <w:tcPr>
            <w:tcW w:w="578" w:type="dxa"/>
            <w:gridSpan w:val="2"/>
          </w:tcPr>
          <w:p w:rsidR="00A047B0" w:rsidRPr="00E85698" w:rsidRDefault="00A047B0" w:rsidP="00A047B0">
            <w:pPr>
              <w:pStyle w:val="TableParagraph"/>
              <w:spacing w:before="115"/>
              <w:ind w:left="76"/>
              <w:rPr>
                <w:sz w:val="24"/>
                <w:szCs w:val="24"/>
              </w:rPr>
            </w:pPr>
            <w:r w:rsidRPr="00E85698">
              <w:rPr>
                <w:sz w:val="24"/>
                <w:szCs w:val="24"/>
              </w:rPr>
              <w:t>28.</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Фонетика</w:t>
            </w:r>
            <w:r w:rsidRPr="00E85698">
              <w:rPr>
                <w:spacing w:val="-3"/>
                <w:sz w:val="24"/>
                <w:szCs w:val="24"/>
              </w:rPr>
              <w:t xml:space="preserve"> </w:t>
            </w:r>
            <w:r w:rsidRPr="00E85698">
              <w:rPr>
                <w:sz w:val="24"/>
                <w:szCs w:val="24"/>
              </w:rPr>
              <w:t>и</w:t>
            </w:r>
            <w:r w:rsidRPr="00E85698">
              <w:rPr>
                <w:spacing w:val="-4"/>
                <w:sz w:val="24"/>
                <w:szCs w:val="24"/>
              </w:rPr>
              <w:t xml:space="preserve"> </w:t>
            </w:r>
            <w:r w:rsidRPr="00E85698">
              <w:rPr>
                <w:sz w:val="24"/>
                <w:szCs w:val="24"/>
              </w:rPr>
              <w:t>графика</w:t>
            </w:r>
            <w:r w:rsidRPr="00E85698">
              <w:rPr>
                <w:spacing w:val="-3"/>
                <w:sz w:val="24"/>
                <w:szCs w:val="24"/>
              </w:rPr>
              <w:t xml:space="preserve"> </w:t>
            </w:r>
            <w:r w:rsidRPr="00E85698">
              <w:rPr>
                <w:sz w:val="24"/>
                <w:szCs w:val="24"/>
              </w:rPr>
              <w:t>как</w:t>
            </w:r>
            <w:r w:rsidRPr="00E85698">
              <w:rPr>
                <w:spacing w:val="-3"/>
                <w:sz w:val="24"/>
                <w:szCs w:val="24"/>
              </w:rPr>
              <w:t xml:space="preserve"> </w:t>
            </w:r>
            <w:r w:rsidRPr="00E85698">
              <w:rPr>
                <w:sz w:val="24"/>
                <w:szCs w:val="24"/>
              </w:rPr>
              <w:t>разделы</w:t>
            </w:r>
            <w:r w:rsidRPr="00E85698">
              <w:rPr>
                <w:spacing w:val="-3"/>
                <w:sz w:val="24"/>
                <w:szCs w:val="24"/>
              </w:rPr>
              <w:t xml:space="preserve"> </w:t>
            </w:r>
            <w:r w:rsidRPr="00E85698">
              <w:rPr>
                <w:sz w:val="24"/>
                <w:szCs w:val="24"/>
              </w:rPr>
              <w:t>лингвистики.</w:t>
            </w:r>
            <w:r w:rsidRPr="00E85698">
              <w:rPr>
                <w:spacing w:val="-3"/>
                <w:sz w:val="24"/>
                <w:szCs w:val="24"/>
              </w:rPr>
              <w:t xml:space="preserve"> </w:t>
            </w:r>
            <w:r w:rsidRPr="00E85698">
              <w:rPr>
                <w:sz w:val="24"/>
                <w:szCs w:val="24"/>
              </w:rPr>
              <w:t>Звук</w:t>
            </w:r>
            <w:r w:rsidRPr="00E85698">
              <w:rPr>
                <w:spacing w:val="-4"/>
                <w:sz w:val="24"/>
                <w:szCs w:val="24"/>
              </w:rPr>
              <w:t xml:space="preserve"> </w:t>
            </w:r>
            <w:r w:rsidRPr="00E85698">
              <w:rPr>
                <w:sz w:val="24"/>
                <w:szCs w:val="24"/>
              </w:rPr>
              <w:t>как</w:t>
            </w:r>
          </w:p>
          <w:p w:rsidR="00A047B0" w:rsidRPr="00E85698" w:rsidRDefault="00A047B0" w:rsidP="00A047B0">
            <w:pPr>
              <w:pStyle w:val="TableParagraph"/>
              <w:spacing w:before="17"/>
              <w:ind w:left="3"/>
              <w:rPr>
                <w:sz w:val="24"/>
                <w:szCs w:val="24"/>
              </w:rPr>
            </w:pPr>
            <w:r w:rsidRPr="00E85698">
              <w:rPr>
                <w:sz w:val="24"/>
                <w:szCs w:val="24"/>
              </w:rPr>
              <w:t>единица</w:t>
            </w:r>
            <w:r w:rsidRPr="00E85698">
              <w:rPr>
                <w:spacing w:val="-4"/>
                <w:sz w:val="24"/>
                <w:szCs w:val="24"/>
              </w:rPr>
              <w:t xml:space="preserve"> </w:t>
            </w:r>
            <w:r w:rsidRPr="00E85698">
              <w:rPr>
                <w:sz w:val="24"/>
                <w:szCs w:val="24"/>
              </w:rPr>
              <w:t>языка.</w:t>
            </w:r>
            <w:r w:rsidRPr="00E85698">
              <w:rPr>
                <w:spacing w:val="-1"/>
                <w:sz w:val="24"/>
                <w:szCs w:val="24"/>
              </w:rPr>
              <w:t xml:space="preserve"> </w:t>
            </w:r>
            <w:r w:rsidRPr="00E85698">
              <w:rPr>
                <w:sz w:val="24"/>
                <w:szCs w:val="24"/>
              </w:rPr>
              <w:t>Смыслоразличительная</w:t>
            </w:r>
            <w:r w:rsidRPr="00E85698">
              <w:rPr>
                <w:spacing w:val="-5"/>
                <w:sz w:val="24"/>
                <w:szCs w:val="24"/>
              </w:rPr>
              <w:t xml:space="preserve"> </w:t>
            </w:r>
            <w:r w:rsidRPr="00E85698">
              <w:rPr>
                <w:sz w:val="24"/>
                <w:szCs w:val="24"/>
              </w:rPr>
              <w:t>роль</w:t>
            </w:r>
            <w:r w:rsidRPr="00E85698">
              <w:rPr>
                <w:spacing w:val="-4"/>
                <w:sz w:val="24"/>
                <w:szCs w:val="24"/>
              </w:rPr>
              <w:t xml:space="preserve"> </w:t>
            </w:r>
            <w:r w:rsidRPr="00E85698">
              <w:rPr>
                <w:sz w:val="24"/>
                <w:szCs w:val="24"/>
              </w:rPr>
              <w:t>звука.</w:t>
            </w:r>
          </w:p>
        </w:tc>
        <w:tc>
          <w:tcPr>
            <w:tcW w:w="713" w:type="dxa"/>
            <w:gridSpan w:val="2"/>
            <w:tcBorders>
              <w:left w:val="single" w:sz="6" w:space="0" w:color="000000"/>
            </w:tcBorders>
          </w:tcPr>
          <w:p w:rsidR="00A047B0" w:rsidRPr="00E85698" w:rsidRDefault="00A047B0" w:rsidP="00A047B0">
            <w:pPr>
              <w:pStyle w:val="TableParagraph"/>
              <w:spacing w:before="115"/>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6"/>
        </w:trPr>
        <w:tc>
          <w:tcPr>
            <w:tcW w:w="578" w:type="dxa"/>
            <w:gridSpan w:val="2"/>
          </w:tcPr>
          <w:p w:rsidR="00A047B0" w:rsidRPr="00E85698" w:rsidRDefault="00A047B0" w:rsidP="00A047B0">
            <w:pPr>
              <w:pStyle w:val="TableParagraph"/>
              <w:spacing w:before="115"/>
              <w:ind w:left="76"/>
              <w:rPr>
                <w:sz w:val="24"/>
                <w:szCs w:val="24"/>
              </w:rPr>
            </w:pPr>
            <w:r w:rsidRPr="00E85698">
              <w:rPr>
                <w:sz w:val="24"/>
                <w:szCs w:val="24"/>
              </w:rPr>
              <w:t>29.</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ight="-15"/>
              <w:rPr>
                <w:sz w:val="24"/>
                <w:szCs w:val="24"/>
              </w:rPr>
            </w:pPr>
            <w:r w:rsidRPr="00E85698">
              <w:rPr>
                <w:sz w:val="24"/>
                <w:szCs w:val="24"/>
              </w:rPr>
              <w:t xml:space="preserve">Система  </w:t>
            </w:r>
            <w:r w:rsidRPr="00E85698">
              <w:rPr>
                <w:spacing w:val="17"/>
                <w:sz w:val="24"/>
                <w:szCs w:val="24"/>
              </w:rPr>
              <w:t xml:space="preserve"> </w:t>
            </w:r>
            <w:r w:rsidRPr="00E85698">
              <w:rPr>
                <w:sz w:val="24"/>
                <w:szCs w:val="24"/>
              </w:rPr>
              <w:t xml:space="preserve">согласных  </w:t>
            </w:r>
            <w:r w:rsidRPr="00E85698">
              <w:rPr>
                <w:spacing w:val="16"/>
                <w:sz w:val="24"/>
                <w:szCs w:val="24"/>
              </w:rPr>
              <w:t xml:space="preserve"> </w:t>
            </w:r>
            <w:r w:rsidRPr="00E85698">
              <w:rPr>
                <w:sz w:val="24"/>
                <w:szCs w:val="24"/>
              </w:rPr>
              <w:t xml:space="preserve">звуков.  </w:t>
            </w:r>
            <w:r w:rsidRPr="00E85698">
              <w:rPr>
                <w:spacing w:val="17"/>
                <w:sz w:val="24"/>
                <w:szCs w:val="24"/>
              </w:rPr>
              <w:t xml:space="preserve"> </w:t>
            </w:r>
            <w:r w:rsidRPr="00E85698">
              <w:rPr>
                <w:sz w:val="24"/>
                <w:szCs w:val="24"/>
              </w:rPr>
              <w:t xml:space="preserve">Основные  </w:t>
            </w:r>
            <w:r w:rsidRPr="00E85698">
              <w:rPr>
                <w:spacing w:val="18"/>
                <w:sz w:val="24"/>
                <w:szCs w:val="24"/>
              </w:rPr>
              <w:t xml:space="preserve"> </w:t>
            </w:r>
            <w:r w:rsidRPr="00E85698">
              <w:rPr>
                <w:sz w:val="24"/>
                <w:szCs w:val="24"/>
              </w:rPr>
              <w:t>выразительные</w:t>
            </w:r>
          </w:p>
          <w:p w:rsidR="00A047B0" w:rsidRPr="00E85698" w:rsidRDefault="00A047B0" w:rsidP="00A047B0">
            <w:pPr>
              <w:pStyle w:val="TableParagraph"/>
              <w:spacing w:before="17"/>
              <w:ind w:left="3"/>
              <w:rPr>
                <w:sz w:val="24"/>
                <w:szCs w:val="24"/>
              </w:rPr>
            </w:pPr>
            <w:r w:rsidRPr="00E85698">
              <w:rPr>
                <w:sz w:val="24"/>
                <w:szCs w:val="24"/>
              </w:rPr>
              <w:t>средства</w:t>
            </w:r>
            <w:r w:rsidRPr="00E85698">
              <w:rPr>
                <w:spacing w:val="-3"/>
                <w:sz w:val="24"/>
                <w:szCs w:val="24"/>
              </w:rPr>
              <w:t xml:space="preserve"> </w:t>
            </w:r>
            <w:r w:rsidRPr="00E85698">
              <w:rPr>
                <w:sz w:val="24"/>
                <w:szCs w:val="24"/>
              </w:rPr>
              <w:t>фонетики</w:t>
            </w:r>
          </w:p>
        </w:tc>
        <w:tc>
          <w:tcPr>
            <w:tcW w:w="713" w:type="dxa"/>
            <w:gridSpan w:val="2"/>
            <w:tcBorders>
              <w:left w:val="single" w:sz="6" w:space="0" w:color="000000"/>
            </w:tcBorders>
          </w:tcPr>
          <w:p w:rsidR="00A047B0" w:rsidRPr="00E85698" w:rsidRDefault="00A047B0" w:rsidP="00A047B0">
            <w:pPr>
              <w:pStyle w:val="TableParagraph"/>
              <w:spacing w:before="115"/>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30.</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Слог.</w:t>
            </w:r>
            <w:r w:rsidRPr="00E85698">
              <w:rPr>
                <w:spacing w:val="-5"/>
                <w:sz w:val="24"/>
                <w:szCs w:val="24"/>
              </w:rPr>
              <w:t xml:space="preserve"> </w:t>
            </w:r>
            <w:r w:rsidRPr="00E85698">
              <w:rPr>
                <w:sz w:val="24"/>
                <w:szCs w:val="24"/>
              </w:rPr>
              <w:t>Ударение.</w:t>
            </w:r>
            <w:r w:rsidRPr="00E85698">
              <w:rPr>
                <w:spacing w:val="-3"/>
                <w:sz w:val="24"/>
                <w:szCs w:val="24"/>
              </w:rPr>
              <w:t xml:space="preserve"> </w:t>
            </w:r>
            <w:r w:rsidRPr="00E85698">
              <w:rPr>
                <w:sz w:val="24"/>
                <w:szCs w:val="24"/>
              </w:rPr>
              <w:t>Свойства</w:t>
            </w:r>
            <w:r w:rsidRPr="00E85698">
              <w:rPr>
                <w:spacing w:val="-5"/>
                <w:sz w:val="24"/>
                <w:szCs w:val="24"/>
              </w:rPr>
              <w:t xml:space="preserve"> </w:t>
            </w:r>
            <w:r w:rsidRPr="00E85698">
              <w:rPr>
                <w:sz w:val="24"/>
                <w:szCs w:val="24"/>
              </w:rPr>
              <w:t>русского</w:t>
            </w:r>
            <w:r w:rsidRPr="00E85698">
              <w:rPr>
                <w:spacing w:val="-1"/>
                <w:sz w:val="24"/>
                <w:szCs w:val="24"/>
              </w:rPr>
              <w:t xml:space="preserve"> </w:t>
            </w:r>
            <w:r w:rsidRPr="00E85698">
              <w:rPr>
                <w:sz w:val="24"/>
                <w:szCs w:val="24"/>
              </w:rPr>
              <w:t>ударения</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714"/>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31.</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Изменение</w:t>
            </w:r>
            <w:r w:rsidRPr="00E85698">
              <w:rPr>
                <w:spacing w:val="-4"/>
                <w:sz w:val="24"/>
                <w:szCs w:val="24"/>
              </w:rPr>
              <w:t xml:space="preserve"> </w:t>
            </w:r>
            <w:r w:rsidRPr="00E85698">
              <w:rPr>
                <w:sz w:val="24"/>
                <w:szCs w:val="24"/>
              </w:rPr>
              <w:t>звуков</w:t>
            </w:r>
            <w:r w:rsidRPr="00E85698">
              <w:rPr>
                <w:spacing w:val="-4"/>
                <w:sz w:val="24"/>
                <w:szCs w:val="24"/>
              </w:rPr>
              <w:t xml:space="preserve"> </w:t>
            </w:r>
            <w:r w:rsidRPr="00E85698">
              <w:rPr>
                <w:sz w:val="24"/>
                <w:szCs w:val="24"/>
              </w:rPr>
              <w:t>в</w:t>
            </w:r>
            <w:r w:rsidRPr="00E85698">
              <w:rPr>
                <w:spacing w:val="-4"/>
                <w:sz w:val="24"/>
                <w:szCs w:val="24"/>
              </w:rPr>
              <w:t xml:space="preserve"> </w:t>
            </w:r>
            <w:r w:rsidRPr="00E85698">
              <w:rPr>
                <w:sz w:val="24"/>
                <w:szCs w:val="24"/>
              </w:rPr>
              <w:t>речевом</w:t>
            </w:r>
            <w:r w:rsidRPr="00E85698">
              <w:rPr>
                <w:spacing w:val="-2"/>
                <w:sz w:val="24"/>
                <w:szCs w:val="24"/>
              </w:rPr>
              <w:t xml:space="preserve"> </w:t>
            </w:r>
            <w:r w:rsidRPr="00E85698">
              <w:rPr>
                <w:sz w:val="24"/>
                <w:szCs w:val="24"/>
              </w:rPr>
              <w:t>потоке. Элементы</w:t>
            </w:r>
          </w:p>
          <w:p w:rsidR="00A047B0" w:rsidRPr="00E85698" w:rsidRDefault="00A047B0" w:rsidP="00A047B0">
            <w:pPr>
              <w:pStyle w:val="TableParagraph"/>
              <w:spacing w:before="19"/>
              <w:ind w:left="3"/>
              <w:rPr>
                <w:sz w:val="24"/>
                <w:szCs w:val="24"/>
              </w:rPr>
            </w:pPr>
            <w:r w:rsidRPr="00E85698">
              <w:rPr>
                <w:sz w:val="24"/>
                <w:szCs w:val="24"/>
              </w:rPr>
              <w:t>фонетической</w:t>
            </w:r>
            <w:r w:rsidRPr="00E85698">
              <w:rPr>
                <w:spacing w:val="-5"/>
                <w:sz w:val="24"/>
                <w:szCs w:val="24"/>
              </w:rPr>
              <w:t xml:space="preserve"> </w:t>
            </w:r>
            <w:r w:rsidRPr="00E85698">
              <w:rPr>
                <w:sz w:val="24"/>
                <w:szCs w:val="24"/>
              </w:rPr>
              <w:t>транскрипции</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Устный опрос</w:t>
            </w:r>
          </w:p>
        </w:tc>
      </w:tr>
      <w:tr w:rsidR="00A047B0" w:rsidRPr="00E85698" w:rsidTr="00A047B0">
        <w:trPr>
          <w:gridAfter w:val="1"/>
          <w:wAfter w:w="68" w:type="dxa"/>
          <w:trHeight w:val="696"/>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32.</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ight="-15"/>
              <w:rPr>
                <w:sz w:val="24"/>
                <w:szCs w:val="24"/>
              </w:rPr>
            </w:pPr>
            <w:r w:rsidRPr="00E85698">
              <w:rPr>
                <w:sz w:val="24"/>
                <w:szCs w:val="24"/>
              </w:rPr>
              <w:t>Соотношение</w:t>
            </w:r>
            <w:r w:rsidRPr="00E85698">
              <w:rPr>
                <w:spacing w:val="97"/>
                <w:sz w:val="24"/>
                <w:szCs w:val="24"/>
              </w:rPr>
              <w:t xml:space="preserve"> </w:t>
            </w:r>
            <w:r w:rsidRPr="00E85698">
              <w:rPr>
                <w:sz w:val="24"/>
                <w:szCs w:val="24"/>
              </w:rPr>
              <w:t>звуков</w:t>
            </w:r>
            <w:r w:rsidRPr="00E85698">
              <w:rPr>
                <w:spacing w:val="99"/>
                <w:sz w:val="24"/>
                <w:szCs w:val="24"/>
              </w:rPr>
              <w:t xml:space="preserve"> </w:t>
            </w:r>
            <w:r w:rsidRPr="00E85698">
              <w:rPr>
                <w:sz w:val="24"/>
                <w:szCs w:val="24"/>
              </w:rPr>
              <w:t>и</w:t>
            </w:r>
            <w:r w:rsidRPr="00E85698">
              <w:rPr>
                <w:spacing w:val="95"/>
                <w:sz w:val="24"/>
                <w:szCs w:val="24"/>
              </w:rPr>
              <w:t xml:space="preserve"> </w:t>
            </w:r>
            <w:r w:rsidRPr="00E85698">
              <w:rPr>
                <w:sz w:val="24"/>
                <w:szCs w:val="24"/>
              </w:rPr>
              <w:t>букв.</w:t>
            </w:r>
            <w:r w:rsidRPr="00E85698">
              <w:rPr>
                <w:spacing w:val="98"/>
                <w:sz w:val="24"/>
                <w:szCs w:val="24"/>
              </w:rPr>
              <w:t xml:space="preserve"> </w:t>
            </w:r>
            <w:r w:rsidRPr="00E85698">
              <w:rPr>
                <w:sz w:val="24"/>
                <w:szCs w:val="24"/>
              </w:rPr>
              <w:t xml:space="preserve">Прописные  </w:t>
            </w:r>
            <w:r w:rsidRPr="00E85698">
              <w:rPr>
                <w:spacing w:val="1"/>
                <w:sz w:val="24"/>
                <w:szCs w:val="24"/>
              </w:rPr>
              <w:t xml:space="preserve"> </w:t>
            </w:r>
            <w:r w:rsidRPr="00E85698">
              <w:rPr>
                <w:sz w:val="24"/>
                <w:szCs w:val="24"/>
              </w:rPr>
              <w:t>и</w:t>
            </w:r>
            <w:r w:rsidRPr="00E85698">
              <w:rPr>
                <w:spacing w:val="95"/>
                <w:sz w:val="24"/>
                <w:szCs w:val="24"/>
              </w:rPr>
              <w:t xml:space="preserve"> </w:t>
            </w:r>
            <w:r w:rsidRPr="00E85698">
              <w:rPr>
                <w:sz w:val="24"/>
                <w:szCs w:val="24"/>
              </w:rPr>
              <w:t>строчные</w:t>
            </w:r>
          </w:p>
          <w:p w:rsidR="00A047B0" w:rsidRPr="00E85698" w:rsidRDefault="00A047B0" w:rsidP="00A047B0">
            <w:pPr>
              <w:pStyle w:val="TableParagraph"/>
              <w:spacing w:before="19"/>
              <w:ind w:left="3"/>
              <w:rPr>
                <w:sz w:val="24"/>
                <w:szCs w:val="24"/>
              </w:rPr>
            </w:pPr>
            <w:r w:rsidRPr="00E85698">
              <w:rPr>
                <w:sz w:val="24"/>
                <w:szCs w:val="24"/>
              </w:rPr>
              <w:t>буквы.</w:t>
            </w:r>
            <w:r w:rsidRPr="00E85698">
              <w:rPr>
                <w:spacing w:val="-4"/>
                <w:sz w:val="24"/>
                <w:szCs w:val="24"/>
              </w:rPr>
              <w:t xml:space="preserve"> </w:t>
            </w:r>
            <w:r w:rsidRPr="00E85698">
              <w:rPr>
                <w:sz w:val="24"/>
                <w:szCs w:val="24"/>
              </w:rPr>
              <w:t>Способы</w:t>
            </w:r>
            <w:r w:rsidRPr="00E85698">
              <w:rPr>
                <w:spacing w:val="-4"/>
                <w:sz w:val="24"/>
                <w:szCs w:val="24"/>
              </w:rPr>
              <w:t xml:space="preserve"> </w:t>
            </w:r>
            <w:r w:rsidRPr="00E85698">
              <w:rPr>
                <w:sz w:val="24"/>
                <w:szCs w:val="24"/>
              </w:rPr>
              <w:t>обозначения</w:t>
            </w:r>
            <w:r w:rsidRPr="00E85698">
              <w:rPr>
                <w:spacing w:val="-5"/>
                <w:sz w:val="24"/>
                <w:szCs w:val="24"/>
              </w:rPr>
              <w:t xml:space="preserve"> </w:t>
            </w:r>
            <w:r w:rsidRPr="00E85698">
              <w:rPr>
                <w:sz w:val="24"/>
                <w:szCs w:val="24"/>
              </w:rPr>
              <w:t>[й’],</w:t>
            </w:r>
            <w:r w:rsidRPr="00E85698">
              <w:rPr>
                <w:spacing w:val="-3"/>
                <w:sz w:val="24"/>
                <w:szCs w:val="24"/>
              </w:rPr>
              <w:t xml:space="preserve"> </w:t>
            </w:r>
            <w:r w:rsidRPr="00E85698">
              <w:rPr>
                <w:sz w:val="24"/>
                <w:szCs w:val="24"/>
              </w:rPr>
              <w:t>мягкости</w:t>
            </w:r>
            <w:r w:rsidRPr="00E85698">
              <w:rPr>
                <w:spacing w:val="-5"/>
                <w:sz w:val="24"/>
                <w:szCs w:val="24"/>
              </w:rPr>
              <w:t xml:space="preserve"> </w:t>
            </w:r>
            <w:r w:rsidRPr="00E85698">
              <w:rPr>
                <w:sz w:val="24"/>
                <w:szCs w:val="24"/>
              </w:rPr>
              <w:t>согласных.</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835"/>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33.</w:t>
            </w:r>
          </w:p>
        </w:tc>
        <w:tc>
          <w:tcPr>
            <w:tcW w:w="5094" w:type="dxa"/>
            <w:gridSpan w:val="2"/>
            <w:tcBorders>
              <w:right w:val="single" w:sz="6" w:space="0" w:color="000000"/>
            </w:tcBorders>
          </w:tcPr>
          <w:p w:rsidR="00A047B0" w:rsidRPr="00E85698" w:rsidRDefault="00A047B0" w:rsidP="00A047B0">
            <w:pPr>
              <w:pStyle w:val="TableParagraph"/>
              <w:spacing w:line="273" w:lineRule="auto"/>
              <w:ind w:left="3"/>
              <w:rPr>
                <w:spacing w:val="-5"/>
                <w:sz w:val="24"/>
                <w:szCs w:val="24"/>
              </w:rPr>
            </w:pPr>
            <w:r w:rsidRPr="00E85698">
              <w:rPr>
                <w:sz w:val="24"/>
                <w:szCs w:val="24"/>
              </w:rPr>
              <w:t>Орфоэпия как раздел лингвистики. Основные</w:t>
            </w:r>
            <w:r w:rsidRPr="00E85698">
              <w:rPr>
                <w:spacing w:val="1"/>
                <w:sz w:val="24"/>
                <w:szCs w:val="24"/>
              </w:rPr>
              <w:t xml:space="preserve"> </w:t>
            </w:r>
            <w:r w:rsidRPr="00E85698">
              <w:rPr>
                <w:sz w:val="24"/>
                <w:szCs w:val="24"/>
              </w:rPr>
              <w:t>орфоэпические</w:t>
            </w:r>
            <w:r w:rsidRPr="00E85698">
              <w:rPr>
                <w:spacing w:val="-6"/>
                <w:sz w:val="24"/>
                <w:szCs w:val="24"/>
              </w:rPr>
              <w:t xml:space="preserve"> </w:t>
            </w:r>
            <w:r w:rsidRPr="00E85698">
              <w:rPr>
                <w:sz w:val="24"/>
                <w:szCs w:val="24"/>
              </w:rPr>
              <w:t>нормы.</w:t>
            </w:r>
            <w:r w:rsidRPr="00E85698">
              <w:rPr>
                <w:spacing w:val="-2"/>
                <w:sz w:val="24"/>
                <w:szCs w:val="24"/>
              </w:rPr>
              <w:t xml:space="preserve"> </w:t>
            </w:r>
            <w:r w:rsidRPr="00E85698">
              <w:rPr>
                <w:sz w:val="24"/>
                <w:szCs w:val="24"/>
              </w:rPr>
              <w:t>Интонация,</w:t>
            </w:r>
            <w:r w:rsidRPr="00E85698">
              <w:rPr>
                <w:spacing w:val="-5"/>
                <w:sz w:val="24"/>
                <w:szCs w:val="24"/>
              </w:rPr>
              <w:t xml:space="preserve"> </w:t>
            </w:r>
            <w:r w:rsidRPr="00E85698">
              <w:rPr>
                <w:sz w:val="24"/>
                <w:szCs w:val="24"/>
              </w:rPr>
              <w:t>её</w:t>
            </w:r>
            <w:r w:rsidRPr="00E85698">
              <w:rPr>
                <w:spacing w:val="-6"/>
                <w:sz w:val="24"/>
                <w:szCs w:val="24"/>
              </w:rPr>
              <w:t xml:space="preserve"> </w:t>
            </w:r>
            <w:r w:rsidRPr="00E85698">
              <w:rPr>
                <w:sz w:val="24"/>
                <w:szCs w:val="24"/>
              </w:rPr>
              <w:t>функции.</w:t>
            </w:r>
            <w:r w:rsidRPr="00E85698">
              <w:rPr>
                <w:spacing w:val="-5"/>
                <w:sz w:val="24"/>
                <w:szCs w:val="24"/>
              </w:rPr>
              <w:t xml:space="preserve"> </w:t>
            </w:r>
          </w:p>
          <w:p w:rsidR="00A047B0" w:rsidRPr="00E85698" w:rsidRDefault="00A047B0" w:rsidP="00A047B0">
            <w:pPr>
              <w:pStyle w:val="TableParagraph"/>
              <w:spacing w:line="225" w:lineRule="exact"/>
              <w:ind w:left="3"/>
              <w:rPr>
                <w:sz w:val="24"/>
                <w:szCs w:val="24"/>
              </w:rPr>
            </w:pPr>
            <w:r w:rsidRPr="00E85698">
              <w:rPr>
                <w:sz w:val="24"/>
                <w:szCs w:val="24"/>
              </w:rPr>
              <w:t>Основные элементы</w:t>
            </w:r>
            <w:r w:rsidRPr="00E85698">
              <w:rPr>
                <w:spacing w:val="-2"/>
                <w:sz w:val="24"/>
                <w:szCs w:val="24"/>
              </w:rPr>
              <w:t xml:space="preserve"> </w:t>
            </w:r>
            <w:r w:rsidRPr="00E85698">
              <w:rPr>
                <w:sz w:val="24"/>
                <w:szCs w:val="24"/>
              </w:rPr>
              <w:t>интонации</w:t>
            </w:r>
          </w:p>
          <w:p w:rsidR="00A047B0" w:rsidRPr="00E85698" w:rsidRDefault="00A047B0" w:rsidP="00A047B0">
            <w:pPr>
              <w:pStyle w:val="TableParagraph"/>
              <w:spacing w:line="273" w:lineRule="auto"/>
              <w:ind w:left="3"/>
              <w:rPr>
                <w:sz w:val="24"/>
                <w:szCs w:val="24"/>
              </w:rPr>
            </w:pP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746"/>
        </w:trPr>
        <w:tc>
          <w:tcPr>
            <w:tcW w:w="578" w:type="dxa"/>
            <w:gridSpan w:val="2"/>
          </w:tcPr>
          <w:p w:rsidR="00A047B0" w:rsidRPr="00E85698" w:rsidRDefault="00A047B0" w:rsidP="00A047B0">
            <w:pPr>
              <w:pStyle w:val="TableParagraph"/>
              <w:spacing w:line="225" w:lineRule="exact"/>
              <w:ind w:left="76"/>
              <w:rPr>
                <w:sz w:val="24"/>
                <w:szCs w:val="24"/>
              </w:rPr>
            </w:pPr>
            <w:r w:rsidRPr="00E85698">
              <w:rPr>
                <w:sz w:val="24"/>
                <w:szCs w:val="24"/>
              </w:rPr>
              <w:t>34.</w:t>
            </w:r>
          </w:p>
        </w:tc>
        <w:tc>
          <w:tcPr>
            <w:tcW w:w="5094" w:type="dxa"/>
            <w:gridSpan w:val="2"/>
            <w:tcBorders>
              <w:right w:val="single" w:sz="6" w:space="0" w:color="000000"/>
            </w:tcBorders>
          </w:tcPr>
          <w:p w:rsidR="00A047B0" w:rsidRPr="00E85698" w:rsidRDefault="00A047B0" w:rsidP="00A047B0">
            <w:pPr>
              <w:pStyle w:val="TableParagraph"/>
              <w:spacing w:before="5" w:line="248" w:lineRule="exact"/>
              <w:ind w:left="3"/>
              <w:rPr>
                <w:sz w:val="24"/>
                <w:szCs w:val="24"/>
              </w:rPr>
            </w:pPr>
            <w:r w:rsidRPr="00E85698">
              <w:rPr>
                <w:sz w:val="24"/>
                <w:szCs w:val="24"/>
              </w:rPr>
              <w:t>Орфография.</w:t>
            </w:r>
            <w:r w:rsidRPr="00E85698">
              <w:rPr>
                <w:spacing w:val="-5"/>
                <w:sz w:val="24"/>
                <w:szCs w:val="24"/>
              </w:rPr>
              <w:t xml:space="preserve"> </w:t>
            </w:r>
            <w:r w:rsidRPr="00E85698">
              <w:rPr>
                <w:sz w:val="24"/>
                <w:szCs w:val="24"/>
              </w:rPr>
              <w:t>Орфограмма.</w:t>
            </w:r>
            <w:r w:rsidRPr="00E85698">
              <w:rPr>
                <w:spacing w:val="-7"/>
                <w:sz w:val="24"/>
                <w:szCs w:val="24"/>
              </w:rPr>
              <w:t xml:space="preserve"> </w:t>
            </w:r>
            <w:r w:rsidRPr="00E85698">
              <w:rPr>
                <w:sz w:val="24"/>
                <w:szCs w:val="24"/>
              </w:rPr>
              <w:t>Буквенные</w:t>
            </w:r>
            <w:r w:rsidRPr="00E85698">
              <w:rPr>
                <w:spacing w:val="-4"/>
                <w:sz w:val="24"/>
                <w:szCs w:val="24"/>
              </w:rPr>
              <w:t xml:space="preserve"> </w:t>
            </w:r>
            <w:r w:rsidRPr="00E85698">
              <w:rPr>
                <w:sz w:val="24"/>
                <w:szCs w:val="24"/>
              </w:rPr>
              <w:t>и</w:t>
            </w:r>
            <w:r w:rsidRPr="00E85698">
              <w:rPr>
                <w:spacing w:val="-5"/>
                <w:sz w:val="24"/>
                <w:szCs w:val="24"/>
              </w:rPr>
              <w:t xml:space="preserve"> </w:t>
            </w:r>
            <w:r w:rsidRPr="00E85698">
              <w:rPr>
                <w:sz w:val="24"/>
                <w:szCs w:val="24"/>
              </w:rPr>
              <w:t>небуквенные</w:t>
            </w:r>
            <w:r w:rsidRPr="00E85698">
              <w:rPr>
                <w:spacing w:val="-47"/>
                <w:sz w:val="24"/>
                <w:szCs w:val="24"/>
              </w:rPr>
              <w:t xml:space="preserve"> </w:t>
            </w:r>
            <w:r w:rsidRPr="00E85698">
              <w:rPr>
                <w:sz w:val="24"/>
                <w:szCs w:val="24"/>
              </w:rPr>
              <w:t>орфограммы</w:t>
            </w:r>
          </w:p>
        </w:tc>
        <w:tc>
          <w:tcPr>
            <w:tcW w:w="713" w:type="dxa"/>
            <w:gridSpan w:val="2"/>
            <w:tcBorders>
              <w:left w:val="single" w:sz="6" w:space="0" w:color="000000"/>
            </w:tcBorders>
          </w:tcPr>
          <w:p w:rsidR="00A047B0" w:rsidRPr="00E85698" w:rsidRDefault="00A047B0" w:rsidP="00A047B0">
            <w:pPr>
              <w:pStyle w:val="TableParagraph"/>
              <w:spacing w:line="225"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49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35.</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Правописание</w:t>
            </w:r>
            <w:r w:rsidRPr="00E85698">
              <w:rPr>
                <w:spacing w:val="-3"/>
                <w:sz w:val="24"/>
                <w:szCs w:val="24"/>
              </w:rPr>
              <w:t xml:space="preserve"> </w:t>
            </w:r>
            <w:r w:rsidRPr="00E85698">
              <w:rPr>
                <w:sz w:val="24"/>
                <w:szCs w:val="24"/>
              </w:rPr>
              <w:t>разделительных</w:t>
            </w:r>
            <w:r w:rsidRPr="00E85698">
              <w:rPr>
                <w:spacing w:val="-3"/>
                <w:sz w:val="24"/>
                <w:szCs w:val="24"/>
              </w:rPr>
              <w:t xml:space="preserve"> </w:t>
            </w:r>
            <w:r w:rsidRPr="00E85698">
              <w:rPr>
                <w:sz w:val="24"/>
                <w:szCs w:val="24"/>
              </w:rPr>
              <w:t>Ъ</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Ь</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Устный опрос</w:t>
            </w:r>
          </w:p>
        </w:tc>
      </w:tr>
      <w:tr w:rsidR="00A047B0" w:rsidRPr="00E85698" w:rsidTr="00A047B0">
        <w:trPr>
          <w:gridAfter w:val="1"/>
          <w:wAfter w:w="68" w:type="dxa"/>
          <w:trHeight w:val="851"/>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lastRenderedPageBreak/>
              <w:t>36.</w:t>
            </w:r>
          </w:p>
        </w:tc>
        <w:tc>
          <w:tcPr>
            <w:tcW w:w="5094" w:type="dxa"/>
            <w:gridSpan w:val="2"/>
            <w:tcBorders>
              <w:right w:val="single" w:sz="6" w:space="0" w:color="000000"/>
            </w:tcBorders>
          </w:tcPr>
          <w:p w:rsidR="00A047B0" w:rsidRPr="00E85698" w:rsidRDefault="00A047B0" w:rsidP="00A047B0">
            <w:pPr>
              <w:pStyle w:val="TableParagraph"/>
              <w:spacing w:line="314" w:lineRule="auto"/>
              <w:ind w:left="3" w:right="894"/>
              <w:rPr>
                <w:sz w:val="24"/>
                <w:szCs w:val="24"/>
              </w:rPr>
            </w:pPr>
            <w:r w:rsidRPr="00E85698">
              <w:rPr>
                <w:sz w:val="24"/>
                <w:szCs w:val="24"/>
              </w:rPr>
              <w:t>Повторение</w:t>
            </w:r>
            <w:r w:rsidRPr="00E85698">
              <w:rPr>
                <w:spacing w:val="-6"/>
                <w:sz w:val="24"/>
                <w:szCs w:val="24"/>
              </w:rPr>
              <w:t xml:space="preserve"> </w:t>
            </w:r>
            <w:r w:rsidRPr="00E85698">
              <w:rPr>
                <w:sz w:val="24"/>
                <w:szCs w:val="24"/>
              </w:rPr>
              <w:t>тем</w:t>
            </w:r>
            <w:r w:rsidRPr="00E85698">
              <w:rPr>
                <w:spacing w:val="-4"/>
                <w:sz w:val="24"/>
                <w:szCs w:val="24"/>
              </w:rPr>
              <w:t xml:space="preserve"> </w:t>
            </w:r>
            <w:r w:rsidRPr="00E85698">
              <w:rPr>
                <w:sz w:val="24"/>
                <w:szCs w:val="24"/>
              </w:rPr>
              <w:t>"Фонетика,</w:t>
            </w:r>
            <w:r w:rsidRPr="00E85698">
              <w:rPr>
                <w:spacing w:val="-4"/>
                <w:sz w:val="24"/>
                <w:szCs w:val="24"/>
              </w:rPr>
              <w:t xml:space="preserve"> </w:t>
            </w:r>
            <w:r w:rsidRPr="00E85698">
              <w:rPr>
                <w:sz w:val="24"/>
                <w:szCs w:val="24"/>
              </w:rPr>
              <w:t>графика,</w:t>
            </w:r>
            <w:r w:rsidRPr="00E85698">
              <w:rPr>
                <w:spacing w:val="-5"/>
                <w:sz w:val="24"/>
                <w:szCs w:val="24"/>
              </w:rPr>
              <w:t xml:space="preserve"> </w:t>
            </w:r>
            <w:r w:rsidRPr="00E85698">
              <w:rPr>
                <w:sz w:val="24"/>
                <w:szCs w:val="24"/>
              </w:rPr>
              <w:t>орфоэпия",</w:t>
            </w:r>
            <w:r w:rsidRPr="00E85698">
              <w:rPr>
                <w:spacing w:val="-47"/>
                <w:sz w:val="24"/>
                <w:szCs w:val="24"/>
              </w:rPr>
              <w:t xml:space="preserve"> </w:t>
            </w:r>
            <w:r w:rsidRPr="00E85698">
              <w:rPr>
                <w:sz w:val="24"/>
                <w:szCs w:val="24"/>
              </w:rPr>
              <w:t>"Орфография".</w:t>
            </w:r>
            <w:r w:rsidRPr="00E85698">
              <w:rPr>
                <w:spacing w:val="-1"/>
                <w:sz w:val="24"/>
                <w:szCs w:val="24"/>
              </w:rPr>
              <w:t xml:space="preserve"> </w:t>
            </w:r>
            <w:r w:rsidRPr="00E85698">
              <w:rPr>
                <w:sz w:val="24"/>
                <w:szCs w:val="24"/>
              </w:rPr>
              <w:t>Проверочная</w:t>
            </w:r>
            <w:r w:rsidRPr="00E85698">
              <w:rPr>
                <w:spacing w:val="-2"/>
                <w:sz w:val="24"/>
                <w:szCs w:val="24"/>
              </w:rPr>
              <w:t xml:space="preserve"> </w:t>
            </w:r>
            <w:r w:rsidRPr="00E85698">
              <w:rPr>
                <w:sz w:val="24"/>
                <w:szCs w:val="24"/>
              </w:rPr>
              <w:t>работа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Письменный контроль</w:t>
            </w:r>
          </w:p>
        </w:tc>
      </w:tr>
      <w:tr w:rsidR="00A047B0" w:rsidRPr="00E85698" w:rsidTr="00A047B0">
        <w:trPr>
          <w:gridAfter w:val="1"/>
          <w:wAfter w:w="68" w:type="dxa"/>
          <w:trHeight w:val="498"/>
        </w:trPr>
        <w:tc>
          <w:tcPr>
            <w:tcW w:w="578" w:type="dxa"/>
            <w:gridSpan w:val="2"/>
          </w:tcPr>
          <w:p w:rsidR="00A047B0" w:rsidRPr="00E85698" w:rsidRDefault="00A047B0" w:rsidP="00A047B0">
            <w:pPr>
              <w:pStyle w:val="TableParagraph"/>
              <w:spacing w:line="223" w:lineRule="exact"/>
              <w:ind w:left="76"/>
              <w:rPr>
                <w:sz w:val="24"/>
                <w:szCs w:val="24"/>
              </w:rPr>
            </w:pPr>
            <w:r w:rsidRPr="00E85698">
              <w:rPr>
                <w:sz w:val="24"/>
                <w:szCs w:val="24"/>
              </w:rPr>
              <w:t>37.</w:t>
            </w:r>
          </w:p>
        </w:tc>
        <w:tc>
          <w:tcPr>
            <w:tcW w:w="5094" w:type="dxa"/>
            <w:gridSpan w:val="2"/>
            <w:tcBorders>
              <w:right w:val="single" w:sz="6" w:space="0" w:color="000000"/>
            </w:tcBorders>
          </w:tcPr>
          <w:p w:rsidR="00A047B0" w:rsidRPr="00E85698" w:rsidRDefault="00A047B0" w:rsidP="00A047B0">
            <w:pPr>
              <w:pStyle w:val="TableParagraph"/>
              <w:spacing w:line="223" w:lineRule="exact"/>
              <w:ind w:left="3"/>
              <w:rPr>
                <w:sz w:val="24"/>
                <w:szCs w:val="24"/>
              </w:rPr>
            </w:pPr>
            <w:r w:rsidRPr="00E85698">
              <w:rPr>
                <w:sz w:val="24"/>
                <w:szCs w:val="24"/>
              </w:rPr>
              <w:t>Лексикология</w:t>
            </w:r>
            <w:r w:rsidRPr="00E85698">
              <w:rPr>
                <w:spacing w:val="-6"/>
                <w:sz w:val="24"/>
                <w:szCs w:val="24"/>
              </w:rPr>
              <w:t xml:space="preserve"> </w:t>
            </w:r>
            <w:r w:rsidRPr="00E85698">
              <w:rPr>
                <w:sz w:val="24"/>
                <w:szCs w:val="24"/>
              </w:rPr>
              <w:t>как</w:t>
            </w:r>
            <w:r w:rsidRPr="00E85698">
              <w:rPr>
                <w:spacing w:val="-5"/>
                <w:sz w:val="24"/>
                <w:szCs w:val="24"/>
              </w:rPr>
              <w:t xml:space="preserve"> </w:t>
            </w:r>
            <w:r w:rsidRPr="00E85698">
              <w:rPr>
                <w:sz w:val="24"/>
                <w:szCs w:val="24"/>
              </w:rPr>
              <w:t>раздел</w:t>
            </w:r>
            <w:r w:rsidRPr="00E85698">
              <w:rPr>
                <w:spacing w:val="-3"/>
                <w:sz w:val="24"/>
                <w:szCs w:val="24"/>
              </w:rPr>
              <w:t xml:space="preserve"> </w:t>
            </w:r>
            <w:r w:rsidRPr="00E85698">
              <w:rPr>
                <w:sz w:val="24"/>
                <w:szCs w:val="24"/>
              </w:rPr>
              <w:t>лингвистики.</w:t>
            </w:r>
            <w:r w:rsidRPr="00E85698">
              <w:rPr>
                <w:spacing w:val="-4"/>
                <w:sz w:val="24"/>
                <w:szCs w:val="24"/>
              </w:rPr>
              <w:t xml:space="preserve"> </w:t>
            </w:r>
            <w:r w:rsidRPr="00E85698">
              <w:rPr>
                <w:sz w:val="24"/>
                <w:szCs w:val="24"/>
              </w:rPr>
              <w:t>Лексическое</w:t>
            </w:r>
          </w:p>
          <w:p w:rsidR="00A047B0" w:rsidRPr="00E85698" w:rsidRDefault="00A047B0" w:rsidP="00A047B0">
            <w:pPr>
              <w:pStyle w:val="TableParagraph"/>
              <w:spacing w:before="19"/>
              <w:ind w:left="3"/>
              <w:rPr>
                <w:sz w:val="24"/>
                <w:szCs w:val="24"/>
              </w:rPr>
            </w:pPr>
            <w:r w:rsidRPr="00E85698">
              <w:rPr>
                <w:sz w:val="24"/>
                <w:szCs w:val="24"/>
              </w:rPr>
              <w:t>значение</w:t>
            </w:r>
            <w:r w:rsidRPr="00E85698">
              <w:rPr>
                <w:spacing w:val="-4"/>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line="223"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2"/>
          <w:wAfter w:w="76" w:type="dxa"/>
          <w:trHeight w:val="506"/>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38.</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Основные</w:t>
            </w:r>
            <w:r w:rsidRPr="00E85698">
              <w:rPr>
                <w:spacing w:val="-5"/>
                <w:sz w:val="24"/>
                <w:szCs w:val="24"/>
              </w:rPr>
              <w:t xml:space="preserve"> </w:t>
            </w:r>
            <w:r w:rsidRPr="00E85698">
              <w:rPr>
                <w:sz w:val="24"/>
                <w:szCs w:val="24"/>
              </w:rPr>
              <w:t>способы</w:t>
            </w:r>
            <w:r w:rsidRPr="00E85698">
              <w:rPr>
                <w:spacing w:val="-5"/>
                <w:sz w:val="24"/>
                <w:szCs w:val="24"/>
              </w:rPr>
              <w:t xml:space="preserve"> </w:t>
            </w:r>
            <w:r w:rsidRPr="00E85698">
              <w:rPr>
                <w:sz w:val="24"/>
                <w:szCs w:val="24"/>
              </w:rPr>
              <w:t>толкования</w:t>
            </w:r>
            <w:r w:rsidRPr="00E85698">
              <w:rPr>
                <w:spacing w:val="-5"/>
                <w:sz w:val="24"/>
                <w:szCs w:val="24"/>
              </w:rPr>
              <w:t xml:space="preserve"> </w:t>
            </w:r>
            <w:r w:rsidRPr="00E85698">
              <w:rPr>
                <w:sz w:val="24"/>
                <w:szCs w:val="24"/>
              </w:rPr>
              <w:t>лексического</w:t>
            </w:r>
            <w:r w:rsidRPr="00E85698">
              <w:rPr>
                <w:spacing w:val="-3"/>
                <w:sz w:val="24"/>
                <w:szCs w:val="24"/>
              </w:rPr>
              <w:t xml:space="preserve"> </w:t>
            </w:r>
            <w:r w:rsidRPr="00E85698">
              <w:rPr>
                <w:sz w:val="24"/>
                <w:szCs w:val="24"/>
              </w:rPr>
              <w:t>значения</w:t>
            </w:r>
          </w:p>
          <w:p w:rsidR="00A047B0" w:rsidRPr="00E85698" w:rsidRDefault="00A047B0" w:rsidP="00A047B0">
            <w:pPr>
              <w:pStyle w:val="TableParagraph"/>
              <w:spacing w:before="18"/>
              <w:ind w:left="9"/>
              <w:rPr>
                <w:sz w:val="24"/>
                <w:szCs w:val="24"/>
              </w:rPr>
            </w:pP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39.</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Слова</w:t>
            </w:r>
            <w:r w:rsidRPr="00E85698">
              <w:rPr>
                <w:spacing w:val="-4"/>
                <w:sz w:val="24"/>
                <w:szCs w:val="24"/>
              </w:rPr>
              <w:t xml:space="preserve"> </w:t>
            </w:r>
            <w:r w:rsidRPr="00E85698">
              <w:rPr>
                <w:sz w:val="24"/>
                <w:szCs w:val="24"/>
              </w:rPr>
              <w:t>однозначные</w:t>
            </w:r>
            <w:r w:rsidRPr="00E85698">
              <w:rPr>
                <w:spacing w:val="-1"/>
                <w:sz w:val="24"/>
                <w:szCs w:val="24"/>
              </w:rPr>
              <w:t xml:space="preserve"> </w:t>
            </w:r>
            <w:r w:rsidRPr="00E85698">
              <w:rPr>
                <w:sz w:val="24"/>
                <w:szCs w:val="24"/>
              </w:rPr>
              <w:t>и</w:t>
            </w:r>
            <w:r w:rsidRPr="00E85698">
              <w:rPr>
                <w:spacing w:val="-3"/>
                <w:sz w:val="24"/>
                <w:szCs w:val="24"/>
              </w:rPr>
              <w:t xml:space="preserve"> </w:t>
            </w:r>
            <w:r w:rsidRPr="00E85698">
              <w:rPr>
                <w:sz w:val="24"/>
                <w:szCs w:val="24"/>
              </w:rPr>
              <w:t>многозначные</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before="3"/>
              <w:ind w:left="81"/>
              <w:rPr>
                <w:sz w:val="24"/>
                <w:szCs w:val="24"/>
              </w:rPr>
            </w:pPr>
            <w:r w:rsidRPr="00E85698">
              <w:rPr>
                <w:sz w:val="24"/>
                <w:szCs w:val="24"/>
              </w:rPr>
              <w:t>40.</w:t>
            </w:r>
          </w:p>
        </w:tc>
        <w:tc>
          <w:tcPr>
            <w:tcW w:w="5094" w:type="dxa"/>
            <w:gridSpan w:val="2"/>
            <w:tcBorders>
              <w:right w:val="single" w:sz="6" w:space="0" w:color="000000"/>
            </w:tcBorders>
          </w:tcPr>
          <w:p w:rsidR="00A047B0" w:rsidRPr="00E85698" w:rsidRDefault="00A047B0" w:rsidP="00A047B0">
            <w:pPr>
              <w:pStyle w:val="TableParagraph"/>
              <w:spacing w:before="3"/>
              <w:ind w:left="9"/>
              <w:rPr>
                <w:sz w:val="24"/>
                <w:szCs w:val="24"/>
              </w:rPr>
            </w:pPr>
            <w:r w:rsidRPr="00E85698">
              <w:rPr>
                <w:sz w:val="24"/>
                <w:szCs w:val="24"/>
              </w:rPr>
              <w:t>Прямое</w:t>
            </w:r>
            <w:r w:rsidRPr="00E85698">
              <w:rPr>
                <w:spacing w:val="-3"/>
                <w:sz w:val="24"/>
                <w:szCs w:val="24"/>
              </w:rPr>
              <w:t xml:space="preserve"> </w:t>
            </w:r>
            <w:r w:rsidRPr="00E85698">
              <w:rPr>
                <w:sz w:val="24"/>
                <w:szCs w:val="24"/>
              </w:rPr>
              <w:t>и</w:t>
            </w:r>
            <w:r w:rsidRPr="00E85698">
              <w:rPr>
                <w:spacing w:val="-4"/>
                <w:sz w:val="24"/>
                <w:szCs w:val="24"/>
              </w:rPr>
              <w:t xml:space="preserve"> </w:t>
            </w:r>
            <w:r w:rsidRPr="00E85698">
              <w:rPr>
                <w:sz w:val="24"/>
                <w:szCs w:val="24"/>
              </w:rPr>
              <w:t>переносное</w:t>
            </w:r>
            <w:r w:rsidRPr="00E85698">
              <w:rPr>
                <w:spacing w:val="-3"/>
                <w:sz w:val="24"/>
                <w:szCs w:val="24"/>
              </w:rPr>
              <w:t xml:space="preserve"> </w:t>
            </w:r>
            <w:r w:rsidRPr="00E85698">
              <w:rPr>
                <w:sz w:val="24"/>
                <w:szCs w:val="24"/>
              </w:rPr>
              <w:t>значения</w:t>
            </w:r>
            <w:r w:rsidRPr="00E85698">
              <w:rPr>
                <w:spacing w:val="-4"/>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3"/>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2"/>
          <w:wAfter w:w="76" w:type="dxa"/>
          <w:trHeight w:val="503"/>
        </w:trPr>
        <w:tc>
          <w:tcPr>
            <w:tcW w:w="578" w:type="dxa"/>
            <w:gridSpan w:val="2"/>
          </w:tcPr>
          <w:p w:rsidR="00A047B0" w:rsidRPr="00E85698" w:rsidRDefault="00A047B0" w:rsidP="00A047B0">
            <w:pPr>
              <w:pStyle w:val="TableParagraph"/>
              <w:spacing w:before="5"/>
              <w:ind w:left="81"/>
              <w:rPr>
                <w:sz w:val="24"/>
                <w:szCs w:val="24"/>
              </w:rPr>
            </w:pPr>
            <w:r w:rsidRPr="00E85698">
              <w:rPr>
                <w:sz w:val="24"/>
                <w:szCs w:val="24"/>
              </w:rPr>
              <w:t>41.</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Тематические</w:t>
            </w:r>
            <w:r w:rsidRPr="00E85698">
              <w:rPr>
                <w:spacing w:val="-4"/>
                <w:sz w:val="24"/>
                <w:szCs w:val="24"/>
              </w:rPr>
              <w:t xml:space="preserve"> </w:t>
            </w:r>
            <w:r w:rsidRPr="00E85698">
              <w:rPr>
                <w:sz w:val="24"/>
                <w:szCs w:val="24"/>
              </w:rPr>
              <w:t>группы</w:t>
            </w:r>
            <w:r w:rsidRPr="00E85698">
              <w:rPr>
                <w:spacing w:val="-4"/>
                <w:sz w:val="24"/>
                <w:szCs w:val="24"/>
              </w:rPr>
              <w:t xml:space="preserve"> </w:t>
            </w:r>
            <w:r w:rsidRPr="00E85698">
              <w:rPr>
                <w:sz w:val="24"/>
                <w:szCs w:val="24"/>
              </w:rPr>
              <w:t>слов</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42.</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Обозначение</w:t>
            </w:r>
            <w:r w:rsidRPr="00E85698">
              <w:rPr>
                <w:spacing w:val="-3"/>
                <w:sz w:val="24"/>
                <w:szCs w:val="24"/>
              </w:rPr>
              <w:t xml:space="preserve"> </w:t>
            </w:r>
            <w:r w:rsidRPr="00E85698">
              <w:rPr>
                <w:sz w:val="24"/>
                <w:szCs w:val="24"/>
              </w:rPr>
              <w:t>родовых</w:t>
            </w:r>
            <w:r w:rsidRPr="00E85698">
              <w:rPr>
                <w:spacing w:val="-2"/>
                <w:sz w:val="24"/>
                <w:szCs w:val="24"/>
              </w:rPr>
              <w:t xml:space="preserve"> </w:t>
            </w:r>
            <w:r w:rsidRPr="00E85698">
              <w:rPr>
                <w:sz w:val="24"/>
                <w:szCs w:val="24"/>
              </w:rPr>
              <w:t>и</w:t>
            </w:r>
            <w:r w:rsidRPr="00E85698">
              <w:rPr>
                <w:spacing w:val="-4"/>
                <w:sz w:val="24"/>
                <w:szCs w:val="24"/>
              </w:rPr>
              <w:t xml:space="preserve"> </w:t>
            </w:r>
            <w:r w:rsidRPr="00E85698">
              <w:rPr>
                <w:sz w:val="24"/>
                <w:szCs w:val="24"/>
              </w:rPr>
              <w:t>видовых</w:t>
            </w:r>
            <w:r w:rsidRPr="00E85698">
              <w:rPr>
                <w:spacing w:val="-4"/>
                <w:sz w:val="24"/>
                <w:szCs w:val="24"/>
              </w:rPr>
              <w:t xml:space="preserve"> </w:t>
            </w:r>
            <w:r w:rsidRPr="00E85698">
              <w:rPr>
                <w:sz w:val="24"/>
                <w:szCs w:val="24"/>
              </w:rPr>
              <w:t>понятий</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left="81"/>
              <w:rPr>
                <w:sz w:val="24"/>
                <w:szCs w:val="24"/>
              </w:rPr>
            </w:pPr>
            <w:r w:rsidRPr="00E85698">
              <w:rPr>
                <w:sz w:val="24"/>
                <w:szCs w:val="24"/>
              </w:rPr>
              <w:t>43.</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Синонимы</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44.</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Антонимы</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45.</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Омонимы</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127"/>
              <w:ind w:left="81"/>
              <w:rPr>
                <w:sz w:val="24"/>
                <w:szCs w:val="24"/>
              </w:rPr>
            </w:pPr>
            <w:r w:rsidRPr="00E85698">
              <w:rPr>
                <w:sz w:val="24"/>
                <w:szCs w:val="24"/>
              </w:rPr>
              <w:t>46.</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Паронимы</w:t>
            </w:r>
          </w:p>
        </w:tc>
        <w:tc>
          <w:tcPr>
            <w:tcW w:w="713" w:type="dxa"/>
            <w:gridSpan w:val="2"/>
            <w:tcBorders>
              <w:left w:val="single" w:sz="6" w:space="0" w:color="000000"/>
            </w:tcBorders>
          </w:tcPr>
          <w:p w:rsidR="00A047B0" w:rsidRPr="00E85698" w:rsidRDefault="00A047B0" w:rsidP="00A047B0">
            <w:pPr>
              <w:pStyle w:val="TableParagraph"/>
              <w:spacing w:before="127"/>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z w:val="24"/>
                <w:szCs w:val="24"/>
              </w:rPr>
              <w:t>Устный опрос</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47.</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Разные</w:t>
            </w:r>
            <w:r w:rsidRPr="00E85698">
              <w:rPr>
                <w:spacing w:val="-4"/>
                <w:sz w:val="24"/>
                <w:szCs w:val="24"/>
              </w:rPr>
              <w:t xml:space="preserve"> </w:t>
            </w:r>
            <w:r w:rsidRPr="00E85698">
              <w:rPr>
                <w:sz w:val="24"/>
                <w:szCs w:val="24"/>
              </w:rPr>
              <w:t>виды</w:t>
            </w:r>
            <w:r w:rsidRPr="00E85698">
              <w:rPr>
                <w:spacing w:val="-4"/>
                <w:sz w:val="24"/>
                <w:szCs w:val="24"/>
              </w:rPr>
              <w:t xml:space="preserve"> </w:t>
            </w:r>
            <w:r w:rsidRPr="00E85698">
              <w:rPr>
                <w:sz w:val="24"/>
                <w:szCs w:val="24"/>
              </w:rPr>
              <w:t>лексических</w:t>
            </w:r>
            <w:r w:rsidRPr="00E85698">
              <w:rPr>
                <w:spacing w:val="-4"/>
                <w:sz w:val="24"/>
                <w:szCs w:val="24"/>
              </w:rPr>
              <w:t xml:space="preserve"> </w:t>
            </w:r>
            <w:r w:rsidRPr="00E85698">
              <w:rPr>
                <w:sz w:val="24"/>
                <w:szCs w:val="24"/>
              </w:rPr>
              <w:t>словарей</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48.</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Строение</w:t>
            </w:r>
            <w:r w:rsidRPr="00E85698">
              <w:rPr>
                <w:spacing w:val="-4"/>
                <w:sz w:val="24"/>
                <w:szCs w:val="24"/>
              </w:rPr>
              <w:t xml:space="preserve"> </w:t>
            </w:r>
            <w:r w:rsidRPr="00E85698">
              <w:rPr>
                <w:sz w:val="24"/>
                <w:szCs w:val="24"/>
              </w:rPr>
              <w:t>словарной</w:t>
            </w:r>
            <w:r w:rsidRPr="00E85698">
              <w:rPr>
                <w:spacing w:val="-3"/>
                <w:sz w:val="24"/>
                <w:szCs w:val="24"/>
              </w:rPr>
              <w:t xml:space="preserve"> </w:t>
            </w:r>
            <w:r w:rsidRPr="00E85698">
              <w:rPr>
                <w:sz w:val="24"/>
                <w:szCs w:val="24"/>
              </w:rPr>
              <w:t>статьи. Лексический</w:t>
            </w:r>
            <w:r w:rsidRPr="00E85698">
              <w:rPr>
                <w:spacing w:val="-6"/>
                <w:sz w:val="24"/>
                <w:szCs w:val="24"/>
              </w:rPr>
              <w:t xml:space="preserve"> </w:t>
            </w:r>
            <w:r w:rsidRPr="00E85698">
              <w:rPr>
                <w:sz w:val="24"/>
                <w:szCs w:val="24"/>
              </w:rPr>
              <w:t>анализ</w:t>
            </w:r>
            <w:r w:rsidRPr="00E85698">
              <w:rPr>
                <w:spacing w:val="-4"/>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49.</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Сочинение  - рассуждение (</w:t>
            </w:r>
            <w:proofErr w:type="spellStart"/>
            <w:r w:rsidRPr="00E85698">
              <w:rPr>
                <w:sz w:val="24"/>
                <w:szCs w:val="24"/>
              </w:rPr>
              <w:t>упр</w:t>
            </w:r>
            <w:proofErr w:type="spellEnd"/>
            <w:r w:rsidRPr="00E85698">
              <w:rPr>
                <w:sz w:val="24"/>
                <w:szCs w:val="24"/>
              </w:rPr>
              <w:t xml:space="preserve"> 345)</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50.</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Повторение</w:t>
            </w:r>
            <w:r w:rsidRPr="00E85698">
              <w:rPr>
                <w:spacing w:val="-4"/>
                <w:sz w:val="24"/>
                <w:szCs w:val="24"/>
              </w:rPr>
              <w:t xml:space="preserve"> </w:t>
            </w:r>
            <w:r w:rsidRPr="00E85698">
              <w:rPr>
                <w:sz w:val="24"/>
                <w:szCs w:val="24"/>
              </w:rPr>
              <w:t>темы</w:t>
            </w:r>
            <w:r w:rsidRPr="00E85698">
              <w:rPr>
                <w:spacing w:val="-4"/>
                <w:sz w:val="24"/>
                <w:szCs w:val="24"/>
              </w:rPr>
              <w:t xml:space="preserve"> </w:t>
            </w:r>
            <w:r w:rsidRPr="00E85698">
              <w:rPr>
                <w:sz w:val="24"/>
                <w:szCs w:val="24"/>
              </w:rPr>
              <w:t>"Лексикология</w:t>
            </w:r>
            <w:r w:rsidRPr="00E85698">
              <w:rPr>
                <w:spacing w:val="-5"/>
                <w:sz w:val="24"/>
                <w:szCs w:val="24"/>
              </w:rPr>
              <w:t xml:space="preserve"> </w:t>
            </w:r>
            <w:r w:rsidRPr="00E85698">
              <w:rPr>
                <w:sz w:val="24"/>
                <w:szCs w:val="24"/>
              </w:rPr>
              <w:t>"</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51.</w:t>
            </w:r>
          </w:p>
        </w:tc>
        <w:tc>
          <w:tcPr>
            <w:tcW w:w="5094" w:type="dxa"/>
            <w:gridSpan w:val="2"/>
            <w:tcBorders>
              <w:right w:val="single" w:sz="6" w:space="0" w:color="000000"/>
            </w:tcBorders>
          </w:tcPr>
          <w:p w:rsidR="00A047B0" w:rsidRPr="00E85698" w:rsidRDefault="00A047B0" w:rsidP="00A047B0">
            <w:pPr>
              <w:pStyle w:val="TableParagraph"/>
              <w:spacing w:before="3"/>
              <w:ind w:left="9"/>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127"/>
              <w:ind w:left="81"/>
              <w:rPr>
                <w:sz w:val="24"/>
                <w:szCs w:val="24"/>
              </w:rPr>
            </w:pPr>
            <w:r w:rsidRPr="00E85698">
              <w:rPr>
                <w:sz w:val="24"/>
                <w:szCs w:val="24"/>
              </w:rPr>
              <w:t>52.</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proofErr w:type="spellStart"/>
            <w:r w:rsidRPr="00E85698">
              <w:rPr>
                <w:sz w:val="24"/>
                <w:szCs w:val="24"/>
              </w:rPr>
              <w:t>Морфемика</w:t>
            </w:r>
            <w:proofErr w:type="spellEnd"/>
            <w:r w:rsidRPr="00E85698">
              <w:rPr>
                <w:spacing w:val="-4"/>
                <w:sz w:val="24"/>
                <w:szCs w:val="24"/>
              </w:rPr>
              <w:t xml:space="preserve"> </w:t>
            </w:r>
            <w:r w:rsidRPr="00E85698">
              <w:rPr>
                <w:sz w:val="24"/>
                <w:szCs w:val="24"/>
              </w:rPr>
              <w:t>как</w:t>
            </w:r>
            <w:r w:rsidRPr="00E85698">
              <w:rPr>
                <w:spacing w:val="-4"/>
                <w:sz w:val="24"/>
                <w:szCs w:val="24"/>
              </w:rPr>
              <w:t xml:space="preserve"> </w:t>
            </w:r>
            <w:r w:rsidRPr="00E85698">
              <w:rPr>
                <w:sz w:val="24"/>
                <w:szCs w:val="24"/>
              </w:rPr>
              <w:t>раздел</w:t>
            </w:r>
            <w:r w:rsidRPr="00E85698">
              <w:rPr>
                <w:spacing w:val="-2"/>
                <w:sz w:val="24"/>
                <w:szCs w:val="24"/>
              </w:rPr>
              <w:t xml:space="preserve"> </w:t>
            </w:r>
            <w:r w:rsidRPr="00E85698">
              <w:rPr>
                <w:sz w:val="24"/>
                <w:szCs w:val="24"/>
              </w:rPr>
              <w:t>лингвистики.</w:t>
            </w:r>
            <w:r w:rsidRPr="00E85698">
              <w:rPr>
                <w:spacing w:val="-3"/>
                <w:sz w:val="24"/>
                <w:szCs w:val="24"/>
              </w:rPr>
              <w:t xml:space="preserve"> </w:t>
            </w:r>
            <w:r w:rsidRPr="00E85698">
              <w:rPr>
                <w:sz w:val="24"/>
                <w:szCs w:val="24"/>
              </w:rPr>
              <w:t>Морфема</w:t>
            </w:r>
            <w:r w:rsidRPr="00E85698">
              <w:rPr>
                <w:spacing w:val="-4"/>
                <w:sz w:val="24"/>
                <w:szCs w:val="24"/>
              </w:rPr>
              <w:t xml:space="preserve"> </w:t>
            </w:r>
            <w:r w:rsidRPr="00E85698">
              <w:rPr>
                <w:sz w:val="24"/>
                <w:szCs w:val="24"/>
              </w:rPr>
              <w:t>как</w:t>
            </w:r>
          </w:p>
          <w:p w:rsidR="00A047B0" w:rsidRPr="00E85698" w:rsidRDefault="00A047B0" w:rsidP="00A047B0">
            <w:pPr>
              <w:pStyle w:val="TableParagraph"/>
              <w:spacing w:before="20"/>
              <w:ind w:left="9"/>
              <w:rPr>
                <w:sz w:val="24"/>
                <w:szCs w:val="24"/>
              </w:rPr>
            </w:pPr>
            <w:r w:rsidRPr="00E85698">
              <w:rPr>
                <w:sz w:val="24"/>
                <w:szCs w:val="24"/>
              </w:rPr>
              <w:t>минимальная</w:t>
            </w:r>
            <w:r w:rsidRPr="00E85698">
              <w:rPr>
                <w:spacing w:val="-5"/>
                <w:sz w:val="24"/>
                <w:szCs w:val="24"/>
              </w:rPr>
              <w:t xml:space="preserve"> </w:t>
            </w:r>
            <w:r w:rsidRPr="00E85698">
              <w:rPr>
                <w:sz w:val="24"/>
                <w:szCs w:val="24"/>
              </w:rPr>
              <w:t>значимая</w:t>
            </w:r>
            <w:r w:rsidRPr="00E85698">
              <w:rPr>
                <w:spacing w:val="-5"/>
                <w:sz w:val="24"/>
                <w:szCs w:val="24"/>
              </w:rPr>
              <w:t xml:space="preserve"> </w:t>
            </w:r>
            <w:r w:rsidRPr="00E85698">
              <w:rPr>
                <w:sz w:val="24"/>
                <w:szCs w:val="24"/>
              </w:rPr>
              <w:t>единица</w:t>
            </w:r>
            <w:r w:rsidRPr="00E85698">
              <w:rPr>
                <w:spacing w:val="-5"/>
                <w:sz w:val="24"/>
                <w:szCs w:val="24"/>
              </w:rPr>
              <w:t xml:space="preserve"> </w:t>
            </w:r>
            <w:r w:rsidRPr="00E85698">
              <w:rPr>
                <w:sz w:val="24"/>
                <w:szCs w:val="24"/>
              </w:rPr>
              <w:t>языка</w:t>
            </w:r>
          </w:p>
        </w:tc>
        <w:tc>
          <w:tcPr>
            <w:tcW w:w="713" w:type="dxa"/>
            <w:gridSpan w:val="2"/>
            <w:tcBorders>
              <w:left w:val="single" w:sz="6" w:space="0" w:color="000000"/>
            </w:tcBorders>
          </w:tcPr>
          <w:p w:rsidR="00A047B0" w:rsidRPr="00E85698" w:rsidRDefault="00A047B0" w:rsidP="00A047B0">
            <w:pPr>
              <w:pStyle w:val="TableParagraph"/>
              <w:spacing w:before="127"/>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53.</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Основа</w:t>
            </w:r>
            <w:r w:rsidRPr="00E85698">
              <w:rPr>
                <w:spacing w:val="-6"/>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54.</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Виды</w:t>
            </w:r>
            <w:r w:rsidRPr="00E85698">
              <w:rPr>
                <w:spacing w:val="-3"/>
                <w:sz w:val="24"/>
                <w:szCs w:val="24"/>
              </w:rPr>
              <w:t xml:space="preserve"> </w:t>
            </w:r>
            <w:r w:rsidRPr="00E85698">
              <w:rPr>
                <w:sz w:val="24"/>
                <w:szCs w:val="24"/>
              </w:rPr>
              <w:t>морфем</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55.</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Чередование</w:t>
            </w:r>
            <w:r w:rsidRPr="00E85698">
              <w:rPr>
                <w:spacing w:val="-3"/>
                <w:sz w:val="24"/>
                <w:szCs w:val="24"/>
              </w:rPr>
              <w:t xml:space="preserve"> </w:t>
            </w:r>
            <w:r w:rsidRPr="00E85698">
              <w:rPr>
                <w:sz w:val="24"/>
                <w:szCs w:val="24"/>
              </w:rPr>
              <w:t>звуков</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морфемах. Морфемный</w:t>
            </w:r>
            <w:r w:rsidRPr="00E85698">
              <w:rPr>
                <w:spacing w:val="-5"/>
                <w:sz w:val="24"/>
                <w:szCs w:val="24"/>
              </w:rPr>
              <w:t xml:space="preserve"> </w:t>
            </w:r>
            <w:r w:rsidRPr="00E85698">
              <w:rPr>
                <w:sz w:val="24"/>
                <w:szCs w:val="24"/>
              </w:rPr>
              <w:t>анализ</w:t>
            </w:r>
            <w:r w:rsidRPr="00E85698">
              <w:rPr>
                <w:spacing w:val="-3"/>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56.</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Правописание</w:t>
            </w:r>
            <w:r w:rsidRPr="00E85698">
              <w:rPr>
                <w:spacing w:val="-1"/>
                <w:sz w:val="24"/>
                <w:szCs w:val="24"/>
              </w:rPr>
              <w:t xml:space="preserve"> </w:t>
            </w:r>
            <w:r w:rsidRPr="00E85698">
              <w:rPr>
                <w:sz w:val="24"/>
                <w:szCs w:val="24"/>
              </w:rPr>
              <w:t>корней</w:t>
            </w:r>
            <w:r w:rsidRPr="00E85698">
              <w:rPr>
                <w:spacing w:val="-4"/>
                <w:sz w:val="24"/>
                <w:szCs w:val="24"/>
              </w:rPr>
              <w:t xml:space="preserve"> </w:t>
            </w:r>
            <w:r w:rsidRPr="00E85698">
              <w:rPr>
                <w:sz w:val="24"/>
                <w:szCs w:val="24"/>
              </w:rPr>
              <w:t>с</w:t>
            </w:r>
            <w:r w:rsidRPr="00E85698">
              <w:rPr>
                <w:spacing w:val="-4"/>
                <w:sz w:val="24"/>
                <w:szCs w:val="24"/>
              </w:rPr>
              <w:t xml:space="preserve"> </w:t>
            </w:r>
            <w:r w:rsidRPr="00E85698">
              <w:rPr>
                <w:sz w:val="24"/>
                <w:szCs w:val="24"/>
              </w:rPr>
              <w:t>безударными</w:t>
            </w:r>
            <w:r w:rsidRPr="00E85698">
              <w:rPr>
                <w:spacing w:val="-4"/>
                <w:sz w:val="24"/>
                <w:szCs w:val="24"/>
              </w:rPr>
              <w:t xml:space="preserve"> </w:t>
            </w:r>
            <w:r w:rsidRPr="00E85698">
              <w:rPr>
                <w:sz w:val="24"/>
                <w:szCs w:val="24"/>
              </w:rPr>
              <w:t>проверяемыми</w:t>
            </w:r>
            <w:r w:rsidRPr="00E85698">
              <w:rPr>
                <w:spacing w:val="-3"/>
                <w:sz w:val="24"/>
                <w:szCs w:val="24"/>
              </w:rPr>
              <w:t xml:space="preserve"> </w:t>
            </w:r>
            <w:r w:rsidRPr="00E85698">
              <w:rPr>
                <w:sz w:val="24"/>
                <w:szCs w:val="24"/>
              </w:rPr>
              <w:t>и</w:t>
            </w:r>
          </w:p>
          <w:p w:rsidR="00A047B0" w:rsidRPr="00E85698" w:rsidRDefault="00A047B0" w:rsidP="00A047B0">
            <w:pPr>
              <w:pStyle w:val="TableParagraph"/>
              <w:spacing w:before="17"/>
              <w:ind w:left="9"/>
              <w:rPr>
                <w:sz w:val="24"/>
                <w:szCs w:val="24"/>
              </w:rPr>
            </w:pPr>
            <w:r w:rsidRPr="00E85698">
              <w:rPr>
                <w:sz w:val="24"/>
                <w:szCs w:val="24"/>
              </w:rPr>
              <w:t>непроверяемыми</w:t>
            </w:r>
            <w:r w:rsidRPr="00E85698">
              <w:rPr>
                <w:spacing w:val="-6"/>
                <w:sz w:val="24"/>
                <w:szCs w:val="24"/>
              </w:rPr>
              <w:t xml:space="preserve"> </w:t>
            </w:r>
            <w:r w:rsidRPr="00E85698">
              <w:rPr>
                <w:sz w:val="24"/>
                <w:szCs w:val="24"/>
              </w:rPr>
              <w:t>гласными</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127"/>
              <w:ind w:left="81"/>
              <w:rPr>
                <w:sz w:val="24"/>
                <w:szCs w:val="24"/>
              </w:rPr>
            </w:pPr>
            <w:r w:rsidRPr="00E85698">
              <w:rPr>
                <w:sz w:val="24"/>
                <w:szCs w:val="24"/>
              </w:rPr>
              <w:t>57.</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Правописание</w:t>
            </w:r>
            <w:r w:rsidRPr="00E85698">
              <w:rPr>
                <w:spacing w:val="-3"/>
                <w:sz w:val="24"/>
                <w:szCs w:val="24"/>
              </w:rPr>
              <w:t xml:space="preserve"> </w:t>
            </w:r>
            <w:r w:rsidRPr="00E85698">
              <w:rPr>
                <w:sz w:val="24"/>
                <w:szCs w:val="24"/>
              </w:rPr>
              <w:t>корней</w:t>
            </w:r>
            <w:r w:rsidRPr="00E85698">
              <w:rPr>
                <w:spacing w:val="-6"/>
                <w:sz w:val="24"/>
                <w:szCs w:val="24"/>
              </w:rPr>
              <w:t xml:space="preserve"> </w:t>
            </w:r>
            <w:r w:rsidRPr="00E85698">
              <w:rPr>
                <w:sz w:val="24"/>
                <w:szCs w:val="24"/>
              </w:rPr>
              <w:t>с</w:t>
            </w:r>
            <w:r w:rsidRPr="00E85698">
              <w:rPr>
                <w:spacing w:val="-6"/>
                <w:sz w:val="24"/>
                <w:szCs w:val="24"/>
              </w:rPr>
              <w:t xml:space="preserve"> </w:t>
            </w:r>
            <w:r w:rsidRPr="00E85698">
              <w:rPr>
                <w:sz w:val="24"/>
                <w:szCs w:val="24"/>
              </w:rPr>
              <w:t>проверяемыми,</w:t>
            </w:r>
            <w:r w:rsidRPr="00E85698">
              <w:rPr>
                <w:spacing w:val="-1"/>
                <w:sz w:val="24"/>
                <w:szCs w:val="24"/>
              </w:rPr>
              <w:t xml:space="preserve"> </w:t>
            </w:r>
            <w:r w:rsidRPr="00E85698">
              <w:rPr>
                <w:sz w:val="24"/>
                <w:szCs w:val="24"/>
              </w:rPr>
              <w:t>непроверяемыми,</w:t>
            </w:r>
          </w:p>
          <w:p w:rsidR="00A047B0" w:rsidRPr="00E85698" w:rsidRDefault="00A047B0" w:rsidP="00A047B0">
            <w:pPr>
              <w:pStyle w:val="TableParagraph"/>
              <w:spacing w:before="17"/>
              <w:ind w:left="9"/>
              <w:rPr>
                <w:sz w:val="24"/>
                <w:szCs w:val="24"/>
              </w:rPr>
            </w:pPr>
            <w:r w:rsidRPr="00E85698">
              <w:rPr>
                <w:sz w:val="24"/>
                <w:szCs w:val="24"/>
              </w:rPr>
              <w:t>непроизносимыми</w:t>
            </w:r>
            <w:r w:rsidRPr="00E85698">
              <w:rPr>
                <w:spacing w:val="-5"/>
                <w:sz w:val="24"/>
                <w:szCs w:val="24"/>
              </w:rPr>
              <w:t xml:space="preserve"> </w:t>
            </w:r>
            <w:r w:rsidRPr="00E85698">
              <w:rPr>
                <w:sz w:val="24"/>
                <w:szCs w:val="24"/>
              </w:rPr>
              <w:t>согласными</w:t>
            </w:r>
          </w:p>
        </w:tc>
        <w:tc>
          <w:tcPr>
            <w:tcW w:w="713" w:type="dxa"/>
            <w:gridSpan w:val="2"/>
            <w:tcBorders>
              <w:left w:val="single" w:sz="6" w:space="0" w:color="000000"/>
            </w:tcBorders>
          </w:tcPr>
          <w:p w:rsidR="00A047B0" w:rsidRPr="00E85698" w:rsidRDefault="00A047B0" w:rsidP="00A047B0">
            <w:pPr>
              <w:pStyle w:val="TableParagraph"/>
              <w:spacing w:before="127"/>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8"/>
        </w:trPr>
        <w:tc>
          <w:tcPr>
            <w:tcW w:w="578" w:type="dxa"/>
            <w:gridSpan w:val="2"/>
          </w:tcPr>
          <w:p w:rsidR="00A047B0" w:rsidRPr="00E85698" w:rsidRDefault="00A047B0" w:rsidP="00A047B0">
            <w:pPr>
              <w:pStyle w:val="TableParagraph"/>
              <w:spacing w:before="130"/>
              <w:ind w:left="81"/>
              <w:rPr>
                <w:sz w:val="24"/>
                <w:szCs w:val="24"/>
              </w:rPr>
            </w:pPr>
            <w:r w:rsidRPr="00E85698">
              <w:rPr>
                <w:sz w:val="24"/>
                <w:szCs w:val="24"/>
              </w:rPr>
              <w:t>58.</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Правописание</w:t>
            </w:r>
            <w:r w:rsidRPr="00E85698">
              <w:rPr>
                <w:spacing w:val="-4"/>
                <w:sz w:val="24"/>
                <w:szCs w:val="24"/>
              </w:rPr>
              <w:t xml:space="preserve"> </w:t>
            </w:r>
            <w:r w:rsidRPr="00E85698">
              <w:rPr>
                <w:sz w:val="24"/>
                <w:szCs w:val="24"/>
              </w:rPr>
              <w:t>Ё-О</w:t>
            </w:r>
            <w:r w:rsidRPr="00E85698">
              <w:rPr>
                <w:spacing w:val="-3"/>
                <w:sz w:val="24"/>
                <w:szCs w:val="24"/>
              </w:rPr>
              <w:t xml:space="preserve"> </w:t>
            </w:r>
            <w:r w:rsidRPr="00E85698">
              <w:rPr>
                <w:sz w:val="24"/>
                <w:szCs w:val="24"/>
              </w:rPr>
              <w:t>после</w:t>
            </w:r>
            <w:r w:rsidRPr="00E85698">
              <w:rPr>
                <w:spacing w:val="-3"/>
                <w:sz w:val="24"/>
                <w:szCs w:val="24"/>
              </w:rPr>
              <w:t xml:space="preserve"> </w:t>
            </w:r>
            <w:r w:rsidRPr="00E85698">
              <w:rPr>
                <w:sz w:val="24"/>
                <w:szCs w:val="24"/>
              </w:rPr>
              <w:t>шипящих</w:t>
            </w:r>
            <w:r w:rsidRPr="00E85698">
              <w:rPr>
                <w:spacing w:val="-2"/>
                <w:sz w:val="24"/>
                <w:szCs w:val="24"/>
              </w:rPr>
              <w:t xml:space="preserve"> </w:t>
            </w:r>
            <w:r w:rsidRPr="00E85698">
              <w:rPr>
                <w:sz w:val="24"/>
                <w:szCs w:val="24"/>
              </w:rPr>
              <w:t>в</w:t>
            </w:r>
            <w:r w:rsidRPr="00E85698">
              <w:rPr>
                <w:spacing w:val="-4"/>
                <w:sz w:val="24"/>
                <w:szCs w:val="24"/>
              </w:rPr>
              <w:t xml:space="preserve"> </w:t>
            </w:r>
            <w:r w:rsidRPr="00E85698">
              <w:rPr>
                <w:sz w:val="24"/>
                <w:szCs w:val="24"/>
              </w:rPr>
              <w:t>корне</w:t>
            </w:r>
            <w:r w:rsidRPr="00E85698">
              <w:rPr>
                <w:spacing w:val="-3"/>
                <w:sz w:val="24"/>
                <w:szCs w:val="24"/>
              </w:rPr>
              <w:t xml:space="preserve"> </w:t>
            </w:r>
            <w:r w:rsidRPr="00E85698">
              <w:rPr>
                <w:sz w:val="24"/>
                <w:szCs w:val="24"/>
              </w:rPr>
              <w:t>слова</w:t>
            </w:r>
          </w:p>
        </w:tc>
        <w:tc>
          <w:tcPr>
            <w:tcW w:w="713" w:type="dxa"/>
            <w:gridSpan w:val="2"/>
            <w:tcBorders>
              <w:left w:val="single" w:sz="6" w:space="0" w:color="000000"/>
            </w:tcBorders>
          </w:tcPr>
          <w:p w:rsidR="00A047B0" w:rsidRPr="00E85698" w:rsidRDefault="00A047B0" w:rsidP="00A047B0">
            <w:pPr>
              <w:pStyle w:val="TableParagraph"/>
              <w:spacing w:before="130"/>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125"/>
              <w:ind w:left="81"/>
              <w:rPr>
                <w:sz w:val="24"/>
                <w:szCs w:val="24"/>
              </w:rPr>
            </w:pPr>
            <w:r w:rsidRPr="00E85698">
              <w:rPr>
                <w:sz w:val="24"/>
                <w:szCs w:val="24"/>
              </w:rPr>
              <w:t>59.</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Правописание</w:t>
            </w:r>
            <w:r w:rsidRPr="00E85698">
              <w:rPr>
                <w:spacing w:val="-3"/>
                <w:sz w:val="24"/>
                <w:szCs w:val="24"/>
              </w:rPr>
              <w:t xml:space="preserve"> </w:t>
            </w:r>
            <w:r w:rsidRPr="00E85698">
              <w:rPr>
                <w:sz w:val="24"/>
                <w:szCs w:val="24"/>
              </w:rPr>
              <w:t>неизменяемых</w:t>
            </w:r>
            <w:r w:rsidRPr="00E85698">
              <w:rPr>
                <w:spacing w:val="-5"/>
                <w:sz w:val="24"/>
                <w:szCs w:val="24"/>
              </w:rPr>
              <w:t xml:space="preserve"> </w:t>
            </w:r>
            <w:r w:rsidRPr="00E85698">
              <w:rPr>
                <w:sz w:val="24"/>
                <w:szCs w:val="24"/>
              </w:rPr>
              <w:t>на</w:t>
            </w:r>
            <w:r w:rsidRPr="00E85698">
              <w:rPr>
                <w:spacing w:val="-3"/>
                <w:sz w:val="24"/>
                <w:szCs w:val="24"/>
              </w:rPr>
              <w:t xml:space="preserve"> </w:t>
            </w:r>
            <w:r w:rsidRPr="00E85698">
              <w:rPr>
                <w:sz w:val="24"/>
                <w:szCs w:val="24"/>
              </w:rPr>
              <w:t>письме</w:t>
            </w:r>
            <w:r w:rsidRPr="00E85698">
              <w:rPr>
                <w:spacing w:val="-5"/>
                <w:sz w:val="24"/>
                <w:szCs w:val="24"/>
              </w:rPr>
              <w:t xml:space="preserve"> </w:t>
            </w:r>
            <w:r w:rsidRPr="00E85698">
              <w:rPr>
                <w:sz w:val="24"/>
                <w:szCs w:val="24"/>
              </w:rPr>
              <w:t>приставок</w:t>
            </w:r>
          </w:p>
        </w:tc>
        <w:tc>
          <w:tcPr>
            <w:tcW w:w="713" w:type="dxa"/>
            <w:gridSpan w:val="2"/>
            <w:tcBorders>
              <w:left w:val="single" w:sz="6" w:space="0" w:color="000000"/>
            </w:tcBorders>
          </w:tcPr>
          <w:p w:rsidR="00A047B0" w:rsidRPr="00E85698" w:rsidRDefault="00A047B0" w:rsidP="00A047B0">
            <w:pPr>
              <w:pStyle w:val="TableParagraph"/>
              <w:spacing w:before="12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60.</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Правописание</w:t>
            </w:r>
            <w:r w:rsidRPr="00E85698">
              <w:rPr>
                <w:spacing w:val="-2"/>
                <w:sz w:val="24"/>
                <w:szCs w:val="24"/>
              </w:rPr>
              <w:t xml:space="preserve"> </w:t>
            </w:r>
            <w:r w:rsidRPr="00E85698">
              <w:rPr>
                <w:sz w:val="24"/>
                <w:szCs w:val="24"/>
              </w:rPr>
              <w:t>приставок</w:t>
            </w:r>
            <w:r w:rsidRPr="00E85698">
              <w:rPr>
                <w:spacing w:val="-5"/>
                <w:sz w:val="24"/>
                <w:szCs w:val="24"/>
              </w:rPr>
              <w:t xml:space="preserve"> </w:t>
            </w:r>
            <w:r w:rsidRPr="00E85698">
              <w:rPr>
                <w:sz w:val="24"/>
                <w:szCs w:val="24"/>
              </w:rPr>
              <w:t>на -З</w:t>
            </w:r>
            <w:r w:rsidRPr="00E85698">
              <w:rPr>
                <w:spacing w:val="-3"/>
                <w:sz w:val="24"/>
                <w:szCs w:val="24"/>
              </w:rPr>
              <w:t xml:space="preserve"> </w:t>
            </w:r>
            <w:r w:rsidRPr="00E85698">
              <w:rPr>
                <w:sz w:val="24"/>
                <w:szCs w:val="24"/>
              </w:rPr>
              <w:t>(-С)</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lastRenderedPageBreak/>
              <w:t>61.</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Правописание Ы</w:t>
            </w:r>
            <w:r w:rsidRPr="00E85698">
              <w:rPr>
                <w:spacing w:val="-3"/>
                <w:sz w:val="24"/>
                <w:szCs w:val="24"/>
              </w:rPr>
              <w:t xml:space="preserve"> </w:t>
            </w:r>
            <w:r w:rsidRPr="00E85698">
              <w:rPr>
                <w:sz w:val="24"/>
                <w:szCs w:val="24"/>
              </w:rPr>
              <w:t>—</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после приставок</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62.</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Правописание Ы</w:t>
            </w:r>
            <w:r w:rsidRPr="00E85698">
              <w:rPr>
                <w:spacing w:val="-2"/>
                <w:sz w:val="24"/>
                <w:szCs w:val="24"/>
              </w:rPr>
              <w:t xml:space="preserve"> </w:t>
            </w:r>
            <w:r w:rsidRPr="00E85698">
              <w:rPr>
                <w:sz w:val="24"/>
                <w:szCs w:val="24"/>
              </w:rPr>
              <w:t>—</w:t>
            </w:r>
            <w:r w:rsidRPr="00E85698">
              <w:rPr>
                <w:spacing w:val="-2"/>
                <w:sz w:val="24"/>
                <w:szCs w:val="24"/>
              </w:rPr>
              <w:t xml:space="preserve"> </w:t>
            </w:r>
            <w:r w:rsidRPr="00E85698">
              <w:rPr>
                <w:sz w:val="24"/>
                <w:szCs w:val="24"/>
              </w:rPr>
              <w:t>И</w:t>
            </w:r>
            <w:r w:rsidRPr="00E85698">
              <w:rPr>
                <w:spacing w:val="-2"/>
                <w:sz w:val="24"/>
                <w:szCs w:val="24"/>
              </w:rPr>
              <w:t xml:space="preserve"> </w:t>
            </w:r>
            <w:r w:rsidRPr="00E85698">
              <w:rPr>
                <w:sz w:val="24"/>
                <w:szCs w:val="24"/>
              </w:rPr>
              <w:t>после Ц</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left="81"/>
              <w:rPr>
                <w:sz w:val="24"/>
                <w:szCs w:val="24"/>
              </w:rPr>
            </w:pPr>
            <w:r w:rsidRPr="00E85698">
              <w:rPr>
                <w:sz w:val="24"/>
                <w:szCs w:val="24"/>
              </w:rPr>
              <w:t>63.</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Повторение</w:t>
            </w:r>
            <w:r w:rsidRPr="00E85698">
              <w:rPr>
                <w:spacing w:val="-5"/>
                <w:sz w:val="24"/>
                <w:szCs w:val="24"/>
              </w:rPr>
              <w:t xml:space="preserve"> </w:t>
            </w:r>
            <w:r w:rsidRPr="00E85698">
              <w:rPr>
                <w:sz w:val="24"/>
                <w:szCs w:val="24"/>
              </w:rPr>
              <w:t>темы</w:t>
            </w:r>
            <w:r w:rsidRPr="00E85698">
              <w:rPr>
                <w:spacing w:val="-5"/>
                <w:sz w:val="24"/>
                <w:szCs w:val="24"/>
              </w:rPr>
              <w:t xml:space="preserve"> </w:t>
            </w:r>
            <w:r w:rsidRPr="00E85698">
              <w:rPr>
                <w:sz w:val="24"/>
                <w:szCs w:val="24"/>
              </w:rPr>
              <w:t>"</w:t>
            </w:r>
            <w:proofErr w:type="spellStart"/>
            <w:r w:rsidRPr="00E85698">
              <w:rPr>
                <w:sz w:val="24"/>
                <w:szCs w:val="24"/>
              </w:rPr>
              <w:t>Морфемика</w:t>
            </w:r>
            <w:proofErr w:type="spellEnd"/>
            <w:r w:rsidRPr="00E85698">
              <w:rPr>
                <w:sz w:val="24"/>
                <w:szCs w:val="24"/>
              </w:rPr>
              <w:t>.</w:t>
            </w:r>
            <w:r w:rsidRPr="00E85698">
              <w:rPr>
                <w:spacing w:val="-4"/>
                <w:sz w:val="24"/>
                <w:szCs w:val="24"/>
              </w:rPr>
              <w:t xml:space="preserve"> </w:t>
            </w:r>
            <w:r w:rsidRPr="00E85698">
              <w:rPr>
                <w:sz w:val="24"/>
                <w:szCs w:val="24"/>
              </w:rPr>
              <w:t>Орфография"</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3"/>
              <w:ind w:left="81"/>
              <w:rPr>
                <w:sz w:val="24"/>
                <w:szCs w:val="24"/>
              </w:rPr>
            </w:pPr>
            <w:r w:rsidRPr="00E85698">
              <w:rPr>
                <w:sz w:val="24"/>
                <w:szCs w:val="24"/>
              </w:rPr>
              <w:t>64.</w:t>
            </w:r>
          </w:p>
        </w:tc>
        <w:tc>
          <w:tcPr>
            <w:tcW w:w="5094" w:type="dxa"/>
            <w:gridSpan w:val="2"/>
            <w:tcBorders>
              <w:right w:val="single" w:sz="6" w:space="0" w:color="000000"/>
            </w:tcBorders>
          </w:tcPr>
          <w:p w:rsidR="00A047B0" w:rsidRPr="00E85698" w:rsidRDefault="00A047B0" w:rsidP="00A047B0">
            <w:pPr>
              <w:pStyle w:val="TableParagraph"/>
              <w:spacing w:before="3"/>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 xml:space="preserve">работа </w:t>
            </w:r>
          </w:p>
        </w:tc>
        <w:tc>
          <w:tcPr>
            <w:tcW w:w="713" w:type="dxa"/>
            <w:gridSpan w:val="2"/>
            <w:tcBorders>
              <w:left w:val="single" w:sz="6" w:space="0" w:color="000000"/>
            </w:tcBorders>
          </w:tcPr>
          <w:p w:rsidR="00A047B0" w:rsidRPr="00E85698" w:rsidRDefault="00A047B0" w:rsidP="00A047B0">
            <w:pPr>
              <w:pStyle w:val="TableParagraph"/>
              <w:spacing w:before="3"/>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After w:val="1"/>
          <w:wAfter w:w="68" w:type="dxa"/>
          <w:trHeight w:val="1038"/>
        </w:trPr>
        <w:tc>
          <w:tcPr>
            <w:tcW w:w="578" w:type="dxa"/>
            <w:gridSpan w:val="2"/>
          </w:tcPr>
          <w:p w:rsidR="00A047B0" w:rsidRPr="00E85698" w:rsidRDefault="00A047B0" w:rsidP="00A047B0">
            <w:pPr>
              <w:pStyle w:val="TableParagraph"/>
              <w:spacing w:before="2"/>
              <w:ind w:left="81"/>
              <w:rPr>
                <w:sz w:val="24"/>
                <w:szCs w:val="24"/>
              </w:rPr>
            </w:pPr>
            <w:r w:rsidRPr="00E85698">
              <w:rPr>
                <w:sz w:val="24"/>
                <w:szCs w:val="24"/>
              </w:rPr>
              <w:t>65.</w:t>
            </w:r>
          </w:p>
        </w:tc>
        <w:tc>
          <w:tcPr>
            <w:tcW w:w="5094" w:type="dxa"/>
            <w:gridSpan w:val="2"/>
            <w:tcBorders>
              <w:right w:val="single" w:sz="6" w:space="0" w:color="000000"/>
            </w:tcBorders>
          </w:tcPr>
          <w:p w:rsidR="00A047B0" w:rsidRPr="00E85698" w:rsidRDefault="00A047B0" w:rsidP="00A047B0">
            <w:pPr>
              <w:pStyle w:val="TableParagraph"/>
              <w:spacing w:before="2" w:line="259" w:lineRule="auto"/>
              <w:ind w:left="9" w:right="244"/>
              <w:rPr>
                <w:sz w:val="24"/>
                <w:szCs w:val="24"/>
              </w:rPr>
            </w:pPr>
            <w:r w:rsidRPr="00E85698">
              <w:rPr>
                <w:sz w:val="24"/>
                <w:szCs w:val="24"/>
              </w:rPr>
              <w:t>Морфология как раздел лингвистики. Грамматическое</w:t>
            </w:r>
            <w:r w:rsidRPr="00E85698">
              <w:rPr>
                <w:spacing w:val="1"/>
                <w:sz w:val="24"/>
                <w:szCs w:val="24"/>
              </w:rPr>
              <w:t xml:space="preserve"> </w:t>
            </w:r>
            <w:r w:rsidRPr="00E85698">
              <w:rPr>
                <w:sz w:val="24"/>
                <w:szCs w:val="24"/>
              </w:rPr>
              <w:t>значение</w:t>
            </w:r>
            <w:r w:rsidRPr="00E85698">
              <w:rPr>
                <w:spacing w:val="-4"/>
                <w:sz w:val="24"/>
                <w:szCs w:val="24"/>
              </w:rPr>
              <w:t xml:space="preserve"> </w:t>
            </w:r>
            <w:r w:rsidRPr="00E85698">
              <w:rPr>
                <w:sz w:val="24"/>
                <w:szCs w:val="24"/>
              </w:rPr>
              <w:t>слова,</w:t>
            </w:r>
            <w:r w:rsidRPr="00E85698">
              <w:rPr>
                <w:spacing w:val="-3"/>
                <w:sz w:val="24"/>
                <w:szCs w:val="24"/>
              </w:rPr>
              <w:t xml:space="preserve"> </w:t>
            </w:r>
            <w:r w:rsidRPr="00E85698">
              <w:rPr>
                <w:sz w:val="24"/>
                <w:szCs w:val="24"/>
              </w:rPr>
              <w:t>его</w:t>
            </w:r>
            <w:r w:rsidRPr="00E85698">
              <w:rPr>
                <w:spacing w:val="-2"/>
                <w:sz w:val="24"/>
                <w:szCs w:val="24"/>
              </w:rPr>
              <w:t xml:space="preserve"> </w:t>
            </w:r>
            <w:r w:rsidRPr="00E85698">
              <w:rPr>
                <w:sz w:val="24"/>
                <w:szCs w:val="24"/>
              </w:rPr>
              <w:t>отличие от</w:t>
            </w:r>
            <w:r w:rsidRPr="00E85698">
              <w:rPr>
                <w:spacing w:val="-4"/>
                <w:sz w:val="24"/>
                <w:szCs w:val="24"/>
              </w:rPr>
              <w:t xml:space="preserve"> </w:t>
            </w:r>
            <w:r w:rsidRPr="00E85698">
              <w:rPr>
                <w:sz w:val="24"/>
                <w:szCs w:val="24"/>
              </w:rPr>
              <w:t>лексического. Части</w:t>
            </w:r>
            <w:r w:rsidRPr="00E85698">
              <w:rPr>
                <w:spacing w:val="-4"/>
                <w:sz w:val="24"/>
                <w:szCs w:val="24"/>
              </w:rPr>
              <w:t xml:space="preserve"> </w:t>
            </w:r>
            <w:r w:rsidRPr="00E85698">
              <w:rPr>
                <w:sz w:val="24"/>
                <w:szCs w:val="24"/>
              </w:rPr>
              <w:t>речи</w:t>
            </w:r>
            <w:r w:rsidRPr="00E85698">
              <w:rPr>
                <w:spacing w:val="-47"/>
                <w:sz w:val="24"/>
                <w:szCs w:val="24"/>
              </w:rPr>
              <w:t xml:space="preserve"> </w:t>
            </w:r>
            <w:r w:rsidRPr="00E85698">
              <w:rPr>
                <w:sz w:val="24"/>
                <w:szCs w:val="24"/>
              </w:rPr>
              <w:t>как лексико-грамматические разряды слов. Система</w:t>
            </w:r>
            <w:r w:rsidRPr="00E85698">
              <w:rPr>
                <w:spacing w:val="1"/>
                <w:sz w:val="24"/>
                <w:szCs w:val="24"/>
              </w:rPr>
              <w:t xml:space="preserve"> </w:t>
            </w:r>
            <w:r w:rsidRPr="00E85698">
              <w:rPr>
                <w:sz w:val="24"/>
                <w:szCs w:val="24"/>
              </w:rPr>
              <w:t>частей</w:t>
            </w:r>
            <w:r w:rsidRPr="00E85698">
              <w:rPr>
                <w:spacing w:val="-2"/>
                <w:sz w:val="24"/>
                <w:szCs w:val="24"/>
              </w:rPr>
              <w:t xml:space="preserve"> </w:t>
            </w:r>
            <w:r w:rsidRPr="00E85698">
              <w:rPr>
                <w:sz w:val="24"/>
                <w:szCs w:val="24"/>
              </w:rPr>
              <w:t>речи</w:t>
            </w:r>
            <w:r w:rsidRPr="00E85698">
              <w:rPr>
                <w:spacing w:val="-1"/>
                <w:sz w:val="24"/>
                <w:szCs w:val="24"/>
              </w:rPr>
              <w:t xml:space="preserve"> </w:t>
            </w:r>
            <w:r w:rsidRPr="00E85698">
              <w:rPr>
                <w:sz w:val="24"/>
                <w:szCs w:val="24"/>
              </w:rPr>
              <w:t>в</w:t>
            </w:r>
            <w:r w:rsidRPr="00E85698">
              <w:rPr>
                <w:spacing w:val="-1"/>
                <w:sz w:val="24"/>
                <w:szCs w:val="24"/>
              </w:rPr>
              <w:t xml:space="preserve"> </w:t>
            </w:r>
            <w:r w:rsidRPr="00E85698">
              <w:rPr>
                <w:sz w:val="24"/>
                <w:szCs w:val="24"/>
              </w:rPr>
              <w:t>русском</w:t>
            </w:r>
            <w:r w:rsidRPr="00E85698">
              <w:rPr>
                <w:spacing w:val="1"/>
                <w:sz w:val="24"/>
                <w:szCs w:val="24"/>
              </w:rPr>
              <w:t xml:space="preserve"> </w:t>
            </w:r>
            <w:r w:rsidRPr="00E85698">
              <w:rPr>
                <w:sz w:val="24"/>
                <w:szCs w:val="24"/>
              </w:rPr>
              <w:t>языке</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5"/>
              <w:ind w:left="81"/>
              <w:rPr>
                <w:sz w:val="24"/>
                <w:szCs w:val="24"/>
              </w:rPr>
            </w:pPr>
            <w:r w:rsidRPr="00E85698">
              <w:rPr>
                <w:sz w:val="24"/>
                <w:szCs w:val="24"/>
              </w:rPr>
              <w:t>66.</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Имя</w:t>
            </w:r>
            <w:r w:rsidRPr="00E85698">
              <w:rPr>
                <w:spacing w:val="-4"/>
                <w:sz w:val="24"/>
                <w:szCs w:val="24"/>
              </w:rPr>
              <w:t xml:space="preserve"> </w:t>
            </w:r>
            <w:r w:rsidRPr="00E85698">
              <w:rPr>
                <w:sz w:val="24"/>
                <w:szCs w:val="24"/>
              </w:rPr>
              <w:t>существительное</w:t>
            </w:r>
            <w:r w:rsidRPr="00E85698">
              <w:rPr>
                <w:spacing w:val="-3"/>
                <w:sz w:val="24"/>
                <w:szCs w:val="24"/>
              </w:rPr>
              <w:t xml:space="preserve"> </w:t>
            </w:r>
            <w:r w:rsidRPr="00E85698">
              <w:rPr>
                <w:sz w:val="24"/>
                <w:szCs w:val="24"/>
              </w:rPr>
              <w:t>как</w:t>
            </w:r>
            <w:r w:rsidRPr="00E85698">
              <w:rPr>
                <w:spacing w:val="-4"/>
                <w:sz w:val="24"/>
                <w:szCs w:val="24"/>
              </w:rPr>
              <w:t xml:space="preserve"> </w:t>
            </w:r>
            <w:r w:rsidRPr="00E85698">
              <w:rPr>
                <w:sz w:val="24"/>
                <w:szCs w:val="24"/>
              </w:rPr>
              <w:t>часть</w:t>
            </w:r>
            <w:r w:rsidRPr="00E85698">
              <w:rPr>
                <w:spacing w:val="-3"/>
                <w:sz w:val="24"/>
                <w:szCs w:val="24"/>
              </w:rPr>
              <w:t xml:space="preserve"> </w:t>
            </w:r>
            <w:r w:rsidRPr="00E85698">
              <w:rPr>
                <w:sz w:val="24"/>
                <w:szCs w:val="24"/>
              </w:rPr>
              <w:t>речи.</w:t>
            </w:r>
            <w:r w:rsidRPr="00E85698">
              <w:rPr>
                <w:spacing w:val="-3"/>
                <w:sz w:val="24"/>
                <w:szCs w:val="24"/>
              </w:rPr>
              <w:t xml:space="preserve"> </w:t>
            </w:r>
            <w:r w:rsidRPr="00E85698">
              <w:rPr>
                <w:sz w:val="24"/>
                <w:szCs w:val="24"/>
              </w:rPr>
              <w:t>Роль</w:t>
            </w:r>
            <w:r w:rsidRPr="00E85698">
              <w:rPr>
                <w:spacing w:val="-3"/>
                <w:sz w:val="24"/>
                <w:szCs w:val="24"/>
              </w:rPr>
              <w:t xml:space="preserve"> </w:t>
            </w:r>
            <w:r w:rsidRPr="00E85698">
              <w:rPr>
                <w:sz w:val="24"/>
                <w:szCs w:val="24"/>
              </w:rPr>
              <w:t>имени</w:t>
            </w:r>
          </w:p>
          <w:p w:rsidR="00A047B0" w:rsidRPr="00E85698" w:rsidRDefault="00A047B0" w:rsidP="00A047B0">
            <w:pPr>
              <w:pStyle w:val="TableParagraph"/>
              <w:spacing w:before="17"/>
              <w:ind w:left="9"/>
              <w:rPr>
                <w:sz w:val="24"/>
                <w:szCs w:val="24"/>
              </w:rPr>
            </w:pPr>
            <w:r w:rsidRPr="00E85698">
              <w:rPr>
                <w:sz w:val="24"/>
                <w:szCs w:val="24"/>
              </w:rPr>
              <w:t>существительного</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речи</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left="81"/>
              <w:rPr>
                <w:sz w:val="24"/>
                <w:szCs w:val="24"/>
              </w:rPr>
            </w:pPr>
            <w:r w:rsidRPr="00E85698">
              <w:rPr>
                <w:sz w:val="24"/>
                <w:szCs w:val="24"/>
              </w:rPr>
              <w:t>67.</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Лексико-грамматические</w:t>
            </w:r>
            <w:r w:rsidRPr="00E85698">
              <w:rPr>
                <w:spacing w:val="-6"/>
                <w:sz w:val="24"/>
                <w:szCs w:val="24"/>
              </w:rPr>
              <w:t xml:space="preserve"> </w:t>
            </w:r>
            <w:r w:rsidRPr="00E85698">
              <w:rPr>
                <w:sz w:val="24"/>
                <w:szCs w:val="24"/>
              </w:rPr>
              <w:t>разряды</w:t>
            </w:r>
            <w:r w:rsidRPr="00E85698">
              <w:rPr>
                <w:spacing w:val="-6"/>
                <w:sz w:val="24"/>
                <w:szCs w:val="24"/>
              </w:rPr>
              <w:t xml:space="preserve"> </w:t>
            </w:r>
            <w:r w:rsidRPr="00E85698">
              <w:rPr>
                <w:sz w:val="24"/>
                <w:szCs w:val="24"/>
              </w:rPr>
              <w:t>имён</w:t>
            </w:r>
            <w:r w:rsidRPr="00E85698">
              <w:rPr>
                <w:spacing w:val="-6"/>
                <w:sz w:val="24"/>
                <w:szCs w:val="24"/>
              </w:rPr>
              <w:t xml:space="preserve"> </w:t>
            </w:r>
            <w:r w:rsidRPr="00E85698">
              <w:rPr>
                <w:sz w:val="24"/>
                <w:szCs w:val="24"/>
              </w:rPr>
              <w:t>существительных:</w:t>
            </w:r>
          </w:p>
          <w:p w:rsidR="00A047B0" w:rsidRPr="00E85698" w:rsidRDefault="00A047B0" w:rsidP="00A047B0">
            <w:pPr>
              <w:pStyle w:val="TableParagraph"/>
              <w:spacing w:before="20"/>
              <w:ind w:left="5"/>
              <w:rPr>
                <w:sz w:val="24"/>
                <w:szCs w:val="24"/>
              </w:rPr>
            </w:pPr>
            <w:r w:rsidRPr="00E85698">
              <w:rPr>
                <w:sz w:val="24"/>
                <w:szCs w:val="24"/>
              </w:rPr>
              <w:t>имена</w:t>
            </w:r>
            <w:r w:rsidRPr="00E85698">
              <w:rPr>
                <w:spacing w:val="-6"/>
                <w:sz w:val="24"/>
                <w:szCs w:val="24"/>
              </w:rPr>
              <w:t xml:space="preserve"> </w:t>
            </w:r>
            <w:r w:rsidRPr="00E85698">
              <w:rPr>
                <w:sz w:val="24"/>
                <w:szCs w:val="24"/>
              </w:rPr>
              <w:t>существительные</w:t>
            </w:r>
            <w:r w:rsidRPr="00E85698">
              <w:rPr>
                <w:spacing w:val="-5"/>
                <w:sz w:val="24"/>
                <w:szCs w:val="24"/>
              </w:rPr>
              <w:t xml:space="preserve"> </w:t>
            </w:r>
            <w:r w:rsidRPr="00E85698">
              <w:rPr>
                <w:sz w:val="24"/>
                <w:szCs w:val="24"/>
              </w:rPr>
              <w:t>собственные</w:t>
            </w:r>
            <w:r w:rsidRPr="00E85698">
              <w:rPr>
                <w:spacing w:val="-5"/>
                <w:sz w:val="24"/>
                <w:szCs w:val="24"/>
              </w:rPr>
              <w:t xml:space="preserve"> </w:t>
            </w:r>
            <w:r w:rsidRPr="00E85698">
              <w:rPr>
                <w:sz w:val="24"/>
                <w:szCs w:val="24"/>
              </w:rPr>
              <w:t>и</w:t>
            </w:r>
            <w:r w:rsidRPr="00E85698">
              <w:rPr>
                <w:spacing w:val="-5"/>
                <w:sz w:val="24"/>
                <w:szCs w:val="24"/>
              </w:rPr>
              <w:t xml:space="preserve"> </w:t>
            </w:r>
            <w:r w:rsidRPr="00E85698">
              <w:rPr>
                <w:sz w:val="24"/>
                <w:szCs w:val="24"/>
              </w:rPr>
              <w:t>нарицательные,</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left="76"/>
              <w:rPr>
                <w:sz w:val="24"/>
                <w:szCs w:val="24"/>
              </w:rPr>
            </w:pPr>
            <w:r w:rsidRPr="00E85698">
              <w:rPr>
                <w:sz w:val="24"/>
                <w:szCs w:val="24"/>
              </w:rPr>
              <w:t>68.</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6"/>
                <w:sz w:val="24"/>
                <w:szCs w:val="24"/>
              </w:rPr>
              <w:t xml:space="preserve"> </w:t>
            </w:r>
            <w:r w:rsidRPr="00E85698">
              <w:rPr>
                <w:sz w:val="24"/>
                <w:szCs w:val="24"/>
              </w:rPr>
              <w:t>собственных</w:t>
            </w:r>
            <w:r w:rsidRPr="00E85698">
              <w:rPr>
                <w:spacing w:val="-4"/>
                <w:sz w:val="24"/>
                <w:szCs w:val="24"/>
              </w:rPr>
              <w:t xml:space="preserve"> </w:t>
            </w:r>
            <w:r w:rsidRPr="00E85698">
              <w:rPr>
                <w:sz w:val="24"/>
                <w:szCs w:val="24"/>
              </w:rPr>
              <w:t>имён</w:t>
            </w:r>
            <w:r w:rsidRPr="00E85698">
              <w:rPr>
                <w:spacing w:val="-6"/>
                <w:sz w:val="24"/>
                <w:szCs w:val="24"/>
              </w:rPr>
              <w:t xml:space="preserve"> </w:t>
            </w: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1"/>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69.</w:t>
            </w:r>
          </w:p>
        </w:tc>
        <w:tc>
          <w:tcPr>
            <w:tcW w:w="5094" w:type="dxa"/>
            <w:gridSpan w:val="2"/>
            <w:tcBorders>
              <w:right w:val="single" w:sz="6" w:space="0" w:color="000000"/>
            </w:tcBorders>
          </w:tcPr>
          <w:p w:rsidR="00A047B0" w:rsidRPr="00E85698" w:rsidRDefault="00A047B0" w:rsidP="00A047B0">
            <w:pPr>
              <w:pStyle w:val="TableParagraph"/>
              <w:ind w:left="3"/>
              <w:rPr>
                <w:sz w:val="24"/>
                <w:szCs w:val="24"/>
              </w:rPr>
            </w:pPr>
            <w:r w:rsidRPr="00E85698">
              <w:rPr>
                <w:sz w:val="24"/>
                <w:szCs w:val="24"/>
              </w:rPr>
              <w:t>Род,</w:t>
            </w:r>
            <w:r w:rsidRPr="00E85698">
              <w:rPr>
                <w:spacing w:val="-4"/>
                <w:sz w:val="24"/>
                <w:szCs w:val="24"/>
              </w:rPr>
              <w:t xml:space="preserve"> </w:t>
            </w:r>
            <w:r w:rsidRPr="00E85698">
              <w:rPr>
                <w:sz w:val="24"/>
                <w:szCs w:val="24"/>
              </w:rPr>
              <w:t>число,</w:t>
            </w:r>
            <w:r w:rsidRPr="00E85698">
              <w:rPr>
                <w:spacing w:val="-4"/>
                <w:sz w:val="24"/>
                <w:szCs w:val="24"/>
              </w:rPr>
              <w:t xml:space="preserve"> </w:t>
            </w:r>
            <w:r w:rsidRPr="00E85698">
              <w:rPr>
                <w:sz w:val="24"/>
                <w:szCs w:val="24"/>
              </w:rPr>
              <w:t>падеж</w:t>
            </w:r>
            <w:r w:rsidRPr="00E85698">
              <w:rPr>
                <w:spacing w:val="-3"/>
                <w:sz w:val="24"/>
                <w:szCs w:val="24"/>
              </w:rPr>
              <w:t xml:space="preserve"> </w:t>
            </w:r>
            <w:r w:rsidRPr="00E85698">
              <w:rPr>
                <w:sz w:val="24"/>
                <w:szCs w:val="24"/>
              </w:rPr>
              <w:t>имени</w:t>
            </w:r>
            <w:r w:rsidRPr="00E85698">
              <w:rPr>
                <w:spacing w:val="-4"/>
                <w:sz w:val="24"/>
                <w:szCs w:val="24"/>
              </w:rPr>
              <w:t xml:space="preserve"> </w:t>
            </w:r>
            <w:r w:rsidRPr="00E85698">
              <w:rPr>
                <w:sz w:val="24"/>
                <w:szCs w:val="24"/>
              </w:rPr>
              <w:t>существительного</w:t>
            </w:r>
            <w:r w:rsidRPr="00E85698">
              <w:rPr>
                <w:spacing w:val="-3"/>
                <w:sz w:val="24"/>
                <w:szCs w:val="24"/>
              </w:rPr>
              <w:t xml:space="preserve"> </w:t>
            </w:r>
            <w:r w:rsidRPr="00E85698">
              <w:rPr>
                <w:sz w:val="24"/>
                <w:szCs w:val="24"/>
              </w:rPr>
              <w:t>(повторение</w:t>
            </w:r>
          </w:p>
          <w:p w:rsidR="00A047B0" w:rsidRPr="00E85698" w:rsidRDefault="00A047B0" w:rsidP="00A047B0">
            <w:pPr>
              <w:pStyle w:val="TableParagraph"/>
              <w:spacing w:line="227" w:lineRule="exact"/>
              <w:ind w:left="3"/>
              <w:rPr>
                <w:sz w:val="24"/>
                <w:szCs w:val="24"/>
              </w:rPr>
            </w:pPr>
            <w:r w:rsidRPr="00E85698">
              <w:rPr>
                <w:sz w:val="24"/>
                <w:szCs w:val="24"/>
              </w:rPr>
              <w:t>изученного</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начальной</w:t>
            </w:r>
            <w:r w:rsidRPr="00E85698">
              <w:rPr>
                <w:spacing w:val="-4"/>
                <w:sz w:val="24"/>
                <w:szCs w:val="24"/>
              </w:rPr>
              <w:t xml:space="preserve"> </w:t>
            </w:r>
            <w:r w:rsidRPr="00E85698">
              <w:rPr>
                <w:sz w:val="24"/>
                <w:szCs w:val="24"/>
              </w:rPr>
              <w:t>школе)</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8"/>
        </w:trPr>
        <w:tc>
          <w:tcPr>
            <w:tcW w:w="578" w:type="dxa"/>
            <w:gridSpan w:val="2"/>
          </w:tcPr>
          <w:p w:rsidR="00A047B0" w:rsidRPr="00E85698" w:rsidRDefault="00A047B0" w:rsidP="00A047B0">
            <w:pPr>
              <w:pStyle w:val="TableParagraph"/>
              <w:ind w:left="76"/>
              <w:rPr>
                <w:sz w:val="24"/>
                <w:szCs w:val="24"/>
              </w:rPr>
            </w:pPr>
            <w:r w:rsidRPr="00E85698">
              <w:rPr>
                <w:sz w:val="24"/>
                <w:szCs w:val="24"/>
              </w:rPr>
              <w:t>70.</w:t>
            </w:r>
          </w:p>
        </w:tc>
        <w:tc>
          <w:tcPr>
            <w:tcW w:w="5094" w:type="dxa"/>
            <w:gridSpan w:val="2"/>
            <w:tcBorders>
              <w:right w:val="single" w:sz="6" w:space="0" w:color="000000"/>
            </w:tcBorders>
          </w:tcPr>
          <w:p w:rsidR="00A047B0" w:rsidRPr="00E85698" w:rsidRDefault="00A047B0" w:rsidP="00A047B0">
            <w:pPr>
              <w:pStyle w:val="TableParagraph"/>
              <w:spacing w:before="17"/>
              <w:ind w:left="3"/>
              <w:rPr>
                <w:sz w:val="24"/>
                <w:szCs w:val="24"/>
              </w:rPr>
            </w:pPr>
            <w:r w:rsidRPr="00E85698">
              <w:rPr>
                <w:sz w:val="24"/>
                <w:szCs w:val="24"/>
              </w:rPr>
              <w:t>Имена</w:t>
            </w:r>
            <w:r w:rsidRPr="00E85698">
              <w:rPr>
                <w:spacing w:val="-4"/>
                <w:sz w:val="24"/>
                <w:szCs w:val="24"/>
              </w:rPr>
              <w:t xml:space="preserve"> </w:t>
            </w:r>
            <w:r w:rsidRPr="00E85698">
              <w:rPr>
                <w:sz w:val="24"/>
                <w:szCs w:val="24"/>
              </w:rPr>
              <w:t>существительные</w:t>
            </w:r>
            <w:r w:rsidRPr="00E85698">
              <w:rPr>
                <w:spacing w:val="-3"/>
                <w:sz w:val="24"/>
                <w:szCs w:val="24"/>
              </w:rPr>
              <w:t xml:space="preserve"> </w:t>
            </w:r>
            <w:r w:rsidRPr="00E85698">
              <w:rPr>
                <w:sz w:val="24"/>
                <w:szCs w:val="24"/>
              </w:rPr>
              <w:t>общего</w:t>
            </w:r>
            <w:r w:rsidRPr="00E85698">
              <w:rPr>
                <w:spacing w:val="-2"/>
                <w:sz w:val="24"/>
                <w:szCs w:val="24"/>
              </w:rPr>
              <w:t xml:space="preserve"> </w:t>
            </w:r>
            <w:r w:rsidRPr="00E85698">
              <w:rPr>
                <w:sz w:val="24"/>
                <w:szCs w:val="24"/>
              </w:rPr>
              <w:t>рода</w:t>
            </w:r>
          </w:p>
        </w:tc>
        <w:tc>
          <w:tcPr>
            <w:tcW w:w="713" w:type="dxa"/>
            <w:gridSpan w:val="2"/>
            <w:tcBorders>
              <w:left w:val="single" w:sz="6" w:space="0" w:color="000000"/>
            </w:tcBorders>
          </w:tcPr>
          <w:p w:rsidR="00A047B0" w:rsidRPr="00E85698" w:rsidRDefault="00A047B0" w:rsidP="00A047B0">
            <w:pPr>
              <w:pStyle w:val="TableParagraph"/>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1"/>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71.</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Имена</w:t>
            </w:r>
            <w:r w:rsidRPr="00E85698">
              <w:rPr>
                <w:spacing w:val="-4"/>
                <w:sz w:val="24"/>
                <w:szCs w:val="24"/>
              </w:rPr>
              <w:t xml:space="preserve"> </w:t>
            </w:r>
            <w:r w:rsidRPr="00E85698">
              <w:rPr>
                <w:sz w:val="24"/>
                <w:szCs w:val="24"/>
              </w:rPr>
              <w:t>существительные,</w:t>
            </w:r>
            <w:r w:rsidRPr="00E85698">
              <w:rPr>
                <w:spacing w:val="-4"/>
                <w:sz w:val="24"/>
                <w:szCs w:val="24"/>
              </w:rPr>
              <w:t xml:space="preserve"> </w:t>
            </w:r>
            <w:r w:rsidRPr="00E85698">
              <w:rPr>
                <w:sz w:val="24"/>
                <w:szCs w:val="24"/>
              </w:rPr>
              <w:t>имеющие</w:t>
            </w:r>
            <w:r w:rsidRPr="00E85698">
              <w:rPr>
                <w:spacing w:val="-5"/>
                <w:sz w:val="24"/>
                <w:szCs w:val="24"/>
              </w:rPr>
              <w:t xml:space="preserve"> </w:t>
            </w:r>
            <w:r w:rsidRPr="00E85698">
              <w:rPr>
                <w:sz w:val="24"/>
                <w:szCs w:val="24"/>
              </w:rPr>
              <w:t>форму</w:t>
            </w:r>
            <w:r w:rsidRPr="00E85698">
              <w:rPr>
                <w:spacing w:val="-8"/>
                <w:sz w:val="24"/>
                <w:szCs w:val="24"/>
              </w:rPr>
              <w:t xml:space="preserve"> </w:t>
            </w:r>
            <w:r w:rsidRPr="00E85698">
              <w:rPr>
                <w:sz w:val="24"/>
                <w:szCs w:val="24"/>
              </w:rPr>
              <w:t>только</w:t>
            </w:r>
          </w:p>
          <w:p w:rsidR="00A047B0" w:rsidRPr="00E85698" w:rsidRDefault="00A047B0" w:rsidP="00A047B0">
            <w:pPr>
              <w:pStyle w:val="TableParagraph"/>
              <w:spacing w:before="19"/>
              <w:ind w:left="3"/>
              <w:rPr>
                <w:sz w:val="24"/>
                <w:szCs w:val="24"/>
              </w:rPr>
            </w:pPr>
            <w:r w:rsidRPr="00E85698">
              <w:rPr>
                <w:sz w:val="24"/>
                <w:szCs w:val="24"/>
              </w:rPr>
              <w:t>единственного</w:t>
            </w:r>
            <w:r w:rsidRPr="00E85698">
              <w:rPr>
                <w:spacing w:val="-6"/>
                <w:sz w:val="24"/>
                <w:szCs w:val="24"/>
              </w:rPr>
              <w:t xml:space="preserve"> </w:t>
            </w:r>
            <w:r w:rsidRPr="00E85698">
              <w:rPr>
                <w:sz w:val="24"/>
                <w:szCs w:val="24"/>
              </w:rPr>
              <w:t>или</w:t>
            </w:r>
            <w:r w:rsidRPr="00E85698">
              <w:rPr>
                <w:spacing w:val="-6"/>
                <w:sz w:val="24"/>
                <w:szCs w:val="24"/>
              </w:rPr>
              <w:t xml:space="preserve"> </w:t>
            </w:r>
            <w:r w:rsidRPr="00E85698">
              <w:rPr>
                <w:sz w:val="24"/>
                <w:szCs w:val="24"/>
              </w:rPr>
              <w:t>только</w:t>
            </w:r>
            <w:r w:rsidRPr="00E85698">
              <w:rPr>
                <w:spacing w:val="-6"/>
                <w:sz w:val="24"/>
                <w:szCs w:val="24"/>
              </w:rPr>
              <w:t xml:space="preserve"> </w:t>
            </w:r>
            <w:r w:rsidRPr="00E85698">
              <w:rPr>
                <w:sz w:val="24"/>
                <w:szCs w:val="24"/>
              </w:rPr>
              <w:t>множественного</w:t>
            </w:r>
            <w:r w:rsidRPr="00E85698">
              <w:rPr>
                <w:spacing w:val="-5"/>
                <w:sz w:val="24"/>
                <w:szCs w:val="24"/>
              </w:rPr>
              <w:t xml:space="preserve"> </w:t>
            </w:r>
            <w:r w:rsidRPr="00E85698">
              <w:rPr>
                <w:sz w:val="24"/>
                <w:szCs w:val="24"/>
              </w:rPr>
              <w:t>числа</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72.</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Сжатое</w:t>
            </w:r>
            <w:r w:rsidRPr="00E85698">
              <w:rPr>
                <w:spacing w:val="-4"/>
                <w:sz w:val="24"/>
                <w:szCs w:val="24"/>
              </w:rPr>
              <w:t xml:space="preserve"> </w:t>
            </w:r>
            <w:r w:rsidRPr="00E85698">
              <w:rPr>
                <w:sz w:val="24"/>
                <w:szCs w:val="24"/>
              </w:rPr>
              <w:t>изложение ( упр. 513)</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1"/>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73.</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Типы</w:t>
            </w:r>
            <w:r w:rsidRPr="00E85698">
              <w:rPr>
                <w:spacing w:val="-4"/>
                <w:sz w:val="24"/>
                <w:szCs w:val="24"/>
              </w:rPr>
              <w:t xml:space="preserve"> </w:t>
            </w:r>
            <w:r w:rsidRPr="00E85698">
              <w:rPr>
                <w:sz w:val="24"/>
                <w:szCs w:val="24"/>
              </w:rPr>
              <w:t>склонения</w:t>
            </w:r>
            <w:r w:rsidRPr="00E85698">
              <w:rPr>
                <w:spacing w:val="-5"/>
                <w:sz w:val="24"/>
                <w:szCs w:val="24"/>
              </w:rPr>
              <w:t xml:space="preserve"> </w:t>
            </w:r>
            <w:r w:rsidRPr="00E85698">
              <w:rPr>
                <w:sz w:val="24"/>
                <w:szCs w:val="24"/>
              </w:rPr>
              <w:t>имён</w:t>
            </w:r>
            <w:r w:rsidRPr="00E85698">
              <w:rPr>
                <w:spacing w:val="-5"/>
                <w:sz w:val="24"/>
                <w:szCs w:val="24"/>
              </w:rPr>
              <w:t xml:space="preserve"> </w:t>
            </w:r>
            <w:r w:rsidRPr="00E85698">
              <w:rPr>
                <w:sz w:val="24"/>
                <w:szCs w:val="24"/>
              </w:rPr>
              <w:t>существительных</w:t>
            </w:r>
            <w:r w:rsidRPr="00E85698">
              <w:rPr>
                <w:spacing w:val="-5"/>
                <w:sz w:val="24"/>
                <w:szCs w:val="24"/>
              </w:rPr>
              <w:t xml:space="preserve"> </w:t>
            </w:r>
            <w:r w:rsidRPr="00E85698">
              <w:rPr>
                <w:sz w:val="24"/>
                <w:szCs w:val="24"/>
              </w:rPr>
              <w:t>(повторение</w:t>
            </w:r>
          </w:p>
          <w:p w:rsidR="00A047B0" w:rsidRPr="00E85698" w:rsidRDefault="00A047B0" w:rsidP="00A047B0">
            <w:pPr>
              <w:pStyle w:val="TableParagraph"/>
              <w:spacing w:before="17"/>
              <w:ind w:left="3"/>
              <w:rPr>
                <w:sz w:val="24"/>
                <w:szCs w:val="24"/>
              </w:rPr>
            </w:pPr>
            <w:r w:rsidRPr="00E85698">
              <w:rPr>
                <w:sz w:val="24"/>
                <w:szCs w:val="24"/>
              </w:rPr>
              <w:t>изученного</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начальной</w:t>
            </w:r>
            <w:r w:rsidRPr="00E85698">
              <w:rPr>
                <w:spacing w:val="-4"/>
                <w:sz w:val="24"/>
                <w:szCs w:val="24"/>
              </w:rPr>
              <w:t xml:space="preserve"> </w:t>
            </w:r>
            <w:r w:rsidRPr="00E85698">
              <w:rPr>
                <w:sz w:val="24"/>
                <w:szCs w:val="24"/>
              </w:rPr>
              <w:t>школе)</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8"/>
        </w:trPr>
        <w:tc>
          <w:tcPr>
            <w:tcW w:w="578" w:type="dxa"/>
            <w:gridSpan w:val="2"/>
          </w:tcPr>
          <w:p w:rsidR="00A047B0" w:rsidRPr="00E85698" w:rsidRDefault="00A047B0" w:rsidP="00A047B0">
            <w:pPr>
              <w:pStyle w:val="TableParagraph"/>
              <w:spacing w:line="229" w:lineRule="exact"/>
              <w:ind w:left="76"/>
              <w:rPr>
                <w:sz w:val="24"/>
                <w:szCs w:val="24"/>
              </w:rPr>
            </w:pPr>
            <w:r w:rsidRPr="00E85698">
              <w:rPr>
                <w:sz w:val="24"/>
                <w:szCs w:val="24"/>
              </w:rPr>
              <w:t>74.</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4"/>
                <w:sz w:val="24"/>
                <w:szCs w:val="24"/>
              </w:rPr>
              <w:t xml:space="preserve"> </w:t>
            </w:r>
            <w:r w:rsidRPr="00E85698">
              <w:rPr>
                <w:sz w:val="24"/>
                <w:szCs w:val="24"/>
              </w:rPr>
              <w:t>ь</w:t>
            </w:r>
            <w:r w:rsidRPr="00E85698">
              <w:rPr>
                <w:spacing w:val="-1"/>
                <w:sz w:val="24"/>
                <w:szCs w:val="24"/>
              </w:rPr>
              <w:t xml:space="preserve"> </w:t>
            </w:r>
            <w:r w:rsidRPr="00E85698">
              <w:rPr>
                <w:sz w:val="24"/>
                <w:szCs w:val="24"/>
              </w:rPr>
              <w:t>на</w:t>
            </w:r>
            <w:r w:rsidRPr="00E85698">
              <w:rPr>
                <w:spacing w:val="-4"/>
                <w:sz w:val="24"/>
                <w:szCs w:val="24"/>
              </w:rPr>
              <w:t xml:space="preserve"> </w:t>
            </w:r>
            <w:r w:rsidRPr="00E85698">
              <w:rPr>
                <w:sz w:val="24"/>
                <w:szCs w:val="24"/>
              </w:rPr>
              <w:t>конце</w:t>
            </w:r>
            <w:r w:rsidRPr="00E85698">
              <w:rPr>
                <w:spacing w:val="-3"/>
                <w:sz w:val="24"/>
                <w:szCs w:val="24"/>
              </w:rPr>
              <w:t xml:space="preserve"> </w:t>
            </w:r>
            <w:r w:rsidRPr="00E85698">
              <w:rPr>
                <w:sz w:val="24"/>
                <w:szCs w:val="24"/>
              </w:rPr>
              <w:t>имён</w:t>
            </w:r>
            <w:r w:rsidRPr="00E85698">
              <w:rPr>
                <w:spacing w:val="-4"/>
                <w:sz w:val="24"/>
                <w:szCs w:val="24"/>
              </w:rPr>
              <w:t xml:space="preserve"> </w:t>
            </w:r>
            <w:r w:rsidRPr="00E85698">
              <w:rPr>
                <w:sz w:val="24"/>
                <w:szCs w:val="24"/>
              </w:rPr>
              <w:t>существительных</w:t>
            </w:r>
            <w:r w:rsidRPr="00E85698">
              <w:rPr>
                <w:spacing w:val="-5"/>
                <w:sz w:val="24"/>
                <w:szCs w:val="24"/>
              </w:rPr>
              <w:t xml:space="preserve"> </w:t>
            </w:r>
            <w:r w:rsidRPr="00E85698">
              <w:rPr>
                <w:sz w:val="24"/>
                <w:szCs w:val="24"/>
              </w:rPr>
              <w:t>после</w:t>
            </w:r>
          </w:p>
          <w:p w:rsidR="00A047B0" w:rsidRPr="00E85698" w:rsidRDefault="00A047B0" w:rsidP="00A047B0">
            <w:pPr>
              <w:pStyle w:val="TableParagraph"/>
              <w:spacing w:before="17"/>
              <w:ind w:left="3"/>
              <w:rPr>
                <w:sz w:val="24"/>
                <w:szCs w:val="24"/>
              </w:rPr>
            </w:pPr>
            <w:r w:rsidRPr="00E85698">
              <w:rPr>
                <w:sz w:val="24"/>
                <w:szCs w:val="24"/>
              </w:rPr>
              <w:t>шипящих</w:t>
            </w:r>
          </w:p>
        </w:tc>
        <w:tc>
          <w:tcPr>
            <w:tcW w:w="713" w:type="dxa"/>
            <w:gridSpan w:val="2"/>
            <w:tcBorders>
              <w:left w:val="single" w:sz="6" w:space="0" w:color="000000"/>
            </w:tcBorders>
          </w:tcPr>
          <w:p w:rsidR="00A047B0" w:rsidRPr="00E85698" w:rsidRDefault="00A047B0" w:rsidP="00A047B0">
            <w:pPr>
              <w:pStyle w:val="TableParagraph"/>
              <w:spacing w:line="229"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75.</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Разносклоняемые</w:t>
            </w:r>
            <w:r w:rsidRPr="00E85698">
              <w:rPr>
                <w:spacing w:val="-7"/>
                <w:sz w:val="24"/>
                <w:szCs w:val="24"/>
              </w:rPr>
              <w:t xml:space="preserve"> </w:t>
            </w:r>
            <w:r w:rsidRPr="00E85698">
              <w:rPr>
                <w:sz w:val="24"/>
                <w:szCs w:val="24"/>
              </w:rPr>
              <w:t>имена</w:t>
            </w:r>
            <w:r w:rsidRPr="00E85698">
              <w:rPr>
                <w:spacing w:val="-7"/>
                <w:sz w:val="24"/>
                <w:szCs w:val="24"/>
              </w:rPr>
              <w:t xml:space="preserve"> </w:t>
            </w:r>
            <w:r w:rsidRPr="00E85698">
              <w:rPr>
                <w:sz w:val="24"/>
                <w:szCs w:val="24"/>
              </w:rPr>
              <w:t>существительные</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0"/>
        </w:trPr>
        <w:tc>
          <w:tcPr>
            <w:tcW w:w="578" w:type="dxa"/>
            <w:gridSpan w:val="2"/>
            <w:tcBorders>
              <w:bottom w:val="single" w:sz="6" w:space="0" w:color="000000"/>
            </w:tcBorders>
          </w:tcPr>
          <w:p w:rsidR="00A047B0" w:rsidRPr="00E85698" w:rsidRDefault="00A047B0" w:rsidP="00A047B0">
            <w:pPr>
              <w:pStyle w:val="TableParagraph"/>
              <w:spacing w:before="119"/>
              <w:ind w:left="76"/>
              <w:rPr>
                <w:sz w:val="24"/>
                <w:szCs w:val="24"/>
              </w:rPr>
            </w:pPr>
            <w:r w:rsidRPr="00E85698">
              <w:rPr>
                <w:sz w:val="24"/>
                <w:szCs w:val="24"/>
              </w:rPr>
              <w:t>76.</w:t>
            </w:r>
          </w:p>
        </w:tc>
        <w:tc>
          <w:tcPr>
            <w:tcW w:w="5094" w:type="dxa"/>
            <w:gridSpan w:val="2"/>
            <w:tcBorders>
              <w:bottom w:val="single" w:sz="6" w:space="0" w:color="000000"/>
              <w:right w:val="single" w:sz="6" w:space="0" w:color="000000"/>
            </w:tcBorders>
          </w:tcPr>
          <w:p w:rsidR="00A047B0" w:rsidRPr="00E85698" w:rsidRDefault="00A047B0" w:rsidP="00A047B0">
            <w:pPr>
              <w:pStyle w:val="TableParagraph"/>
              <w:spacing w:line="228" w:lineRule="exact"/>
              <w:ind w:left="3"/>
              <w:rPr>
                <w:sz w:val="24"/>
                <w:szCs w:val="24"/>
              </w:rPr>
            </w:pPr>
            <w:r w:rsidRPr="00E85698">
              <w:rPr>
                <w:sz w:val="24"/>
                <w:szCs w:val="24"/>
              </w:rPr>
              <w:t>Правописание</w:t>
            </w:r>
            <w:r w:rsidRPr="00E85698">
              <w:rPr>
                <w:spacing w:val="-5"/>
                <w:sz w:val="24"/>
                <w:szCs w:val="24"/>
              </w:rPr>
              <w:t xml:space="preserve"> </w:t>
            </w:r>
            <w:r w:rsidRPr="00E85698">
              <w:rPr>
                <w:sz w:val="24"/>
                <w:szCs w:val="24"/>
              </w:rPr>
              <w:t>безударных</w:t>
            </w:r>
            <w:r w:rsidRPr="00E85698">
              <w:rPr>
                <w:spacing w:val="-5"/>
                <w:sz w:val="24"/>
                <w:szCs w:val="24"/>
              </w:rPr>
              <w:t xml:space="preserve"> </w:t>
            </w:r>
            <w:r w:rsidRPr="00E85698">
              <w:rPr>
                <w:sz w:val="24"/>
                <w:szCs w:val="24"/>
              </w:rPr>
              <w:t>окончаний</w:t>
            </w:r>
            <w:r w:rsidRPr="00E85698">
              <w:rPr>
                <w:spacing w:val="-3"/>
                <w:sz w:val="24"/>
                <w:szCs w:val="24"/>
              </w:rPr>
              <w:t xml:space="preserve"> </w:t>
            </w:r>
            <w:r w:rsidRPr="00E85698">
              <w:rPr>
                <w:sz w:val="24"/>
                <w:szCs w:val="24"/>
              </w:rPr>
              <w:t>имён</w:t>
            </w:r>
          </w:p>
          <w:p w:rsidR="00A047B0" w:rsidRPr="00E85698" w:rsidRDefault="00A047B0" w:rsidP="00A047B0">
            <w:pPr>
              <w:pStyle w:val="TableParagraph"/>
              <w:spacing w:before="17"/>
              <w:ind w:left="3"/>
              <w:rPr>
                <w:sz w:val="24"/>
                <w:szCs w:val="24"/>
              </w:rPr>
            </w:pPr>
            <w:r w:rsidRPr="00E85698">
              <w:rPr>
                <w:sz w:val="24"/>
                <w:szCs w:val="24"/>
              </w:rPr>
              <w:t>существительных</w:t>
            </w:r>
          </w:p>
        </w:tc>
        <w:tc>
          <w:tcPr>
            <w:tcW w:w="713" w:type="dxa"/>
            <w:gridSpan w:val="2"/>
            <w:tcBorders>
              <w:left w:val="single" w:sz="6" w:space="0" w:color="000000"/>
              <w:bottom w:val="single" w:sz="6" w:space="0" w:color="000000"/>
            </w:tcBorders>
          </w:tcPr>
          <w:p w:rsidR="00A047B0" w:rsidRPr="00E85698" w:rsidRDefault="00A047B0" w:rsidP="00A047B0">
            <w:pPr>
              <w:pStyle w:val="TableParagraph"/>
              <w:spacing w:before="119"/>
              <w:ind w:left="79"/>
              <w:rPr>
                <w:sz w:val="24"/>
                <w:szCs w:val="24"/>
              </w:rPr>
            </w:pPr>
            <w:r w:rsidRPr="00E85698">
              <w:rPr>
                <w:w w:val="99"/>
                <w:sz w:val="24"/>
                <w:szCs w:val="24"/>
              </w:rPr>
              <w:t>1</w:t>
            </w:r>
          </w:p>
        </w:tc>
        <w:tc>
          <w:tcPr>
            <w:tcW w:w="708"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32"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8" w:type="dxa"/>
            <w:gridSpan w:val="2"/>
            <w:tcBorders>
              <w:bottom w:val="single" w:sz="6" w:space="0" w:color="000000"/>
            </w:tcBorders>
          </w:tcPr>
          <w:p w:rsidR="00A047B0" w:rsidRPr="00E85698" w:rsidRDefault="00A047B0" w:rsidP="00A047B0">
            <w:pPr>
              <w:pStyle w:val="TableParagraph"/>
              <w:rPr>
                <w:sz w:val="24"/>
                <w:szCs w:val="24"/>
              </w:rPr>
            </w:pPr>
          </w:p>
        </w:tc>
        <w:tc>
          <w:tcPr>
            <w:tcW w:w="1655" w:type="dxa"/>
            <w:gridSpan w:val="4"/>
            <w:tcBorders>
              <w:bottom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4"/>
        </w:trPr>
        <w:tc>
          <w:tcPr>
            <w:tcW w:w="578" w:type="dxa"/>
            <w:gridSpan w:val="2"/>
            <w:tcBorders>
              <w:top w:val="single" w:sz="6" w:space="0" w:color="000000"/>
            </w:tcBorders>
          </w:tcPr>
          <w:p w:rsidR="00A047B0" w:rsidRPr="00E85698" w:rsidRDefault="00A047B0" w:rsidP="00A047B0">
            <w:pPr>
              <w:pStyle w:val="TableParagraph"/>
              <w:spacing w:line="228" w:lineRule="exact"/>
              <w:ind w:left="76"/>
              <w:rPr>
                <w:sz w:val="24"/>
                <w:szCs w:val="24"/>
              </w:rPr>
            </w:pPr>
            <w:r w:rsidRPr="00E85698">
              <w:rPr>
                <w:sz w:val="24"/>
                <w:szCs w:val="24"/>
              </w:rPr>
              <w:t>77.</w:t>
            </w:r>
          </w:p>
        </w:tc>
        <w:tc>
          <w:tcPr>
            <w:tcW w:w="5094" w:type="dxa"/>
            <w:gridSpan w:val="2"/>
            <w:tcBorders>
              <w:top w:val="single" w:sz="6" w:space="0" w:color="000000"/>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Имена</w:t>
            </w:r>
            <w:r w:rsidRPr="00E85698">
              <w:rPr>
                <w:spacing w:val="-5"/>
                <w:sz w:val="24"/>
                <w:szCs w:val="24"/>
              </w:rPr>
              <w:t xml:space="preserve"> </w:t>
            </w:r>
            <w:r w:rsidRPr="00E85698">
              <w:rPr>
                <w:sz w:val="24"/>
                <w:szCs w:val="24"/>
              </w:rPr>
              <w:t>существительные</w:t>
            </w:r>
            <w:r w:rsidRPr="00E85698">
              <w:rPr>
                <w:spacing w:val="-4"/>
                <w:sz w:val="24"/>
                <w:szCs w:val="24"/>
              </w:rPr>
              <w:t xml:space="preserve"> </w:t>
            </w:r>
            <w:r w:rsidRPr="00E85698">
              <w:rPr>
                <w:sz w:val="24"/>
                <w:szCs w:val="24"/>
              </w:rPr>
              <w:t>склоняемые</w:t>
            </w:r>
            <w:r w:rsidRPr="00E85698">
              <w:rPr>
                <w:spacing w:val="-4"/>
                <w:sz w:val="24"/>
                <w:szCs w:val="24"/>
              </w:rPr>
              <w:t xml:space="preserve"> </w:t>
            </w:r>
            <w:r w:rsidRPr="00E85698">
              <w:rPr>
                <w:sz w:val="24"/>
                <w:szCs w:val="24"/>
              </w:rPr>
              <w:t>и</w:t>
            </w:r>
            <w:r w:rsidRPr="00E85698">
              <w:rPr>
                <w:spacing w:val="-5"/>
                <w:sz w:val="24"/>
                <w:szCs w:val="24"/>
              </w:rPr>
              <w:t xml:space="preserve"> </w:t>
            </w:r>
            <w:r w:rsidRPr="00E85698">
              <w:rPr>
                <w:sz w:val="24"/>
                <w:szCs w:val="24"/>
              </w:rPr>
              <w:t>несклоняемые</w:t>
            </w:r>
          </w:p>
        </w:tc>
        <w:tc>
          <w:tcPr>
            <w:tcW w:w="713" w:type="dxa"/>
            <w:gridSpan w:val="2"/>
            <w:tcBorders>
              <w:top w:val="single" w:sz="6" w:space="0" w:color="000000"/>
              <w:left w:val="single" w:sz="6" w:space="0" w:color="000000"/>
            </w:tcBorders>
          </w:tcPr>
          <w:p w:rsidR="00A047B0" w:rsidRPr="00E85698" w:rsidRDefault="00A047B0" w:rsidP="00A047B0">
            <w:pPr>
              <w:pStyle w:val="TableParagraph"/>
              <w:spacing w:line="228" w:lineRule="exact"/>
              <w:ind w:left="79"/>
              <w:rPr>
                <w:sz w:val="24"/>
                <w:szCs w:val="24"/>
              </w:rPr>
            </w:pPr>
            <w:r w:rsidRPr="00E85698">
              <w:rPr>
                <w:w w:val="99"/>
                <w:sz w:val="24"/>
                <w:szCs w:val="24"/>
              </w:rPr>
              <w:t>1</w:t>
            </w:r>
          </w:p>
        </w:tc>
        <w:tc>
          <w:tcPr>
            <w:tcW w:w="708" w:type="dxa"/>
            <w:gridSpan w:val="2"/>
            <w:tcBorders>
              <w:top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32" w:type="dxa"/>
            <w:gridSpan w:val="2"/>
            <w:tcBorders>
              <w:top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8" w:type="dxa"/>
            <w:gridSpan w:val="2"/>
            <w:tcBorders>
              <w:top w:val="single" w:sz="6" w:space="0" w:color="000000"/>
            </w:tcBorders>
          </w:tcPr>
          <w:p w:rsidR="00A047B0" w:rsidRPr="00E85698" w:rsidRDefault="00A047B0" w:rsidP="00A047B0">
            <w:pPr>
              <w:pStyle w:val="TableParagraph"/>
              <w:rPr>
                <w:sz w:val="24"/>
                <w:szCs w:val="24"/>
              </w:rPr>
            </w:pPr>
          </w:p>
        </w:tc>
        <w:tc>
          <w:tcPr>
            <w:tcW w:w="1655" w:type="dxa"/>
            <w:gridSpan w:val="4"/>
            <w:tcBorders>
              <w:top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3"/>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78.</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Род</w:t>
            </w:r>
            <w:r w:rsidRPr="00E85698">
              <w:rPr>
                <w:spacing w:val="-5"/>
                <w:sz w:val="24"/>
                <w:szCs w:val="24"/>
              </w:rPr>
              <w:t xml:space="preserve"> </w:t>
            </w:r>
            <w:r w:rsidRPr="00E85698">
              <w:rPr>
                <w:sz w:val="24"/>
                <w:szCs w:val="24"/>
              </w:rPr>
              <w:t>несклоняемых</w:t>
            </w:r>
            <w:r w:rsidRPr="00E85698">
              <w:rPr>
                <w:spacing w:val="-4"/>
                <w:sz w:val="24"/>
                <w:szCs w:val="24"/>
              </w:rPr>
              <w:t xml:space="preserve"> </w:t>
            </w:r>
            <w:r w:rsidRPr="00E85698">
              <w:rPr>
                <w:sz w:val="24"/>
                <w:szCs w:val="24"/>
              </w:rPr>
              <w:t>имён</w:t>
            </w:r>
            <w:r w:rsidRPr="00E85698">
              <w:rPr>
                <w:spacing w:val="-5"/>
                <w:sz w:val="24"/>
                <w:szCs w:val="24"/>
              </w:rPr>
              <w:t xml:space="preserve"> </w:t>
            </w: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1"/>
        </w:trPr>
        <w:tc>
          <w:tcPr>
            <w:tcW w:w="578" w:type="dxa"/>
            <w:gridSpan w:val="2"/>
          </w:tcPr>
          <w:p w:rsidR="00A047B0" w:rsidRPr="00E85698" w:rsidRDefault="00A047B0" w:rsidP="00A047B0">
            <w:pPr>
              <w:pStyle w:val="TableParagraph"/>
              <w:spacing w:before="119"/>
              <w:ind w:left="76"/>
              <w:rPr>
                <w:sz w:val="24"/>
                <w:szCs w:val="24"/>
              </w:rPr>
            </w:pPr>
            <w:r w:rsidRPr="00E85698">
              <w:rPr>
                <w:sz w:val="24"/>
                <w:szCs w:val="24"/>
              </w:rPr>
              <w:t>79.</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Морфологический</w:t>
            </w:r>
            <w:r w:rsidRPr="00E85698">
              <w:rPr>
                <w:spacing w:val="-6"/>
                <w:sz w:val="24"/>
                <w:szCs w:val="24"/>
              </w:rPr>
              <w:t xml:space="preserve"> </w:t>
            </w:r>
            <w:r w:rsidRPr="00E85698">
              <w:rPr>
                <w:sz w:val="24"/>
                <w:szCs w:val="24"/>
              </w:rPr>
              <w:t>анализ</w:t>
            </w:r>
            <w:r w:rsidRPr="00E85698">
              <w:rPr>
                <w:spacing w:val="-2"/>
                <w:sz w:val="24"/>
                <w:szCs w:val="24"/>
              </w:rPr>
              <w:t xml:space="preserve"> </w:t>
            </w:r>
            <w:r w:rsidRPr="00E85698">
              <w:rPr>
                <w:sz w:val="24"/>
                <w:szCs w:val="24"/>
              </w:rPr>
              <w:t>имён</w:t>
            </w:r>
            <w:r w:rsidRPr="00E85698">
              <w:rPr>
                <w:spacing w:val="-5"/>
                <w:sz w:val="24"/>
                <w:szCs w:val="24"/>
              </w:rPr>
              <w:t xml:space="preserve"> </w:t>
            </w: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before="119"/>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1"/>
        </w:trPr>
        <w:tc>
          <w:tcPr>
            <w:tcW w:w="578" w:type="dxa"/>
            <w:gridSpan w:val="2"/>
          </w:tcPr>
          <w:p w:rsidR="00A047B0" w:rsidRPr="00E85698" w:rsidRDefault="00A047B0" w:rsidP="00A047B0">
            <w:pPr>
              <w:pStyle w:val="TableParagraph"/>
              <w:spacing w:before="119"/>
              <w:ind w:left="76"/>
              <w:rPr>
                <w:sz w:val="24"/>
                <w:szCs w:val="24"/>
              </w:rPr>
            </w:pPr>
            <w:r w:rsidRPr="00E85698">
              <w:rPr>
                <w:sz w:val="24"/>
                <w:szCs w:val="24"/>
              </w:rPr>
              <w:t>80.</w:t>
            </w:r>
          </w:p>
        </w:tc>
        <w:tc>
          <w:tcPr>
            <w:tcW w:w="5094" w:type="dxa"/>
            <w:gridSpan w:val="2"/>
            <w:tcBorders>
              <w:right w:val="single" w:sz="6" w:space="0" w:color="000000"/>
            </w:tcBorders>
          </w:tcPr>
          <w:p w:rsidR="00A047B0" w:rsidRPr="00E85698" w:rsidRDefault="00A047B0" w:rsidP="00A047B0">
            <w:pPr>
              <w:pStyle w:val="TableParagraph"/>
              <w:spacing w:line="256" w:lineRule="auto"/>
              <w:ind w:left="3" w:right="1027"/>
              <w:rPr>
                <w:sz w:val="24"/>
                <w:szCs w:val="24"/>
              </w:rPr>
            </w:pPr>
            <w:r w:rsidRPr="00E85698">
              <w:rPr>
                <w:sz w:val="24"/>
                <w:szCs w:val="24"/>
              </w:rPr>
              <w:t>Нормы словоизменения, произношения имён</w:t>
            </w:r>
            <w:r w:rsidRPr="00E85698">
              <w:rPr>
                <w:spacing w:val="1"/>
                <w:sz w:val="24"/>
                <w:szCs w:val="24"/>
              </w:rPr>
              <w:t xml:space="preserve"> </w:t>
            </w:r>
            <w:r w:rsidRPr="00E85698">
              <w:rPr>
                <w:sz w:val="24"/>
                <w:szCs w:val="24"/>
              </w:rPr>
              <w:t>существительных,</w:t>
            </w:r>
            <w:r w:rsidRPr="00E85698">
              <w:rPr>
                <w:spacing w:val="-5"/>
                <w:sz w:val="24"/>
                <w:szCs w:val="24"/>
              </w:rPr>
              <w:t xml:space="preserve"> </w:t>
            </w:r>
            <w:r w:rsidRPr="00E85698">
              <w:rPr>
                <w:sz w:val="24"/>
                <w:szCs w:val="24"/>
              </w:rPr>
              <w:t>нормы</w:t>
            </w:r>
            <w:r w:rsidRPr="00E85698">
              <w:rPr>
                <w:spacing w:val="-7"/>
                <w:sz w:val="24"/>
                <w:szCs w:val="24"/>
              </w:rPr>
              <w:t xml:space="preserve"> </w:t>
            </w:r>
            <w:r w:rsidRPr="00E85698">
              <w:rPr>
                <w:sz w:val="24"/>
                <w:szCs w:val="24"/>
              </w:rPr>
              <w:t>постановки</w:t>
            </w:r>
            <w:r w:rsidRPr="00E85698">
              <w:rPr>
                <w:spacing w:val="-6"/>
                <w:sz w:val="24"/>
                <w:szCs w:val="24"/>
              </w:rPr>
              <w:t xml:space="preserve"> </w:t>
            </w:r>
            <w:r w:rsidRPr="00E85698">
              <w:rPr>
                <w:sz w:val="24"/>
                <w:szCs w:val="24"/>
              </w:rPr>
              <w:t>ударения</w:t>
            </w:r>
          </w:p>
        </w:tc>
        <w:tc>
          <w:tcPr>
            <w:tcW w:w="713" w:type="dxa"/>
            <w:gridSpan w:val="2"/>
            <w:tcBorders>
              <w:left w:val="single" w:sz="6" w:space="0" w:color="000000"/>
            </w:tcBorders>
          </w:tcPr>
          <w:p w:rsidR="00A047B0" w:rsidRPr="00E85698" w:rsidRDefault="00A047B0" w:rsidP="00A047B0">
            <w:pPr>
              <w:pStyle w:val="TableParagraph"/>
              <w:spacing w:before="119"/>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25"/>
        </w:trPr>
        <w:tc>
          <w:tcPr>
            <w:tcW w:w="578" w:type="dxa"/>
            <w:gridSpan w:val="2"/>
          </w:tcPr>
          <w:p w:rsidR="00A047B0" w:rsidRPr="00E85698" w:rsidRDefault="00A047B0" w:rsidP="00A047B0">
            <w:pPr>
              <w:pStyle w:val="TableParagraph"/>
              <w:spacing w:line="229" w:lineRule="exact"/>
              <w:ind w:left="76"/>
              <w:rPr>
                <w:sz w:val="24"/>
                <w:szCs w:val="24"/>
              </w:rPr>
            </w:pPr>
            <w:r w:rsidRPr="00E85698">
              <w:rPr>
                <w:sz w:val="24"/>
                <w:szCs w:val="24"/>
              </w:rPr>
              <w:t>81.</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3"/>
                <w:sz w:val="24"/>
                <w:szCs w:val="24"/>
              </w:rPr>
              <w:t xml:space="preserve"> </w:t>
            </w:r>
            <w:proofErr w:type="gramStart"/>
            <w:r w:rsidRPr="00E85698">
              <w:rPr>
                <w:sz w:val="24"/>
                <w:szCs w:val="24"/>
              </w:rPr>
              <w:t>О</w:t>
            </w:r>
            <w:proofErr w:type="gramEnd"/>
            <w:r w:rsidRPr="00E85698">
              <w:rPr>
                <w:sz w:val="24"/>
                <w:szCs w:val="24"/>
              </w:rPr>
              <w:t xml:space="preserve"> и</w:t>
            </w:r>
            <w:r w:rsidRPr="00E85698">
              <w:rPr>
                <w:spacing w:val="-3"/>
                <w:sz w:val="24"/>
                <w:szCs w:val="24"/>
              </w:rPr>
              <w:t xml:space="preserve"> </w:t>
            </w:r>
            <w:r w:rsidRPr="00E85698">
              <w:rPr>
                <w:sz w:val="24"/>
                <w:szCs w:val="24"/>
              </w:rPr>
              <w:t>Е</w:t>
            </w:r>
            <w:r w:rsidRPr="00E85698">
              <w:rPr>
                <w:spacing w:val="-3"/>
                <w:sz w:val="24"/>
                <w:szCs w:val="24"/>
              </w:rPr>
              <w:t xml:space="preserve"> </w:t>
            </w:r>
            <w:r w:rsidRPr="00E85698">
              <w:rPr>
                <w:sz w:val="24"/>
                <w:szCs w:val="24"/>
              </w:rPr>
              <w:t>после</w:t>
            </w:r>
            <w:r w:rsidRPr="00E85698">
              <w:rPr>
                <w:spacing w:val="1"/>
                <w:sz w:val="24"/>
                <w:szCs w:val="24"/>
              </w:rPr>
              <w:t xml:space="preserve"> </w:t>
            </w:r>
            <w:r w:rsidRPr="00E85698">
              <w:rPr>
                <w:sz w:val="24"/>
                <w:szCs w:val="24"/>
              </w:rPr>
              <w:t>шипящих</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Ц</w:t>
            </w:r>
            <w:r w:rsidRPr="00E85698">
              <w:rPr>
                <w:spacing w:val="-2"/>
                <w:sz w:val="24"/>
                <w:szCs w:val="24"/>
              </w:rPr>
              <w:t xml:space="preserve"> </w:t>
            </w:r>
            <w:r w:rsidRPr="00E85698">
              <w:rPr>
                <w:sz w:val="24"/>
                <w:szCs w:val="24"/>
              </w:rPr>
              <w:t>в</w:t>
            </w:r>
            <w:r w:rsidRPr="00E85698">
              <w:rPr>
                <w:spacing w:val="-3"/>
                <w:sz w:val="24"/>
                <w:szCs w:val="24"/>
              </w:rPr>
              <w:t xml:space="preserve"> </w:t>
            </w:r>
            <w:r w:rsidRPr="00E85698">
              <w:rPr>
                <w:sz w:val="24"/>
                <w:szCs w:val="24"/>
              </w:rPr>
              <w:t>окончаниях</w:t>
            </w:r>
          </w:p>
          <w:p w:rsidR="00A047B0" w:rsidRPr="00E85698" w:rsidRDefault="00A047B0" w:rsidP="00A047B0">
            <w:pPr>
              <w:pStyle w:val="TableParagraph"/>
              <w:spacing w:before="20"/>
              <w:ind w:left="3"/>
              <w:rPr>
                <w:sz w:val="24"/>
                <w:szCs w:val="24"/>
              </w:rPr>
            </w:pPr>
            <w:r w:rsidRPr="00E85698">
              <w:rPr>
                <w:sz w:val="24"/>
                <w:szCs w:val="24"/>
              </w:rPr>
              <w:t>имён</w:t>
            </w:r>
            <w:r w:rsidRPr="00E85698">
              <w:rPr>
                <w:spacing w:val="-6"/>
                <w:sz w:val="24"/>
                <w:szCs w:val="24"/>
              </w:rPr>
              <w:t xml:space="preserve"> </w:t>
            </w: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line="229"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82.</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2"/>
                <w:sz w:val="24"/>
                <w:szCs w:val="24"/>
              </w:rPr>
              <w:t xml:space="preserve"> </w:t>
            </w:r>
            <w:proofErr w:type="gramStart"/>
            <w:r w:rsidRPr="00E85698">
              <w:rPr>
                <w:sz w:val="24"/>
                <w:szCs w:val="24"/>
              </w:rPr>
              <w:t>О</w:t>
            </w:r>
            <w:proofErr w:type="gramEnd"/>
            <w:r w:rsidRPr="00E85698">
              <w:rPr>
                <w:sz w:val="24"/>
                <w:szCs w:val="24"/>
              </w:rPr>
              <w:t xml:space="preserve"> и</w:t>
            </w:r>
            <w:r w:rsidRPr="00E85698">
              <w:rPr>
                <w:spacing w:val="-2"/>
                <w:sz w:val="24"/>
                <w:szCs w:val="24"/>
              </w:rPr>
              <w:t xml:space="preserve"> </w:t>
            </w:r>
            <w:r w:rsidRPr="00E85698">
              <w:rPr>
                <w:sz w:val="24"/>
                <w:szCs w:val="24"/>
              </w:rPr>
              <w:t>Е</w:t>
            </w:r>
            <w:r w:rsidRPr="00E85698">
              <w:rPr>
                <w:spacing w:val="-2"/>
                <w:sz w:val="24"/>
                <w:szCs w:val="24"/>
              </w:rPr>
              <w:t xml:space="preserve"> </w:t>
            </w:r>
            <w:r w:rsidRPr="00E85698">
              <w:rPr>
                <w:sz w:val="24"/>
                <w:szCs w:val="24"/>
              </w:rPr>
              <w:t>(Ё)</w:t>
            </w:r>
            <w:r w:rsidRPr="00E85698">
              <w:rPr>
                <w:spacing w:val="-2"/>
                <w:sz w:val="24"/>
                <w:szCs w:val="24"/>
              </w:rPr>
              <w:t xml:space="preserve"> </w:t>
            </w:r>
            <w:r w:rsidRPr="00E85698">
              <w:rPr>
                <w:sz w:val="24"/>
                <w:szCs w:val="24"/>
              </w:rPr>
              <w:t>после</w:t>
            </w:r>
            <w:r w:rsidRPr="00E85698">
              <w:rPr>
                <w:spacing w:val="-1"/>
                <w:sz w:val="24"/>
                <w:szCs w:val="24"/>
              </w:rPr>
              <w:t xml:space="preserve"> </w:t>
            </w:r>
            <w:r w:rsidRPr="00E85698">
              <w:rPr>
                <w:sz w:val="24"/>
                <w:szCs w:val="24"/>
              </w:rPr>
              <w:t>шипящих</w:t>
            </w:r>
            <w:r w:rsidRPr="00E85698">
              <w:rPr>
                <w:spacing w:val="-3"/>
                <w:sz w:val="24"/>
                <w:szCs w:val="24"/>
              </w:rPr>
              <w:t xml:space="preserve"> </w:t>
            </w:r>
            <w:r w:rsidRPr="00E85698">
              <w:rPr>
                <w:sz w:val="24"/>
                <w:szCs w:val="24"/>
              </w:rPr>
              <w:t>и</w:t>
            </w:r>
            <w:r w:rsidRPr="00E85698">
              <w:rPr>
                <w:spacing w:val="-3"/>
                <w:sz w:val="24"/>
                <w:szCs w:val="24"/>
              </w:rPr>
              <w:t xml:space="preserve"> </w:t>
            </w:r>
            <w:r w:rsidRPr="00E85698">
              <w:rPr>
                <w:sz w:val="24"/>
                <w:szCs w:val="24"/>
              </w:rPr>
              <w:t>Ц</w:t>
            </w:r>
            <w:r w:rsidRPr="00E85698">
              <w:rPr>
                <w:spacing w:val="-1"/>
                <w:sz w:val="24"/>
                <w:szCs w:val="24"/>
              </w:rPr>
              <w:t xml:space="preserve"> </w:t>
            </w:r>
            <w:r w:rsidRPr="00E85698">
              <w:rPr>
                <w:sz w:val="24"/>
                <w:szCs w:val="24"/>
              </w:rPr>
              <w:t>в</w:t>
            </w:r>
            <w:r w:rsidRPr="00E85698">
              <w:rPr>
                <w:spacing w:val="-3"/>
                <w:sz w:val="24"/>
                <w:szCs w:val="24"/>
              </w:rPr>
              <w:t xml:space="preserve"> </w:t>
            </w:r>
            <w:r w:rsidRPr="00E85698">
              <w:rPr>
                <w:sz w:val="24"/>
                <w:szCs w:val="24"/>
              </w:rPr>
              <w:t>суффиксах</w:t>
            </w:r>
          </w:p>
          <w:p w:rsidR="00A047B0" w:rsidRPr="00E85698" w:rsidRDefault="00A047B0" w:rsidP="00A047B0">
            <w:pPr>
              <w:pStyle w:val="TableParagraph"/>
              <w:spacing w:before="19"/>
              <w:ind w:left="3"/>
              <w:rPr>
                <w:sz w:val="24"/>
                <w:szCs w:val="24"/>
              </w:rPr>
            </w:pPr>
            <w:r w:rsidRPr="00E85698">
              <w:rPr>
                <w:sz w:val="24"/>
                <w:szCs w:val="24"/>
              </w:rPr>
              <w:t>имён</w:t>
            </w:r>
            <w:r w:rsidRPr="00E85698">
              <w:rPr>
                <w:spacing w:val="-6"/>
                <w:sz w:val="24"/>
                <w:szCs w:val="24"/>
              </w:rPr>
              <w:t xml:space="preserve"> </w:t>
            </w: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lastRenderedPageBreak/>
              <w:t>83.</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Правописание</w:t>
            </w:r>
            <w:r w:rsidRPr="00E85698">
              <w:rPr>
                <w:spacing w:val="-4"/>
                <w:sz w:val="24"/>
                <w:szCs w:val="24"/>
              </w:rPr>
              <w:t xml:space="preserve"> </w:t>
            </w:r>
            <w:r w:rsidRPr="00E85698">
              <w:rPr>
                <w:sz w:val="24"/>
                <w:szCs w:val="24"/>
              </w:rPr>
              <w:t>суффиксов</w:t>
            </w:r>
            <w:r w:rsidRPr="00E85698">
              <w:rPr>
                <w:spacing w:val="-5"/>
                <w:sz w:val="24"/>
                <w:szCs w:val="24"/>
              </w:rPr>
              <w:t xml:space="preserve"> </w:t>
            </w:r>
            <w:r w:rsidRPr="00E85698">
              <w:rPr>
                <w:sz w:val="24"/>
                <w:szCs w:val="24"/>
              </w:rPr>
              <w:t>-ЧИК-/-ЩИК-</w:t>
            </w:r>
            <w:r w:rsidRPr="00E85698">
              <w:rPr>
                <w:spacing w:val="-5"/>
                <w:sz w:val="24"/>
                <w:szCs w:val="24"/>
              </w:rPr>
              <w:t xml:space="preserve"> </w:t>
            </w:r>
            <w:r w:rsidRPr="00E85698">
              <w:rPr>
                <w:sz w:val="24"/>
                <w:szCs w:val="24"/>
              </w:rPr>
              <w:t>имен</w:t>
            </w:r>
          </w:p>
          <w:p w:rsidR="00A047B0" w:rsidRPr="00E85698" w:rsidRDefault="00A047B0" w:rsidP="00A047B0">
            <w:pPr>
              <w:pStyle w:val="TableParagraph"/>
              <w:spacing w:before="17"/>
              <w:ind w:left="3"/>
              <w:rPr>
                <w:sz w:val="24"/>
                <w:szCs w:val="24"/>
              </w:rPr>
            </w:pP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line="229" w:lineRule="exact"/>
              <w:ind w:left="76"/>
              <w:rPr>
                <w:sz w:val="24"/>
                <w:szCs w:val="24"/>
              </w:rPr>
            </w:pPr>
            <w:r w:rsidRPr="00E85698">
              <w:rPr>
                <w:sz w:val="24"/>
                <w:szCs w:val="24"/>
              </w:rPr>
              <w:t>84.</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Правописание</w:t>
            </w:r>
            <w:r w:rsidRPr="00E85698">
              <w:rPr>
                <w:spacing w:val="-4"/>
                <w:sz w:val="24"/>
                <w:szCs w:val="24"/>
              </w:rPr>
              <w:t xml:space="preserve"> </w:t>
            </w:r>
            <w:r w:rsidRPr="00E85698">
              <w:rPr>
                <w:sz w:val="24"/>
                <w:szCs w:val="24"/>
              </w:rPr>
              <w:t>суффиксов</w:t>
            </w:r>
            <w:r w:rsidRPr="00E85698">
              <w:rPr>
                <w:spacing w:val="-2"/>
                <w:sz w:val="24"/>
                <w:szCs w:val="24"/>
              </w:rPr>
              <w:t xml:space="preserve"> </w:t>
            </w:r>
            <w:r w:rsidRPr="00E85698">
              <w:rPr>
                <w:sz w:val="24"/>
                <w:szCs w:val="24"/>
              </w:rPr>
              <w:t>-ЕК-/-ИК-</w:t>
            </w:r>
            <w:r w:rsidRPr="00E85698">
              <w:rPr>
                <w:spacing w:val="-6"/>
                <w:sz w:val="24"/>
                <w:szCs w:val="24"/>
              </w:rPr>
              <w:t xml:space="preserve"> </w:t>
            </w:r>
            <w:r w:rsidRPr="00E85698">
              <w:rPr>
                <w:sz w:val="24"/>
                <w:szCs w:val="24"/>
              </w:rPr>
              <w:t>имен</w:t>
            </w:r>
          </w:p>
          <w:p w:rsidR="00A047B0" w:rsidRPr="00E85698" w:rsidRDefault="00A047B0" w:rsidP="00A047B0">
            <w:pPr>
              <w:pStyle w:val="TableParagraph"/>
              <w:spacing w:before="17"/>
              <w:ind w:left="3"/>
              <w:rPr>
                <w:sz w:val="24"/>
                <w:szCs w:val="24"/>
              </w:rPr>
            </w:pPr>
            <w:r w:rsidRPr="00E85698">
              <w:rPr>
                <w:sz w:val="24"/>
                <w:szCs w:val="24"/>
              </w:rPr>
              <w:t>существительных</w:t>
            </w:r>
          </w:p>
        </w:tc>
        <w:tc>
          <w:tcPr>
            <w:tcW w:w="713" w:type="dxa"/>
            <w:gridSpan w:val="2"/>
            <w:tcBorders>
              <w:left w:val="single" w:sz="6" w:space="0" w:color="000000"/>
            </w:tcBorders>
          </w:tcPr>
          <w:p w:rsidR="00A047B0" w:rsidRPr="00E85698" w:rsidRDefault="00A047B0" w:rsidP="00A047B0">
            <w:pPr>
              <w:pStyle w:val="TableParagraph"/>
              <w:spacing w:line="229"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8"/>
        </w:trPr>
        <w:tc>
          <w:tcPr>
            <w:tcW w:w="578" w:type="dxa"/>
            <w:gridSpan w:val="2"/>
          </w:tcPr>
          <w:p w:rsidR="00A047B0" w:rsidRPr="00E85698" w:rsidRDefault="00A047B0" w:rsidP="00A047B0">
            <w:pPr>
              <w:pStyle w:val="TableParagraph"/>
              <w:spacing w:line="229" w:lineRule="exact"/>
              <w:ind w:left="76"/>
              <w:rPr>
                <w:sz w:val="24"/>
                <w:szCs w:val="24"/>
              </w:rPr>
            </w:pPr>
            <w:r w:rsidRPr="00E85698">
              <w:rPr>
                <w:sz w:val="24"/>
                <w:szCs w:val="24"/>
              </w:rPr>
              <w:t>85.</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Слитное</w:t>
            </w:r>
            <w:r w:rsidRPr="00E85698">
              <w:rPr>
                <w:spacing w:val="-4"/>
                <w:sz w:val="24"/>
                <w:szCs w:val="24"/>
              </w:rPr>
              <w:t xml:space="preserve"> </w:t>
            </w:r>
            <w:r w:rsidRPr="00E85698">
              <w:rPr>
                <w:sz w:val="24"/>
                <w:szCs w:val="24"/>
              </w:rPr>
              <w:t>и</w:t>
            </w:r>
            <w:r w:rsidRPr="00E85698">
              <w:rPr>
                <w:spacing w:val="-4"/>
                <w:sz w:val="24"/>
                <w:szCs w:val="24"/>
              </w:rPr>
              <w:t xml:space="preserve"> </w:t>
            </w:r>
            <w:r w:rsidRPr="00E85698">
              <w:rPr>
                <w:sz w:val="24"/>
                <w:szCs w:val="24"/>
              </w:rPr>
              <w:t>раздельное</w:t>
            </w:r>
            <w:r w:rsidRPr="00E85698">
              <w:rPr>
                <w:spacing w:val="-3"/>
                <w:sz w:val="24"/>
                <w:szCs w:val="24"/>
              </w:rPr>
              <w:t xml:space="preserve"> </w:t>
            </w:r>
            <w:r w:rsidRPr="00E85698">
              <w:rPr>
                <w:sz w:val="24"/>
                <w:szCs w:val="24"/>
              </w:rPr>
              <w:t>написание</w:t>
            </w:r>
            <w:r w:rsidRPr="00E85698">
              <w:rPr>
                <w:spacing w:val="-3"/>
                <w:sz w:val="24"/>
                <w:szCs w:val="24"/>
              </w:rPr>
              <w:t xml:space="preserve"> </w:t>
            </w:r>
            <w:r w:rsidRPr="00E85698">
              <w:rPr>
                <w:sz w:val="24"/>
                <w:szCs w:val="24"/>
              </w:rPr>
              <w:t>НЕ</w:t>
            </w:r>
            <w:r w:rsidRPr="00E85698">
              <w:rPr>
                <w:spacing w:val="-3"/>
                <w:sz w:val="24"/>
                <w:szCs w:val="24"/>
              </w:rPr>
              <w:t xml:space="preserve"> </w:t>
            </w:r>
            <w:r w:rsidRPr="00E85698">
              <w:rPr>
                <w:sz w:val="24"/>
                <w:szCs w:val="24"/>
              </w:rPr>
              <w:t>с</w:t>
            </w:r>
            <w:r w:rsidRPr="00E85698">
              <w:rPr>
                <w:spacing w:val="-3"/>
                <w:sz w:val="24"/>
                <w:szCs w:val="24"/>
              </w:rPr>
              <w:t xml:space="preserve"> </w:t>
            </w:r>
            <w:r w:rsidRPr="00E85698">
              <w:rPr>
                <w:sz w:val="24"/>
                <w:szCs w:val="24"/>
              </w:rPr>
              <w:t>именами</w:t>
            </w:r>
          </w:p>
          <w:p w:rsidR="00A047B0" w:rsidRPr="00E85698" w:rsidRDefault="00A047B0" w:rsidP="00A047B0">
            <w:pPr>
              <w:pStyle w:val="TableParagraph"/>
              <w:spacing w:before="17"/>
              <w:ind w:left="3"/>
              <w:rPr>
                <w:sz w:val="24"/>
                <w:szCs w:val="24"/>
              </w:rPr>
            </w:pPr>
            <w:r w:rsidRPr="00E85698">
              <w:rPr>
                <w:sz w:val="24"/>
                <w:szCs w:val="24"/>
              </w:rPr>
              <w:t>существительными</w:t>
            </w:r>
          </w:p>
        </w:tc>
        <w:tc>
          <w:tcPr>
            <w:tcW w:w="713" w:type="dxa"/>
            <w:gridSpan w:val="2"/>
            <w:tcBorders>
              <w:left w:val="single" w:sz="6" w:space="0" w:color="000000"/>
            </w:tcBorders>
          </w:tcPr>
          <w:p w:rsidR="00A047B0" w:rsidRPr="00E85698" w:rsidRDefault="00A047B0" w:rsidP="00A047B0">
            <w:pPr>
              <w:pStyle w:val="TableParagraph"/>
              <w:spacing w:line="229"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86.</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 корней</w:t>
            </w:r>
            <w:r w:rsidRPr="00E85698">
              <w:rPr>
                <w:spacing w:val="-3"/>
                <w:sz w:val="24"/>
                <w:szCs w:val="24"/>
              </w:rPr>
              <w:t xml:space="preserve"> </w:t>
            </w:r>
            <w:r w:rsidRPr="00E85698">
              <w:rPr>
                <w:sz w:val="24"/>
                <w:szCs w:val="24"/>
              </w:rPr>
              <w:t>с</w:t>
            </w:r>
            <w:r w:rsidRPr="00E85698">
              <w:rPr>
                <w:spacing w:val="-3"/>
                <w:sz w:val="24"/>
                <w:szCs w:val="24"/>
              </w:rPr>
              <w:t xml:space="preserve"> </w:t>
            </w:r>
            <w:r w:rsidRPr="00E85698">
              <w:rPr>
                <w:sz w:val="24"/>
                <w:szCs w:val="24"/>
              </w:rPr>
              <w:t>чередованием</w:t>
            </w:r>
            <w:r w:rsidRPr="00E85698">
              <w:rPr>
                <w:spacing w:val="-1"/>
                <w:sz w:val="24"/>
                <w:szCs w:val="24"/>
              </w:rPr>
              <w:t xml:space="preserve"> </w:t>
            </w:r>
            <w:r w:rsidRPr="00E85698">
              <w:rPr>
                <w:sz w:val="24"/>
                <w:szCs w:val="24"/>
              </w:rPr>
              <w:t>А</w:t>
            </w:r>
            <w:r w:rsidRPr="00E85698">
              <w:rPr>
                <w:spacing w:val="-5"/>
                <w:sz w:val="24"/>
                <w:szCs w:val="24"/>
              </w:rPr>
              <w:t xml:space="preserve"> </w:t>
            </w:r>
            <w:r w:rsidRPr="00E85698">
              <w:rPr>
                <w:sz w:val="24"/>
                <w:szCs w:val="24"/>
              </w:rPr>
              <w:t>//</w:t>
            </w:r>
            <w:r w:rsidRPr="00E85698">
              <w:rPr>
                <w:spacing w:val="-4"/>
                <w:sz w:val="24"/>
                <w:szCs w:val="24"/>
              </w:rPr>
              <w:t xml:space="preserve"> </w:t>
            </w:r>
            <w:r w:rsidRPr="00E85698">
              <w:rPr>
                <w:sz w:val="24"/>
                <w:szCs w:val="24"/>
              </w:rPr>
              <w:t>О:</w:t>
            </w:r>
            <w:r w:rsidRPr="00E85698">
              <w:rPr>
                <w:spacing w:val="1"/>
                <w:sz w:val="24"/>
                <w:szCs w:val="24"/>
              </w:rPr>
              <w:t xml:space="preserve"> </w:t>
            </w:r>
            <w:r w:rsidRPr="00E85698">
              <w:rPr>
                <w:sz w:val="24"/>
                <w:szCs w:val="24"/>
              </w:rPr>
              <w:t>-ЛАГ-</w:t>
            </w:r>
            <w:r w:rsidRPr="00E85698">
              <w:rPr>
                <w:spacing w:val="-4"/>
                <w:sz w:val="24"/>
                <w:szCs w:val="24"/>
              </w:rPr>
              <w:t xml:space="preserve"> </w:t>
            </w:r>
            <w:r w:rsidRPr="00E85698">
              <w:rPr>
                <w:sz w:val="24"/>
                <w:szCs w:val="24"/>
              </w:rPr>
              <w:t>—</w:t>
            </w:r>
          </w:p>
          <w:p w:rsidR="00A047B0" w:rsidRPr="00E85698" w:rsidRDefault="00A047B0" w:rsidP="00A047B0">
            <w:pPr>
              <w:pStyle w:val="TableParagraph"/>
              <w:spacing w:before="17"/>
              <w:ind w:left="3"/>
              <w:rPr>
                <w:sz w:val="24"/>
                <w:szCs w:val="24"/>
              </w:rPr>
            </w:pPr>
            <w:r w:rsidRPr="00E85698">
              <w:rPr>
                <w:sz w:val="24"/>
                <w:szCs w:val="24"/>
              </w:rPr>
              <w:t>ЛОЖ-;</w:t>
            </w:r>
            <w:r w:rsidRPr="00E85698">
              <w:rPr>
                <w:spacing w:val="-1"/>
                <w:sz w:val="24"/>
                <w:szCs w:val="24"/>
              </w:rPr>
              <w:t xml:space="preserve"> </w:t>
            </w:r>
            <w:r w:rsidRPr="00E85698">
              <w:rPr>
                <w:sz w:val="24"/>
                <w:szCs w:val="24"/>
              </w:rPr>
              <w:t>-РАСТ-</w:t>
            </w:r>
            <w:r w:rsidRPr="00E85698">
              <w:rPr>
                <w:spacing w:val="-4"/>
                <w:sz w:val="24"/>
                <w:szCs w:val="24"/>
              </w:rPr>
              <w:t xml:space="preserve"> </w:t>
            </w:r>
            <w:r w:rsidRPr="00E85698">
              <w:rPr>
                <w:sz w:val="24"/>
                <w:szCs w:val="24"/>
              </w:rPr>
              <w:t>—</w:t>
            </w:r>
            <w:r w:rsidRPr="00E85698">
              <w:rPr>
                <w:spacing w:val="-3"/>
                <w:sz w:val="24"/>
                <w:szCs w:val="24"/>
              </w:rPr>
              <w:t xml:space="preserve"> </w:t>
            </w:r>
            <w:r w:rsidRPr="00E85698">
              <w:rPr>
                <w:sz w:val="24"/>
                <w:szCs w:val="24"/>
              </w:rPr>
              <w:t>-РАЩ-</w:t>
            </w:r>
            <w:r w:rsidRPr="00E85698">
              <w:rPr>
                <w:spacing w:val="-3"/>
                <w:sz w:val="24"/>
                <w:szCs w:val="24"/>
              </w:rPr>
              <w:t xml:space="preserve"> </w:t>
            </w:r>
            <w:r w:rsidRPr="00E85698">
              <w:rPr>
                <w:sz w:val="24"/>
                <w:szCs w:val="24"/>
              </w:rPr>
              <w:t>— -РОС-</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87.</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 корней</w:t>
            </w:r>
            <w:r w:rsidRPr="00E85698">
              <w:rPr>
                <w:spacing w:val="-3"/>
                <w:sz w:val="24"/>
                <w:szCs w:val="24"/>
              </w:rPr>
              <w:t xml:space="preserve"> </w:t>
            </w:r>
            <w:r w:rsidRPr="00E85698">
              <w:rPr>
                <w:sz w:val="24"/>
                <w:szCs w:val="24"/>
              </w:rPr>
              <w:t>с</w:t>
            </w:r>
            <w:r w:rsidRPr="00E85698">
              <w:rPr>
                <w:spacing w:val="-2"/>
                <w:sz w:val="24"/>
                <w:szCs w:val="24"/>
              </w:rPr>
              <w:t xml:space="preserve"> </w:t>
            </w:r>
            <w:r w:rsidRPr="00E85698">
              <w:rPr>
                <w:sz w:val="24"/>
                <w:szCs w:val="24"/>
              </w:rPr>
              <w:t>чередованием</w:t>
            </w:r>
            <w:r w:rsidRPr="00E85698">
              <w:rPr>
                <w:spacing w:val="-2"/>
                <w:sz w:val="24"/>
                <w:szCs w:val="24"/>
              </w:rPr>
              <w:t xml:space="preserve"> </w:t>
            </w:r>
            <w:r w:rsidRPr="00E85698">
              <w:rPr>
                <w:sz w:val="24"/>
                <w:szCs w:val="24"/>
              </w:rPr>
              <w:t>А</w:t>
            </w:r>
            <w:r w:rsidRPr="00E85698">
              <w:rPr>
                <w:spacing w:val="-5"/>
                <w:sz w:val="24"/>
                <w:szCs w:val="24"/>
              </w:rPr>
              <w:t xml:space="preserve"> </w:t>
            </w:r>
            <w:r w:rsidRPr="00E85698">
              <w:rPr>
                <w:sz w:val="24"/>
                <w:szCs w:val="24"/>
              </w:rPr>
              <w:t>//</w:t>
            </w:r>
            <w:r w:rsidRPr="00E85698">
              <w:rPr>
                <w:spacing w:val="-3"/>
                <w:sz w:val="24"/>
                <w:szCs w:val="24"/>
              </w:rPr>
              <w:t xml:space="preserve"> </w:t>
            </w:r>
            <w:r w:rsidRPr="00E85698">
              <w:rPr>
                <w:sz w:val="24"/>
                <w:szCs w:val="24"/>
              </w:rPr>
              <w:t>О:</w:t>
            </w:r>
            <w:r w:rsidRPr="00E85698">
              <w:rPr>
                <w:spacing w:val="1"/>
                <w:sz w:val="24"/>
                <w:szCs w:val="24"/>
              </w:rPr>
              <w:t xml:space="preserve"> </w:t>
            </w:r>
            <w:r w:rsidRPr="00E85698">
              <w:rPr>
                <w:sz w:val="24"/>
                <w:szCs w:val="24"/>
              </w:rPr>
              <w:t>-ГАР-</w:t>
            </w:r>
            <w:r w:rsidRPr="00E85698">
              <w:rPr>
                <w:spacing w:val="-5"/>
                <w:sz w:val="24"/>
                <w:szCs w:val="24"/>
              </w:rPr>
              <w:t xml:space="preserve"> </w:t>
            </w:r>
            <w:r w:rsidRPr="00E85698">
              <w:rPr>
                <w:sz w:val="24"/>
                <w:szCs w:val="24"/>
              </w:rPr>
              <w:t>—</w:t>
            </w:r>
          </w:p>
          <w:p w:rsidR="00A047B0" w:rsidRPr="00E85698" w:rsidRDefault="00A047B0" w:rsidP="00A047B0">
            <w:pPr>
              <w:pStyle w:val="TableParagraph"/>
              <w:spacing w:before="19"/>
              <w:ind w:left="3"/>
              <w:rPr>
                <w:sz w:val="24"/>
                <w:szCs w:val="24"/>
              </w:rPr>
            </w:pPr>
            <w:r w:rsidRPr="00E85698">
              <w:rPr>
                <w:sz w:val="24"/>
                <w:szCs w:val="24"/>
              </w:rPr>
              <w:t>ГОР-,</w:t>
            </w:r>
            <w:r w:rsidRPr="00E85698">
              <w:rPr>
                <w:spacing w:val="-1"/>
                <w:sz w:val="24"/>
                <w:szCs w:val="24"/>
              </w:rPr>
              <w:t xml:space="preserve"> </w:t>
            </w:r>
            <w:r w:rsidRPr="00E85698">
              <w:rPr>
                <w:sz w:val="24"/>
                <w:szCs w:val="24"/>
              </w:rPr>
              <w:t>-ЗАР-</w:t>
            </w:r>
            <w:r w:rsidRPr="00E85698">
              <w:rPr>
                <w:spacing w:val="-4"/>
                <w:sz w:val="24"/>
                <w:szCs w:val="24"/>
              </w:rPr>
              <w:t xml:space="preserve"> </w:t>
            </w:r>
            <w:r w:rsidRPr="00E85698">
              <w:rPr>
                <w:sz w:val="24"/>
                <w:szCs w:val="24"/>
              </w:rPr>
              <w:t>— -ЗОР-</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line="227" w:lineRule="exact"/>
              <w:ind w:left="76"/>
              <w:rPr>
                <w:sz w:val="24"/>
                <w:szCs w:val="24"/>
              </w:rPr>
            </w:pPr>
            <w:r w:rsidRPr="00E85698">
              <w:rPr>
                <w:sz w:val="24"/>
                <w:szCs w:val="24"/>
              </w:rPr>
              <w:t>88.</w:t>
            </w:r>
          </w:p>
        </w:tc>
        <w:tc>
          <w:tcPr>
            <w:tcW w:w="5094" w:type="dxa"/>
            <w:gridSpan w:val="2"/>
            <w:tcBorders>
              <w:right w:val="single" w:sz="6" w:space="0" w:color="000000"/>
            </w:tcBorders>
          </w:tcPr>
          <w:p w:rsidR="00A047B0" w:rsidRPr="00E85698" w:rsidRDefault="00A047B0" w:rsidP="00A047B0">
            <w:pPr>
              <w:pStyle w:val="TableParagraph"/>
              <w:spacing w:line="228" w:lineRule="exact"/>
              <w:ind w:left="3"/>
              <w:rPr>
                <w:sz w:val="24"/>
                <w:szCs w:val="24"/>
              </w:rPr>
            </w:pPr>
            <w:r w:rsidRPr="00E85698">
              <w:rPr>
                <w:sz w:val="24"/>
                <w:szCs w:val="24"/>
              </w:rPr>
              <w:t>Правописание корней</w:t>
            </w:r>
            <w:r w:rsidRPr="00E85698">
              <w:rPr>
                <w:spacing w:val="-4"/>
                <w:sz w:val="24"/>
                <w:szCs w:val="24"/>
              </w:rPr>
              <w:t xml:space="preserve"> </w:t>
            </w:r>
            <w:r w:rsidRPr="00E85698">
              <w:rPr>
                <w:sz w:val="24"/>
                <w:szCs w:val="24"/>
              </w:rPr>
              <w:t>с</w:t>
            </w:r>
            <w:r w:rsidRPr="00E85698">
              <w:rPr>
                <w:spacing w:val="-2"/>
                <w:sz w:val="24"/>
                <w:szCs w:val="24"/>
              </w:rPr>
              <w:t xml:space="preserve"> </w:t>
            </w:r>
            <w:r w:rsidRPr="00E85698">
              <w:rPr>
                <w:sz w:val="24"/>
                <w:szCs w:val="24"/>
              </w:rPr>
              <w:t>чередованием</w:t>
            </w:r>
            <w:r w:rsidRPr="00E85698">
              <w:rPr>
                <w:spacing w:val="-2"/>
                <w:sz w:val="24"/>
                <w:szCs w:val="24"/>
              </w:rPr>
              <w:t xml:space="preserve"> </w:t>
            </w:r>
            <w:r w:rsidRPr="00E85698">
              <w:rPr>
                <w:sz w:val="24"/>
                <w:szCs w:val="24"/>
              </w:rPr>
              <w:t>А</w:t>
            </w:r>
            <w:r w:rsidRPr="00E85698">
              <w:rPr>
                <w:spacing w:val="-5"/>
                <w:sz w:val="24"/>
                <w:szCs w:val="24"/>
              </w:rPr>
              <w:t xml:space="preserve"> </w:t>
            </w:r>
            <w:r w:rsidRPr="00E85698">
              <w:rPr>
                <w:sz w:val="24"/>
                <w:szCs w:val="24"/>
              </w:rPr>
              <w:t>//</w:t>
            </w:r>
            <w:r w:rsidRPr="00E85698">
              <w:rPr>
                <w:spacing w:val="-4"/>
                <w:sz w:val="24"/>
                <w:szCs w:val="24"/>
              </w:rPr>
              <w:t xml:space="preserve"> </w:t>
            </w:r>
            <w:r w:rsidRPr="00E85698">
              <w:rPr>
                <w:sz w:val="24"/>
                <w:szCs w:val="24"/>
              </w:rPr>
              <w:t>О: --КЛАН-</w:t>
            </w:r>
            <w:r w:rsidRPr="00E85698">
              <w:rPr>
                <w:spacing w:val="-1"/>
                <w:sz w:val="24"/>
                <w:szCs w:val="24"/>
              </w:rPr>
              <w:t xml:space="preserve"> </w:t>
            </w:r>
            <w:r w:rsidRPr="00E85698">
              <w:rPr>
                <w:sz w:val="24"/>
                <w:szCs w:val="24"/>
              </w:rPr>
              <w:t>—</w:t>
            </w:r>
          </w:p>
          <w:p w:rsidR="00A047B0" w:rsidRPr="00E85698" w:rsidRDefault="00A047B0" w:rsidP="00A047B0">
            <w:pPr>
              <w:pStyle w:val="TableParagraph"/>
              <w:spacing w:before="19"/>
              <w:ind w:left="3"/>
              <w:rPr>
                <w:sz w:val="24"/>
                <w:szCs w:val="24"/>
              </w:rPr>
            </w:pPr>
            <w:r w:rsidRPr="00E85698">
              <w:rPr>
                <w:sz w:val="24"/>
                <w:szCs w:val="24"/>
              </w:rPr>
              <w:t>КЛОН-,</w:t>
            </w:r>
            <w:r w:rsidRPr="00E85698">
              <w:rPr>
                <w:spacing w:val="-1"/>
                <w:sz w:val="24"/>
                <w:szCs w:val="24"/>
              </w:rPr>
              <w:t xml:space="preserve"> </w:t>
            </w:r>
            <w:r w:rsidRPr="00E85698">
              <w:rPr>
                <w:sz w:val="24"/>
                <w:szCs w:val="24"/>
              </w:rPr>
              <w:t>-СКАК-</w:t>
            </w:r>
            <w:r w:rsidRPr="00E85698">
              <w:rPr>
                <w:spacing w:val="-2"/>
                <w:sz w:val="24"/>
                <w:szCs w:val="24"/>
              </w:rPr>
              <w:t xml:space="preserve"> </w:t>
            </w:r>
            <w:r w:rsidRPr="00E85698">
              <w:rPr>
                <w:sz w:val="24"/>
                <w:szCs w:val="24"/>
              </w:rPr>
              <w:t>—</w:t>
            </w:r>
            <w:r w:rsidRPr="00E85698">
              <w:rPr>
                <w:spacing w:val="-3"/>
                <w:sz w:val="24"/>
                <w:szCs w:val="24"/>
              </w:rPr>
              <w:t xml:space="preserve"> </w:t>
            </w:r>
            <w:r w:rsidRPr="00E85698">
              <w:rPr>
                <w:sz w:val="24"/>
                <w:szCs w:val="24"/>
              </w:rPr>
              <w:t>-СКОЧ-</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line="228" w:lineRule="exact"/>
              <w:ind w:left="76"/>
              <w:rPr>
                <w:sz w:val="24"/>
                <w:szCs w:val="24"/>
              </w:rPr>
            </w:pPr>
            <w:r w:rsidRPr="00E85698">
              <w:rPr>
                <w:sz w:val="24"/>
                <w:szCs w:val="24"/>
              </w:rPr>
              <w:t>89.</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Повторение</w:t>
            </w:r>
            <w:r w:rsidRPr="00E85698">
              <w:rPr>
                <w:spacing w:val="-2"/>
                <w:sz w:val="24"/>
                <w:szCs w:val="24"/>
              </w:rPr>
              <w:t xml:space="preserve"> </w:t>
            </w:r>
            <w:r w:rsidRPr="00E85698">
              <w:rPr>
                <w:sz w:val="24"/>
                <w:szCs w:val="24"/>
              </w:rPr>
              <w:t>по</w:t>
            </w:r>
            <w:r w:rsidRPr="00E85698">
              <w:rPr>
                <w:spacing w:val="-4"/>
                <w:sz w:val="24"/>
                <w:szCs w:val="24"/>
              </w:rPr>
              <w:t xml:space="preserve"> </w:t>
            </w:r>
            <w:r w:rsidRPr="00E85698">
              <w:rPr>
                <w:sz w:val="24"/>
                <w:szCs w:val="24"/>
              </w:rPr>
              <w:t>теме</w:t>
            </w:r>
            <w:r w:rsidRPr="00E85698">
              <w:rPr>
                <w:spacing w:val="-5"/>
                <w:sz w:val="24"/>
                <w:szCs w:val="24"/>
              </w:rPr>
              <w:t xml:space="preserve"> </w:t>
            </w:r>
            <w:r w:rsidRPr="00E85698">
              <w:rPr>
                <w:sz w:val="24"/>
                <w:szCs w:val="24"/>
              </w:rPr>
              <w:t>"Имя</w:t>
            </w:r>
            <w:r w:rsidRPr="00E85698">
              <w:rPr>
                <w:spacing w:val="-3"/>
                <w:sz w:val="24"/>
                <w:szCs w:val="24"/>
              </w:rPr>
              <w:t xml:space="preserve"> </w:t>
            </w:r>
            <w:r w:rsidRPr="00E85698">
              <w:rPr>
                <w:sz w:val="24"/>
                <w:szCs w:val="24"/>
              </w:rPr>
              <w:t>существительное".</w:t>
            </w:r>
            <w:r w:rsidRPr="00E85698">
              <w:rPr>
                <w:spacing w:val="-3"/>
                <w:sz w:val="24"/>
                <w:szCs w:val="24"/>
              </w:rPr>
              <w:t xml:space="preserve"> </w:t>
            </w:r>
          </w:p>
          <w:p w:rsidR="00A047B0" w:rsidRPr="00E85698" w:rsidRDefault="00A047B0" w:rsidP="00A047B0">
            <w:pPr>
              <w:pStyle w:val="TableParagraph"/>
              <w:spacing w:before="19"/>
              <w:ind w:left="3"/>
              <w:rPr>
                <w:sz w:val="24"/>
                <w:szCs w:val="24"/>
              </w:rPr>
            </w:pPr>
          </w:p>
        </w:tc>
        <w:tc>
          <w:tcPr>
            <w:tcW w:w="713" w:type="dxa"/>
            <w:gridSpan w:val="2"/>
            <w:tcBorders>
              <w:left w:val="single" w:sz="6" w:space="0" w:color="000000"/>
            </w:tcBorders>
          </w:tcPr>
          <w:p w:rsidR="00A047B0" w:rsidRPr="00E85698" w:rsidRDefault="00A047B0" w:rsidP="00A047B0">
            <w:pPr>
              <w:pStyle w:val="TableParagraph"/>
              <w:spacing w:line="228"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90.</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Контрольная  работа по теме "Имя</w:t>
            </w:r>
            <w:r w:rsidRPr="00E85698">
              <w:rPr>
                <w:spacing w:val="-3"/>
                <w:sz w:val="24"/>
                <w:szCs w:val="24"/>
              </w:rPr>
              <w:t xml:space="preserve"> </w:t>
            </w:r>
            <w:r w:rsidRPr="00E85698">
              <w:rPr>
                <w:sz w:val="24"/>
                <w:szCs w:val="24"/>
              </w:rPr>
              <w:t>существительное".</w:t>
            </w:r>
            <w:r w:rsidRPr="00E85698">
              <w:rPr>
                <w:spacing w:val="-3"/>
                <w:sz w:val="24"/>
                <w:szCs w:val="24"/>
              </w:rPr>
              <w:t xml:space="preserve"> </w:t>
            </w:r>
          </w:p>
          <w:p w:rsidR="00A047B0" w:rsidRPr="00E85698" w:rsidRDefault="00A047B0" w:rsidP="00A047B0">
            <w:pPr>
              <w:pStyle w:val="TableParagraph"/>
              <w:spacing w:line="227" w:lineRule="exact"/>
              <w:rPr>
                <w:sz w:val="24"/>
                <w:szCs w:val="24"/>
              </w:rPr>
            </w:pP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91.</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Имя</w:t>
            </w:r>
            <w:r w:rsidRPr="00E85698">
              <w:rPr>
                <w:spacing w:val="-4"/>
                <w:sz w:val="24"/>
                <w:szCs w:val="24"/>
              </w:rPr>
              <w:t xml:space="preserve"> </w:t>
            </w:r>
            <w:r w:rsidRPr="00E85698">
              <w:rPr>
                <w:sz w:val="24"/>
                <w:szCs w:val="24"/>
              </w:rPr>
              <w:t>прилагательное</w:t>
            </w:r>
            <w:r w:rsidRPr="00E85698">
              <w:rPr>
                <w:spacing w:val="-2"/>
                <w:sz w:val="24"/>
                <w:szCs w:val="24"/>
              </w:rPr>
              <w:t xml:space="preserve"> </w:t>
            </w:r>
            <w:r w:rsidRPr="00E85698">
              <w:rPr>
                <w:sz w:val="24"/>
                <w:szCs w:val="24"/>
              </w:rPr>
              <w:t>как</w:t>
            </w:r>
            <w:r w:rsidRPr="00E85698">
              <w:rPr>
                <w:spacing w:val="-3"/>
                <w:sz w:val="24"/>
                <w:szCs w:val="24"/>
              </w:rPr>
              <w:t xml:space="preserve"> </w:t>
            </w:r>
            <w:r w:rsidRPr="00E85698">
              <w:rPr>
                <w:sz w:val="24"/>
                <w:szCs w:val="24"/>
              </w:rPr>
              <w:t>часть</w:t>
            </w:r>
            <w:r w:rsidRPr="00E85698">
              <w:rPr>
                <w:spacing w:val="-2"/>
                <w:sz w:val="24"/>
                <w:szCs w:val="24"/>
              </w:rPr>
              <w:t xml:space="preserve"> </w:t>
            </w:r>
            <w:r w:rsidRPr="00E85698">
              <w:rPr>
                <w:sz w:val="24"/>
                <w:szCs w:val="24"/>
              </w:rPr>
              <w:t>речи.</w:t>
            </w:r>
            <w:r w:rsidRPr="00E85698">
              <w:rPr>
                <w:spacing w:val="-3"/>
                <w:sz w:val="24"/>
                <w:szCs w:val="24"/>
              </w:rPr>
              <w:t xml:space="preserve"> </w:t>
            </w:r>
            <w:r w:rsidRPr="00E85698">
              <w:rPr>
                <w:sz w:val="24"/>
                <w:szCs w:val="24"/>
              </w:rPr>
              <w:t>Роль</w:t>
            </w:r>
            <w:r w:rsidRPr="00E85698">
              <w:rPr>
                <w:spacing w:val="-2"/>
                <w:sz w:val="24"/>
                <w:szCs w:val="24"/>
              </w:rPr>
              <w:t xml:space="preserve"> </w:t>
            </w:r>
            <w:r w:rsidRPr="00E85698">
              <w:rPr>
                <w:sz w:val="24"/>
                <w:szCs w:val="24"/>
              </w:rPr>
              <w:t>имени</w:t>
            </w:r>
          </w:p>
          <w:p w:rsidR="00A047B0" w:rsidRPr="00E85698" w:rsidRDefault="00A047B0" w:rsidP="00A047B0">
            <w:pPr>
              <w:pStyle w:val="TableParagraph"/>
              <w:spacing w:before="17"/>
              <w:ind w:left="3"/>
              <w:rPr>
                <w:sz w:val="24"/>
                <w:szCs w:val="24"/>
              </w:rPr>
            </w:pPr>
            <w:r w:rsidRPr="00E85698">
              <w:rPr>
                <w:sz w:val="24"/>
                <w:szCs w:val="24"/>
              </w:rPr>
              <w:t>прилагательного</w:t>
            </w:r>
            <w:r w:rsidRPr="00E85698">
              <w:rPr>
                <w:spacing w:val="-3"/>
                <w:sz w:val="24"/>
                <w:szCs w:val="24"/>
              </w:rPr>
              <w:t xml:space="preserve"> </w:t>
            </w:r>
            <w:r w:rsidRPr="00E85698">
              <w:rPr>
                <w:sz w:val="24"/>
                <w:szCs w:val="24"/>
              </w:rPr>
              <w:t>в</w:t>
            </w:r>
            <w:r w:rsidRPr="00E85698">
              <w:rPr>
                <w:spacing w:val="-5"/>
                <w:sz w:val="24"/>
                <w:szCs w:val="24"/>
              </w:rPr>
              <w:t xml:space="preserve"> </w:t>
            </w:r>
            <w:r w:rsidRPr="00E85698">
              <w:rPr>
                <w:sz w:val="24"/>
                <w:szCs w:val="24"/>
              </w:rPr>
              <w:t>речи</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8"/>
        </w:trPr>
        <w:tc>
          <w:tcPr>
            <w:tcW w:w="578" w:type="dxa"/>
            <w:gridSpan w:val="2"/>
          </w:tcPr>
          <w:p w:rsidR="00A047B0" w:rsidRPr="00E85698" w:rsidRDefault="00A047B0" w:rsidP="00A047B0">
            <w:pPr>
              <w:pStyle w:val="TableParagraph"/>
              <w:spacing w:before="124"/>
              <w:ind w:left="76"/>
              <w:rPr>
                <w:sz w:val="24"/>
                <w:szCs w:val="24"/>
              </w:rPr>
            </w:pPr>
            <w:r w:rsidRPr="00E85698">
              <w:rPr>
                <w:sz w:val="24"/>
                <w:szCs w:val="24"/>
              </w:rPr>
              <w:t>92.</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Изложение</w:t>
            </w:r>
            <w:r w:rsidRPr="00E85698">
              <w:rPr>
                <w:spacing w:val="-4"/>
                <w:sz w:val="24"/>
                <w:szCs w:val="24"/>
              </w:rPr>
              <w:t xml:space="preserve"> </w:t>
            </w:r>
            <w:r w:rsidRPr="00E85698">
              <w:rPr>
                <w:sz w:val="24"/>
                <w:szCs w:val="24"/>
              </w:rPr>
              <w:t>(упр.585)</w:t>
            </w:r>
          </w:p>
          <w:p w:rsidR="00A047B0" w:rsidRPr="00E85698" w:rsidRDefault="00A047B0" w:rsidP="00A047B0">
            <w:pPr>
              <w:pStyle w:val="TableParagraph"/>
              <w:spacing w:before="17"/>
              <w:ind w:left="3"/>
              <w:rPr>
                <w:sz w:val="24"/>
                <w:szCs w:val="24"/>
              </w:rPr>
            </w:pPr>
          </w:p>
        </w:tc>
        <w:tc>
          <w:tcPr>
            <w:tcW w:w="713" w:type="dxa"/>
            <w:gridSpan w:val="2"/>
            <w:tcBorders>
              <w:left w:val="single" w:sz="6" w:space="0" w:color="000000"/>
            </w:tcBorders>
          </w:tcPr>
          <w:p w:rsidR="00A047B0" w:rsidRPr="00E85698" w:rsidRDefault="00A047B0" w:rsidP="00A047B0">
            <w:pPr>
              <w:pStyle w:val="TableParagraph"/>
              <w:spacing w:before="124"/>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93.</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Склонение</w:t>
            </w:r>
            <w:r w:rsidRPr="00E85698">
              <w:rPr>
                <w:spacing w:val="23"/>
                <w:sz w:val="24"/>
                <w:szCs w:val="24"/>
              </w:rPr>
              <w:t xml:space="preserve"> </w:t>
            </w:r>
            <w:r w:rsidRPr="00E85698">
              <w:rPr>
                <w:sz w:val="24"/>
                <w:szCs w:val="24"/>
              </w:rPr>
              <w:t>имён</w:t>
            </w:r>
            <w:r w:rsidRPr="00E85698">
              <w:rPr>
                <w:spacing w:val="24"/>
                <w:sz w:val="24"/>
                <w:szCs w:val="24"/>
              </w:rPr>
              <w:t xml:space="preserve"> </w:t>
            </w:r>
            <w:r w:rsidRPr="00E85698">
              <w:rPr>
                <w:sz w:val="24"/>
                <w:szCs w:val="24"/>
              </w:rPr>
              <w:t>прилагательных</w:t>
            </w:r>
            <w:r w:rsidRPr="00E85698">
              <w:rPr>
                <w:spacing w:val="22"/>
                <w:sz w:val="24"/>
                <w:szCs w:val="24"/>
              </w:rPr>
              <w:t xml:space="preserve"> </w:t>
            </w:r>
            <w:r w:rsidRPr="00E85698">
              <w:rPr>
                <w:sz w:val="24"/>
                <w:szCs w:val="24"/>
              </w:rPr>
              <w:t>(повторение</w:t>
            </w:r>
            <w:r w:rsidRPr="00E85698">
              <w:rPr>
                <w:spacing w:val="23"/>
                <w:sz w:val="24"/>
                <w:szCs w:val="24"/>
              </w:rPr>
              <w:t xml:space="preserve"> </w:t>
            </w:r>
            <w:r w:rsidRPr="00E85698">
              <w:rPr>
                <w:sz w:val="24"/>
                <w:szCs w:val="24"/>
              </w:rPr>
              <w:t>изученного</w:t>
            </w:r>
          </w:p>
          <w:p w:rsidR="00A047B0" w:rsidRPr="00E85698" w:rsidRDefault="00A047B0" w:rsidP="00A047B0">
            <w:pPr>
              <w:pStyle w:val="TableParagraph"/>
              <w:spacing w:before="17"/>
              <w:ind w:left="3"/>
              <w:rPr>
                <w:sz w:val="24"/>
                <w:szCs w:val="24"/>
              </w:rPr>
            </w:pPr>
            <w:r w:rsidRPr="00E85698">
              <w:rPr>
                <w:sz w:val="24"/>
                <w:szCs w:val="24"/>
              </w:rPr>
              <w:t>в</w:t>
            </w:r>
            <w:r w:rsidRPr="00E85698">
              <w:rPr>
                <w:spacing w:val="-3"/>
                <w:sz w:val="24"/>
                <w:szCs w:val="24"/>
              </w:rPr>
              <w:t xml:space="preserve"> </w:t>
            </w:r>
            <w:r w:rsidRPr="00E85698">
              <w:rPr>
                <w:sz w:val="24"/>
                <w:szCs w:val="24"/>
              </w:rPr>
              <w:t>начальной</w:t>
            </w:r>
            <w:r w:rsidRPr="00E85698">
              <w:rPr>
                <w:spacing w:val="-3"/>
                <w:sz w:val="24"/>
                <w:szCs w:val="24"/>
              </w:rPr>
              <w:t xml:space="preserve"> </w:t>
            </w:r>
            <w:r w:rsidRPr="00E85698">
              <w:rPr>
                <w:sz w:val="24"/>
                <w:szCs w:val="24"/>
              </w:rPr>
              <w:t>школе)</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94.</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5"/>
                <w:sz w:val="24"/>
                <w:szCs w:val="24"/>
              </w:rPr>
              <w:t xml:space="preserve"> </w:t>
            </w:r>
            <w:r w:rsidRPr="00E85698">
              <w:rPr>
                <w:sz w:val="24"/>
                <w:szCs w:val="24"/>
              </w:rPr>
              <w:t>безударных</w:t>
            </w:r>
            <w:r w:rsidRPr="00E85698">
              <w:rPr>
                <w:spacing w:val="-5"/>
                <w:sz w:val="24"/>
                <w:szCs w:val="24"/>
              </w:rPr>
              <w:t xml:space="preserve"> </w:t>
            </w:r>
            <w:r w:rsidRPr="00E85698">
              <w:rPr>
                <w:sz w:val="24"/>
                <w:szCs w:val="24"/>
              </w:rPr>
              <w:t>окончаний</w:t>
            </w:r>
            <w:r w:rsidRPr="00E85698">
              <w:rPr>
                <w:spacing w:val="-3"/>
                <w:sz w:val="24"/>
                <w:szCs w:val="24"/>
              </w:rPr>
              <w:t xml:space="preserve"> </w:t>
            </w:r>
            <w:r w:rsidRPr="00E85698">
              <w:rPr>
                <w:sz w:val="24"/>
                <w:szCs w:val="24"/>
              </w:rPr>
              <w:t>имён</w:t>
            </w:r>
          </w:p>
          <w:p w:rsidR="00A047B0" w:rsidRPr="00E85698" w:rsidRDefault="00A047B0" w:rsidP="00A047B0">
            <w:pPr>
              <w:pStyle w:val="TableParagraph"/>
              <w:spacing w:before="19"/>
              <w:ind w:left="3"/>
              <w:rPr>
                <w:sz w:val="24"/>
                <w:szCs w:val="24"/>
              </w:rPr>
            </w:pP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6"/>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95.</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Имена</w:t>
            </w:r>
            <w:r w:rsidRPr="00E85698">
              <w:rPr>
                <w:spacing w:val="-3"/>
                <w:sz w:val="24"/>
                <w:szCs w:val="24"/>
              </w:rPr>
              <w:t xml:space="preserve"> </w:t>
            </w:r>
            <w:r w:rsidRPr="00E85698">
              <w:rPr>
                <w:sz w:val="24"/>
                <w:szCs w:val="24"/>
              </w:rPr>
              <w:t>прилагательные</w:t>
            </w:r>
            <w:r w:rsidRPr="00E85698">
              <w:rPr>
                <w:spacing w:val="-3"/>
                <w:sz w:val="24"/>
                <w:szCs w:val="24"/>
              </w:rPr>
              <w:t xml:space="preserve"> </w:t>
            </w:r>
            <w:r w:rsidRPr="00E85698">
              <w:rPr>
                <w:sz w:val="24"/>
                <w:szCs w:val="24"/>
              </w:rPr>
              <w:t>полные</w:t>
            </w:r>
            <w:r w:rsidRPr="00E85698">
              <w:rPr>
                <w:spacing w:val="-2"/>
                <w:sz w:val="24"/>
                <w:szCs w:val="24"/>
              </w:rPr>
              <w:t xml:space="preserve"> </w:t>
            </w:r>
            <w:r w:rsidRPr="00E85698">
              <w:rPr>
                <w:sz w:val="24"/>
                <w:szCs w:val="24"/>
              </w:rPr>
              <w:t>и</w:t>
            </w:r>
            <w:r w:rsidRPr="00E85698">
              <w:rPr>
                <w:spacing w:val="-4"/>
                <w:sz w:val="24"/>
                <w:szCs w:val="24"/>
              </w:rPr>
              <w:t xml:space="preserve"> </w:t>
            </w:r>
            <w:r w:rsidRPr="00E85698">
              <w:rPr>
                <w:sz w:val="24"/>
                <w:szCs w:val="24"/>
              </w:rPr>
              <w:t>краткие,</w:t>
            </w:r>
            <w:r w:rsidRPr="00E85698">
              <w:rPr>
                <w:spacing w:val="-1"/>
                <w:sz w:val="24"/>
                <w:szCs w:val="24"/>
              </w:rPr>
              <w:t xml:space="preserve"> </w:t>
            </w:r>
            <w:r w:rsidRPr="00E85698">
              <w:rPr>
                <w:sz w:val="24"/>
                <w:szCs w:val="24"/>
              </w:rPr>
              <w:t>их</w:t>
            </w:r>
          </w:p>
          <w:p w:rsidR="00A047B0" w:rsidRPr="00E85698" w:rsidRDefault="00A047B0" w:rsidP="00A047B0">
            <w:pPr>
              <w:pStyle w:val="TableParagraph"/>
              <w:spacing w:before="20"/>
              <w:ind w:left="3"/>
              <w:rPr>
                <w:sz w:val="24"/>
                <w:szCs w:val="24"/>
              </w:rPr>
            </w:pPr>
            <w:r w:rsidRPr="00E85698">
              <w:rPr>
                <w:sz w:val="24"/>
                <w:szCs w:val="24"/>
              </w:rPr>
              <w:t>синтаксические</w:t>
            </w:r>
            <w:r w:rsidRPr="00E85698">
              <w:rPr>
                <w:spacing w:val="-6"/>
                <w:sz w:val="24"/>
                <w:szCs w:val="24"/>
              </w:rPr>
              <w:t xml:space="preserve"> </w:t>
            </w:r>
            <w:r w:rsidRPr="00E85698">
              <w:rPr>
                <w:sz w:val="24"/>
                <w:szCs w:val="24"/>
              </w:rPr>
              <w:t>функции</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5"/>
        </w:trPr>
        <w:tc>
          <w:tcPr>
            <w:tcW w:w="578" w:type="dxa"/>
            <w:gridSpan w:val="2"/>
          </w:tcPr>
          <w:p w:rsidR="00A047B0" w:rsidRPr="00E85698" w:rsidRDefault="00A047B0" w:rsidP="00A047B0">
            <w:pPr>
              <w:pStyle w:val="TableParagraph"/>
              <w:spacing w:before="122"/>
              <w:ind w:left="76"/>
              <w:rPr>
                <w:sz w:val="24"/>
                <w:szCs w:val="24"/>
              </w:rPr>
            </w:pPr>
            <w:r w:rsidRPr="00E85698">
              <w:rPr>
                <w:sz w:val="24"/>
                <w:szCs w:val="24"/>
              </w:rPr>
              <w:t>96.</w:t>
            </w:r>
          </w:p>
        </w:tc>
        <w:tc>
          <w:tcPr>
            <w:tcW w:w="5094" w:type="dxa"/>
            <w:gridSpan w:val="2"/>
            <w:tcBorders>
              <w:right w:val="single" w:sz="6" w:space="0" w:color="000000"/>
            </w:tcBorders>
          </w:tcPr>
          <w:p w:rsidR="00A047B0" w:rsidRPr="00E85698" w:rsidRDefault="00A047B0" w:rsidP="00A047B0">
            <w:pPr>
              <w:pStyle w:val="TableParagraph"/>
              <w:spacing w:line="227" w:lineRule="exact"/>
              <w:ind w:left="3"/>
              <w:rPr>
                <w:sz w:val="24"/>
                <w:szCs w:val="24"/>
              </w:rPr>
            </w:pPr>
            <w:r w:rsidRPr="00E85698">
              <w:rPr>
                <w:sz w:val="24"/>
                <w:szCs w:val="24"/>
              </w:rPr>
              <w:t>Правописание</w:t>
            </w:r>
            <w:r w:rsidRPr="00E85698">
              <w:rPr>
                <w:spacing w:val="-1"/>
                <w:sz w:val="24"/>
                <w:szCs w:val="24"/>
              </w:rPr>
              <w:t xml:space="preserve"> </w:t>
            </w:r>
            <w:r w:rsidRPr="00E85698">
              <w:rPr>
                <w:sz w:val="24"/>
                <w:szCs w:val="24"/>
              </w:rPr>
              <w:t>кратких</w:t>
            </w:r>
            <w:r w:rsidRPr="00E85698">
              <w:rPr>
                <w:spacing w:val="-4"/>
                <w:sz w:val="24"/>
                <w:szCs w:val="24"/>
              </w:rPr>
              <w:t xml:space="preserve"> </w:t>
            </w:r>
            <w:r w:rsidRPr="00E85698">
              <w:rPr>
                <w:sz w:val="24"/>
                <w:szCs w:val="24"/>
              </w:rPr>
              <w:t>форм</w:t>
            </w:r>
            <w:r w:rsidRPr="00E85698">
              <w:rPr>
                <w:spacing w:val="-3"/>
                <w:sz w:val="24"/>
                <w:szCs w:val="24"/>
              </w:rPr>
              <w:t xml:space="preserve"> </w:t>
            </w:r>
            <w:r w:rsidRPr="00E85698">
              <w:rPr>
                <w:sz w:val="24"/>
                <w:szCs w:val="24"/>
              </w:rPr>
              <w:t>имён</w:t>
            </w:r>
            <w:r w:rsidRPr="00E85698">
              <w:rPr>
                <w:spacing w:val="-4"/>
                <w:sz w:val="24"/>
                <w:szCs w:val="24"/>
              </w:rPr>
              <w:t xml:space="preserve"> </w:t>
            </w:r>
            <w:r w:rsidRPr="00E85698">
              <w:rPr>
                <w:sz w:val="24"/>
                <w:szCs w:val="24"/>
              </w:rPr>
              <w:t>прилагательных</w:t>
            </w:r>
            <w:r w:rsidRPr="00E85698">
              <w:rPr>
                <w:spacing w:val="-4"/>
                <w:sz w:val="24"/>
                <w:szCs w:val="24"/>
              </w:rPr>
              <w:t xml:space="preserve"> </w:t>
            </w:r>
            <w:r w:rsidRPr="00E85698">
              <w:rPr>
                <w:sz w:val="24"/>
                <w:szCs w:val="24"/>
              </w:rPr>
              <w:t>с</w:t>
            </w:r>
          </w:p>
          <w:p w:rsidR="00A047B0" w:rsidRPr="00E85698" w:rsidRDefault="00A047B0" w:rsidP="00A047B0">
            <w:pPr>
              <w:pStyle w:val="TableParagraph"/>
              <w:spacing w:before="19"/>
              <w:ind w:left="3"/>
              <w:rPr>
                <w:sz w:val="24"/>
                <w:szCs w:val="24"/>
              </w:rPr>
            </w:pPr>
            <w:r w:rsidRPr="00E85698">
              <w:rPr>
                <w:sz w:val="24"/>
                <w:szCs w:val="24"/>
              </w:rPr>
              <w:t>основой</w:t>
            </w:r>
            <w:r w:rsidRPr="00E85698">
              <w:rPr>
                <w:spacing w:val="-4"/>
                <w:sz w:val="24"/>
                <w:szCs w:val="24"/>
              </w:rPr>
              <w:t xml:space="preserve"> </w:t>
            </w:r>
            <w:r w:rsidRPr="00E85698">
              <w:rPr>
                <w:sz w:val="24"/>
                <w:szCs w:val="24"/>
              </w:rPr>
              <w:t>на</w:t>
            </w:r>
            <w:r w:rsidRPr="00E85698">
              <w:rPr>
                <w:spacing w:val="-2"/>
                <w:sz w:val="24"/>
                <w:szCs w:val="24"/>
              </w:rPr>
              <w:t xml:space="preserve"> </w:t>
            </w:r>
            <w:r w:rsidRPr="00E85698">
              <w:rPr>
                <w:sz w:val="24"/>
                <w:szCs w:val="24"/>
              </w:rPr>
              <w:t>шипящий</w:t>
            </w:r>
          </w:p>
        </w:tc>
        <w:tc>
          <w:tcPr>
            <w:tcW w:w="713" w:type="dxa"/>
            <w:gridSpan w:val="2"/>
            <w:tcBorders>
              <w:left w:val="single" w:sz="6" w:space="0" w:color="000000"/>
            </w:tcBorders>
          </w:tcPr>
          <w:p w:rsidR="00A047B0" w:rsidRPr="00E85698" w:rsidRDefault="00A047B0" w:rsidP="00A047B0">
            <w:pPr>
              <w:pStyle w:val="TableParagraph"/>
              <w:spacing w:before="122"/>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pStyle w:val="TableParagraph"/>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trHeight w:val="503"/>
        </w:trPr>
        <w:tc>
          <w:tcPr>
            <w:tcW w:w="578" w:type="dxa"/>
            <w:gridSpan w:val="2"/>
          </w:tcPr>
          <w:p w:rsidR="00A047B0" w:rsidRPr="00E85698" w:rsidRDefault="00A047B0" w:rsidP="00A047B0">
            <w:pPr>
              <w:pStyle w:val="TableParagraph"/>
              <w:spacing w:before="119"/>
              <w:ind w:left="76"/>
              <w:rPr>
                <w:sz w:val="24"/>
                <w:szCs w:val="24"/>
              </w:rPr>
            </w:pPr>
            <w:r w:rsidRPr="00E85698">
              <w:rPr>
                <w:sz w:val="24"/>
                <w:szCs w:val="24"/>
              </w:rPr>
              <w:t>97.</w:t>
            </w:r>
          </w:p>
        </w:tc>
        <w:tc>
          <w:tcPr>
            <w:tcW w:w="5094" w:type="dxa"/>
            <w:gridSpan w:val="2"/>
            <w:tcBorders>
              <w:right w:val="single" w:sz="6" w:space="0" w:color="000000"/>
            </w:tcBorders>
          </w:tcPr>
          <w:p w:rsidR="00A047B0" w:rsidRPr="00E85698" w:rsidRDefault="00A047B0" w:rsidP="00A047B0">
            <w:pPr>
              <w:pStyle w:val="TableParagraph"/>
              <w:spacing w:line="229" w:lineRule="exact"/>
              <w:ind w:left="3"/>
              <w:rPr>
                <w:sz w:val="24"/>
                <w:szCs w:val="24"/>
              </w:rPr>
            </w:pPr>
            <w:r w:rsidRPr="00E85698">
              <w:rPr>
                <w:sz w:val="24"/>
                <w:szCs w:val="24"/>
              </w:rPr>
              <w:t>Морфологический</w:t>
            </w:r>
            <w:r w:rsidRPr="00E85698">
              <w:rPr>
                <w:spacing w:val="-6"/>
                <w:sz w:val="24"/>
                <w:szCs w:val="24"/>
              </w:rPr>
              <w:t xml:space="preserve"> </w:t>
            </w:r>
            <w:r w:rsidRPr="00E85698">
              <w:rPr>
                <w:sz w:val="24"/>
                <w:szCs w:val="24"/>
              </w:rPr>
              <w:t>анализ</w:t>
            </w:r>
            <w:r w:rsidRPr="00E85698">
              <w:rPr>
                <w:spacing w:val="-1"/>
                <w:sz w:val="24"/>
                <w:szCs w:val="24"/>
              </w:rPr>
              <w:t xml:space="preserve"> </w:t>
            </w:r>
            <w:r w:rsidRPr="00E85698">
              <w:rPr>
                <w:sz w:val="24"/>
                <w:szCs w:val="24"/>
              </w:rPr>
              <w:t>имён</w:t>
            </w:r>
            <w:r w:rsidRPr="00E85698">
              <w:rPr>
                <w:spacing w:val="-5"/>
                <w:sz w:val="24"/>
                <w:szCs w:val="24"/>
              </w:rPr>
              <w:t xml:space="preserve"> </w:t>
            </w: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119"/>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655" w:type="dxa"/>
            <w:gridSpan w:val="4"/>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125"/>
              <w:ind w:left="76"/>
              <w:rPr>
                <w:sz w:val="24"/>
                <w:szCs w:val="24"/>
              </w:rPr>
            </w:pPr>
            <w:r w:rsidRPr="00E85698">
              <w:rPr>
                <w:sz w:val="24"/>
                <w:szCs w:val="24"/>
              </w:rPr>
              <w:t>98.</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Сочинение-описание (упр.598)</w:t>
            </w:r>
          </w:p>
        </w:tc>
        <w:tc>
          <w:tcPr>
            <w:tcW w:w="713" w:type="dxa"/>
            <w:gridSpan w:val="2"/>
            <w:tcBorders>
              <w:left w:val="single" w:sz="6" w:space="0" w:color="000000"/>
            </w:tcBorders>
          </w:tcPr>
          <w:p w:rsidR="00A047B0" w:rsidRPr="00E85698" w:rsidRDefault="00A047B0" w:rsidP="00A047B0">
            <w:pPr>
              <w:pStyle w:val="TableParagraph"/>
              <w:spacing w:before="12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15"/>
        </w:trPr>
        <w:tc>
          <w:tcPr>
            <w:tcW w:w="578" w:type="dxa"/>
            <w:gridSpan w:val="2"/>
          </w:tcPr>
          <w:p w:rsidR="00A047B0" w:rsidRPr="00E85698" w:rsidRDefault="00A047B0" w:rsidP="00A047B0">
            <w:pPr>
              <w:pStyle w:val="TableParagraph"/>
              <w:spacing w:before="132"/>
              <w:ind w:left="76"/>
              <w:rPr>
                <w:sz w:val="24"/>
                <w:szCs w:val="24"/>
              </w:rPr>
            </w:pPr>
            <w:r w:rsidRPr="00E85698">
              <w:rPr>
                <w:sz w:val="24"/>
                <w:szCs w:val="24"/>
              </w:rPr>
              <w:t>99.</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Нормы</w:t>
            </w:r>
            <w:r w:rsidRPr="00E85698">
              <w:rPr>
                <w:spacing w:val="-5"/>
                <w:sz w:val="24"/>
                <w:szCs w:val="24"/>
              </w:rPr>
              <w:t xml:space="preserve"> </w:t>
            </w:r>
            <w:r w:rsidRPr="00E85698">
              <w:rPr>
                <w:sz w:val="24"/>
                <w:szCs w:val="24"/>
              </w:rPr>
              <w:t>произношения</w:t>
            </w:r>
            <w:r w:rsidRPr="00E85698">
              <w:rPr>
                <w:spacing w:val="-5"/>
                <w:sz w:val="24"/>
                <w:szCs w:val="24"/>
              </w:rPr>
              <w:t xml:space="preserve"> </w:t>
            </w:r>
            <w:r w:rsidRPr="00E85698">
              <w:rPr>
                <w:sz w:val="24"/>
                <w:szCs w:val="24"/>
              </w:rPr>
              <w:t>имен</w:t>
            </w:r>
            <w:r w:rsidRPr="00E85698">
              <w:rPr>
                <w:spacing w:val="-2"/>
                <w:sz w:val="24"/>
                <w:szCs w:val="24"/>
              </w:rPr>
              <w:t xml:space="preserve"> </w:t>
            </w:r>
            <w:r w:rsidRPr="00E85698">
              <w:rPr>
                <w:sz w:val="24"/>
                <w:szCs w:val="24"/>
              </w:rPr>
              <w:t>прилагательных,</w:t>
            </w:r>
            <w:r w:rsidRPr="00E85698">
              <w:rPr>
                <w:spacing w:val="-4"/>
                <w:sz w:val="24"/>
                <w:szCs w:val="24"/>
              </w:rPr>
              <w:t xml:space="preserve"> </w:t>
            </w:r>
            <w:r w:rsidRPr="00E85698">
              <w:rPr>
                <w:sz w:val="24"/>
                <w:szCs w:val="24"/>
              </w:rPr>
              <w:t>нормы</w:t>
            </w:r>
          </w:p>
          <w:p w:rsidR="00A047B0" w:rsidRPr="00E85698" w:rsidRDefault="00A047B0" w:rsidP="00A047B0">
            <w:pPr>
              <w:pStyle w:val="TableParagraph"/>
              <w:spacing w:before="17"/>
              <w:ind w:left="5"/>
              <w:rPr>
                <w:sz w:val="24"/>
                <w:szCs w:val="24"/>
              </w:rPr>
            </w:pPr>
            <w:r w:rsidRPr="00E85698">
              <w:rPr>
                <w:sz w:val="24"/>
                <w:szCs w:val="24"/>
              </w:rPr>
              <w:t>постановки</w:t>
            </w:r>
            <w:r w:rsidRPr="00E85698">
              <w:rPr>
                <w:spacing w:val="-5"/>
                <w:sz w:val="24"/>
                <w:szCs w:val="24"/>
              </w:rPr>
              <w:t xml:space="preserve"> </w:t>
            </w:r>
            <w:r w:rsidRPr="00E85698">
              <w:rPr>
                <w:sz w:val="24"/>
                <w:szCs w:val="24"/>
              </w:rPr>
              <w:t>ударения</w:t>
            </w:r>
          </w:p>
        </w:tc>
        <w:tc>
          <w:tcPr>
            <w:tcW w:w="713" w:type="dxa"/>
            <w:gridSpan w:val="2"/>
            <w:tcBorders>
              <w:left w:val="single" w:sz="6" w:space="0" w:color="000000"/>
            </w:tcBorders>
          </w:tcPr>
          <w:p w:rsidR="00A047B0" w:rsidRPr="00E85698" w:rsidRDefault="00A047B0" w:rsidP="00A047B0">
            <w:pPr>
              <w:pStyle w:val="TableParagraph"/>
              <w:spacing w:before="13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100.</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Нормы</w:t>
            </w:r>
            <w:r w:rsidRPr="00E85698">
              <w:rPr>
                <w:spacing w:val="-4"/>
                <w:sz w:val="24"/>
                <w:szCs w:val="24"/>
              </w:rPr>
              <w:t xml:space="preserve"> </w:t>
            </w:r>
            <w:r w:rsidRPr="00E85698">
              <w:rPr>
                <w:sz w:val="24"/>
                <w:szCs w:val="24"/>
              </w:rPr>
              <w:t>словоизменения</w:t>
            </w:r>
            <w:r w:rsidRPr="00E85698">
              <w:rPr>
                <w:spacing w:val="-5"/>
                <w:sz w:val="24"/>
                <w:szCs w:val="24"/>
              </w:rPr>
              <w:t xml:space="preserve"> </w:t>
            </w:r>
            <w:r w:rsidRPr="00E85698">
              <w:rPr>
                <w:sz w:val="24"/>
                <w:szCs w:val="24"/>
              </w:rPr>
              <w:t>имен</w:t>
            </w:r>
            <w:r w:rsidRPr="00E85698">
              <w:rPr>
                <w:spacing w:val="-4"/>
                <w:sz w:val="24"/>
                <w:szCs w:val="24"/>
              </w:rPr>
              <w:t xml:space="preserve"> </w:t>
            </w: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8"/>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101.</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Буквы</w:t>
            </w:r>
            <w:r w:rsidRPr="00E85698">
              <w:rPr>
                <w:spacing w:val="-2"/>
                <w:sz w:val="24"/>
                <w:szCs w:val="24"/>
              </w:rPr>
              <w:t xml:space="preserve"> </w:t>
            </w:r>
            <w:proofErr w:type="gramStart"/>
            <w:r w:rsidRPr="00E85698">
              <w:rPr>
                <w:sz w:val="24"/>
                <w:szCs w:val="24"/>
              </w:rPr>
              <w:t>О</w:t>
            </w:r>
            <w:proofErr w:type="gramEnd"/>
            <w:r w:rsidRPr="00E85698">
              <w:rPr>
                <w:sz w:val="24"/>
                <w:szCs w:val="24"/>
              </w:rPr>
              <w:t xml:space="preserve"> и</w:t>
            </w:r>
            <w:r w:rsidRPr="00E85698">
              <w:rPr>
                <w:spacing w:val="-2"/>
                <w:sz w:val="24"/>
                <w:szCs w:val="24"/>
              </w:rPr>
              <w:t xml:space="preserve"> </w:t>
            </w:r>
            <w:r w:rsidRPr="00E85698">
              <w:rPr>
                <w:sz w:val="24"/>
                <w:szCs w:val="24"/>
              </w:rPr>
              <w:t>Е</w:t>
            </w:r>
            <w:r w:rsidRPr="00E85698">
              <w:rPr>
                <w:spacing w:val="-2"/>
                <w:sz w:val="24"/>
                <w:szCs w:val="24"/>
              </w:rPr>
              <w:t xml:space="preserve"> </w:t>
            </w:r>
            <w:r w:rsidRPr="00E85698">
              <w:rPr>
                <w:sz w:val="24"/>
                <w:szCs w:val="24"/>
              </w:rPr>
              <w:t>после</w:t>
            </w:r>
            <w:r w:rsidRPr="00E85698">
              <w:rPr>
                <w:spacing w:val="-1"/>
                <w:sz w:val="24"/>
                <w:szCs w:val="24"/>
              </w:rPr>
              <w:t xml:space="preserve"> </w:t>
            </w:r>
            <w:r w:rsidRPr="00E85698">
              <w:rPr>
                <w:sz w:val="24"/>
                <w:szCs w:val="24"/>
              </w:rPr>
              <w:t>шипящих</w:t>
            </w:r>
            <w:r w:rsidRPr="00E85698">
              <w:rPr>
                <w:spacing w:val="-3"/>
                <w:sz w:val="24"/>
                <w:szCs w:val="24"/>
              </w:rPr>
              <w:t xml:space="preserve"> </w:t>
            </w:r>
            <w:r w:rsidRPr="00E85698">
              <w:rPr>
                <w:sz w:val="24"/>
                <w:szCs w:val="24"/>
              </w:rPr>
              <w:t>и</w:t>
            </w:r>
            <w:r w:rsidRPr="00E85698">
              <w:rPr>
                <w:spacing w:val="-3"/>
                <w:sz w:val="24"/>
                <w:szCs w:val="24"/>
              </w:rPr>
              <w:t xml:space="preserve"> </w:t>
            </w:r>
            <w:r w:rsidRPr="00E85698">
              <w:rPr>
                <w:sz w:val="24"/>
                <w:szCs w:val="24"/>
              </w:rPr>
              <w:t>Ц</w:t>
            </w:r>
            <w:r w:rsidRPr="00E85698">
              <w:rPr>
                <w:spacing w:val="-1"/>
                <w:sz w:val="24"/>
                <w:szCs w:val="24"/>
              </w:rPr>
              <w:t xml:space="preserve"> </w:t>
            </w:r>
            <w:r w:rsidRPr="00E85698">
              <w:rPr>
                <w:sz w:val="24"/>
                <w:szCs w:val="24"/>
              </w:rPr>
              <w:t>в</w:t>
            </w:r>
            <w:r w:rsidRPr="00E85698">
              <w:rPr>
                <w:spacing w:val="-3"/>
                <w:sz w:val="24"/>
                <w:szCs w:val="24"/>
              </w:rPr>
              <w:t xml:space="preserve"> </w:t>
            </w:r>
            <w:r w:rsidRPr="00E85698">
              <w:rPr>
                <w:sz w:val="24"/>
                <w:szCs w:val="24"/>
              </w:rPr>
              <w:t>окончаниях</w:t>
            </w:r>
            <w:r w:rsidRPr="00E85698">
              <w:rPr>
                <w:spacing w:val="-2"/>
                <w:sz w:val="24"/>
                <w:szCs w:val="24"/>
              </w:rPr>
              <w:t xml:space="preserve"> </w:t>
            </w:r>
            <w:r w:rsidRPr="00E85698">
              <w:rPr>
                <w:sz w:val="24"/>
                <w:szCs w:val="24"/>
              </w:rPr>
              <w:t>имён</w:t>
            </w:r>
          </w:p>
          <w:p w:rsidR="00A047B0" w:rsidRPr="00E85698" w:rsidRDefault="00A047B0" w:rsidP="00A047B0">
            <w:pPr>
              <w:pStyle w:val="TableParagraph"/>
              <w:spacing w:before="17"/>
              <w:ind w:left="5"/>
              <w:rPr>
                <w:sz w:val="24"/>
                <w:szCs w:val="24"/>
              </w:rPr>
            </w:pP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102.</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Буквы</w:t>
            </w:r>
            <w:r w:rsidRPr="00E85698">
              <w:rPr>
                <w:spacing w:val="-2"/>
                <w:sz w:val="24"/>
                <w:szCs w:val="24"/>
              </w:rPr>
              <w:t xml:space="preserve"> </w:t>
            </w:r>
            <w:proofErr w:type="gramStart"/>
            <w:r w:rsidRPr="00E85698">
              <w:rPr>
                <w:sz w:val="24"/>
                <w:szCs w:val="24"/>
              </w:rPr>
              <w:t>О</w:t>
            </w:r>
            <w:proofErr w:type="gramEnd"/>
            <w:r w:rsidRPr="00E85698">
              <w:rPr>
                <w:spacing w:val="1"/>
                <w:sz w:val="24"/>
                <w:szCs w:val="24"/>
              </w:rPr>
              <w:t xml:space="preserve"> </w:t>
            </w:r>
            <w:r w:rsidRPr="00E85698">
              <w:rPr>
                <w:sz w:val="24"/>
                <w:szCs w:val="24"/>
              </w:rPr>
              <w:t>и</w:t>
            </w:r>
            <w:r w:rsidRPr="00E85698">
              <w:rPr>
                <w:spacing w:val="-3"/>
                <w:sz w:val="24"/>
                <w:szCs w:val="24"/>
              </w:rPr>
              <w:t xml:space="preserve"> </w:t>
            </w:r>
            <w:r w:rsidRPr="00E85698">
              <w:rPr>
                <w:sz w:val="24"/>
                <w:szCs w:val="24"/>
              </w:rPr>
              <w:t>Е</w:t>
            </w:r>
            <w:r w:rsidRPr="00E85698">
              <w:rPr>
                <w:spacing w:val="-1"/>
                <w:sz w:val="24"/>
                <w:szCs w:val="24"/>
              </w:rPr>
              <w:t xml:space="preserve"> </w:t>
            </w:r>
            <w:r w:rsidRPr="00E85698">
              <w:rPr>
                <w:sz w:val="24"/>
                <w:szCs w:val="24"/>
              </w:rPr>
              <w:t>после</w:t>
            </w:r>
            <w:r w:rsidRPr="00E85698">
              <w:rPr>
                <w:spacing w:val="-1"/>
                <w:sz w:val="24"/>
                <w:szCs w:val="24"/>
              </w:rPr>
              <w:t xml:space="preserve"> </w:t>
            </w:r>
            <w:r w:rsidRPr="00E85698">
              <w:rPr>
                <w:sz w:val="24"/>
                <w:szCs w:val="24"/>
              </w:rPr>
              <w:t>шипящих</w:t>
            </w:r>
            <w:r w:rsidRPr="00E85698">
              <w:rPr>
                <w:spacing w:val="-3"/>
                <w:sz w:val="24"/>
                <w:szCs w:val="24"/>
              </w:rPr>
              <w:t xml:space="preserve"> </w:t>
            </w:r>
            <w:r w:rsidRPr="00E85698">
              <w:rPr>
                <w:sz w:val="24"/>
                <w:szCs w:val="24"/>
              </w:rPr>
              <w:t>и</w:t>
            </w:r>
            <w:r w:rsidRPr="00E85698">
              <w:rPr>
                <w:spacing w:val="-2"/>
                <w:sz w:val="24"/>
                <w:szCs w:val="24"/>
              </w:rPr>
              <w:t xml:space="preserve"> </w:t>
            </w:r>
            <w:r w:rsidRPr="00E85698">
              <w:rPr>
                <w:sz w:val="24"/>
                <w:szCs w:val="24"/>
              </w:rPr>
              <w:t>Ц</w:t>
            </w:r>
            <w:r w:rsidRPr="00E85698">
              <w:rPr>
                <w:spacing w:val="-2"/>
                <w:sz w:val="24"/>
                <w:szCs w:val="24"/>
              </w:rPr>
              <w:t xml:space="preserve"> </w:t>
            </w:r>
            <w:r w:rsidRPr="00E85698">
              <w:rPr>
                <w:sz w:val="24"/>
                <w:szCs w:val="24"/>
              </w:rPr>
              <w:t>в</w:t>
            </w:r>
            <w:r w:rsidRPr="00E85698">
              <w:rPr>
                <w:spacing w:val="-2"/>
                <w:sz w:val="24"/>
                <w:szCs w:val="24"/>
              </w:rPr>
              <w:t xml:space="preserve"> </w:t>
            </w:r>
            <w:r w:rsidRPr="00E85698">
              <w:rPr>
                <w:sz w:val="24"/>
                <w:szCs w:val="24"/>
              </w:rPr>
              <w:t>суффиксах</w:t>
            </w:r>
            <w:r w:rsidRPr="00E85698">
              <w:rPr>
                <w:spacing w:val="-2"/>
                <w:sz w:val="24"/>
                <w:szCs w:val="24"/>
              </w:rPr>
              <w:t xml:space="preserve"> </w:t>
            </w:r>
            <w:r w:rsidRPr="00E85698">
              <w:rPr>
                <w:sz w:val="24"/>
                <w:szCs w:val="24"/>
              </w:rPr>
              <w:t>имён</w:t>
            </w:r>
          </w:p>
          <w:p w:rsidR="00A047B0" w:rsidRPr="00E85698" w:rsidRDefault="00A047B0" w:rsidP="00A047B0">
            <w:pPr>
              <w:pStyle w:val="TableParagraph"/>
              <w:spacing w:before="18"/>
              <w:ind w:left="5"/>
              <w:rPr>
                <w:sz w:val="24"/>
                <w:szCs w:val="24"/>
              </w:rPr>
            </w:pP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724"/>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103.</w:t>
            </w:r>
          </w:p>
        </w:tc>
        <w:tc>
          <w:tcPr>
            <w:tcW w:w="5094" w:type="dxa"/>
            <w:gridSpan w:val="2"/>
            <w:tcBorders>
              <w:right w:val="single" w:sz="6" w:space="0" w:color="000000"/>
            </w:tcBorders>
          </w:tcPr>
          <w:p w:rsidR="00A047B0" w:rsidRPr="00E85698" w:rsidRDefault="00A047B0" w:rsidP="00A047B0">
            <w:pPr>
              <w:pStyle w:val="TableParagraph"/>
              <w:spacing w:before="2" w:line="256" w:lineRule="auto"/>
              <w:ind w:left="5" w:right="141"/>
              <w:rPr>
                <w:sz w:val="24"/>
                <w:szCs w:val="24"/>
              </w:rPr>
            </w:pPr>
            <w:r w:rsidRPr="00E85698">
              <w:rPr>
                <w:sz w:val="24"/>
                <w:szCs w:val="24"/>
              </w:rPr>
              <w:t>Правописание</w:t>
            </w:r>
            <w:r w:rsidRPr="00E85698">
              <w:rPr>
                <w:spacing w:val="-2"/>
                <w:sz w:val="24"/>
                <w:szCs w:val="24"/>
              </w:rPr>
              <w:t xml:space="preserve"> </w:t>
            </w:r>
            <w:r w:rsidRPr="00E85698">
              <w:rPr>
                <w:sz w:val="24"/>
                <w:szCs w:val="24"/>
              </w:rPr>
              <w:t>О</w:t>
            </w:r>
            <w:r w:rsidRPr="00E85698">
              <w:rPr>
                <w:spacing w:val="1"/>
                <w:sz w:val="24"/>
                <w:szCs w:val="24"/>
              </w:rPr>
              <w:t xml:space="preserve"> </w:t>
            </w:r>
            <w:r w:rsidRPr="00E85698">
              <w:rPr>
                <w:sz w:val="24"/>
                <w:szCs w:val="24"/>
              </w:rPr>
              <w:t>и</w:t>
            </w:r>
            <w:r w:rsidRPr="00E85698">
              <w:rPr>
                <w:spacing w:val="-3"/>
                <w:sz w:val="24"/>
                <w:szCs w:val="24"/>
              </w:rPr>
              <w:t xml:space="preserve"> </w:t>
            </w:r>
            <w:r w:rsidRPr="00E85698">
              <w:rPr>
                <w:sz w:val="24"/>
                <w:szCs w:val="24"/>
              </w:rPr>
              <w:t>Е</w:t>
            </w:r>
            <w:r w:rsidRPr="00E85698">
              <w:rPr>
                <w:spacing w:val="-1"/>
                <w:sz w:val="24"/>
                <w:szCs w:val="24"/>
              </w:rPr>
              <w:t xml:space="preserve"> </w:t>
            </w:r>
            <w:r w:rsidRPr="00E85698">
              <w:rPr>
                <w:sz w:val="24"/>
                <w:szCs w:val="24"/>
              </w:rPr>
              <w:t>(Ё)</w:t>
            </w:r>
            <w:r w:rsidRPr="00E85698">
              <w:rPr>
                <w:spacing w:val="-2"/>
                <w:sz w:val="24"/>
                <w:szCs w:val="24"/>
              </w:rPr>
              <w:t xml:space="preserve"> </w:t>
            </w:r>
            <w:r w:rsidRPr="00E85698">
              <w:rPr>
                <w:sz w:val="24"/>
                <w:szCs w:val="24"/>
              </w:rPr>
              <w:t>после</w:t>
            </w:r>
            <w:r w:rsidRPr="00E85698">
              <w:rPr>
                <w:spacing w:val="-1"/>
                <w:sz w:val="24"/>
                <w:szCs w:val="24"/>
              </w:rPr>
              <w:t xml:space="preserve"> </w:t>
            </w:r>
            <w:r w:rsidRPr="00E85698">
              <w:rPr>
                <w:sz w:val="24"/>
                <w:szCs w:val="24"/>
              </w:rPr>
              <w:t>шипящих</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Ц</w:t>
            </w:r>
            <w:r w:rsidRPr="00E85698">
              <w:rPr>
                <w:spacing w:val="-1"/>
                <w:sz w:val="24"/>
                <w:szCs w:val="24"/>
              </w:rPr>
              <w:t xml:space="preserve"> </w:t>
            </w:r>
            <w:r w:rsidRPr="00E85698">
              <w:rPr>
                <w:sz w:val="24"/>
                <w:szCs w:val="24"/>
              </w:rPr>
              <w:t>в</w:t>
            </w:r>
            <w:r w:rsidRPr="00E85698">
              <w:rPr>
                <w:spacing w:val="-3"/>
                <w:sz w:val="24"/>
                <w:szCs w:val="24"/>
              </w:rPr>
              <w:t xml:space="preserve"> </w:t>
            </w:r>
            <w:r w:rsidRPr="00E85698">
              <w:rPr>
                <w:sz w:val="24"/>
                <w:szCs w:val="24"/>
              </w:rPr>
              <w:t>суффиксах</w:t>
            </w:r>
            <w:r w:rsidRPr="00E85698">
              <w:rPr>
                <w:spacing w:val="-47"/>
                <w:sz w:val="24"/>
                <w:szCs w:val="24"/>
              </w:rPr>
              <w:t xml:space="preserve"> </w:t>
            </w:r>
            <w:r w:rsidRPr="00E85698">
              <w:rPr>
                <w:sz w:val="24"/>
                <w:szCs w:val="24"/>
              </w:rPr>
              <w:t>и</w:t>
            </w:r>
            <w:r w:rsidRPr="00E85698">
              <w:rPr>
                <w:spacing w:val="-4"/>
                <w:sz w:val="24"/>
                <w:szCs w:val="24"/>
              </w:rPr>
              <w:t xml:space="preserve"> </w:t>
            </w:r>
            <w:r w:rsidRPr="00E85698">
              <w:rPr>
                <w:sz w:val="24"/>
                <w:szCs w:val="24"/>
              </w:rPr>
              <w:t>окончаниях</w:t>
            </w:r>
            <w:r w:rsidRPr="00E85698">
              <w:rPr>
                <w:spacing w:val="-3"/>
                <w:sz w:val="24"/>
                <w:szCs w:val="24"/>
              </w:rPr>
              <w:t xml:space="preserve"> </w:t>
            </w:r>
            <w:r w:rsidRPr="00E85698">
              <w:rPr>
                <w:sz w:val="24"/>
                <w:szCs w:val="24"/>
              </w:rPr>
              <w:t>имён</w:t>
            </w:r>
            <w:r w:rsidRPr="00E85698">
              <w:rPr>
                <w:spacing w:val="-4"/>
                <w:sz w:val="24"/>
                <w:szCs w:val="24"/>
              </w:rPr>
              <w:t xml:space="preserve"> </w:t>
            </w:r>
            <w:r w:rsidRPr="00E85698">
              <w:rPr>
                <w:sz w:val="24"/>
                <w:szCs w:val="24"/>
              </w:rPr>
              <w:t>существительных</w:t>
            </w:r>
            <w:r w:rsidRPr="00E85698">
              <w:rPr>
                <w:spacing w:val="-3"/>
                <w:sz w:val="24"/>
                <w:szCs w:val="24"/>
              </w:rPr>
              <w:t xml:space="preserve"> </w:t>
            </w:r>
            <w:r w:rsidRPr="00E85698">
              <w:rPr>
                <w:sz w:val="24"/>
                <w:szCs w:val="24"/>
              </w:rPr>
              <w:t>и</w:t>
            </w:r>
            <w:r w:rsidRPr="00E85698">
              <w:rPr>
                <w:spacing w:val="-2"/>
                <w:sz w:val="24"/>
                <w:szCs w:val="24"/>
              </w:rPr>
              <w:t xml:space="preserve"> </w:t>
            </w:r>
            <w:r w:rsidRPr="00E85698">
              <w:rPr>
                <w:sz w:val="24"/>
                <w:szCs w:val="24"/>
              </w:rPr>
              <w:t>прилагательных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104.</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Слитное</w:t>
            </w:r>
            <w:r w:rsidRPr="00E85698">
              <w:rPr>
                <w:spacing w:val="-4"/>
                <w:sz w:val="24"/>
                <w:szCs w:val="24"/>
              </w:rPr>
              <w:t xml:space="preserve"> </w:t>
            </w:r>
            <w:r w:rsidRPr="00E85698">
              <w:rPr>
                <w:sz w:val="24"/>
                <w:szCs w:val="24"/>
              </w:rPr>
              <w:t>и</w:t>
            </w:r>
            <w:r w:rsidRPr="00E85698">
              <w:rPr>
                <w:spacing w:val="-4"/>
                <w:sz w:val="24"/>
                <w:szCs w:val="24"/>
              </w:rPr>
              <w:t xml:space="preserve"> </w:t>
            </w:r>
            <w:r w:rsidRPr="00E85698">
              <w:rPr>
                <w:sz w:val="24"/>
                <w:szCs w:val="24"/>
              </w:rPr>
              <w:t>раздельное</w:t>
            </w:r>
            <w:r w:rsidRPr="00E85698">
              <w:rPr>
                <w:spacing w:val="-3"/>
                <w:sz w:val="24"/>
                <w:szCs w:val="24"/>
              </w:rPr>
              <w:t xml:space="preserve"> </w:t>
            </w:r>
            <w:r w:rsidRPr="00E85698">
              <w:rPr>
                <w:sz w:val="24"/>
                <w:szCs w:val="24"/>
              </w:rPr>
              <w:t>написание</w:t>
            </w:r>
            <w:r w:rsidRPr="00E85698">
              <w:rPr>
                <w:spacing w:val="-3"/>
                <w:sz w:val="24"/>
                <w:szCs w:val="24"/>
              </w:rPr>
              <w:t xml:space="preserve"> </w:t>
            </w:r>
            <w:r w:rsidRPr="00E85698">
              <w:rPr>
                <w:sz w:val="24"/>
                <w:szCs w:val="24"/>
              </w:rPr>
              <w:t>НЕ</w:t>
            </w:r>
            <w:r w:rsidRPr="00E85698">
              <w:rPr>
                <w:spacing w:val="-3"/>
                <w:sz w:val="24"/>
                <w:szCs w:val="24"/>
              </w:rPr>
              <w:t xml:space="preserve"> </w:t>
            </w:r>
            <w:r w:rsidRPr="00E85698">
              <w:rPr>
                <w:sz w:val="24"/>
                <w:szCs w:val="24"/>
              </w:rPr>
              <w:t>с</w:t>
            </w:r>
            <w:r w:rsidRPr="00E85698">
              <w:rPr>
                <w:spacing w:val="-3"/>
                <w:sz w:val="24"/>
                <w:szCs w:val="24"/>
              </w:rPr>
              <w:t xml:space="preserve"> </w:t>
            </w:r>
            <w:r w:rsidRPr="00E85698">
              <w:rPr>
                <w:sz w:val="24"/>
                <w:szCs w:val="24"/>
              </w:rPr>
              <w:t>именами</w:t>
            </w:r>
          </w:p>
          <w:p w:rsidR="00A047B0" w:rsidRPr="00E85698" w:rsidRDefault="00A047B0" w:rsidP="00A047B0">
            <w:pPr>
              <w:pStyle w:val="TableParagraph"/>
              <w:spacing w:before="20"/>
              <w:ind w:left="5"/>
              <w:rPr>
                <w:sz w:val="24"/>
                <w:szCs w:val="24"/>
              </w:rPr>
            </w:pPr>
            <w:r w:rsidRPr="00E85698">
              <w:rPr>
                <w:sz w:val="24"/>
                <w:szCs w:val="24"/>
              </w:rPr>
              <w:t>прилагательными</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105.</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Повторение</w:t>
            </w:r>
            <w:r w:rsidRPr="00E85698">
              <w:rPr>
                <w:spacing w:val="-2"/>
                <w:sz w:val="24"/>
                <w:szCs w:val="24"/>
              </w:rPr>
              <w:t xml:space="preserve"> </w:t>
            </w:r>
            <w:r w:rsidRPr="00E85698">
              <w:rPr>
                <w:sz w:val="24"/>
                <w:szCs w:val="24"/>
              </w:rPr>
              <w:t>по</w:t>
            </w:r>
            <w:r w:rsidRPr="00E85698">
              <w:rPr>
                <w:spacing w:val="-3"/>
                <w:sz w:val="24"/>
                <w:szCs w:val="24"/>
              </w:rPr>
              <w:t xml:space="preserve"> </w:t>
            </w:r>
            <w:r w:rsidRPr="00E85698">
              <w:rPr>
                <w:sz w:val="24"/>
                <w:szCs w:val="24"/>
              </w:rPr>
              <w:t>теме</w:t>
            </w:r>
            <w:r w:rsidRPr="00E85698">
              <w:rPr>
                <w:spacing w:val="-5"/>
                <w:sz w:val="24"/>
                <w:szCs w:val="24"/>
              </w:rPr>
              <w:t xml:space="preserve"> </w:t>
            </w:r>
            <w:r w:rsidRPr="00E85698">
              <w:rPr>
                <w:sz w:val="24"/>
                <w:szCs w:val="24"/>
              </w:rPr>
              <w:t>"Имя</w:t>
            </w:r>
            <w:r w:rsidRPr="00E85698">
              <w:rPr>
                <w:spacing w:val="-5"/>
                <w:sz w:val="24"/>
                <w:szCs w:val="24"/>
              </w:rPr>
              <w:t xml:space="preserve"> </w:t>
            </w:r>
            <w:r w:rsidRPr="00E85698">
              <w:rPr>
                <w:sz w:val="24"/>
                <w:szCs w:val="24"/>
              </w:rPr>
              <w:t>прилагательное</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8"/>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106.</w:t>
            </w:r>
          </w:p>
        </w:tc>
        <w:tc>
          <w:tcPr>
            <w:tcW w:w="5094" w:type="dxa"/>
            <w:gridSpan w:val="2"/>
            <w:tcBorders>
              <w:right w:val="single" w:sz="6" w:space="0" w:color="000000"/>
            </w:tcBorders>
          </w:tcPr>
          <w:p w:rsidR="00A047B0" w:rsidRPr="00E85698" w:rsidRDefault="00A047B0" w:rsidP="00A047B0">
            <w:pPr>
              <w:pStyle w:val="TableParagraph"/>
              <w:spacing w:before="5"/>
              <w:rPr>
                <w:sz w:val="24"/>
                <w:szCs w:val="24"/>
              </w:rPr>
            </w:pPr>
            <w:r w:rsidRPr="00E85698">
              <w:rPr>
                <w:sz w:val="24"/>
                <w:szCs w:val="24"/>
              </w:rPr>
              <w:t>Контрольная работа по теме «Имя прилагательное»</w:t>
            </w:r>
          </w:p>
          <w:p w:rsidR="00A047B0" w:rsidRPr="00E85698" w:rsidRDefault="00A047B0" w:rsidP="00A047B0">
            <w:pPr>
              <w:pStyle w:val="TableParagraph"/>
              <w:spacing w:before="18"/>
              <w:rPr>
                <w:sz w:val="24"/>
                <w:szCs w:val="24"/>
              </w:rPr>
            </w:pP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lastRenderedPageBreak/>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lastRenderedPageBreak/>
              <w:t>107.</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Глагол</w:t>
            </w:r>
            <w:r w:rsidRPr="00E85698">
              <w:rPr>
                <w:spacing w:val="-2"/>
                <w:sz w:val="24"/>
                <w:szCs w:val="24"/>
              </w:rPr>
              <w:t xml:space="preserve"> </w:t>
            </w:r>
            <w:r w:rsidRPr="00E85698">
              <w:rPr>
                <w:sz w:val="24"/>
                <w:szCs w:val="24"/>
              </w:rPr>
              <w:t>как</w:t>
            </w:r>
            <w:r w:rsidRPr="00E85698">
              <w:rPr>
                <w:spacing w:val="-4"/>
                <w:sz w:val="24"/>
                <w:szCs w:val="24"/>
              </w:rPr>
              <w:t xml:space="preserve"> </w:t>
            </w:r>
            <w:r w:rsidRPr="00E85698">
              <w:rPr>
                <w:sz w:val="24"/>
                <w:szCs w:val="24"/>
              </w:rPr>
              <w:t>часть</w:t>
            </w:r>
            <w:r w:rsidRPr="00E85698">
              <w:rPr>
                <w:spacing w:val="-2"/>
                <w:sz w:val="24"/>
                <w:szCs w:val="24"/>
              </w:rPr>
              <w:t xml:space="preserve"> </w:t>
            </w:r>
            <w:r w:rsidRPr="00E85698">
              <w:rPr>
                <w:sz w:val="24"/>
                <w:szCs w:val="24"/>
              </w:rPr>
              <w:t>речи.</w:t>
            </w:r>
            <w:r w:rsidRPr="00E85698">
              <w:rPr>
                <w:spacing w:val="-3"/>
                <w:sz w:val="24"/>
                <w:szCs w:val="24"/>
              </w:rPr>
              <w:t xml:space="preserve"> </w:t>
            </w:r>
            <w:r w:rsidRPr="00E85698">
              <w:rPr>
                <w:sz w:val="24"/>
                <w:szCs w:val="24"/>
              </w:rPr>
              <w:t>Роль</w:t>
            </w:r>
            <w:r w:rsidRPr="00E85698">
              <w:rPr>
                <w:spacing w:val="-2"/>
                <w:sz w:val="24"/>
                <w:szCs w:val="24"/>
              </w:rPr>
              <w:t xml:space="preserve"> </w:t>
            </w:r>
            <w:r w:rsidRPr="00E85698">
              <w:rPr>
                <w:sz w:val="24"/>
                <w:szCs w:val="24"/>
              </w:rPr>
              <w:t>глагола</w:t>
            </w:r>
            <w:r w:rsidRPr="00E85698">
              <w:rPr>
                <w:spacing w:val="-3"/>
                <w:sz w:val="24"/>
                <w:szCs w:val="24"/>
              </w:rPr>
              <w:t xml:space="preserve"> </w:t>
            </w:r>
            <w:r w:rsidRPr="00E85698">
              <w:rPr>
                <w:sz w:val="24"/>
                <w:szCs w:val="24"/>
              </w:rPr>
              <w:t>в</w:t>
            </w:r>
            <w:r w:rsidRPr="00E85698">
              <w:rPr>
                <w:spacing w:val="-3"/>
                <w:sz w:val="24"/>
                <w:szCs w:val="24"/>
              </w:rPr>
              <w:t xml:space="preserve"> </w:t>
            </w:r>
            <w:r w:rsidRPr="00E85698">
              <w:rPr>
                <w:sz w:val="24"/>
                <w:szCs w:val="24"/>
              </w:rPr>
              <w:t>словосочетании</w:t>
            </w:r>
            <w:r w:rsidRPr="00E85698">
              <w:rPr>
                <w:spacing w:val="-2"/>
                <w:sz w:val="24"/>
                <w:szCs w:val="24"/>
              </w:rPr>
              <w:t xml:space="preserve"> </w:t>
            </w:r>
            <w:r w:rsidRPr="00E85698">
              <w:rPr>
                <w:sz w:val="24"/>
                <w:szCs w:val="24"/>
              </w:rPr>
              <w:t>и</w:t>
            </w:r>
          </w:p>
          <w:p w:rsidR="00A047B0" w:rsidRPr="00E85698" w:rsidRDefault="00A047B0" w:rsidP="00A047B0">
            <w:pPr>
              <w:pStyle w:val="TableParagraph"/>
              <w:spacing w:before="18"/>
              <w:ind w:left="5"/>
              <w:rPr>
                <w:sz w:val="24"/>
                <w:szCs w:val="24"/>
              </w:rPr>
            </w:pPr>
            <w:r w:rsidRPr="00E85698">
              <w:rPr>
                <w:sz w:val="24"/>
                <w:szCs w:val="24"/>
              </w:rPr>
              <w:t>предложении,</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речи</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t>108.</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Инфинитив</w:t>
            </w:r>
            <w:r w:rsidRPr="00E85698">
              <w:rPr>
                <w:spacing w:val="-5"/>
                <w:sz w:val="24"/>
                <w:szCs w:val="24"/>
              </w:rPr>
              <w:t xml:space="preserve"> </w:t>
            </w:r>
            <w:r w:rsidRPr="00E85698">
              <w:rPr>
                <w:sz w:val="24"/>
                <w:szCs w:val="24"/>
              </w:rPr>
              <w:t>и</w:t>
            </w:r>
            <w:r w:rsidRPr="00E85698">
              <w:rPr>
                <w:spacing w:val="-5"/>
                <w:sz w:val="24"/>
                <w:szCs w:val="24"/>
              </w:rPr>
              <w:t xml:space="preserve"> </w:t>
            </w:r>
            <w:r w:rsidRPr="00E85698">
              <w:rPr>
                <w:sz w:val="24"/>
                <w:szCs w:val="24"/>
              </w:rPr>
              <w:t>его</w:t>
            </w:r>
            <w:r w:rsidRPr="00E85698">
              <w:rPr>
                <w:spacing w:val="-3"/>
                <w:sz w:val="24"/>
                <w:szCs w:val="24"/>
              </w:rPr>
              <w:t xml:space="preserve"> </w:t>
            </w:r>
            <w:r w:rsidRPr="00E85698">
              <w:rPr>
                <w:sz w:val="24"/>
                <w:szCs w:val="24"/>
              </w:rPr>
              <w:t>грамматические</w:t>
            </w:r>
            <w:r w:rsidRPr="00E85698">
              <w:rPr>
                <w:spacing w:val="-3"/>
                <w:sz w:val="24"/>
                <w:szCs w:val="24"/>
              </w:rPr>
              <w:t xml:space="preserve"> </w:t>
            </w:r>
            <w:r w:rsidRPr="00E85698">
              <w:rPr>
                <w:sz w:val="24"/>
                <w:szCs w:val="24"/>
              </w:rPr>
              <w:t>свойства.</w:t>
            </w:r>
            <w:r w:rsidRPr="00E85698">
              <w:rPr>
                <w:spacing w:val="-3"/>
                <w:sz w:val="24"/>
                <w:szCs w:val="24"/>
              </w:rPr>
              <w:t xml:space="preserve"> </w:t>
            </w:r>
            <w:r w:rsidRPr="00E85698">
              <w:rPr>
                <w:sz w:val="24"/>
                <w:szCs w:val="24"/>
              </w:rPr>
              <w:t>Основа</w:t>
            </w:r>
          </w:p>
          <w:p w:rsidR="00A047B0" w:rsidRPr="00E85698" w:rsidRDefault="00A047B0" w:rsidP="00A047B0">
            <w:pPr>
              <w:pStyle w:val="TableParagraph"/>
              <w:spacing w:before="18"/>
              <w:ind w:left="5"/>
              <w:rPr>
                <w:sz w:val="24"/>
                <w:szCs w:val="24"/>
              </w:rPr>
            </w:pPr>
            <w:r w:rsidRPr="00E85698">
              <w:rPr>
                <w:sz w:val="24"/>
                <w:szCs w:val="24"/>
              </w:rPr>
              <w:t>инфинитива</w:t>
            </w:r>
            <w:r w:rsidRPr="00E85698">
              <w:rPr>
                <w:spacing w:val="-6"/>
                <w:sz w:val="24"/>
                <w:szCs w:val="24"/>
              </w:rPr>
              <w:t xml:space="preserve"> </w:t>
            </w:r>
            <w:r w:rsidRPr="00E85698">
              <w:rPr>
                <w:sz w:val="24"/>
                <w:szCs w:val="24"/>
              </w:rPr>
              <w:t>(прошедшего</w:t>
            </w:r>
            <w:r w:rsidRPr="00E85698">
              <w:rPr>
                <w:spacing w:val="-3"/>
                <w:sz w:val="24"/>
                <w:szCs w:val="24"/>
              </w:rPr>
              <w:t xml:space="preserve"> </w:t>
            </w:r>
            <w:r w:rsidRPr="00E85698">
              <w:rPr>
                <w:sz w:val="24"/>
                <w:szCs w:val="24"/>
              </w:rPr>
              <w:t>времени),</w:t>
            </w:r>
            <w:r w:rsidRPr="00E85698">
              <w:rPr>
                <w:spacing w:val="-5"/>
                <w:sz w:val="24"/>
                <w:szCs w:val="24"/>
              </w:rPr>
              <w:t xml:space="preserve"> </w:t>
            </w:r>
            <w:r w:rsidRPr="00E85698">
              <w:rPr>
                <w:sz w:val="24"/>
                <w:szCs w:val="24"/>
              </w:rPr>
              <w:t>основа</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109.</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Глаголы</w:t>
            </w:r>
            <w:r w:rsidRPr="00E85698">
              <w:rPr>
                <w:spacing w:val="-5"/>
                <w:sz w:val="24"/>
                <w:szCs w:val="24"/>
              </w:rPr>
              <w:t xml:space="preserve"> </w:t>
            </w:r>
            <w:r w:rsidRPr="00E85698">
              <w:rPr>
                <w:sz w:val="24"/>
                <w:szCs w:val="24"/>
              </w:rPr>
              <w:t>совершенного</w:t>
            </w:r>
            <w:r w:rsidRPr="00E85698">
              <w:rPr>
                <w:spacing w:val="-3"/>
                <w:sz w:val="24"/>
                <w:szCs w:val="24"/>
              </w:rPr>
              <w:t xml:space="preserve"> </w:t>
            </w:r>
            <w:r w:rsidRPr="00E85698">
              <w:rPr>
                <w:sz w:val="24"/>
                <w:szCs w:val="24"/>
              </w:rPr>
              <w:t>и</w:t>
            </w:r>
            <w:r w:rsidRPr="00E85698">
              <w:rPr>
                <w:spacing w:val="-6"/>
                <w:sz w:val="24"/>
                <w:szCs w:val="24"/>
              </w:rPr>
              <w:t xml:space="preserve"> </w:t>
            </w:r>
            <w:r w:rsidRPr="00E85698">
              <w:rPr>
                <w:sz w:val="24"/>
                <w:szCs w:val="24"/>
              </w:rPr>
              <w:t>несовершенного</w:t>
            </w:r>
            <w:r w:rsidRPr="00E85698">
              <w:rPr>
                <w:spacing w:val="-3"/>
                <w:sz w:val="24"/>
                <w:szCs w:val="24"/>
              </w:rPr>
              <w:t xml:space="preserve"> </w:t>
            </w:r>
            <w:r w:rsidRPr="00E85698">
              <w:rPr>
                <w:sz w:val="24"/>
                <w:szCs w:val="24"/>
              </w:rPr>
              <w:t>вида</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58"/>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110.</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Глаголы</w:t>
            </w:r>
            <w:r w:rsidRPr="00E85698">
              <w:rPr>
                <w:spacing w:val="-5"/>
                <w:sz w:val="24"/>
                <w:szCs w:val="24"/>
              </w:rPr>
              <w:t xml:space="preserve"> </w:t>
            </w:r>
            <w:r w:rsidRPr="00E85698">
              <w:rPr>
                <w:sz w:val="24"/>
                <w:szCs w:val="24"/>
              </w:rPr>
              <w:t>совершенного</w:t>
            </w:r>
            <w:r w:rsidRPr="00E85698">
              <w:rPr>
                <w:spacing w:val="-4"/>
                <w:sz w:val="24"/>
                <w:szCs w:val="24"/>
              </w:rPr>
              <w:t xml:space="preserve"> </w:t>
            </w:r>
            <w:r w:rsidRPr="00E85698">
              <w:rPr>
                <w:sz w:val="24"/>
                <w:szCs w:val="24"/>
              </w:rPr>
              <w:t>и</w:t>
            </w:r>
            <w:r w:rsidRPr="00E85698">
              <w:rPr>
                <w:spacing w:val="-5"/>
                <w:sz w:val="24"/>
                <w:szCs w:val="24"/>
              </w:rPr>
              <w:t xml:space="preserve"> </w:t>
            </w:r>
            <w:r w:rsidRPr="00E85698">
              <w:rPr>
                <w:sz w:val="24"/>
                <w:szCs w:val="24"/>
              </w:rPr>
              <w:t>несовершенного</w:t>
            </w:r>
            <w:r w:rsidRPr="00E85698">
              <w:rPr>
                <w:spacing w:val="-4"/>
                <w:sz w:val="24"/>
                <w:szCs w:val="24"/>
              </w:rPr>
              <w:t xml:space="preserve"> </w:t>
            </w:r>
            <w:r w:rsidRPr="00E85698">
              <w:rPr>
                <w:sz w:val="24"/>
                <w:szCs w:val="24"/>
              </w:rPr>
              <w:t>вида</w:t>
            </w:r>
          </w:p>
          <w:p w:rsidR="00A047B0" w:rsidRPr="00E85698" w:rsidRDefault="00A047B0" w:rsidP="00A047B0">
            <w:pPr>
              <w:pStyle w:val="TableParagraph"/>
              <w:spacing w:before="70"/>
              <w:ind w:left="5"/>
              <w:rPr>
                <w:sz w:val="24"/>
                <w:szCs w:val="24"/>
              </w:rPr>
            </w:pP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111.</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Глаголы</w:t>
            </w:r>
            <w:r w:rsidRPr="00E85698">
              <w:rPr>
                <w:spacing w:val="-4"/>
                <w:sz w:val="24"/>
                <w:szCs w:val="24"/>
              </w:rPr>
              <w:t xml:space="preserve"> </w:t>
            </w:r>
            <w:r w:rsidRPr="00E85698">
              <w:rPr>
                <w:sz w:val="24"/>
                <w:szCs w:val="24"/>
              </w:rPr>
              <w:t>возвратные</w:t>
            </w:r>
            <w:r w:rsidRPr="00E85698">
              <w:rPr>
                <w:spacing w:val="-4"/>
                <w:sz w:val="24"/>
                <w:szCs w:val="24"/>
              </w:rPr>
              <w:t xml:space="preserve"> </w:t>
            </w:r>
            <w:r w:rsidRPr="00E85698">
              <w:rPr>
                <w:sz w:val="24"/>
                <w:szCs w:val="24"/>
              </w:rPr>
              <w:t>и</w:t>
            </w:r>
            <w:r w:rsidRPr="00E85698">
              <w:rPr>
                <w:spacing w:val="-3"/>
                <w:sz w:val="24"/>
                <w:szCs w:val="24"/>
              </w:rPr>
              <w:t xml:space="preserve"> </w:t>
            </w:r>
            <w:r w:rsidRPr="00E85698">
              <w:rPr>
                <w:sz w:val="24"/>
                <w:szCs w:val="24"/>
              </w:rPr>
              <w:t>невозвратные</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112.</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Правописание</w:t>
            </w:r>
            <w:r w:rsidRPr="00E85698">
              <w:rPr>
                <w:spacing w:val="-1"/>
                <w:sz w:val="24"/>
                <w:szCs w:val="24"/>
              </w:rPr>
              <w:t xml:space="preserve"> </w:t>
            </w:r>
            <w:r w:rsidRPr="00E85698">
              <w:rPr>
                <w:sz w:val="24"/>
                <w:szCs w:val="24"/>
              </w:rPr>
              <w:t>-ТСЯ</w:t>
            </w:r>
            <w:r w:rsidRPr="00E85698">
              <w:rPr>
                <w:spacing w:val="-4"/>
                <w:sz w:val="24"/>
                <w:szCs w:val="24"/>
              </w:rPr>
              <w:t xml:space="preserve"> </w:t>
            </w:r>
            <w:r w:rsidRPr="00E85698">
              <w:rPr>
                <w:sz w:val="24"/>
                <w:szCs w:val="24"/>
              </w:rPr>
              <w:t>и</w:t>
            </w:r>
            <w:r w:rsidRPr="00E85698">
              <w:rPr>
                <w:spacing w:val="-2"/>
                <w:sz w:val="24"/>
                <w:szCs w:val="24"/>
              </w:rPr>
              <w:t xml:space="preserve"> </w:t>
            </w:r>
            <w:r w:rsidRPr="00E85698">
              <w:rPr>
                <w:sz w:val="24"/>
                <w:szCs w:val="24"/>
              </w:rPr>
              <w:t>-ТЬСЯ</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глаголах</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113.</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Правописание</w:t>
            </w:r>
            <w:r w:rsidRPr="00E85698">
              <w:rPr>
                <w:spacing w:val="-3"/>
                <w:sz w:val="24"/>
                <w:szCs w:val="24"/>
              </w:rPr>
              <w:t xml:space="preserve"> </w:t>
            </w:r>
            <w:r w:rsidRPr="00E85698">
              <w:rPr>
                <w:sz w:val="24"/>
                <w:szCs w:val="24"/>
              </w:rPr>
              <w:t>суффиксов</w:t>
            </w:r>
            <w:r w:rsidRPr="00E85698">
              <w:rPr>
                <w:spacing w:val="-2"/>
                <w:sz w:val="24"/>
                <w:szCs w:val="24"/>
              </w:rPr>
              <w:t xml:space="preserve"> </w:t>
            </w:r>
            <w:r w:rsidRPr="00E85698">
              <w:rPr>
                <w:sz w:val="24"/>
                <w:szCs w:val="24"/>
              </w:rPr>
              <w:t>-ОВА-</w:t>
            </w:r>
            <w:r w:rsidRPr="00E85698">
              <w:rPr>
                <w:spacing w:val="-4"/>
                <w:sz w:val="24"/>
                <w:szCs w:val="24"/>
              </w:rPr>
              <w:t xml:space="preserve"> </w:t>
            </w:r>
            <w:r w:rsidRPr="00E85698">
              <w:rPr>
                <w:sz w:val="24"/>
                <w:szCs w:val="24"/>
              </w:rPr>
              <w:t>—</w:t>
            </w:r>
            <w:r w:rsidRPr="00E85698">
              <w:rPr>
                <w:spacing w:val="-3"/>
                <w:sz w:val="24"/>
                <w:szCs w:val="24"/>
              </w:rPr>
              <w:t xml:space="preserve"> </w:t>
            </w:r>
            <w:r w:rsidRPr="00E85698">
              <w:rPr>
                <w:sz w:val="24"/>
                <w:szCs w:val="24"/>
              </w:rPr>
              <w:t>-ЕВА-,</w:t>
            </w:r>
            <w:r w:rsidRPr="00E85698">
              <w:rPr>
                <w:spacing w:val="-2"/>
                <w:sz w:val="24"/>
                <w:szCs w:val="24"/>
              </w:rPr>
              <w:t xml:space="preserve"> </w:t>
            </w:r>
            <w:r w:rsidRPr="00E85698">
              <w:rPr>
                <w:sz w:val="24"/>
                <w:szCs w:val="24"/>
              </w:rPr>
              <w:t>-ЫВА-</w:t>
            </w:r>
            <w:r w:rsidRPr="00E85698">
              <w:rPr>
                <w:spacing w:val="-4"/>
                <w:sz w:val="24"/>
                <w:szCs w:val="24"/>
              </w:rPr>
              <w:t xml:space="preserve"> </w:t>
            </w:r>
            <w:r w:rsidRPr="00E85698">
              <w:rPr>
                <w:sz w:val="24"/>
                <w:szCs w:val="24"/>
              </w:rPr>
              <w:t>—</w:t>
            </w:r>
          </w:p>
          <w:p w:rsidR="00A047B0" w:rsidRPr="00E85698" w:rsidRDefault="00A047B0" w:rsidP="00A047B0">
            <w:pPr>
              <w:pStyle w:val="TableParagraph"/>
              <w:spacing w:before="18"/>
              <w:ind w:left="5"/>
              <w:rPr>
                <w:sz w:val="24"/>
                <w:szCs w:val="24"/>
              </w:rPr>
            </w:pPr>
            <w:r w:rsidRPr="00E85698">
              <w:rPr>
                <w:sz w:val="24"/>
                <w:szCs w:val="24"/>
              </w:rPr>
              <w:t>ИВА-</w:t>
            </w:r>
            <w:r w:rsidRPr="00E85698">
              <w:rPr>
                <w:spacing w:val="-3"/>
                <w:sz w:val="24"/>
                <w:szCs w:val="24"/>
              </w:rPr>
              <w:t xml:space="preserve"> </w:t>
            </w:r>
            <w:r w:rsidRPr="00E85698">
              <w:rPr>
                <w:sz w:val="24"/>
                <w:szCs w:val="24"/>
              </w:rPr>
              <w:t>в</w:t>
            </w:r>
            <w:r w:rsidRPr="00E85698">
              <w:rPr>
                <w:spacing w:val="-2"/>
                <w:sz w:val="24"/>
                <w:szCs w:val="24"/>
              </w:rPr>
              <w:t xml:space="preserve"> </w:t>
            </w:r>
            <w:r w:rsidRPr="00E85698">
              <w:rPr>
                <w:sz w:val="24"/>
                <w:szCs w:val="24"/>
              </w:rPr>
              <w:t>глаголах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114.</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Правописание</w:t>
            </w:r>
            <w:r w:rsidRPr="00E85698">
              <w:rPr>
                <w:spacing w:val="-3"/>
                <w:sz w:val="24"/>
                <w:szCs w:val="24"/>
              </w:rPr>
              <w:t xml:space="preserve"> </w:t>
            </w:r>
            <w:r w:rsidRPr="00E85698">
              <w:rPr>
                <w:sz w:val="24"/>
                <w:szCs w:val="24"/>
              </w:rPr>
              <w:t>суффиксов</w:t>
            </w:r>
            <w:r w:rsidRPr="00E85698">
              <w:rPr>
                <w:spacing w:val="-2"/>
                <w:sz w:val="24"/>
                <w:szCs w:val="24"/>
              </w:rPr>
              <w:t xml:space="preserve"> </w:t>
            </w:r>
            <w:r w:rsidRPr="00E85698">
              <w:rPr>
                <w:sz w:val="24"/>
                <w:szCs w:val="24"/>
              </w:rPr>
              <w:t>-ОВА-</w:t>
            </w:r>
            <w:r w:rsidRPr="00E85698">
              <w:rPr>
                <w:spacing w:val="-5"/>
                <w:sz w:val="24"/>
                <w:szCs w:val="24"/>
              </w:rPr>
              <w:t xml:space="preserve"> </w:t>
            </w:r>
            <w:r w:rsidRPr="00E85698">
              <w:rPr>
                <w:sz w:val="24"/>
                <w:szCs w:val="24"/>
              </w:rPr>
              <w:t>—</w:t>
            </w:r>
            <w:r w:rsidRPr="00E85698">
              <w:rPr>
                <w:spacing w:val="-2"/>
                <w:sz w:val="24"/>
                <w:szCs w:val="24"/>
              </w:rPr>
              <w:t xml:space="preserve"> </w:t>
            </w:r>
            <w:r w:rsidRPr="00E85698">
              <w:rPr>
                <w:sz w:val="24"/>
                <w:szCs w:val="24"/>
              </w:rPr>
              <w:t>-ЕВА-,</w:t>
            </w:r>
            <w:r w:rsidRPr="00E85698">
              <w:rPr>
                <w:spacing w:val="-2"/>
                <w:sz w:val="24"/>
                <w:szCs w:val="24"/>
              </w:rPr>
              <w:t xml:space="preserve"> </w:t>
            </w:r>
            <w:r w:rsidRPr="00E85698">
              <w:rPr>
                <w:sz w:val="24"/>
                <w:szCs w:val="24"/>
              </w:rPr>
              <w:t>-ЫВА-</w:t>
            </w:r>
            <w:r w:rsidRPr="00E85698">
              <w:rPr>
                <w:spacing w:val="-5"/>
                <w:sz w:val="24"/>
                <w:szCs w:val="24"/>
              </w:rPr>
              <w:t xml:space="preserve"> </w:t>
            </w:r>
            <w:r w:rsidRPr="00E85698">
              <w:rPr>
                <w:sz w:val="24"/>
                <w:szCs w:val="24"/>
              </w:rPr>
              <w:t>—</w:t>
            </w:r>
          </w:p>
          <w:p w:rsidR="00A047B0" w:rsidRPr="00E85698" w:rsidRDefault="00A047B0" w:rsidP="00A047B0">
            <w:pPr>
              <w:pStyle w:val="TableParagraph"/>
              <w:spacing w:before="20"/>
              <w:ind w:left="5"/>
              <w:rPr>
                <w:sz w:val="24"/>
                <w:szCs w:val="24"/>
              </w:rPr>
            </w:pPr>
            <w:r w:rsidRPr="00E85698">
              <w:rPr>
                <w:sz w:val="24"/>
                <w:szCs w:val="24"/>
              </w:rPr>
              <w:t>ИВА-</w:t>
            </w:r>
            <w:r w:rsidRPr="00E85698">
              <w:rPr>
                <w:spacing w:val="-4"/>
                <w:sz w:val="24"/>
                <w:szCs w:val="24"/>
              </w:rPr>
              <w:t xml:space="preserve"> </w:t>
            </w:r>
            <w:r w:rsidRPr="00E85698">
              <w:rPr>
                <w:sz w:val="24"/>
                <w:szCs w:val="24"/>
              </w:rPr>
              <w:t>в</w:t>
            </w:r>
            <w:r w:rsidRPr="00E85698">
              <w:rPr>
                <w:spacing w:val="-3"/>
                <w:sz w:val="24"/>
                <w:szCs w:val="24"/>
              </w:rPr>
              <w:t xml:space="preserve"> </w:t>
            </w:r>
            <w:r w:rsidRPr="00E85698">
              <w:rPr>
                <w:sz w:val="24"/>
                <w:szCs w:val="24"/>
              </w:rPr>
              <w:t>глаголах.</w:t>
            </w:r>
            <w:r w:rsidRPr="00E85698">
              <w:rPr>
                <w:spacing w:val="-1"/>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115.</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Изменение</w:t>
            </w:r>
            <w:r w:rsidRPr="00E85698">
              <w:rPr>
                <w:spacing w:val="52"/>
                <w:sz w:val="24"/>
                <w:szCs w:val="24"/>
              </w:rPr>
              <w:t xml:space="preserve"> </w:t>
            </w:r>
            <w:r w:rsidRPr="00E85698">
              <w:rPr>
                <w:sz w:val="24"/>
                <w:szCs w:val="24"/>
              </w:rPr>
              <w:t xml:space="preserve">глаголов  </w:t>
            </w:r>
            <w:r w:rsidRPr="00E85698">
              <w:rPr>
                <w:spacing w:val="2"/>
                <w:sz w:val="24"/>
                <w:szCs w:val="24"/>
              </w:rPr>
              <w:t xml:space="preserve"> </w:t>
            </w:r>
            <w:r w:rsidRPr="00E85698">
              <w:rPr>
                <w:sz w:val="24"/>
                <w:szCs w:val="24"/>
              </w:rPr>
              <w:t xml:space="preserve">по  </w:t>
            </w:r>
            <w:r w:rsidRPr="00E85698">
              <w:rPr>
                <w:spacing w:val="1"/>
                <w:sz w:val="24"/>
                <w:szCs w:val="24"/>
              </w:rPr>
              <w:t xml:space="preserve"> </w:t>
            </w:r>
            <w:r w:rsidRPr="00E85698">
              <w:rPr>
                <w:sz w:val="24"/>
                <w:szCs w:val="24"/>
              </w:rPr>
              <w:t xml:space="preserve">временам.  </w:t>
            </w:r>
            <w:r w:rsidRPr="00E85698">
              <w:rPr>
                <w:spacing w:val="1"/>
                <w:sz w:val="24"/>
                <w:szCs w:val="24"/>
              </w:rPr>
              <w:t xml:space="preserve"> </w:t>
            </w:r>
            <w:r w:rsidRPr="00E85698">
              <w:rPr>
                <w:sz w:val="24"/>
                <w:szCs w:val="24"/>
              </w:rPr>
              <w:t xml:space="preserve">Настоящее  </w:t>
            </w:r>
            <w:r w:rsidRPr="00E85698">
              <w:rPr>
                <w:spacing w:val="1"/>
                <w:sz w:val="24"/>
                <w:szCs w:val="24"/>
              </w:rPr>
              <w:t xml:space="preserve"> </w:t>
            </w:r>
            <w:r w:rsidRPr="00E85698">
              <w:rPr>
                <w:sz w:val="24"/>
                <w:szCs w:val="24"/>
              </w:rPr>
              <w:t>время:</w:t>
            </w:r>
          </w:p>
          <w:p w:rsidR="00A047B0" w:rsidRPr="00E85698" w:rsidRDefault="00A047B0" w:rsidP="00A047B0">
            <w:pPr>
              <w:pStyle w:val="TableParagraph"/>
              <w:spacing w:before="20"/>
              <w:ind w:left="5"/>
              <w:rPr>
                <w:sz w:val="24"/>
                <w:szCs w:val="24"/>
              </w:rPr>
            </w:pPr>
            <w:r w:rsidRPr="00E85698">
              <w:rPr>
                <w:sz w:val="24"/>
                <w:szCs w:val="24"/>
              </w:rPr>
              <w:t>значение,</w:t>
            </w:r>
            <w:r w:rsidRPr="00E85698">
              <w:rPr>
                <w:spacing w:val="-6"/>
                <w:sz w:val="24"/>
                <w:szCs w:val="24"/>
              </w:rPr>
              <w:t xml:space="preserve"> </w:t>
            </w:r>
            <w:r w:rsidRPr="00E85698">
              <w:rPr>
                <w:sz w:val="24"/>
                <w:szCs w:val="24"/>
              </w:rPr>
              <w:t>образование,</w:t>
            </w:r>
            <w:r w:rsidRPr="00E85698">
              <w:rPr>
                <w:spacing w:val="-4"/>
                <w:sz w:val="24"/>
                <w:szCs w:val="24"/>
              </w:rPr>
              <w:t xml:space="preserve"> </w:t>
            </w:r>
            <w:r w:rsidRPr="00E85698">
              <w:rPr>
                <w:sz w:val="24"/>
                <w:szCs w:val="24"/>
              </w:rPr>
              <w:t>употребление</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116.</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Прошедшее</w:t>
            </w:r>
            <w:r w:rsidRPr="00E85698">
              <w:rPr>
                <w:spacing w:val="-5"/>
                <w:sz w:val="24"/>
                <w:szCs w:val="24"/>
              </w:rPr>
              <w:t xml:space="preserve"> </w:t>
            </w:r>
            <w:r w:rsidRPr="00E85698">
              <w:rPr>
                <w:sz w:val="24"/>
                <w:szCs w:val="24"/>
              </w:rPr>
              <w:t>время:</w:t>
            </w:r>
            <w:r w:rsidRPr="00E85698">
              <w:rPr>
                <w:spacing w:val="-6"/>
                <w:sz w:val="24"/>
                <w:szCs w:val="24"/>
              </w:rPr>
              <w:t xml:space="preserve"> </w:t>
            </w:r>
            <w:r w:rsidRPr="00E85698">
              <w:rPr>
                <w:sz w:val="24"/>
                <w:szCs w:val="24"/>
              </w:rPr>
              <w:t>значение,</w:t>
            </w:r>
            <w:r w:rsidRPr="00E85698">
              <w:rPr>
                <w:spacing w:val="-5"/>
                <w:sz w:val="24"/>
                <w:szCs w:val="24"/>
              </w:rPr>
              <w:t xml:space="preserve"> </w:t>
            </w:r>
            <w:r w:rsidRPr="00E85698">
              <w:rPr>
                <w:sz w:val="24"/>
                <w:szCs w:val="24"/>
              </w:rPr>
              <w:t>образование,</w:t>
            </w:r>
            <w:r w:rsidRPr="00E85698">
              <w:rPr>
                <w:spacing w:val="-3"/>
                <w:sz w:val="24"/>
                <w:szCs w:val="24"/>
              </w:rPr>
              <w:t xml:space="preserve"> </w:t>
            </w:r>
            <w:r w:rsidRPr="00E85698">
              <w:rPr>
                <w:sz w:val="24"/>
                <w:szCs w:val="24"/>
              </w:rPr>
              <w:t>употребление</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117.</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Будущее</w:t>
            </w:r>
            <w:r w:rsidRPr="00E85698">
              <w:rPr>
                <w:spacing w:val="-5"/>
                <w:sz w:val="24"/>
                <w:szCs w:val="24"/>
              </w:rPr>
              <w:t xml:space="preserve"> </w:t>
            </w:r>
            <w:r w:rsidRPr="00E85698">
              <w:rPr>
                <w:sz w:val="24"/>
                <w:szCs w:val="24"/>
              </w:rPr>
              <w:t>время:</w:t>
            </w:r>
            <w:r w:rsidRPr="00E85698">
              <w:rPr>
                <w:spacing w:val="-6"/>
                <w:sz w:val="24"/>
                <w:szCs w:val="24"/>
              </w:rPr>
              <w:t xml:space="preserve"> </w:t>
            </w:r>
            <w:r w:rsidRPr="00E85698">
              <w:rPr>
                <w:sz w:val="24"/>
                <w:szCs w:val="24"/>
              </w:rPr>
              <w:t>значение,</w:t>
            </w:r>
            <w:r w:rsidRPr="00E85698">
              <w:rPr>
                <w:spacing w:val="-4"/>
                <w:sz w:val="24"/>
                <w:szCs w:val="24"/>
              </w:rPr>
              <w:t xml:space="preserve"> </w:t>
            </w:r>
            <w:r w:rsidRPr="00E85698">
              <w:rPr>
                <w:sz w:val="24"/>
                <w:szCs w:val="24"/>
              </w:rPr>
              <w:t>образование,</w:t>
            </w:r>
            <w:r w:rsidRPr="00E85698">
              <w:rPr>
                <w:spacing w:val="-2"/>
                <w:sz w:val="24"/>
                <w:szCs w:val="24"/>
              </w:rPr>
              <w:t xml:space="preserve"> </w:t>
            </w:r>
            <w:r w:rsidRPr="00E85698">
              <w:rPr>
                <w:sz w:val="24"/>
                <w:szCs w:val="24"/>
              </w:rPr>
              <w:t>употребление</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118.</w:t>
            </w:r>
          </w:p>
        </w:tc>
        <w:tc>
          <w:tcPr>
            <w:tcW w:w="5094" w:type="dxa"/>
            <w:gridSpan w:val="2"/>
            <w:tcBorders>
              <w:right w:val="single" w:sz="6" w:space="0" w:color="000000"/>
            </w:tcBorders>
          </w:tcPr>
          <w:p w:rsidR="00A047B0" w:rsidRPr="00E85698" w:rsidRDefault="00A047B0" w:rsidP="00A047B0">
            <w:pPr>
              <w:pStyle w:val="TableParagraph"/>
              <w:tabs>
                <w:tab w:val="left" w:pos="2696"/>
                <w:tab w:val="left" w:pos="3430"/>
                <w:tab w:val="left" w:pos="4183"/>
              </w:tabs>
              <w:spacing w:before="2"/>
              <w:ind w:left="5"/>
              <w:rPr>
                <w:sz w:val="24"/>
                <w:szCs w:val="24"/>
              </w:rPr>
            </w:pPr>
            <w:r w:rsidRPr="00E85698">
              <w:rPr>
                <w:sz w:val="24"/>
                <w:szCs w:val="24"/>
              </w:rPr>
              <w:t>Функционально-смысловые</w:t>
            </w:r>
            <w:r w:rsidRPr="00E85698">
              <w:rPr>
                <w:sz w:val="24"/>
                <w:szCs w:val="24"/>
              </w:rPr>
              <w:tab/>
              <w:t>типы</w:t>
            </w:r>
            <w:r w:rsidRPr="00E85698">
              <w:rPr>
                <w:sz w:val="24"/>
                <w:szCs w:val="24"/>
              </w:rPr>
              <w:tab/>
              <w:t>речи:</w:t>
            </w:r>
            <w:r w:rsidRPr="00E85698">
              <w:rPr>
                <w:sz w:val="24"/>
                <w:szCs w:val="24"/>
              </w:rPr>
              <w:tab/>
              <w:t>описание,</w:t>
            </w:r>
          </w:p>
          <w:p w:rsidR="00A047B0" w:rsidRPr="00E85698" w:rsidRDefault="00A047B0" w:rsidP="00A047B0">
            <w:pPr>
              <w:pStyle w:val="TableParagraph"/>
              <w:spacing w:before="20"/>
              <w:ind w:left="5"/>
              <w:rPr>
                <w:sz w:val="24"/>
                <w:szCs w:val="24"/>
              </w:rPr>
            </w:pPr>
            <w:r w:rsidRPr="00E85698">
              <w:rPr>
                <w:sz w:val="24"/>
                <w:szCs w:val="24"/>
              </w:rPr>
              <w:t>повествование,</w:t>
            </w:r>
            <w:r w:rsidRPr="00E85698">
              <w:rPr>
                <w:spacing w:val="-6"/>
                <w:sz w:val="24"/>
                <w:szCs w:val="24"/>
              </w:rPr>
              <w:t xml:space="preserve"> </w:t>
            </w:r>
            <w:r w:rsidRPr="00E85698">
              <w:rPr>
                <w:sz w:val="24"/>
                <w:szCs w:val="24"/>
              </w:rPr>
              <w:t>рассуждение.</w:t>
            </w:r>
            <w:r w:rsidRPr="00E85698">
              <w:rPr>
                <w:spacing w:val="-4"/>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119.</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Изменение</w:t>
            </w:r>
            <w:r w:rsidRPr="00E85698">
              <w:rPr>
                <w:spacing w:val="-3"/>
                <w:sz w:val="24"/>
                <w:szCs w:val="24"/>
              </w:rPr>
              <w:t xml:space="preserve"> </w:t>
            </w:r>
            <w:r w:rsidRPr="00E85698">
              <w:rPr>
                <w:sz w:val="24"/>
                <w:szCs w:val="24"/>
              </w:rPr>
              <w:t>глаголов</w:t>
            </w:r>
            <w:r w:rsidRPr="00E85698">
              <w:rPr>
                <w:spacing w:val="-4"/>
                <w:sz w:val="24"/>
                <w:szCs w:val="24"/>
              </w:rPr>
              <w:t xml:space="preserve"> </w:t>
            </w:r>
            <w:r w:rsidRPr="00E85698">
              <w:rPr>
                <w:sz w:val="24"/>
                <w:szCs w:val="24"/>
              </w:rPr>
              <w:t>по</w:t>
            </w:r>
            <w:r w:rsidRPr="00E85698">
              <w:rPr>
                <w:spacing w:val="-2"/>
                <w:sz w:val="24"/>
                <w:szCs w:val="24"/>
              </w:rPr>
              <w:t xml:space="preserve"> </w:t>
            </w:r>
            <w:r w:rsidRPr="00E85698">
              <w:rPr>
                <w:sz w:val="24"/>
                <w:szCs w:val="24"/>
              </w:rPr>
              <w:t>лицам</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числам.</w:t>
            </w:r>
            <w:r w:rsidRPr="00E85698">
              <w:rPr>
                <w:spacing w:val="-3"/>
                <w:sz w:val="24"/>
                <w:szCs w:val="24"/>
              </w:rPr>
              <w:t xml:space="preserve"> </w:t>
            </w:r>
            <w:r w:rsidRPr="00E85698">
              <w:rPr>
                <w:sz w:val="24"/>
                <w:szCs w:val="24"/>
              </w:rPr>
              <w:t>Типы</w:t>
            </w:r>
            <w:r w:rsidRPr="00E85698">
              <w:rPr>
                <w:spacing w:val="-3"/>
                <w:sz w:val="24"/>
                <w:szCs w:val="24"/>
              </w:rPr>
              <w:t xml:space="preserve"> </w:t>
            </w:r>
            <w:r w:rsidRPr="00E85698">
              <w:rPr>
                <w:sz w:val="24"/>
                <w:szCs w:val="24"/>
              </w:rPr>
              <w:t>спряжения</w:t>
            </w:r>
          </w:p>
          <w:p w:rsidR="00A047B0" w:rsidRPr="00E85698" w:rsidRDefault="00A047B0" w:rsidP="00A047B0">
            <w:pPr>
              <w:pStyle w:val="TableParagraph"/>
              <w:spacing w:before="20"/>
              <w:ind w:left="5"/>
              <w:rPr>
                <w:sz w:val="24"/>
                <w:szCs w:val="24"/>
              </w:rPr>
            </w:pPr>
            <w:r w:rsidRPr="00E85698">
              <w:rPr>
                <w:sz w:val="24"/>
                <w:szCs w:val="24"/>
              </w:rPr>
              <w:t>глагола</w:t>
            </w:r>
            <w:r w:rsidRPr="00E85698">
              <w:rPr>
                <w:spacing w:val="-5"/>
                <w:sz w:val="24"/>
                <w:szCs w:val="24"/>
              </w:rPr>
              <w:t xml:space="preserve"> </w:t>
            </w:r>
            <w:r w:rsidRPr="00E85698">
              <w:rPr>
                <w:sz w:val="24"/>
                <w:szCs w:val="24"/>
              </w:rPr>
              <w:t>(повторение).</w:t>
            </w:r>
            <w:r w:rsidRPr="00E85698">
              <w:rPr>
                <w:spacing w:val="-5"/>
                <w:sz w:val="24"/>
                <w:szCs w:val="24"/>
              </w:rPr>
              <w:t xml:space="preserve"> </w:t>
            </w:r>
            <w:r w:rsidRPr="00E85698">
              <w:rPr>
                <w:sz w:val="24"/>
                <w:szCs w:val="24"/>
              </w:rPr>
              <w:t>Разноспрягаемые</w:t>
            </w:r>
            <w:r w:rsidRPr="00E85698">
              <w:rPr>
                <w:spacing w:val="-4"/>
                <w:sz w:val="24"/>
                <w:szCs w:val="24"/>
              </w:rPr>
              <w:t xml:space="preserve"> </w:t>
            </w:r>
            <w:r w:rsidRPr="00E85698">
              <w:rPr>
                <w:sz w:val="24"/>
                <w:szCs w:val="24"/>
              </w:rPr>
              <w:t>глаголы</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120.</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Изменение</w:t>
            </w:r>
            <w:r w:rsidRPr="00E85698">
              <w:rPr>
                <w:spacing w:val="-3"/>
                <w:sz w:val="24"/>
                <w:szCs w:val="24"/>
              </w:rPr>
              <w:t xml:space="preserve"> </w:t>
            </w:r>
            <w:r w:rsidRPr="00E85698">
              <w:rPr>
                <w:sz w:val="24"/>
                <w:szCs w:val="24"/>
              </w:rPr>
              <w:t>глаголов</w:t>
            </w:r>
            <w:r w:rsidRPr="00E85698">
              <w:rPr>
                <w:spacing w:val="-4"/>
                <w:sz w:val="24"/>
                <w:szCs w:val="24"/>
              </w:rPr>
              <w:t xml:space="preserve"> </w:t>
            </w:r>
            <w:r w:rsidRPr="00E85698">
              <w:rPr>
                <w:sz w:val="24"/>
                <w:szCs w:val="24"/>
              </w:rPr>
              <w:t>по</w:t>
            </w:r>
            <w:r w:rsidRPr="00E85698">
              <w:rPr>
                <w:spacing w:val="-2"/>
                <w:sz w:val="24"/>
                <w:szCs w:val="24"/>
              </w:rPr>
              <w:t xml:space="preserve"> </w:t>
            </w:r>
            <w:r w:rsidRPr="00E85698">
              <w:rPr>
                <w:sz w:val="24"/>
                <w:szCs w:val="24"/>
              </w:rPr>
              <w:t>лицам</w:t>
            </w:r>
            <w:r w:rsidRPr="00E85698">
              <w:rPr>
                <w:spacing w:val="-2"/>
                <w:sz w:val="24"/>
                <w:szCs w:val="24"/>
              </w:rPr>
              <w:t xml:space="preserve"> </w:t>
            </w:r>
            <w:r w:rsidRPr="00E85698">
              <w:rPr>
                <w:sz w:val="24"/>
                <w:szCs w:val="24"/>
              </w:rPr>
              <w:t>и</w:t>
            </w:r>
            <w:r w:rsidRPr="00E85698">
              <w:rPr>
                <w:spacing w:val="-3"/>
                <w:sz w:val="24"/>
                <w:szCs w:val="24"/>
              </w:rPr>
              <w:t xml:space="preserve"> </w:t>
            </w:r>
            <w:r w:rsidRPr="00E85698">
              <w:rPr>
                <w:sz w:val="24"/>
                <w:szCs w:val="24"/>
              </w:rPr>
              <w:t>числам.</w:t>
            </w:r>
            <w:r w:rsidRPr="00E85698">
              <w:rPr>
                <w:spacing w:val="1"/>
                <w:sz w:val="24"/>
                <w:szCs w:val="24"/>
              </w:rPr>
              <w:t xml:space="preserve"> </w:t>
            </w:r>
            <w:r w:rsidRPr="00E85698">
              <w:rPr>
                <w:sz w:val="24"/>
                <w:szCs w:val="24"/>
              </w:rPr>
              <w:t>Типы</w:t>
            </w:r>
            <w:r w:rsidRPr="00E85698">
              <w:rPr>
                <w:spacing w:val="-3"/>
                <w:sz w:val="24"/>
                <w:szCs w:val="24"/>
              </w:rPr>
              <w:t xml:space="preserve"> </w:t>
            </w:r>
            <w:r w:rsidRPr="00E85698">
              <w:rPr>
                <w:sz w:val="24"/>
                <w:szCs w:val="24"/>
              </w:rPr>
              <w:t>спряжения</w:t>
            </w:r>
          </w:p>
          <w:p w:rsidR="00A047B0" w:rsidRPr="00E85698" w:rsidRDefault="00A047B0" w:rsidP="00A047B0">
            <w:pPr>
              <w:pStyle w:val="TableParagraph"/>
              <w:spacing w:before="20"/>
              <w:ind w:left="5"/>
              <w:rPr>
                <w:sz w:val="24"/>
                <w:szCs w:val="24"/>
              </w:rPr>
            </w:pPr>
            <w:r w:rsidRPr="00E85698">
              <w:rPr>
                <w:sz w:val="24"/>
                <w:szCs w:val="24"/>
              </w:rPr>
              <w:t>глагола.</w:t>
            </w:r>
            <w:r w:rsidRPr="00E85698">
              <w:rPr>
                <w:spacing w:val="-4"/>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t>121.</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Правописание</w:t>
            </w:r>
            <w:r w:rsidRPr="00E85698">
              <w:rPr>
                <w:spacing w:val="-5"/>
                <w:sz w:val="24"/>
                <w:szCs w:val="24"/>
              </w:rPr>
              <w:t xml:space="preserve"> </w:t>
            </w:r>
            <w:r w:rsidRPr="00E85698">
              <w:rPr>
                <w:sz w:val="24"/>
                <w:szCs w:val="24"/>
              </w:rPr>
              <w:t>безударных</w:t>
            </w:r>
            <w:r w:rsidRPr="00E85698">
              <w:rPr>
                <w:spacing w:val="-3"/>
                <w:sz w:val="24"/>
                <w:szCs w:val="24"/>
              </w:rPr>
              <w:t xml:space="preserve"> </w:t>
            </w:r>
            <w:r w:rsidRPr="00E85698">
              <w:rPr>
                <w:sz w:val="24"/>
                <w:szCs w:val="24"/>
              </w:rPr>
              <w:t>личных</w:t>
            </w:r>
            <w:r w:rsidRPr="00E85698">
              <w:rPr>
                <w:spacing w:val="-5"/>
                <w:sz w:val="24"/>
                <w:szCs w:val="24"/>
              </w:rPr>
              <w:t xml:space="preserve"> </w:t>
            </w:r>
            <w:r w:rsidRPr="00E85698">
              <w:rPr>
                <w:sz w:val="24"/>
                <w:szCs w:val="24"/>
              </w:rPr>
              <w:t>окончаний</w:t>
            </w:r>
            <w:r w:rsidRPr="00E85698">
              <w:rPr>
                <w:spacing w:val="-6"/>
                <w:sz w:val="24"/>
                <w:szCs w:val="24"/>
              </w:rPr>
              <w:t xml:space="preserve"> </w:t>
            </w:r>
            <w:r w:rsidRPr="00E85698">
              <w:rPr>
                <w:sz w:val="24"/>
                <w:szCs w:val="24"/>
              </w:rPr>
              <w:t>глаголов</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122.</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Правописание</w:t>
            </w:r>
            <w:r w:rsidRPr="00E85698">
              <w:rPr>
                <w:spacing w:val="-5"/>
                <w:sz w:val="24"/>
                <w:szCs w:val="24"/>
              </w:rPr>
              <w:t xml:space="preserve"> </w:t>
            </w:r>
            <w:r w:rsidRPr="00E85698">
              <w:rPr>
                <w:sz w:val="24"/>
                <w:szCs w:val="24"/>
              </w:rPr>
              <w:t>безударных</w:t>
            </w:r>
            <w:r w:rsidRPr="00E85698">
              <w:rPr>
                <w:spacing w:val="-4"/>
                <w:sz w:val="24"/>
                <w:szCs w:val="24"/>
              </w:rPr>
              <w:t xml:space="preserve"> </w:t>
            </w:r>
            <w:r w:rsidRPr="00E85698">
              <w:rPr>
                <w:sz w:val="24"/>
                <w:szCs w:val="24"/>
              </w:rPr>
              <w:t>личных</w:t>
            </w:r>
            <w:r w:rsidRPr="00E85698">
              <w:rPr>
                <w:spacing w:val="-5"/>
                <w:sz w:val="24"/>
                <w:szCs w:val="24"/>
              </w:rPr>
              <w:t xml:space="preserve"> </w:t>
            </w:r>
            <w:r w:rsidRPr="00E85698">
              <w:rPr>
                <w:sz w:val="24"/>
                <w:szCs w:val="24"/>
              </w:rPr>
              <w:t>окончаний</w:t>
            </w:r>
            <w:r w:rsidRPr="00E85698">
              <w:rPr>
                <w:spacing w:val="-6"/>
                <w:sz w:val="24"/>
                <w:szCs w:val="24"/>
              </w:rPr>
              <w:t xml:space="preserve"> </w:t>
            </w:r>
            <w:r w:rsidRPr="00E85698">
              <w:rPr>
                <w:sz w:val="24"/>
                <w:szCs w:val="24"/>
              </w:rPr>
              <w:t>глаголов.</w:t>
            </w:r>
          </w:p>
          <w:p w:rsidR="00A047B0" w:rsidRPr="00E85698" w:rsidRDefault="00A047B0" w:rsidP="00A047B0">
            <w:pPr>
              <w:pStyle w:val="TableParagraph"/>
              <w:spacing w:before="20"/>
              <w:ind w:left="5"/>
              <w:rPr>
                <w:sz w:val="24"/>
                <w:szCs w:val="24"/>
              </w:rPr>
            </w:pP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123.</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Изложение</w:t>
            </w:r>
            <w:r w:rsidRPr="00E85698">
              <w:rPr>
                <w:spacing w:val="-5"/>
                <w:sz w:val="24"/>
                <w:szCs w:val="24"/>
              </w:rPr>
              <w:t xml:space="preserve"> </w:t>
            </w:r>
            <w:r w:rsidRPr="00E85698">
              <w:rPr>
                <w:sz w:val="24"/>
                <w:szCs w:val="24"/>
              </w:rPr>
              <w:t>содержание</w:t>
            </w:r>
            <w:r w:rsidRPr="00E85698">
              <w:rPr>
                <w:spacing w:val="-2"/>
                <w:sz w:val="24"/>
                <w:szCs w:val="24"/>
              </w:rPr>
              <w:t xml:space="preserve"> </w:t>
            </w:r>
            <w:r w:rsidRPr="00E85698">
              <w:rPr>
                <w:sz w:val="24"/>
                <w:szCs w:val="24"/>
              </w:rPr>
              <w:t>текста</w:t>
            </w:r>
            <w:r w:rsidRPr="00E85698">
              <w:rPr>
                <w:spacing w:val="-4"/>
                <w:sz w:val="24"/>
                <w:szCs w:val="24"/>
              </w:rPr>
              <w:t xml:space="preserve"> </w:t>
            </w:r>
            <w:r w:rsidRPr="00E85698">
              <w:rPr>
                <w:sz w:val="24"/>
                <w:szCs w:val="24"/>
              </w:rPr>
              <w:t>с</w:t>
            </w:r>
            <w:r w:rsidRPr="00E85698">
              <w:rPr>
                <w:spacing w:val="-5"/>
                <w:sz w:val="24"/>
                <w:szCs w:val="24"/>
              </w:rPr>
              <w:t xml:space="preserve"> </w:t>
            </w:r>
            <w:r w:rsidRPr="00E85698">
              <w:rPr>
                <w:sz w:val="24"/>
                <w:szCs w:val="24"/>
              </w:rPr>
              <w:t>изменением</w:t>
            </w:r>
            <w:r w:rsidRPr="00E85698">
              <w:rPr>
                <w:spacing w:val="-4"/>
                <w:sz w:val="24"/>
                <w:szCs w:val="24"/>
              </w:rPr>
              <w:t xml:space="preserve"> </w:t>
            </w:r>
            <w:r w:rsidRPr="00E85698">
              <w:rPr>
                <w:sz w:val="24"/>
                <w:szCs w:val="24"/>
              </w:rPr>
              <w:t>лица</w:t>
            </w:r>
          </w:p>
          <w:p w:rsidR="00A047B0" w:rsidRPr="00E85698" w:rsidRDefault="00A047B0" w:rsidP="00A047B0">
            <w:pPr>
              <w:pStyle w:val="TableParagraph"/>
              <w:spacing w:before="20"/>
              <w:ind w:left="5"/>
              <w:rPr>
                <w:sz w:val="24"/>
                <w:szCs w:val="24"/>
              </w:rPr>
            </w:pPr>
            <w:r w:rsidRPr="00E85698">
              <w:rPr>
                <w:sz w:val="24"/>
                <w:szCs w:val="24"/>
              </w:rPr>
              <w:t>Рассказчика (упр.688)</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124.</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Морфологический</w:t>
            </w:r>
            <w:r w:rsidRPr="00E85698">
              <w:rPr>
                <w:spacing w:val="-5"/>
                <w:sz w:val="24"/>
                <w:szCs w:val="24"/>
              </w:rPr>
              <w:t xml:space="preserve"> </w:t>
            </w:r>
            <w:r w:rsidRPr="00E85698">
              <w:rPr>
                <w:sz w:val="24"/>
                <w:szCs w:val="24"/>
              </w:rPr>
              <w:t>анализ</w:t>
            </w:r>
            <w:r w:rsidRPr="00E85698">
              <w:rPr>
                <w:spacing w:val="-3"/>
                <w:sz w:val="24"/>
                <w:szCs w:val="24"/>
              </w:rPr>
              <w:t xml:space="preserve"> </w:t>
            </w:r>
            <w:r w:rsidRPr="00E85698">
              <w:rPr>
                <w:sz w:val="24"/>
                <w:szCs w:val="24"/>
              </w:rPr>
              <w:t>глагола</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Устный опрос</w:t>
            </w:r>
          </w:p>
        </w:tc>
      </w:tr>
      <w:tr w:rsidR="00A047B0" w:rsidRPr="00E85698" w:rsidTr="00A047B0">
        <w:trPr>
          <w:gridAfter w:val="1"/>
          <w:wAfter w:w="68" w:type="dxa"/>
          <w:trHeight w:val="5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125.</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Средства</w:t>
            </w:r>
            <w:r w:rsidRPr="00E85698">
              <w:rPr>
                <w:spacing w:val="-3"/>
                <w:sz w:val="24"/>
                <w:szCs w:val="24"/>
              </w:rPr>
              <w:t xml:space="preserve"> </w:t>
            </w:r>
            <w:r w:rsidRPr="00E85698">
              <w:rPr>
                <w:sz w:val="24"/>
                <w:szCs w:val="24"/>
              </w:rPr>
              <w:t>связи предложений</w:t>
            </w:r>
            <w:r w:rsidRPr="00E85698">
              <w:rPr>
                <w:spacing w:val="-3"/>
                <w:sz w:val="24"/>
                <w:szCs w:val="24"/>
              </w:rPr>
              <w:t xml:space="preserve"> </w:t>
            </w:r>
            <w:r w:rsidRPr="00E85698">
              <w:rPr>
                <w:sz w:val="24"/>
                <w:szCs w:val="24"/>
              </w:rPr>
              <w:t>и</w:t>
            </w:r>
            <w:r w:rsidRPr="00E85698">
              <w:rPr>
                <w:spacing w:val="-3"/>
                <w:sz w:val="24"/>
                <w:szCs w:val="24"/>
              </w:rPr>
              <w:t xml:space="preserve"> </w:t>
            </w:r>
            <w:r w:rsidRPr="00E85698">
              <w:rPr>
                <w:sz w:val="24"/>
                <w:szCs w:val="24"/>
              </w:rPr>
              <w:t>частей</w:t>
            </w:r>
            <w:r w:rsidRPr="00E85698">
              <w:rPr>
                <w:spacing w:val="-3"/>
                <w:sz w:val="24"/>
                <w:szCs w:val="24"/>
              </w:rPr>
              <w:t xml:space="preserve"> </w:t>
            </w:r>
            <w:r w:rsidRPr="00E85698">
              <w:rPr>
                <w:sz w:val="24"/>
                <w:szCs w:val="24"/>
              </w:rPr>
              <w:t>текста.</w:t>
            </w:r>
            <w:r w:rsidRPr="00E85698">
              <w:rPr>
                <w:spacing w:val="2"/>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pStyle w:val="TableParagraph"/>
              <w:rPr>
                <w:sz w:val="24"/>
                <w:szCs w:val="24"/>
              </w:rPr>
            </w:pPr>
            <w:r w:rsidRPr="00E85698">
              <w:rPr>
                <w:sz w:val="24"/>
                <w:szCs w:val="24"/>
              </w:rPr>
              <w:t>Устный опрос</w:t>
            </w:r>
          </w:p>
        </w:tc>
      </w:tr>
      <w:tr w:rsidR="00A047B0" w:rsidRPr="00E85698" w:rsidTr="00A047B0">
        <w:trPr>
          <w:gridAfter w:val="1"/>
          <w:wAfter w:w="68"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126.</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Правописание</w:t>
            </w:r>
            <w:r w:rsidRPr="00E85698">
              <w:rPr>
                <w:spacing w:val="-4"/>
                <w:sz w:val="24"/>
                <w:szCs w:val="24"/>
              </w:rPr>
              <w:t xml:space="preserve"> </w:t>
            </w:r>
            <w:r w:rsidRPr="00E85698">
              <w:rPr>
                <w:sz w:val="24"/>
                <w:szCs w:val="24"/>
              </w:rPr>
              <w:t>Ь</w:t>
            </w:r>
            <w:r w:rsidRPr="00E85698">
              <w:rPr>
                <w:spacing w:val="-3"/>
                <w:sz w:val="24"/>
                <w:szCs w:val="24"/>
              </w:rPr>
              <w:t xml:space="preserve"> </w:t>
            </w:r>
            <w:r w:rsidRPr="00E85698">
              <w:rPr>
                <w:sz w:val="24"/>
                <w:szCs w:val="24"/>
              </w:rPr>
              <w:t>в</w:t>
            </w:r>
            <w:r w:rsidRPr="00E85698">
              <w:rPr>
                <w:spacing w:val="-1"/>
                <w:sz w:val="24"/>
                <w:szCs w:val="24"/>
              </w:rPr>
              <w:t xml:space="preserve"> </w:t>
            </w:r>
            <w:r w:rsidRPr="00E85698">
              <w:rPr>
                <w:sz w:val="24"/>
                <w:szCs w:val="24"/>
              </w:rPr>
              <w:t>инфинитиве,</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форме</w:t>
            </w:r>
            <w:r w:rsidRPr="00E85698">
              <w:rPr>
                <w:spacing w:val="-3"/>
                <w:sz w:val="24"/>
                <w:szCs w:val="24"/>
              </w:rPr>
              <w:t xml:space="preserve"> </w:t>
            </w:r>
            <w:r w:rsidRPr="00E85698">
              <w:rPr>
                <w:sz w:val="24"/>
                <w:szCs w:val="24"/>
              </w:rPr>
              <w:t>2</w:t>
            </w:r>
            <w:r w:rsidRPr="00E85698">
              <w:rPr>
                <w:spacing w:val="-2"/>
                <w:sz w:val="24"/>
                <w:szCs w:val="24"/>
              </w:rPr>
              <w:t xml:space="preserve"> </w:t>
            </w:r>
            <w:r w:rsidRPr="00E85698">
              <w:rPr>
                <w:sz w:val="24"/>
                <w:szCs w:val="24"/>
              </w:rPr>
              <w:t>лица</w:t>
            </w:r>
          </w:p>
          <w:p w:rsidR="00A047B0" w:rsidRPr="00E85698" w:rsidRDefault="00A047B0" w:rsidP="00A047B0">
            <w:pPr>
              <w:pStyle w:val="TableParagraph"/>
              <w:spacing w:before="20"/>
              <w:ind w:left="5"/>
              <w:rPr>
                <w:sz w:val="24"/>
                <w:szCs w:val="24"/>
              </w:rPr>
            </w:pPr>
            <w:r w:rsidRPr="00E85698">
              <w:rPr>
                <w:sz w:val="24"/>
                <w:szCs w:val="24"/>
              </w:rPr>
              <w:t>единственного</w:t>
            </w:r>
            <w:r w:rsidRPr="00E85698">
              <w:rPr>
                <w:spacing w:val="-3"/>
                <w:sz w:val="24"/>
                <w:szCs w:val="24"/>
              </w:rPr>
              <w:t xml:space="preserve"> </w:t>
            </w:r>
            <w:r w:rsidRPr="00E85698">
              <w:rPr>
                <w:sz w:val="24"/>
                <w:szCs w:val="24"/>
              </w:rPr>
              <w:t>числа</w:t>
            </w:r>
            <w:r w:rsidRPr="00E85698">
              <w:rPr>
                <w:spacing w:val="-4"/>
                <w:sz w:val="24"/>
                <w:szCs w:val="24"/>
              </w:rPr>
              <w:t xml:space="preserve"> </w:t>
            </w:r>
            <w:r w:rsidRPr="00E85698">
              <w:rPr>
                <w:sz w:val="24"/>
                <w:szCs w:val="24"/>
              </w:rPr>
              <w:t>после</w:t>
            </w:r>
            <w:r w:rsidRPr="00E85698">
              <w:rPr>
                <w:spacing w:val="-3"/>
                <w:sz w:val="24"/>
                <w:szCs w:val="24"/>
              </w:rPr>
              <w:t xml:space="preserve"> </w:t>
            </w:r>
            <w:r w:rsidRPr="00E85698">
              <w:rPr>
                <w:sz w:val="24"/>
                <w:szCs w:val="24"/>
              </w:rPr>
              <w:t>шипящих</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127.</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Правописание</w:t>
            </w:r>
            <w:r w:rsidRPr="00E85698">
              <w:rPr>
                <w:spacing w:val="-4"/>
                <w:sz w:val="24"/>
                <w:szCs w:val="24"/>
              </w:rPr>
              <w:t xml:space="preserve"> </w:t>
            </w:r>
            <w:r w:rsidRPr="00E85698">
              <w:rPr>
                <w:sz w:val="24"/>
                <w:szCs w:val="24"/>
              </w:rPr>
              <w:t>Ь</w:t>
            </w:r>
            <w:r w:rsidRPr="00E85698">
              <w:rPr>
                <w:spacing w:val="-3"/>
                <w:sz w:val="24"/>
                <w:szCs w:val="24"/>
              </w:rPr>
              <w:t xml:space="preserve"> </w:t>
            </w:r>
            <w:r w:rsidRPr="00E85698">
              <w:rPr>
                <w:sz w:val="24"/>
                <w:szCs w:val="24"/>
              </w:rPr>
              <w:t>в</w:t>
            </w:r>
            <w:r w:rsidRPr="00E85698">
              <w:rPr>
                <w:spacing w:val="-1"/>
                <w:sz w:val="24"/>
                <w:szCs w:val="24"/>
              </w:rPr>
              <w:t xml:space="preserve"> </w:t>
            </w:r>
            <w:r w:rsidRPr="00E85698">
              <w:rPr>
                <w:sz w:val="24"/>
                <w:szCs w:val="24"/>
              </w:rPr>
              <w:t>инфинитиве,</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форме</w:t>
            </w:r>
            <w:r w:rsidRPr="00E85698">
              <w:rPr>
                <w:spacing w:val="-3"/>
                <w:sz w:val="24"/>
                <w:szCs w:val="24"/>
              </w:rPr>
              <w:t xml:space="preserve"> </w:t>
            </w:r>
            <w:r w:rsidRPr="00E85698">
              <w:rPr>
                <w:sz w:val="24"/>
                <w:szCs w:val="24"/>
              </w:rPr>
              <w:t>2</w:t>
            </w:r>
            <w:r w:rsidRPr="00E85698">
              <w:rPr>
                <w:spacing w:val="-2"/>
                <w:sz w:val="24"/>
                <w:szCs w:val="24"/>
              </w:rPr>
              <w:t xml:space="preserve"> </w:t>
            </w:r>
            <w:r w:rsidRPr="00E85698">
              <w:rPr>
                <w:sz w:val="24"/>
                <w:szCs w:val="24"/>
              </w:rPr>
              <w:t>лица</w:t>
            </w:r>
          </w:p>
          <w:p w:rsidR="00A047B0" w:rsidRPr="00E85698" w:rsidRDefault="00A047B0" w:rsidP="00A047B0">
            <w:pPr>
              <w:pStyle w:val="TableParagraph"/>
              <w:spacing w:before="20"/>
              <w:ind w:left="5"/>
              <w:rPr>
                <w:sz w:val="24"/>
                <w:szCs w:val="24"/>
              </w:rPr>
            </w:pPr>
            <w:r w:rsidRPr="00E85698">
              <w:rPr>
                <w:sz w:val="24"/>
                <w:szCs w:val="24"/>
              </w:rPr>
              <w:t>единственного</w:t>
            </w:r>
            <w:r w:rsidRPr="00E85698">
              <w:rPr>
                <w:spacing w:val="-4"/>
                <w:sz w:val="24"/>
                <w:szCs w:val="24"/>
              </w:rPr>
              <w:t xml:space="preserve"> </w:t>
            </w:r>
            <w:r w:rsidRPr="00E85698">
              <w:rPr>
                <w:sz w:val="24"/>
                <w:szCs w:val="24"/>
              </w:rPr>
              <w:t>числа</w:t>
            </w:r>
            <w:r w:rsidRPr="00E85698">
              <w:rPr>
                <w:spacing w:val="-4"/>
                <w:sz w:val="24"/>
                <w:szCs w:val="24"/>
              </w:rPr>
              <w:t xml:space="preserve"> </w:t>
            </w:r>
            <w:r w:rsidRPr="00E85698">
              <w:rPr>
                <w:sz w:val="24"/>
                <w:szCs w:val="24"/>
              </w:rPr>
              <w:t>после</w:t>
            </w:r>
            <w:r w:rsidRPr="00E85698">
              <w:rPr>
                <w:spacing w:val="-4"/>
                <w:sz w:val="24"/>
                <w:szCs w:val="24"/>
              </w:rPr>
              <w:t xml:space="preserve"> </w:t>
            </w:r>
            <w:r w:rsidRPr="00E85698">
              <w:rPr>
                <w:sz w:val="24"/>
                <w:szCs w:val="24"/>
              </w:rPr>
              <w:t>шипящих.</w:t>
            </w:r>
            <w:r w:rsidRPr="00E85698">
              <w:rPr>
                <w:spacing w:val="-2"/>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3"/>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lastRenderedPageBreak/>
              <w:t>128.</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Сочинение-повествование (упр.619)</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24"/>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129.</w:t>
            </w:r>
          </w:p>
        </w:tc>
        <w:tc>
          <w:tcPr>
            <w:tcW w:w="5094" w:type="dxa"/>
            <w:gridSpan w:val="2"/>
            <w:tcBorders>
              <w:right w:val="single" w:sz="6" w:space="0" w:color="000000"/>
            </w:tcBorders>
          </w:tcPr>
          <w:p w:rsidR="00A047B0" w:rsidRPr="00E85698" w:rsidRDefault="00A047B0" w:rsidP="00A047B0">
            <w:pPr>
              <w:pStyle w:val="TableParagraph"/>
              <w:spacing w:before="2" w:line="259" w:lineRule="auto"/>
              <w:ind w:left="5" w:right="416"/>
              <w:rPr>
                <w:sz w:val="24"/>
                <w:szCs w:val="24"/>
              </w:rPr>
            </w:pPr>
            <w:r w:rsidRPr="00E85698">
              <w:rPr>
                <w:sz w:val="24"/>
                <w:szCs w:val="24"/>
              </w:rPr>
              <w:t>Правописание</w:t>
            </w:r>
            <w:r w:rsidRPr="00E85698">
              <w:rPr>
                <w:spacing w:val="-3"/>
                <w:sz w:val="24"/>
                <w:szCs w:val="24"/>
              </w:rPr>
              <w:t xml:space="preserve"> </w:t>
            </w:r>
            <w:r w:rsidRPr="00E85698">
              <w:rPr>
                <w:sz w:val="24"/>
                <w:szCs w:val="24"/>
              </w:rPr>
              <w:t>гласной</w:t>
            </w:r>
            <w:r w:rsidRPr="00E85698">
              <w:rPr>
                <w:spacing w:val="-4"/>
                <w:sz w:val="24"/>
                <w:szCs w:val="24"/>
              </w:rPr>
              <w:t xml:space="preserve"> </w:t>
            </w:r>
            <w:r w:rsidRPr="00E85698">
              <w:rPr>
                <w:sz w:val="24"/>
                <w:szCs w:val="24"/>
              </w:rPr>
              <w:t>перед</w:t>
            </w:r>
            <w:r w:rsidRPr="00E85698">
              <w:rPr>
                <w:spacing w:val="-4"/>
                <w:sz w:val="24"/>
                <w:szCs w:val="24"/>
              </w:rPr>
              <w:t xml:space="preserve"> </w:t>
            </w:r>
            <w:r w:rsidRPr="00E85698">
              <w:rPr>
                <w:sz w:val="24"/>
                <w:szCs w:val="24"/>
              </w:rPr>
              <w:t>суффиксом</w:t>
            </w:r>
            <w:r w:rsidRPr="00E85698">
              <w:rPr>
                <w:spacing w:val="1"/>
                <w:sz w:val="24"/>
                <w:szCs w:val="24"/>
              </w:rPr>
              <w:t xml:space="preserve"> </w:t>
            </w:r>
            <w:r w:rsidRPr="00E85698">
              <w:rPr>
                <w:sz w:val="24"/>
                <w:szCs w:val="24"/>
              </w:rPr>
              <w:t>-Л-</w:t>
            </w:r>
            <w:r w:rsidRPr="00E85698">
              <w:rPr>
                <w:spacing w:val="-4"/>
                <w:sz w:val="24"/>
                <w:szCs w:val="24"/>
              </w:rPr>
              <w:t xml:space="preserve"> </w:t>
            </w:r>
            <w:r w:rsidRPr="00E85698">
              <w:rPr>
                <w:sz w:val="24"/>
                <w:szCs w:val="24"/>
              </w:rPr>
              <w:t>в</w:t>
            </w:r>
            <w:r w:rsidRPr="00E85698">
              <w:rPr>
                <w:spacing w:val="-4"/>
                <w:sz w:val="24"/>
                <w:szCs w:val="24"/>
              </w:rPr>
              <w:t xml:space="preserve"> </w:t>
            </w:r>
            <w:r w:rsidRPr="00E85698">
              <w:rPr>
                <w:sz w:val="24"/>
                <w:szCs w:val="24"/>
              </w:rPr>
              <w:t>формах</w:t>
            </w:r>
            <w:r w:rsidRPr="00E85698">
              <w:rPr>
                <w:spacing w:val="-47"/>
                <w:sz w:val="24"/>
                <w:szCs w:val="24"/>
              </w:rPr>
              <w:t xml:space="preserve"> </w:t>
            </w:r>
            <w:r w:rsidRPr="00E85698">
              <w:rPr>
                <w:sz w:val="24"/>
                <w:szCs w:val="24"/>
              </w:rPr>
              <w:t>прошедшего времени</w:t>
            </w:r>
            <w:r w:rsidRPr="00E85698">
              <w:rPr>
                <w:spacing w:val="-1"/>
                <w:sz w:val="24"/>
                <w:szCs w:val="24"/>
              </w:rPr>
              <w:t xml:space="preserve"> </w:t>
            </w:r>
            <w:r w:rsidRPr="00E85698">
              <w:rPr>
                <w:sz w:val="24"/>
                <w:szCs w:val="24"/>
              </w:rPr>
              <w:t>глагола</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1"/>
          <w:wAfter w:w="68" w:type="dxa"/>
          <w:trHeight w:val="508"/>
        </w:trPr>
        <w:tc>
          <w:tcPr>
            <w:tcW w:w="578" w:type="dxa"/>
            <w:gridSpan w:val="2"/>
          </w:tcPr>
          <w:p w:rsidR="00A047B0" w:rsidRPr="00E85698" w:rsidRDefault="00A047B0" w:rsidP="00A047B0">
            <w:pPr>
              <w:pStyle w:val="TableParagraph"/>
              <w:spacing w:before="5"/>
              <w:ind w:left="112"/>
              <w:rPr>
                <w:sz w:val="24"/>
                <w:szCs w:val="24"/>
              </w:rPr>
            </w:pPr>
            <w:r w:rsidRPr="00E85698">
              <w:rPr>
                <w:sz w:val="24"/>
                <w:szCs w:val="24"/>
              </w:rPr>
              <w:t>130.</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Правописание</w:t>
            </w:r>
            <w:r w:rsidRPr="00E85698">
              <w:rPr>
                <w:spacing w:val="-3"/>
                <w:sz w:val="24"/>
                <w:szCs w:val="24"/>
              </w:rPr>
              <w:t xml:space="preserve"> </w:t>
            </w:r>
            <w:r w:rsidRPr="00E85698">
              <w:rPr>
                <w:sz w:val="24"/>
                <w:szCs w:val="24"/>
              </w:rPr>
              <w:t>гласной</w:t>
            </w:r>
            <w:r w:rsidRPr="00E85698">
              <w:rPr>
                <w:spacing w:val="-3"/>
                <w:sz w:val="24"/>
                <w:szCs w:val="24"/>
              </w:rPr>
              <w:t xml:space="preserve"> </w:t>
            </w:r>
            <w:r w:rsidRPr="00E85698">
              <w:rPr>
                <w:sz w:val="24"/>
                <w:szCs w:val="24"/>
              </w:rPr>
              <w:t>перед</w:t>
            </w:r>
            <w:r w:rsidRPr="00E85698">
              <w:rPr>
                <w:spacing w:val="-4"/>
                <w:sz w:val="24"/>
                <w:szCs w:val="24"/>
              </w:rPr>
              <w:t xml:space="preserve"> </w:t>
            </w:r>
            <w:r w:rsidRPr="00E85698">
              <w:rPr>
                <w:sz w:val="24"/>
                <w:szCs w:val="24"/>
              </w:rPr>
              <w:t>суффиксом</w:t>
            </w:r>
            <w:r w:rsidRPr="00E85698">
              <w:rPr>
                <w:spacing w:val="2"/>
                <w:sz w:val="24"/>
                <w:szCs w:val="24"/>
              </w:rPr>
              <w:t xml:space="preserve"> </w:t>
            </w:r>
            <w:r w:rsidRPr="00E85698">
              <w:rPr>
                <w:sz w:val="24"/>
                <w:szCs w:val="24"/>
              </w:rPr>
              <w:t>-Л-</w:t>
            </w:r>
            <w:r w:rsidRPr="00E85698">
              <w:rPr>
                <w:spacing w:val="-4"/>
                <w:sz w:val="24"/>
                <w:szCs w:val="24"/>
              </w:rPr>
              <w:t xml:space="preserve"> </w:t>
            </w:r>
            <w:r w:rsidRPr="00E85698">
              <w:rPr>
                <w:sz w:val="24"/>
                <w:szCs w:val="24"/>
              </w:rPr>
              <w:t>в</w:t>
            </w:r>
            <w:r w:rsidRPr="00E85698">
              <w:rPr>
                <w:spacing w:val="-4"/>
                <w:sz w:val="24"/>
                <w:szCs w:val="24"/>
              </w:rPr>
              <w:t xml:space="preserve"> </w:t>
            </w:r>
            <w:r w:rsidRPr="00E85698">
              <w:rPr>
                <w:sz w:val="24"/>
                <w:szCs w:val="24"/>
              </w:rPr>
              <w:t>формах</w:t>
            </w:r>
          </w:p>
          <w:p w:rsidR="00A047B0" w:rsidRPr="00E85698" w:rsidRDefault="00A047B0" w:rsidP="00A047B0">
            <w:pPr>
              <w:pStyle w:val="TableParagraph"/>
              <w:spacing w:before="17"/>
              <w:ind w:left="5"/>
              <w:rPr>
                <w:sz w:val="24"/>
                <w:szCs w:val="24"/>
              </w:rPr>
            </w:pPr>
            <w:r w:rsidRPr="00E85698">
              <w:rPr>
                <w:sz w:val="24"/>
                <w:szCs w:val="24"/>
              </w:rPr>
              <w:t>прошедшего</w:t>
            </w:r>
            <w:r w:rsidRPr="00E85698">
              <w:rPr>
                <w:spacing w:val="-3"/>
                <w:sz w:val="24"/>
                <w:szCs w:val="24"/>
              </w:rPr>
              <w:t xml:space="preserve"> </w:t>
            </w:r>
            <w:r w:rsidRPr="00E85698">
              <w:rPr>
                <w:sz w:val="24"/>
                <w:szCs w:val="24"/>
              </w:rPr>
              <w:t>времени</w:t>
            </w:r>
            <w:r w:rsidRPr="00E85698">
              <w:rPr>
                <w:spacing w:val="-5"/>
                <w:sz w:val="24"/>
                <w:szCs w:val="24"/>
              </w:rPr>
              <w:t xml:space="preserve"> </w:t>
            </w:r>
            <w:r w:rsidRPr="00E85698">
              <w:rPr>
                <w:sz w:val="24"/>
                <w:szCs w:val="24"/>
              </w:rPr>
              <w:t>глагола.</w:t>
            </w:r>
            <w:r w:rsidRPr="00E85698">
              <w:rPr>
                <w:spacing w:val="1"/>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87" w:type="dxa"/>
            <w:gridSpan w:val="3"/>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31.</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Слитное</w:t>
            </w:r>
            <w:r w:rsidRPr="00E85698">
              <w:rPr>
                <w:spacing w:val="-3"/>
                <w:sz w:val="24"/>
                <w:szCs w:val="24"/>
              </w:rPr>
              <w:t xml:space="preserve"> </w:t>
            </w:r>
            <w:r w:rsidRPr="00E85698">
              <w:rPr>
                <w:sz w:val="24"/>
                <w:szCs w:val="24"/>
              </w:rPr>
              <w:t>и</w:t>
            </w:r>
            <w:r w:rsidRPr="00E85698">
              <w:rPr>
                <w:spacing w:val="-4"/>
                <w:sz w:val="24"/>
                <w:szCs w:val="24"/>
              </w:rPr>
              <w:t xml:space="preserve"> </w:t>
            </w:r>
            <w:r w:rsidRPr="00E85698">
              <w:rPr>
                <w:sz w:val="24"/>
                <w:szCs w:val="24"/>
              </w:rPr>
              <w:t>раздельное</w:t>
            </w:r>
            <w:r w:rsidRPr="00E85698">
              <w:rPr>
                <w:spacing w:val="-2"/>
                <w:sz w:val="24"/>
                <w:szCs w:val="24"/>
              </w:rPr>
              <w:t xml:space="preserve"> </w:t>
            </w:r>
            <w:r w:rsidRPr="00E85698">
              <w:rPr>
                <w:sz w:val="24"/>
                <w:szCs w:val="24"/>
              </w:rPr>
              <w:t>написание</w:t>
            </w:r>
            <w:r w:rsidRPr="00E85698">
              <w:rPr>
                <w:spacing w:val="-3"/>
                <w:sz w:val="24"/>
                <w:szCs w:val="24"/>
              </w:rPr>
              <w:t xml:space="preserve"> </w:t>
            </w:r>
            <w:r w:rsidRPr="00E85698">
              <w:rPr>
                <w:sz w:val="24"/>
                <w:szCs w:val="24"/>
              </w:rPr>
              <w:t>НЕ</w:t>
            </w:r>
            <w:r w:rsidRPr="00E85698">
              <w:rPr>
                <w:spacing w:val="-3"/>
                <w:sz w:val="24"/>
                <w:szCs w:val="24"/>
              </w:rPr>
              <w:t xml:space="preserve"> </w:t>
            </w:r>
            <w:r w:rsidRPr="00E85698">
              <w:rPr>
                <w:sz w:val="24"/>
                <w:szCs w:val="24"/>
              </w:rPr>
              <w:t>с</w:t>
            </w:r>
            <w:r w:rsidRPr="00E85698">
              <w:rPr>
                <w:spacing w:val="-3"/>
                <w:sz w:val="24"/>
                <w:szCs w:val="24"/>
              </w:rPr>
              <w:t xml:space="preserve"> </w:t>
            </w:r>
            <w:r w:rsidRPr="00E85698">
              <w:rPr>
                <w:sz w:val="24"/>
                <w:szCs w:val="24"/>
              </w:rPr>
              <w:t>глаголами</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4"/>
        </w:trPr>
        <w:tc>
          <w:tcPr>
            <w:tcW w:w="578" w:type="dxa"/>
            <w:gridSpan w:val="2"/>
          </w:tcPr>
          <w:p w:rsidR="00A047B0" w:rsidRPr="00E85698" w:rsidRDefault="00A047B0" w:rsidP="00A047B0">
            <w:pPr>
              <w:pStyle w:val="TableParagraph"/>
              <w:ind w:right="95"/>
              <w:jc w:val="right"/>
              <w:rPr>
                <w:sz w:val="24"/>
                <w:szCs w:val="24"/>
              </w:rPr>
            </w:pPr>
            <w:r w:rsidRPr="00E85698">
              <w:rPr>
                <w:sz w:val="24"/>
                <w:szCs w:val="24"/>
              </w:rPr>
              <w:t>132.</w:t>
            </w:r>
          </w:p>
        </w:tc>
        <w:tc>
          <w:tcPr>
            <w:tcW w:w="5094" w:type="dxa"/>
            <w:gridSpan w:val="2"/>
            <w:tcBorders>
              <w:right w:val="single" w:sz="6" w:space="0" w:color="000000"/>
            </w:tcBorders>
          </w:tcPr>
          <w:p w:rsidR="00A047B0" w:rsidRPr="00E85698" w:rsidRDefault="00A047B0" w:rsidP="00A047B0">
            <w:pPr>
              <w:pStyle w:val="TableParagraph"/>
              <w:ind w:left="9"/>
              <w:rPr>
                <w:sz w:val="24"/>
                <w:szCs w:val="24"/>
              </w:rPr>
            </w:pPr>
            <w:r w:rsidRPr="00E85698">
              <w:rPr>
                <w:sz w:val="24"/>
                <w:szCs w:val="24"/>
              </w:rPr>
              <w:t>Нормы</w:t>
            </w:r>
            <w:r w:rsidRPr="00E85698">
              <w:rPr>
                <w:spacing w:val="-3"/>
                <w:sz w:val="24"/>
                <w:szCs w:val="24"/>
              </w:rPr>
              <w:t xml:space="preserve"> </w:t>
            </w:r>
            <w:r w:rsidRPr="00E85698">
              <w:rPr>
                <w:sz w:val="24"/>
                <w:szCs w:val="24"/>
              </w:rPr>
              <w:t>постановки</w:t>
            </w:r>
            <w:r w:rsidRPr="00E85698">
              <w:rPr>
                <w:spacing w:val="-2"/>
                <w:sz w:val="24"/>
                <w:szCs w:val="24"/>
              </w:rPr>
              <w:t xml:space="preserve"> </w:t>
            </w:r>
            <w:r w:rsidRPr="00E85698">
              <w:rPr>
                <w:sz w:val="24"/>
                <w:szCs w:val="24"/>
              </w:rPr>
              <w:t>ударения</w:t>
            </w:r>
            <w:r w:rsidRPr="00E85698">
              <w:rPr>
                <w:spacing w:val="-3"/>
                <w:sz w:val="24"/>
                <w:szCs w:val="24"/>
              </w:rPr>
              <w:t xml:space="preserve"> </w:t>
            </w:r>
            <w:r w:rsidRPr="00E85698">
              <w:rPr>
                <w:sz w:val="24"/>
                <w:szCs w:val="24"/>
              </w:rPr>
              <w:t>в</w:t>
            </w:r>
            <w:r w:rsidRPr="00E85698">
              <w:rPr>
                <w:spacing w:val="-4"/>
                <w:sz w:val="24"/>
                <w:szCs w:val="24"/>
              </w:rPr>
              <w:t xml:space="preserve"> </w:t>
            </w:r>
            <w:r w:rsidRPr="00E85698">
              <w:rPr>
                <w:sz w:val="24"/>
                <w:szCs w:val="24"/>
              </w:rPr>
              <w:t>глагольных</w:t>
            </w:r>
            <w:r w:rsidRPr="00E85698">
              <w:rPr>
                <w:spacing w:val="-3"/>
                <w:sz w:val="24"/>
                <w:szCs w:val="24"/>
              </w:rPr>
              <w:t xml:space="preserve"> </w:t>
            </w:r>
            <w:r w:rsidRPr="00E85698">
              <w:rPr>
                <w:sz w:val="24"/>
                <w:szCs w:val="24"/>
              </w:rPr>
              <w:t>формах</w:t>
            </w:r>
          </w:p>
        </w:tc>
        <w:tc>
          <w:tcPr>
            <w:tcW w:w="713" w:type="dxa"/>
            <w:gridSpan w:val="2"/>
            <w:tcBorders>
              <w:left w:val="single" w:sz="6" w:space="0" w:color="000000"/>
            </w:tcBorders>
          </w:tcPr>
          <w:p w:rsidR="00A047B0" w:rsidRPr="00E85698" w:rsidRDefault="00A047B0" w:rsidP="00A047B0">
            <w:pPr>
              <w:pStyle w:val="TableParagraph"/>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133.</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Нормы</w:t>
            </w:r>
            <w:r w:rsidRPr="00E85698">
              <w:rPr>
                <w:spacing w:val="-3"/>
                <w:sz w:val="24"/>
                <w:szCs w:val="24"/>
              </w:rPr>
              <w:t xml:space="preserve"> </w:t>
            </w:r>
            <w:r w:rsidRPr="00E85698">
              <w:rPr>
                <w:sz w:val="24"/>
                <w:szCs w:val="24"/>
              </w:rPr>
              <w:t>словоизменения</w:t>
            </w:r>
            <w:r w:rsidRPr="00E85698">
              <w:rPr>
                <w:spacing w:val="-4"/>
                <w:sz w:val="24"/>
                <w:szCs w:val="24"/>
              </w:rPr>
              <w:t xml:space="preserve"> </w:t>
            </w:r>
            <w:r w:rsidRPr="00E85698">
              <w:rPr>
                <w:sz w:val="24"/>
                <w:szCs w:val="24"/>
              </w:rPr>
              <w:t>глаголов</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134.</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Правописание корней</w:t>
            </w:r>
            <w:r w:rsidRPr="00E85698">
              <w:rPr>
                <w:spacing w:val="-4"/>
                <w:sz w:val="24"/>
                <w:szCs w:val="24"/>
              </w:rPr>
              <w:t xml:space="preserve"> </w:t>
            </w:r>
            <w:r w:rsidRPr="00E85698">
              <w:rPr>
                <w:sz w:val="24"/>
                <w:szCs w:val="24"/>
              </w:rPr>
              <w:t>с</w:t>
            </w:r>
            <w:r w:rsidRPr="00E85698">
              <w:rPr>
                <w:spacing w:val="-3"/>
                <w:sz w:val="24"/>
                <w:szCs w:val="24"/>
              </w:rPr>
              <w:t xml:space="preserve"> </w:t>
            </w:r>
            <w:r w:rsidRPr="00E85698">
              <w:rPr>
                <w:sz w:val="24"/>
                <w:szCs w:val="24"/>
              </w:rPr>
              <w:t>чередованием</w:t>
            </w:r>
            <w:r w:rsidRPr="00E85698">
              <w:rPr>
                <w:spacing w:val="-2"/>
                <w:sz w:val="24"/>
                <w:szCs w:val="24"/>
              </w:rPr>
              <w:t xml:space="preserve"> </w:t>
            </w:r>
            <w:r w:rsidRPr="00E85698">
              <w:rPr>
                <w:sz w:val="24"/>
                <w:szCs w:val="24"/>
              </w:rPr>
              <w:t>Е</w:t>
            </w:r>
            <w:r w:rsidRPr="00E85698">
              <w:rPr>
                <w:spacing w:val="-3"/>
                <w:sz w:val="24"/>
                <w:szCs w:val="24"/>
              </w:rPr>
              <w:t xml:space="preserve"> </w:t>
            </w:r>
            <w:r w:rsidRPr="00E85698">
              <w:rPr>
                <w:sz w:val="24"/>
                <w:szCs w:val="24"/>
              </w:rPr>
              <w:t>//</w:t>
            </w:r>
            <w:r w:rsidRPr="00E85698">
              <w:rPr>
                <w:spacing w:val="-4"/>
                <w:sz w:val="24"/>
                <w:szCs w:val="24"/>
              </w:rPr>
              <w:t xml:space="preserve"> </w:t>
            </w:r>
            <w:r w:rsidRPr="00E85698">
              <w:rPr>
                <w:sz w:val="24"/>
                <w:szCs w:val="24"/>
              </w:rPr>
              <w:t>И</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3"/>
        </w:trPr>
        <w:tc>
          <w:tcPr>
            <w:tcW w:w="578" w:type="dxa"/>
            <w:gridSpan w:val="2"/>
          </w:tcPr>
          <w:p w:rsidR="00A047B0" w:rsidRPr="00E85698" w:rsidRDefault="00A047B0" w:rsidP="00A047B0">
            <w:pPr>
              <w:pStyle w:val="TableParagraph"/>
              <w:spacing w:line="229" w:lineRule="exact"/>
              <w:ind w:right="95"/>
              <w:jc w:val="right"/>
              <w:rPr>
                <w:sz w:val="24"/>
                <w:szCs w:val="24"/>
              </w:rPr>
            </w:pPr>
            <w:r w:rsidRPr="00E85698">
              <w:rPr>
                <w:sz w:val="24"/>
                <w:szCs w:val="24"/>
              </w:rPr>
              <w:t>135.</w:t>
            </w:r>
          </w:p>
        </w:tc>
        <w:tc>
          <w:tcPr>
            <w:tcW w:w="5094" w:type="dxa"/>
            <w:gridSpan w:val="2"/>
            <w:tcBorders>
              <w:right w:val="single" w:sz="6" w:space="0" w:color="000000"/>
            </w:tcBorders>
          </w:tcPr>
          <w:p w:rsidR="00A047B0" w:rsidRPr="00E85698" w:rsidRDefault="00A047B0" w:rsidP="00A047B0">
            <w:pPr>
              <w:pStyle w:val="TableParagraph"/>
              <w:spacing w:line="229" w:lineRule="exact"/>
              <w:ind w:left="9"/>
              <w:rPr>
                <w:sz w:val="24"/>
                <w:szCs w:val="24"/>
              </w:rPr>
            </w:pPr>
            <w:r w:rsidRPr="00E85698">
              <w:rPr>
                <w:sz w:val="24"/>
                <w:szCs w:val="24"/>
              </w:rPr>
              <w:t>Правописание</w:t>
            </w:r>
            <w:r w:rsidRPr="00E85698">
              <w:rPr>
                <w:spacing w:val="-1"/>
                <w:sz w:val="24"/>
                <w:szCs w:val="24"/>
              </w:rPr>
              <w:t xml:space="preserve"> </w:t>
            </w:r>
            <w:r w:rsidRPr="00E85698">
              <w:rPr>
                <w:sz w:val="24"/>
                <w:szCs w:val="24"/>
              </w:rPr>
              <w:t>корней</w:t>
            </w:r>
            <w:r w:rsidRPr="00E85698">
              <w:rPr>
                <w:spacing w:val="-5"/>
                <w:sz w:val="24"/>
                <w:szCs w:val="24"/>
              </w:rPr>
              <w:t xml:space="preserve"> </w:t>
            </w:r>
            <w:r w:rsidRPr="00E85698">
              <w:rPr>
                <w:sz w:val="24"/>
                <w:szCs w:val="24"/>
              </w:rPr>
              <w:t>с</w:t>
            </w:r>
            <w:r w:rsidRPr="00E85698">
              <w:rPr>
                <w:spacing w:val="-3"/>
                <w:sz w:val="24"/>
                <w:szCs w:val="24"/>
              </w:rPr>
              <w:t xml:space="preserve"> </w:t>
            </w:r>
            <w:r w:rsidRPr="00E85698">
              <w:rPr>
                <w:sz w:val="24"/>
                <w:szCs w:val="24"/>
              </w:rPr>
              <w:t>чередованием</w:t>
            </w:r>
            <w:r w:rsidRPr="00E85698">
              <w:rPr>
                <w:spacing w:val="-3"/>
                <w:sz w:val="24"/>
                <w:szCs w:val="24"/>
              </w:rPr>
              <w:t xml:space="preserve"> </w:t>
            </w:r>
            <w:r w:rsidRPr="00E85698">
              <w:rPr>
                <w:sz w:val="24"/>
                <w:szCs w:val="24"/>
              </w:rPr>
              <w:t>Е</w:t>
            </w:r>
            <w:r w:rsidRPr="00E85698">
              <w:rPr>
                <w:spacing w:val="-3"/>
                <w:sz w:val="24"/>
                <w:szCs w:val="24"/>
              </w:rPr>
              <w:t xml:space="preserve"> </w:t>
            </w:r>
            <w:r w:rsidRPr="00E85698">
              <w:rPr>
                <w:sz w:val="24"/>
                <w:szCs w:val="24"/>
              </w:rPr>
              <w:t>//</w:t>
            </w:r>
            <w:r w:rsidRPr="00E85698">
              <w:rPr>
                <w:spacing w:val="-5"/>
                <w:sz w:val="24"/>
                <w:szCs w:val="24"/>
              </w:rPr>
              <w:t xml:space="preserve"> </w:t>
            </w:r>
            <w:r w:rsidRPr="00E85698">
              <w:rPr>
                <w:sz w:val="24"/>
                <w:szCs w:val="24"/>
              </w:rPr>
              <w:t xml:space="preserve">И. Практикум </w:t>
            </w:r>
          </w:p>
        </w:tc>
        <w:tc>
          <w:tcPr>
            <w:tcW w:w="713" w:type="dxa"/>
            <w:gridSpan w:val="2"/>
            <w:tcBorders>
              <w:left w:val="single" w:sz="6" w:space="0" w:color="000000"/>
            </w:tcBorders>
          </w:tcPr>
          <w:p w:rsidR="00A047B0" w:rsidRPr="00E85698" w:rsidRDefault="00A047B0" w:rsidP="00A047B0">
            <w:pPr>
              <w:pStyle w:val="TableParagraph"/>
              <w:spacing w:line="229"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417"/>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136.</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Повторение</w:t>
            </w:r>
            <w:r w:rsidRPr="00E85698">
              <w:rPr>
                <w:spacing w:val="-2"/>
                <w:sz w:val="24"/>
                <w:szCs w:val="24"/>
              </w:rPr>
              <w:t xml:space="preserve"> </w:t>
            </w:r>
            <w:r w:rsidRPr="00E85698">
              <w:rPr>
                <w:sz w:val="24"/>
                <w:szCs w:val="24"/>
              </w:rPr>
              <w:t>по</w:t>
            </w:r>
            <w:r w:rsidRPr="00E85698">
              <w:rPr>
                <w:spacing w:val="-3"/>
                <w:sz w:val="24"/>
                <w:szCs w:val="24"/>
              </w:rPr>
              <w:t xml:space="preserve"> </w:t>
            </w:r>
            <w:r w:rsidRPr="00E85698">
              <w:rPr>
                <w:sz w:val="24"/>
                <w:szCs w:val="24"/>
              </w:rPr>
              <w:t>теме</w:t>
            </w:r>
            <w:r w:rsidRPr="00E85698">
              <w:rPr>
                <w:spacing w:val="-4"/>
                <w:sz w:val="24"/>
                <w:szCs w:val="24"/>
              </w:rPr>
              <w:t xml:space="preserve"> </w:t>
            </w:r>
            <w:r w:rsidRPr="00E85698">
              <w:rPr>
                <w:sz w:val="24"/>
                <w:szCs w:val="24"/>
              </w:rPr>
              <w:t>"Глагол".</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22"/>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137.</w:t>
            </w:r>
          </w:p>
        </w:tc>
        <w:tc>
          <w:tcPr>
            <w:tcW w:w="5094" w:type="dxa"/>
            <w:gridSpan w:val="2"/>
            <w:tcBorders>
              <w:right w:val="single" w:sz="6" w:space="0" w:color="000000"/>
            </w:tcBorders>
          </w:tcPr>
          <w:p w:rsidR="00A047B0" w:rsidRPr="00E85698" w:rsidRDefault="00A047B0" w:rsidP="00A047B0">
            <w:pPr>
              <w:pStyle w:val="TableParagraph"/>
              <w:spacing w:before="31"/>
              <w:ind w:left="9"/>
              <w:rPr>
                <w:sz w:val="24"/>
                <w:szCs w:val="24"/>
              </w:rPr>
            </w:pPr>
            <w:r w:rsidRPr="00E85698">
              <w:rPr>
                <w:sz w:val="24"/>
                <w:szCs w:val="24"/>
              </w:rPr>
              <w:t xml:space="preserve">. Контрольная </w:t>
            </w:r>
            <w:r w:rsidRPr="00E85698">
              <w:rPr>
                <w:spacing w:val="-5"/>
                <w:sz w:val="24"/>
                <w:szCs w:val="24"/>
              </w:rPr>
              <w:t xml:space="preserve"> </w:t>
            </w:r>
            <w:r w:rsidRPr="00E85698">
              <w:rPr>
                <w:sz w:val="24"/>
                <w:szCs w:val="24"/>
              </w:rPr>
              <w:t>работа по теме «Глагол»</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After w:val="2"/>
          <w:wAfter w:w="76" w:type="dxa"/>
          <w:trHeight w:val="631"/>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138.</w:t>
            </w:r>
          </w:p>
        </w:tc>
        <w:tc>
          <w:tcPr>
            <w:tcW w:w="5094" w:type="dxa"/>
            <w:gridSpan w:val="2"/>
            <w:tcBorders>
              <w:right w:val="single" w:sz="6" w:space="0" w:color="000000"/>
            </w:tcBorders>
          </w:tcPr>
          <w:p w:rsidR="00A047B0" w:rsidRPr="00E85698" w:rsidRDefault="00A047B0" w:rsidP="00A047B0">
            <w:pPr>
              <w:pStyle w:val="TableParagraph"/>
              <w:spacing w:line="229" w:lineRule="exact"/>
              <w:ind w:left="9"/>
              <w:rPr>
                <w:sz w:val="24"/>
                <w:szCs w:val="24"/>
              </w:rPr>
            </w:pPr>
            <w:r w:rsidRPr="00E85698">
              <w:rPr>
                <w:sz w:val="24"/>
                <w:szCs w:val="24"/>
              </w:rPr>
              <w:t>Синтаксис</w:t>
            </w:r>
            <w:r w:rsidRPr="00E85698">
              <w:rPr>
                <w:spacing w:val="-2"/>
                <w:sz w:val="24"/>
                <w:szCs w:val="24"/>
              </w:rPr>
              <w:t xml:space="preserve"> </w:t>
            </w:r>
            <w:r w:rsidRPr="00E85698">
              <w:rPr>
                <w:sz w:val="24"/>
                <w:szCs w:val="24"/>
              </w:rPr>
              <w:t>и</w:t>
            </w:r>
            <w:r w:rsidRPr="00E85698">
              <w:rPr>
                <w:spacing w:val="-5"/>
                <w:sz w:val="24"/>
                <w:szCs w:val="24"/>
              </w:rPr>
              <w:t xml:space="preserve"> </w:t>
            </w:r>
            <w:r w:rsidRPr="00E85698">
              <w:rPr>
                <w:sz w:val="24"/>
                <w:szCs w:val="24"/>
              </w:rPr>
              <w:t>пунктуация</w:t>
            </w:r>
            <w:r w:rsidRPr="00E85698">
              <w:rPr>
                <w:spacing w:val="-5"/>
                <w:sz w:val="24"/>
                <w:szCs w:val="24"/>
              </w:rPr>
              <w:t xml:space="preserve"> </w:t>
            </w:r>
            <w:r w:rsidRPr="00E85698">
              <w:rPr>
                <w:sz w:val="24"/>
                <w:szCs w:val="24"/>
              </w:rPr>
              <w:t>как</w:t>
            </w:r>
            <w:r w:rsidRPr="00E85698">
              <w:rPr>
                <w:spacing w:val="-2"/>
                <w:sz w:val="24"/>
                <w:szCs w:val="24"/>
              </w:rPr>
              <w:t xml:space="preserve"> </w:t>
            </w:r>
            <w:r w:rsidRPr="00E85698">
              <w:rPr>
                <w:sz w:val="24"/>
                <w:szCs w:val="24"/>
              </w:rPr>
              <w:t>разделы</w:t>
            </w:r>
            <w:r w:rsidRPr="00E85698">
              <w:rPr>
                <w:spacing w:val="-4"/>
                <w:sz w:val="24"/>
                <w:szCs w:val="24"/>
              </w:rPr>
              <w:t xml:space="preserve"> </w:t>
            </w:r>
            <w:r w:rsidRPr="00E85698">
              <w:rPr>
                <w:sz w:val="24"/>
                <w:szCs w:val="24"/>
              </w:rPr>
              <w:t>лингвистики.</w:t>
            </w:r>
          </w:p>
          <w:p w:rsidR="00A047B0" w:rsidRPr="00E85698" w:rsidRDefault="00A047B0" w:rsidP="00A047B0">
            <w:pPr>
              <w:pStyle w:val="TableParagraph"/>
              <w:spacing w:line="259" w:lineRule="auto"/>
              <w:ind w:left="9" w:right="121"/>
              <w:rPr>
                <w:sz w:val="24"/>
                <w:szCs w:val="24"/>
              </w:rPr>
            </w:pPr>
            <w:r w:rsidRPr="00E85698">
              <w:rPr>
                <w:sz w:val="24"/>
                <w:szCs w:val="24"/>
              </w:rPr>
              <w:t>Словосочетание</w:t>
            </w:r>
            <w:r w:rsidRPr="00E85698">
              <w:rPr>
                <w:spacing w:val="-4"/>
                <w:sz w:val="24"/>
                <w:szCs w:val="24"/>
              </w:rPr>
              <w:t xml:space="preserve"> </w:t>
            </w:r>
            <w:r w:rsidRPr="00E85698">
              <w:rPr>
                <w:sz w:val="24"/>
                <w:szCs w:val="24"/>
              </w:rPr>
              <w:t>и</w:t>
            </w:r>
            <w:r w:rsidRPr="00E85698">
              <w:rPr>
                <w:spacing w:val="-3"/>
                <w:sz w:val="24"/>
                <w:szCs w:val="24"/>
              </w:rPr>
              <w:t xml:space="preserve"> </w:t>
            </w:r>
            <w:r w:rsidRPr="00E85698">
              <w:rPr>
                <w:sz w:val="24"/>
                <w:szCs w:val="24"/>
              </w:rPr>
              <w:t>предложение как</w:t>
            </w:r>
            <w:r w:rsidRPr="00E85698">
              <w:rPr>
                <w:spacing w:val="-5"/>
                <w:sz w:val="24"/>
                <w:szCs w:val="24"/>
              </w:rPr>
              <w:t xml:space="preserve"> </w:t>
            </w:r>
            <w:r w:rsidRPr="00E85698">
              <w:rPr>
                <w:sz w:val="24"/>
                <w:szCs w:val="24"/>
              </w:rPr>
              <w:t>единицы</w:t>
            </w:r>
            <w:r w:rsidRPr="00E85698">
              <w:rPr>
                <w:spacing w:val="-3"/>
                <w:sz w:val="24"/>
                <w:szCs w:val="24"/>
              </w:rPr>
              <w:t xml:space="preserve"> </w:t>
            </w:r>
            <w:r w:rsidRPr="00E85698">
              <w:rPr>
                <w:sz w:val="24"/>
                <w:szCs w:val="24"/>
              </w:rPr>
              <w:t>синтаксиса</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3"/>
        </w:trPr>
        <w:tc>
          <w:tcPr>
            <w:tcW w:w="578" w:type="dxa"/>
            <w:gridSpan w:val="2"/>
          </w:tcPr>
          <w:p w:rsidR="00A047B0" w:rsidRPr="00E85698" w:rsidRDefault="00A047B0" w:rsidP="00A047B0">
            <w:pPr>
              <w:pStyle w:val="TableParagraph"/>
              <w:spacing w:before="119"/>
              <w:ind w:right="95"/>
              <w:jc w:val="right"/>
              <w:rPr>
                <w:sz w:val="24"/>
                <w:szCs w:val="24"/>
              </w:rPr>
            </w:pPr>
            <w:r w:rsidRPr="00E85698">
              <w:rPr>
                <w:sz w:val="24"/>
                <w:szCs w:val="24"/>
              </w:rPr>
              <w:t>139.</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Словосочетание и его признаки. Основные виды</w:t>
            </w:r>
            <w:r w:rsidRPr="00E85698">
              <w:rPr>
                <w:spacing w:val="1"/>
                <w:sz w:val="24"/>
                <w:szCs w:val="24"/>
              </w:rPr>
              <w:t xml:space="preserve"> </w:t>
            </w:r>
            <w:r w:rsidRPr="00E85698">
              <w:rPr>
                <w:sz w:val="24"/>
                <w:szCs w:val="24"/>
              </w:rPr>
              <w:t>словосочетаний</w:t>
            </w:r>
            <w:r w:rsidRPr="00E85698">
              <w:rPr>
                <w:spacing w:val="-6"/>
                <w:sz w:val="24"/>
                <w:szCs w:val="24"/>
              </w:rPr>
              <w:t xml:space="preserve"> </w:t>
            </w:r>
            <w:r w:rsidRPr="00E85698">
              <w:rPr>
                <w:sz w:val="24"/>
                <w:szCs w:val="24"/>
              </w:rPr>
              <w:t>по</w:t>
            </w:r>
            <w:r w:rsidRPr="00E85698">
              <w:rPr>
                <w:spacing w:val="-4"/>
                <w:sz w:val="24"/>
                <w:szCs w:val="24"/>
              </w:rPr>
              <w:t xml:space="preserve"> </w:t>
            </w:r>
            <w:r w:rsidRPr="00E85698">
              <w:rPr>
                <w:sz w:val="24"/>
                <w:szCs w:val="24"/>
              </w:rPr>
              <w:t>морфологическим</w:t>
            </w:r>
            <w:r w:rsidRPr="00E85698">
              <w:rPr>
                <w:spacing w:val="-4"/>
                <w:sz w:val="24"/>
                <w:szCs w:val="24"/>
              </w:rPr>
              <w:t xml:space="preserve"> </w:t>
            </w:r>
            <w:r w:rsidRPr="00E85698">
              <w:rPr>
                <w:sz w:val="24"/>
                <w:szCs w:val="24"/>
              </w:rPr>
              <w:t>свойствам</w:t>
            </w:r>
            <w:r w:rsidRPr="00E85698">
              <w:rPr>
                <w:spacing w:val="-5"/>
                <w:sz w:val="24"/>
                <w:szCs w:val="24"/>
              </w:rPr>
              <w:t xml:space="preserve"> </w:t>
            </w:r>
            <w:r w:rsidRPr="00E85698">
              <w:rPr>
                <w:sz w:val="24"/>
                <w:szCs w:val="24"/>
              </w:rPr>
              <w:t>главного</w:t>
            </w:r>
            <w:r w:rsidRPr="00E85698">
              <w:rPr>
                <w:spacing w:val="-47"/>
                <w:sz w:val="24"/>
                <w:szCs w:val="24"/>
              </w:rPr>
              <w:t xml:space="preserve"> </w:t>
            </w:r>
            <w:r w:rsidRPr="00E85698">
              <w:rPr>
                <w:sz w:val="24"/>
                <w:szCs w:val="24"/>
              </w:rPr>
              <w:t>слова (именные, глагольные, наречные). Средства связи</w:t>
            </w:r>
            <w:r w:rsidRPr="00E85698">
              <w:rPr>
                <w:spacing w:val="1"/>
                <w:sz w:val="24"/>
                <w:szCs w:val="24"/>
              </w:rPr>
              <w:t xml:space="preserve"> </w:t>
            </w:r>
            <w:r w:rsidRPr="00E85698">
              <w:rPr>
                <w:sz w:val="24"/>
                <w:szCs w:val="24"/>
              </w:rPr>
              <w:t>слов</w:t>
            </w:r>
            <w:r w:rsidRPr="00E85698">
              <w:rPr>
                <w:spacing w:val="-2"/>
                <w:sz w:val="24"/>
                <w:szCs w:val="24"/>
              </w:rPr>
              <w:t xml:space="preserve"> </w:t>
            </w:r>
            <w:r w:rsidRPr="00E85698">
              <w:rPr>
                <w:sz w:val="24"/>
                <w:szCs w:val="24"/>
              </w:rPr>
              <w:t>в</w:t>
            </w:r>
            <w:r w:rsidRPr="00E85698">
              <w:rPr>
                <w:spacing w:val="-1"/>
                <w:sz w:val="24"/>
                <w:szCs w:val="24"/>
              </w:rPr>
              <w:t xml:space="preserve"> </w:t>
            </w:r>
            <w:r w:rsidRPr="00E85698">
              <w:rPr>
                <w:sz w:val="24"/>
                <w:szCs w:val="24"/>
              </w:rPr>
              <w:t>словосочетании Синтаксический</w:t>
            </w:r>
            <w:r w:rsidRPr="00E85698">
              <w:rPr>
                <w:spacing w:val="-5"/>
                <w:sz w:val="24"/>
                <w:szCs w:val="24"/>
              </w:rPr>
              <w:t xml:space="preserve"> </w:t>
            </w:r>
            <w:r w:rsidRPr="00E85698">
              <w:rPr>
                <w:sz w:val="24"/>
                <w:szCs w:val="24"/>
              </w:rPr>
              <w:t>анализ</w:t>
            </w:r>
            <w:r w:rsidRPr="00E85698">
              <w:rPr>
                <w:spacing w:val="-4"/>
                <w:sz w:val="24"/>
                <w:szCs w:val="24"/>
              </w:rPr>
              <w:t xml:space="preserve"> </w:t>
            </w:r>
            <w:r w:rsidRPr="00E85698">
              <w:rPr>
                <w:sz w:val="24"/>
                <w:szCs w:val="24"/>
              </w:rPr>
              <w:t>словосочетаний</w:t>
            </w:r>
          </w:p>
        </w:tc>
        <w:tc>
          <w:tcPr>
            <w:tcW w:w="713" w:type="dxa"/>
            <w:gridSpan w:val="2"/>
            <w:tcBorders>
              <w:left w:val="single" w:sz="6" w:space="0" w:color="000000"/>
            </w:tcBorders>
          </w:tcPr>
          <w:p w:rsidR="00A047B0" w:rsidRPr="00E85698" w:rsidRDefault="00A047B0" w:rsidP="00A047B0">
            <w:pPr>
              <w:pStyle w:val="TableParagraph"/>
              <w:spacing w:before="119"/>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789"/>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140.</w:t>
            </w:r>
          </w:p>
        </w:tc>
        <w:tc>
          <w:tcPr>
            <w:tcW w:w="5094" w:type="dxa"/>
            <w:gridSpan w:val="2"/>
            <w:tcBorders>
              <w:right w:val="single" w:sz="6" w:space="0" w:color="000000"/>
            </w:tcBorders>
          </w:tcPr>
          <w:p w:rsidR="00A047B0" w:rsidRPr="00E85698" w:rsidRDefault="00A047B0" w:rsidP="00A047B0">
            <w:pPr>
              <w:pStyle w:val="TableParagraph"/>
              <w:spacing w:line="259" w:lineRule="auto"/>
              <w:ind w:left="9" w:right="76"/>
              <w:jc w:val="both"/>
              <w:rPr>
                <w:sz w:val="24"/>
                <w:szCs w:val="24"/>
              </w:rPr>
            </w:pPr>
            <w:r w:rsidRPr="00E85698">
              <w:rPr>
                <w:sz w:val="24"/>
                <w:szCs w:val="24"/>
              </w:rPr>
              <w:t>Предложение и его признаки. Виды предложений по цели</w:t>
            </w:r>
            <w:r w:rsidRPr="00E85698">
              <w:rPr>
                <w:spacing w:val="-47"/>
                <w:sz w:val="24"/>
                <w:szCs w:val="24"/>
              </w:rPr>
              <w:t xml:space="preserve"> </w:t>
            </w:r>
            <w:r w:rsidRPr="00E85698">
              <w:rPr>
                <w:sz w:val="24"/>
                <w:szCs w:val="24"/>
              </w:rPr>
              <w:t>высказывания:</w:t>
            </w:r>
            <w:r w:rsidRPr="00E85698">
              <w:rPr>
                <w:spacing w:val="-8"/>
                <w:sz w:val="24"/>
                <w:szCs w:val="24"/>
              </w:rPr>
              <w:t xml:space="preserve"> </w:t>
            </w:r>
            <w:r w:rsidRPr="00E85698">
              <w:rPr>
                <w:sz w:val="24"/>
                <w:szCs w:val="24"/>
              </w:rPr>
              <w:t>смысловые</w:t>
            </w:r>
            <w:r w:rsidRPr="00E85698">
              <w:rPr>
                <w:spacing w:val="-6"/>
                <w:sz w:val="24"/>
                <w:szCs w:val="24"/>
              </w:rPr>
              <w:t xml:space="preserve"> </w:t>
            </w:r>
            <w:r w:rsidRPr="00E85698">
              <w:rPr>
                <w:sz w:val="24"/>
                <w:szCs w:val="24"/>
              </w:rPr>
              <w:t>и</w:t>
            </w:r>
            <w:r w:rsidRPr="00E85698">
              <w:rPr>
                <w:spacing w:val="-6"/>
                <w:sz w:val="24"/>
                <w:szCs w:val="24"/>
              </w:rPr>
              <w:t xml:space="preserve"> </w:t>
            </w:r>
            <w:r w:rsidRPr="00E85698">
              <w:rPr>
                <w:sz w:val="24"/>
                <w:szCs w:val="24"/>
              </w:rPr>
              <w:t>интонационные</w:t>
            </w:r>
            <w:r w:rsidRPr="00E85698">
              <w:rPr>
                <w:spacing w:val="-6"/>
                <w:sz w:val="24"/>
                <w:szCs w:val="24"/>
              </w:rPr>
              <w:t xml:space="preserve"> </w:t>
            </w:r>
            <w:r w:rsidRPr="00E85698">
              <w:rPr>
                <w:sz w:val="24"/>
                <w:szCs w:val="24"/>
              </w:rPr>
              <w:t>особенности,</w:t>
            </w:r>
            <w:r w:rsidRPr="00E85698">
              <w:rPr>
                <w:spacing w:val="-48"/>
                <w:sz w:val="24"/>
                <w:szCs w:val="24"/>
              </w:rPr>
              <w:t xml:space="preserve"> </w:t>
            </w:r>
            <w:r w:rsidRPr="00E85698">
              <w:rPr>
                <w:sz w:val="24"/>
                <w:szCs w:val="24"/>
              </w:rPr>
              <w:t>знаки</w:t>
            </w:r>
            <w:r w:rsidRPr="00E85698">
              <w:rPr>
                <w:spacing w:val="-2"/>
                <w:sz w:val="24"/>
                <w:szCs w:val="24"/>
              </w:rPr>
              <w:t xml:space="preserve"> </w:t>
            </w:r>
            <w:r w:rsidRPr="00E85698">
              <w:rPr>
                <w:sz w:val="24"/>
                <w:szCs w:val="24"/>
              </w:rPr>
              <w:t>препинания</w:t>
            </w:r>
            <w:r w:rsidRPr="00E85698">
              <w:rPr>
                <w:spacing w:val="-2"/>
                <w:sz w:val="24"/>
                <w:szCs w:val="24"/>
              </w:rPr>
              <w:t xml:space="preserve"> </w:t>
            </w:r>
            <w:r w:rsidRPr="00E85698">
              <w:rPr>
                <w:sz w:val="24"/>
                <w:szCs w:val="24"/>
              </w:rPr>
              <w:t>в</w:t>
            </w:r>
            <w:r w:rsidRPr="00E85698">
              <w:rPr>
                <w:spacing w:val="2"/>
                <w:sz w:val="24"/>
                <w:szCs w:val="24"/>
              </w:rPr>
              <w:t xml:space="preserve"> </w:t>
            </w:r>
            <w:r w:rsidRPr="00E85698">
              <w:rPr>
                <w:sz w:val="24"/>
                <w:szCs w:val="24"/>
              </w:rPr>
              <w:t>конце</w:t>
            </w:r>
            <w:r w:rsidRPr="00E85698">
              <w:rPr>
                <w:spacing w:val="2"/>
                <w:sz w:val="24"/>
                <w:szCs w:val="24"/>
              </w:rPr>
              <w:t xml:space="preserve"> </w:t>
            </w:r>
            <w:r w:rsidRPr="00E85698">
              <w:rPr>
                <w:sz w:val="24"/>
                <w:szCs w:val="24"/>
              </w:rPr>
              <w:t>предложения</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861"/>
        </w:trPr>
        <w:tc>
          <w:tcPr>
            <w:tcW w:w="578" w:type="dxa"/>
            <w:gridSpan w:val="2"/>
          </w:tcPr>
          <w:p w:rsidR="00A047B0" w:rsidRPr="00E85698" w:rsidRDefault="00A047B0" w:rsidP="00A047B0">
            <w:pPr>
              <w:pStyle w:val="TableParagraph"/>
              <w:spacing w:line="229" w:lineRule="exact"/>
              <w:ind w:right="95"/>
              <w:jc w:val="right"/>
              <w:rPr>
                <w:sz w:val="24"/>
                <w:szCs w:val="24"/>
              </w:rPr>
            </w:pPr>
            <w:r w:rsidRPr="00E85698">
              <w:rPr>
                <w:sz w:val="24"/>
                <w:szCs w:val="24"/>
              </w:rPr>
              <w:t>141.</w:t>
            </w:r>
          </w:p>
        </w:tc>
        <w:tc>
          <w:tcPr>
            <w:tcW w:w="5094" w:type="dxa"/>
            <w:gridSpan w:val="2"/>
            <w:tcBorders>
              <w:right w:val="single" w:sz="6" w:space="0" w:color="000000"/>
            </w:tcBorders>
          </w:tcPr>
          <w:p w:rsidR="00A047B0" w:rsidRPr="00E85698" w:rsidRDefault="00A047B0" w:rsidP="00A047B0">
            <w:pPr>
              <w:pStyle w:val="TableParagraph"/>
              <w:spacing w:line="259" w:lineRule="auto"/>
              <w:ind w:left="9" w:right="854"/>
              <w:rPr>
                <w:sz w:val="24"/>
                <w:szCs w:val="24"/>
              </w:rPr>
            </w:pPr>
            <w:r w:rsidRPr="00E85698">
              <w:rPr>
                <w:sz w:val="24"/>
                <w:szCs w:val="24"/>
              </w:rPr>
              <w:t>Виды предложений по эмоциональной окраске:</w:t>
            </w:r>
            <w:r w:rsidRPr="00E85698">
              <w:rPr>
                <w:spacing w:val="1"/>
                <w:sz w:val="24"/>
                <w:szCs w:val="24"/>
              </w:rPr>
              <w:t xml:space="preserve"> </w:t>
            </w:r>
            <w:r w:rsidRPr="00E85698">
              <w:rPr>
                <w:sz w:val="24"/>
                <w:szCs w:val="24"/>
              </w:rPr>
              <w:t>смысловые</w:t>
            </w:r>
            <w:r w:rsidRPr="00E85698">
              <w:rPr>
                <w:spacing w:val="-5"/>
                <w:sz w:val="24"/>
                <w:szCs w:val="24"/>
              </w:rPr>
              <w:t xml:space="preserve"> </w:t>
            </w:r>
            <w:r w:rsidRPr="00E85698">
              <w:rPr>
                <w:sz w:val="24"/>
                <w:szCs w:val="24"/>
              </w:rPr>
              <w:t>и</w:t>
            </w:r>
            <w:r w:rsidRPr="00E85698">
              <w:rPr>
                <w:spacing w:val="-5"/>
                <w:sz w:val="24"/>
                <w:szCs w:val="24"/>
              </w:rPr>
              <w:t xml:space="preserve"> </w:t>
            </w:r>
            <w:r w:rsidRPr="00E85698">
              <w:rPr>
                <w:sz w:val="24"/>
                <w:szCs w:val="24"/>
              </w:rPr>
              <w:t>интонационные</w:t>
            </w:r>
            <w:r w:rsidRPr="00E85698">
              <w:rPr>
                <w:spacing w:val="-4"/>
                <w:sz w:val="24"/>
                <w:szCs w:val="24"/>
              </w:rPr>
              <w:t xml:space="preserve"> </w:t>
            </w:r>
            <w:r w:rsidRPr="00E85698">
              <w:rPr>
                <w:sz w:val="24"/>
                <w:szCs w:val="24"/>
              </w:rPr>
              <w:t>особенности,</w:t>
            </w:r>
            <w:r w:rsidRPr="00E85698">
              <w:rPr>
                <w:spacing w:val="-5"/>
                <w:sz w:val="24"/>
                <w:szCs w:val="24"/>
              </w:rPr>
              <w:t xml:space="preserve"> </w:t>
            </w:r>
            <w:r w:rsidRPr="00E85698">
              <w:rPr>
                <w:sz w:val="24"/>
                <w:szCs w:val="24"/>
              </w:rPr>
              <w:t>знаки</w:t>
            </w:r>
            <w:r w:rsidRPr="00E85698">
              <w:rPr>
                <w:spacing w:val="-47"/>
                <w:sz w:val="24"/>
                <w:szCs w:val="24"/>
              </w:rPr>
              <w:t xml:space="preserve"> </w:t>
            </w:r>
            <w:r w:rsidRPr="00E85698">
              <w:rPr>
                <w:sz w:val="24"/>
                <w:szCs w:val="24"/>
              </w:rPr>
              <w:t>препинания</w:t>
            </w:r>
            <w:r w:rsidRPr="00E85698">
              <w:rPr>
                <w:spacing w:val="-2"/>
                <w:sz w:val="24"/>
                <w:szCs w:val="24"/>
              </w:rPr>
              <w:t xml:space="preserve"> </w:t>
            </w:r>
            <w:r w:rsidRPr="00E85698">
              <w:rPr>
                <w:sz w:val="24"/>
                <w:szCs w:val="24"/>
              </w:rPr>
              <w:t>в</w:t>
            </w:r>
            <w:r w:rsidRPr="00E85698">
              <w:rPr>
                <w:spacing w:val="-1"/>
                <w:sz w:val="24"/>
                <w:szCs w:val="24"/>
              </w:rPr>
              <w:t xml:space="preserve"> </w:t>
            </w:r>
            <w:r w:rsidRPr="00E85698">
              <w:rPr>
                <w:sz w:val="24"/>
                <w:szCs w:val="24"/>
              </w:rPr>
              <w:t>конце</w:t>
            </w:r>
            <w:r w:rsidRPr="00E85698">
              <w:rPr>
                <w:spacing w:val="-1"/>
                <w:sz w:val="24"/>
                <w:szCs w:val="24"/>
              </w:rPr>
              <w:t xml:space="preserve"> </w:t>
            </w:r>
            <w:r w:rsidRPr="00E85698">
              <w:rPr>
                <w:sz w:val="24"/>
                <w:szCs w:val="24"/>
              </w:rPr>
              <w:t>предложения</w:t>
            </w:r>
          </w:p>
        </w:tc>
        <w:tc>
          <w:tcPr>
            <w:tcW w:w="713" w:type="dxa"/>
            <w:gridSpan w:val="2"/>
            <w:tcBorders>
              <w:left w:val="single" w:sz="6" w:space="0" w:color="000000"/>
            </w:tcBorders>
          </w:tcPr>
          <w:p w:rsidR="00A047B0" w:rsidRPr="00E85698" w:rsidRDefault="00A047B0" w:rsidP="00A047B0">
            <w:pPr>
              <w:pStyle w:val="TableParagraph"/>
              <w:spacing w:line="229" w:lineRule="exact"/>
              <w:ind w:left="35"/>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856"/>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142.</w:t>
            </w:r>
          </w:p>
        </w:tc>
        <w:tc>
          <w:tcPr>
            <w:tcW w:w="5094" w:type="dxa"/>
            <w:gridSpan w:val="2"/>
            <w:tcBorders>
              <w:right w:val="single" w:sz="6" w:space="0" w:color="000000"/>
            </w:tcBorders>
          </w:tcPr>
          <w:p w:rsidR="00A047B0" w:rsidRPr="00E85698" w:rsidRDefault="00A047B0" w:rsidP="00A047B0">
            <w:pPr>
              <w:pStyle w:val="TableParagraph"/>
              <w:spacing w:line="314" w:lineRule="auto"/>
              <w:ind w:left="9" w:right="254"/>
              <w:rPr>
                <w:sz w:val="24"/>
                <w:szCs w:val="24"/>
              </w:rPr>
            </w:pPr>
            <w:r w:rsidRPr="00E85698">
              <w:rPr>
                <w:sz w:val="24"/>
                <w:szCs w:val="24"/>
              </w:rPr>
              <w:t>Главные члены предложения (грамматическая основа).</w:t>
            </w:r>
            <w:r w:rsidRPr="00E85698">
              <w:rPr>
                <w:spacing w:val="1"/>
                <w:sz w:val="24"/>
                <w:szCs w:val="24"/>
              </w:rPr>
              <w:t xml:space="preserve"> </w:t>
            </w:r>
            <w:r w:rsidRPr="00E85698">
              <w:rPr>
                <w:sz w:val="24"/>
                <w:szCs w:val="24"/>
              </w:rPr>
              <w:t>Подлежащее,</w:t>
            </w:r>
            <w:r w:rsidRPr="00E85698">
              <w:rPr>
                <w:spacing w:val="-6"/>
                <w:sz w:val="24"/>
                <w:szCs w:val="24"/>
              </w:rPr>
              <w:t xml:space="preserve"> </w:t>
            </w:r>
            <w:r w:rsidRPr="00E85698">
              <w:rPr>
                <w:sz w:val="24"/>
                <w:szCs w:val="24"/>
              </w:rPr>
              <w:t>морфологические</w:t>
            </w:r>
            <w:r w:rsidRPr="00E85698">
              <w:rPr>
                <w:spacing w:val="-5"/>
                <w:sz w:val="24"/>
                <w:szCs w:val="24"/>
              </w:rPr>
              <w:t xml:space="preserve"> </w:t>
            </w:r>
            <w:r w:rsidRPr="00E85698">
              <w:rPr>
                <w:sz w:val="24"/>
                <w:szCs w:val="24"/>
              </w:rPr>
              <w:t>средства</w:t>
            </w:r>
            <w:r w:rsidRPr="00E85698">
              <w:rPr>
                <w:spacing w:val="-6"/>
                <w:sz w:val="24"/>
                <w:szCs w:val="24"/>
              </w:rPr>
              <w:t xml:space="preserve"> </w:t>
            </w:r>
            <w:r w:rsidRPr="00E85698">
              <w:rPr>
                <w:sz w:val="24"/>
                <w:szCs w:val="24"/>
              </w:rPr>
              <w:t>его</w:t>
            </w:r>
            <w:r w:rsidRPr="00E85698">
              <w:rPr>
                <w:spacing w:val="-4"/>
                <w:sz w:val="24"/>
                <w:szCs w:val="24"/>
              </w:rPr>
              <w:t xml:space="preserve"> </w:t>
            </w:r>
            <w:r w:rsidRPr="00E85698">
              <w:rPr>
                <w:sz w:val="24"/>
                <w:szCs w:val="24"/>
              </w:rPr>
              <w:t>выражения</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868"/>
        </w:trPr>
        <w:tc>
          <w:tcPr>
            <w:tcW w:w="578" w:type="dxa"/>
            <w:gridSpan w:val="2"/>
          </w:tcPr>
          <w:p w:rsidR="00A047B0" w:rsidRPr="00E85698" w:rsidRDefault="00A047B0" w:rsidP="00A047B0">
            <w:pPr>
              <w:pStyle w:val="TableParagraph"/>
              <w:spacing w:line="229" w:lineRule="exact"/>
              <w:ind w:right="95"/>
              <w:jc w:val="right"/>
              <w:rPr>
                <w:sz w:val="24"/>
                <w:szCs w:val="24"/>
              </w:rPr>
            </w:pPr>
            <w:r w:rsidRPr="00E85698">
              <w:rPr>
                <w:sz w:val="24"/>
                <w:szCs w:val="24"/>
              </w:rPr>
              <w:t>143.</w:t>
            </w:r>
          </w:p>
        </w:tc>
        <w:tc>
          <w:tcPr>
            <w:tcW w:w="5094" w:type="dxa"/>
            <w:gridSpan w:val="2"/>
            <w:tcBorders>
              <w:right w:val="single" w:sz="6" w:space="0" w:color="000000"/>
            </w:tcBorders>
          </w:tcPr>
          <w:p w:rsidR="00A047B0" w:rsidRPr="00E85698" w:rsidRDefault="00A047B0" w:rsidP="00A047B0">
            <w:pPr>
              <w:pStyle w:val="TableParagraph"/>
              <w:spacing w:line="312" w:lineRule="auto"/>
              <w:ind w:left="9"/>
              <w:rPr>
                <w:sz w:val="24"/>
                <w:szCs w:val="24"/>
              </w:rPr>
            </w:pPr>
            <w:r w:rsidRPr="00E85698">
              <w:rPr>
                <w:sz w:val="24"/>
                <w:szCs w:val="24"/>
              </w:rPr>
              <w:t>Главные</w:t>
            </w:r>
            <w:r w:rsidRPr="00E85698">
              <w:rPr>
                <w:spacing w:val="-6"/>
                <w:sz w:val="24"/>
                <w:szCs w:val="24"/>
              </w:rPr>
              <w:t xml:space="preserve"> </w:t>
            </w:r>
            <w:r w:rsidRPr="00E85698">
              <w:rPr>
                <w:sz w:val="24"/>
                <w:szCs w:val="24"/>
              </w:rPr>
              <w:t>члены</w:t>
            </w:r>
            <w:r w:rsidRPr="00E85698">
              <w:rPr>
                <w:spacing w:val="-5"/>
                <w:sz w:val="24"/>
                <w:szCs w:val="24"/>
              </w:rPr>
              <w:t xml:space="preserve"> </w:t>
            </w:r>
            <w:r w:rsidRPr="00E85698">
              <w:rPr>
                <w:sz w:val="24"/>
                <w:szCs w:val="24"/>
              </w:rPr>
              <w:t>предложения</w:t>
            </w:r>
            <w:r w:rsidRPr="00E85698">
              <w:rPr>
                <w:spacing w:val="-7"/>
                <w:sz w:val="24"/>
                <w:szCs w:val="24"/>
              </w:rPr>
              <w:t xml:space="preserve"> </w:t>
            </w:r>
            <w:r w:rsidRPr="00E85698">
              <w:rPr>
                <w:sz w:val="24"/>
                <w:szCs w:val="24"/>
              </w:rPr>
              <w:t>(грамматическая</w:t>
            </w:r>
            <w:r w:rsidRPr="00E85698">
              <w:rPr>
                <w:spacing w:val="-6"/>
                <w:sz w:val="24"/>
                <w:szCs w:val="24"/>
              </w:rPr>
              <w:t xml:space="preserve"> </w:t>
            </w:r>
            <w:r w:rsidRPr="00E85698">
              <w:rPr>
                <w:sz w:val="24"/>
                <w:szCs w:val="24"/>
              </w:rPr>
              <w:t>основа).</w:t>
            </w:r>
            <w:r w:rsidRPr="00E85698">
              <w:rPr>
                <w:spacing w:val="-47"/>
                <w:sz w:val="24"/>
                <w:szCs w:val="24"/>
              </w:rPr>
              <w:t xml:space="preserve"> </w:t>
            </w:r>
            <w:r w:rsidRPr="00E85698">
              <w:rPr>
                <w:sz w:val="24"/>
                <w:szCs w:val="24"/>
              </w:rPr>
              <w:t>Сказуемое,</w:t>
            </w:r>
            <w:r w:rsidRPr="00E85698">
              <w:rPr>
                <w:spacing w:val="-3"/>
                <w:sz w:val="24"/>
                <w:szCs w:val="24"/>
              </w:rPr>
              <w:t xml:space="preserve"> </w:t>
            </w:r>
            <w:r w:rsidRPr="00E85698">
              <w:rPr>
                <w:sz w:val="24"/>
                <w:szCs w:val="24"/>
              </w:rPr>
              <w:t>морфологические</w:t>
            </w:r>
            <w:r w:rsidRPr="00E85698">
              <w:rPr>
                <w:spacing w:val="-3"/>
                <w:sz w:val="24"/>
                <w:szCs w:val="24"/>
              </w:rPr>
              <w:t xml:space="preserve"> </w:t>
            </w:r>
            <w:r w:rsidRPr="00E85698">
              <w:rPr>
                <w:sz w:val="24"/>
                <w:szCs w:val="24"/>
              </w:rPr>
              <w:t>средства</w:t>
            </w:r>
            <w:r w:rsidRPr="00E85698">
              <w:rPr>
                <w:spacing w:val="-3"/>
                <w:sz w:val="24"/>
                <w:szCs w:val="24"/>
              </w:rPr>
              <w:t xml:space="preserve"> </w:t>
            </w:r>
            <w:r w:rsidRPr="00E85698">
              <w:rPr>
                <w:sz w:val="24"/>
                <w:szCs w:val="24"/>
              </w:rPr>
              <w:t>его</w:t>
            </w:r>
            <w:r w:rsidRPr="00E85698">
              <w:rPr>
                <w:spacing w:val="-3"/>
                <w:sz w:val="24"/>
                <w:szCs w:val="24"/>
              </w:rPr>
              <w:t xml:space="preserve"> </w:t>
            </w:r>
            <w:r w:rsidRPr="00E85698">
              <w:rPr>
                <w:sz w:val="24"/>
                <w:szCs w:val="24"/>
              </w:rPr>
              <w:t>выражения</w:t>
            </w:r>
          </w:p>
        </w:tc>
        <w:tc>
          <w:tcPr>
            <w:tcW w:w="713" w:type="dxa"/>
            <w:gridSpan w:val="2"/>
            <w:tcBorders>
              <w:left w:val="single" w:sz="6" w:space="0" w:color="000000"/>
            </w:tcBorders>
          </w:tcPr>
          <w:p w:rsidR="00A047B0" w:rsidRPr="00E85698" w:rsidRDefault="00A047B0" w:rsidP="00A047B0">
            <w:pPr>
              <w:pStyle w:val="TableParagraph"/>
              <w:spacing w:line="229"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1"/>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144.</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Тире</w:t>
            </w:r>
            <w:r w:rsidRPr="00E85698">
              <w:rPr>
                <w:spacing w:val="-3"/>
                <w:sz w:val="24"/>
                <w:szCs w:val="24"/>
              </w:rPr>
              <w:t xml:space="preserve"> </w:t>
            </w:r>
            <w:r w:rsidRPr="00E85698">
              <w:rPr>
                <w:sz w:val="24"/>
                <w:szCs w:val="24"/>
              </w:rPr>
              <w:t>между</w:t>
            </w:r>
            <w:r w:rsidRPr="00E85698">
              <w:rPr>
                <w:spacing w:val="-3"/>
                <w:sz w:val="24"/>
                <w:szCs w:val="24"/>
              </w:rPr>
              <w:t xml:space="preserve"> </w:t>
            </w:r>
            <w:r w:rsidRPr="00E85698">
              <w:rPr>
                <w:sz w:val="24"/>
                <w:szCs w:val="24"/>
              </w:rPr>
              <w:t>подлежащим</w:t>
            </w:r>
            <w:r w:rsidRPr="00E85698">
              <w:rPr>
                <w:spacing w:val="-1"/>
                <w:sz w:val="24"/>
                <w:szCs w:val="24"/>
              </w:rPr>
              <w:t xml:space="preserve"> </w:t>
            </w:r>
            <w:r w:rsidRPr="00E85698">
              <w:rPr>
                <w:sz w:val="24"/>
                <w:szCs w:val="24"/>
              </w:rPr>
              <w:t>и</w:t>
            </w:r>
            <w:r w:rsidRPr="00E85698">
              <w:rPr>
                <w:spacing w:val="-2"/>
                <w:sz w:val="24"/>
                <w:szCs w:val="24"/>
              </w:rPr>
              <w:t xml:space="preserve"> </w:t>
            </w:r>
            <w:r w:rsidRPr="00E85698">
              <w:rPr>
                <w:sz w:val="24"/>
                <w:szCs w:val="24"/>
              </w:rPr>
              <w:t>сказуемым</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6"/>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145.</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Предложения</w:t>
            </w:r>
            <w:r w:rsidRPr="00E85698">
              <w:rPr>
                <w:spacing w:val="71"/>
                <w:sz w:val="24"/>
                <w:szCs w:val="24"/>
              </w:rPr>
              <w:t xml:space="preserve"> </w:t>
            </w:r>
            <w:r w:rsidRPr="00E85698">
              <w:rPr>
                <w:sz w:val="24"/>
                <w:szCs w:val="24"/>
              </w:rPr>
              <w:t>распространённые</w:t>
            </w:r>
            <w:r w:rsidRPr="00E85698">
              <w:rPr>
                <w:spacing w:val="74"/>
                <w:sz w:val="24"/>
                <w:szCs w:val="24"/>
              </w:rPr>
              <w:t xml:space="preserve"> </w:t>
            </w:r>
            <w:r w:rsidRPr="00E85698">
              <w:rPr>
                <w:sz w:val="24"/>
                <w:szCs w:val="24"/>
              </w:rPr>
              <w:t>и</w:t>
            </w:r>
            <w:r w:rsidRPr="00E85698">
              <w:rPr>
                <w:spacing w:val="72"/>
                <w:sz w:val="24"/>
                <w:szCs w:val="24"/>
              </w:rPr>
              <w:t xml:space="preserve"> </w:t>
            </w:r>
            <w:r w:rsidRPr="00E85698">
              <w:rPr>
                <w:sz w:val="24"/>
                <w:szCs w:val="24"/>
              </w:rPr>
              <w:t>нераспространённые.</w:t>
            </w:r>
          </w:p>
          <w:p w:rsidR="00A047B0" w:rsidRPr="00E85698" w:rsidRDefault="00A047B0" w:rsidP="00A047B0">
            <w:pPr>
              <w:pStyle w:val="TableParagraph"/>
              <w:spacing w:before="19"/>
              <w:ind w:left="9"/>
              <w:rPr>
                <w:sz w:val="24"/>
                <w:szCs w:val="24"/>
              </w:rPr>
            </w:pPr>
            <w:r w:rsidRPr="00E85698">
              <w:rPr>
                <w:sz w:val="24"/>
                <w:szCs w:val="24"/>
              </w:rPr>
              <w:t>Второстепенные</w:t>
            </w:r>
            <w:r w:rsidRPr="00E85698">
              <w:rPr>
                <w:spacing w:val="-5"/>
                <w:sz w:val="24"/>
                <w:szCs w:val="24"/>
              </w:rPr>
              <w:t xml:space="preserve"> </w:t>
            </w:r>
            <w:r w:rsidRPr="00E85698">
              <w:rPr>
                <w:sz w:val="24"/>
                <w:szCs w:val="24"/>
              </w:rPr>
              <w:t>члены</w:t>
            </w:r>
            <w:r w:rsidRPr="00E85698">
              <w:rPr>
                <w:spacing w:val="-1"/>
                <w:sz w:val="24"/>
                <w:szCs w:val="24"/>
              </w:rPr>
              <w:t xml:space="preserve"> </w:t>
            </w:r>
            <w:r w:rsidRPr="00E85698">
              <w:rPr>
                <w:sz w:val="24"/>
                <w:szCs w:val="24"/>
              </w:rPr>
              <w:t>предложения</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5"/>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146.</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Второстепенные</w:t>
            </w:r>
            <w:r w:rsidRPr="00E85698">
              <w:rPr>
                <w:spacing w:val="-4"/>
                <w:sz w:val="24"/>
                <w:szCs w:val="24"/>
              </w:rPr>
              <w:t xml:space="preserve"> </w:t>
            </w:r>
            <w:r w:rsidRPr="00E85698">
              <w:rPr>
                <w:sz w:val="24"/>
                <w:szCs w:val="24"/>
              </w:rPr>
              <w:t>члены</w:t>
            </w:r>
            <w:r w:rsidRPr="00E85698">
              <w:rPr>
                <w:spacing w:val="-1"/>
                <w:sz w:val="24"/>
                <w:szCs w:val="24"/>
              </w:rPr>
              <w:t xml:space="preserve"> </w:t>
            </w:r>
            <w:r w:rsidRPr="00E85698">
              <w:rPr>
                <w:sz w:val="24"/>
                <w:szCs w:val="24"/>
              </w:rPr>
              <w:t>предложения.</w:t>
            </w:r>
            <w:r w:rsidRPr="00E85698">
              <w:rPr>
                <w:spacing w:val="-3"/>
                <w:sz w:val="24"/>
                <w:szCs w:val="24"/>
              </w:rPr>
              <w:t xml:space="preserve"> </w:t>
            </w:r>
            <w:r w:rsidRPr="00E85698">
              <w:rPr>
                <w:sz w:val="24"/>
                <w:szCs w:val="24"/>
              </w:rPr>
              <w:t>Определение</w:t>
            </w:r>
            <w:r w:rsidRPr="00E85698">
              <w:rPr>
                <w:spacing w:val="-3"/>
                <w:sz w:val="24"/>
                <w:szCs w:val="24"/>
              </w:rPr>
              <w:t xml:space="preserve"> </w:t>
            </w:r>
            <w:r w:rsidRPr="00E85698">
              <w:rPr>
                <w:sz w:val="24"/>
                <w:szCs w:val="24"/>
              </w:rPr>
              <w:t>и</w:t>
            </w:r>
          </w:p>
          <w:p w:rsidR="00A047B0" w:rsidRPr="00E85698" w:rsidRDefault="00A047B0" w:rsidP="00A047B0">
            <w:pPr>
              <w:pStyle w:val="TableParagraph"/>
              <w:spacing w:before="19"/>
              <w:ind w:left="9"/>
              <w:rPr>
                <w:sz w:val="24"/>
                <w:szCs w:val="24"/>
              </w:rPr>
            </w:pPr>
            <w:r w:rsidRPr="00E85698">
              <w:rPr>
                <w:sz w:val="24"/>
                <w:szCs w:val="24"/>
              </w:rPr>
              <w:t>типичные</w:t>
            </w:r>
            <w:r w:rsidRPr="00E85698">
              <w:rPr>
                <w:spacing w:val="-4"/>
                <w:sz w:val="24"/>
                <w:szCs w:val="24"/>
              </w:rPr>
              <w:t xml:space="preserve"> </w:t>
            </w:r>
            <w:r w:rsidRPr="00E85698">
              <w:rPr>
                <w:sz w:val="24"/>
                <w:szCs w:val="24"/>
              </w:rPr>
              <w:t>средства</w:t>
            </w:r>
            <w:r w:rsidRPr="00E85698">
              <w:rPr>
                <w:spacing w:val="-3"/>
                <w:sz w:val="24"/>
                <w:szCs w:val="24"/>
              </w:rPr>
              <w:t xml:space="preserve"> </w:t>
            </w:r>
            <w:r w:rsidRPr="00E85698">
              <w:rPr>
                <w:sz w:val="24"/>
                <w:szCs w:val="24"/>
              </w:rPr>
              <w:t>его</w:t>
            </w:r>
            <w:r w:rsidRPr="00E85698">
              <w:rPr>
                <w:spacing w:val="-3"/>
                <w:sz w:val="24"/>
                <w:szCs w:val="24"/>
              </w:rPr>
              <w:t xml:space="preserve"> </w:t>
            </w:r>
            <w:r w:rsidRPr="00E85698">
              <w:rPr>
                <w:sz w:val="24"/>
                <w:szCs w:val="24"/>
              </w:rPr>
              <w:t>выражения</w:t>
            </w:r>
            <w:r w:rsidRPr="00E85698">
              <w:rPr>
                <w:spacing w:val="-4"/>
                <w:sz w:val="24"/>
                <w:szCs w:val="24"/>
              </w:rPr>
              <w:t xml:space="preserve"> </w:t>
            </w:r>
            <w:r w:rsidRPr="00E85698">
              <w:rPr>
                <w:sz w:val="24"/>
                <w:szCs w:val="24"/>
              </w:rPr>
              <w:t>(в</w:t>
            </w:r>
            <w:r w:rsidRPr="00E85698">
              <w:rPr>
                <w:spacing w:val="-5"/>
                <w:sz w:val="24"/>
                <w:szCs w:val="24"/>
              </w:rPr>
              <w:t xml:space="preserve"> </w:t>
            </w:r>
            <w:r w:rsidRPr="00E85698">
              <w:rPr>
                <w:sz w:val="24"/>
                <w:szCs w:val="24"/>
              </w:rPr>
              <w:t>рамках</w:t>
            </w:r>
            <w:r w:rsidRPr="00E85698">
              <w:rPr>
                <w:spacing w:val="-2"/>
                <w:sz w:val="24"/>
                <w:szCs w:val="24"/>
              </w:rPr>
              <w:t xml:space="preserve"> </w:t>
            </w:r>
            <w:r w:rsidRPr="00E85698">
              <w:rPr>
                <w:sz w:val="24"/>
                <w:szCs w:val="24"/>
              </w:rPr>
              <w:t>изученного)</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5"/>
        </w:trPr>
        <w:tc>
          <w:tcPr>
            <w:tcW w:w="578" w:type="dxa"/>
            <w:gridSpan w:val="2"/>
          </w:tcPr>
          <w:p w:rsidR="00A047B0" w:rsidRPr="00E85698" w:rsidRDefault="00A047B0" w:rsidP="00A047B0">
            <w:pPr>
              <w:pStyle w:val="TableParagraph"/>
              <w:spacing w:line="229" w:lineRule="exact"/>
              <w:ind w:right="95"/>
              <w:jc w:val="right"/>
              <w:rPr>
                <w:sz w:val="24"/>
                <w:szCs w:val="24"/>
              </w:rPr>
            </w:pPr>
            <w:r w:rsidRPr="00E85698">
              <w:rPr>
                <w:sz w:val="24"/>
                <w:szCs w:val="24"/>
              </w:rPr>
              <w:t>147.</w:t>
            </w:r>
          </w:p>
        </w:tc>
        <w:tc>
          <w:tcPr>
            <w:tcW w:w="5094" w:type="dxa"/>
            <w:gridSpan w:val="2"/>
            <w:tcBorders>
              <w:right w:val="single" w:sz="6" w:space="0" w:color="000000"/>
            </w:tcBorders>
          </w:tcPr>
          <w:p w:rsidR="00A047B0" w:rsidRPr="00E85698" w:rsidRDefault="00A047B0" w:rsidP="00A047B0">
            <w:pPr>
              <w:pStyle w:val="TableParagraph"/>
              <w:spacing w:line="229" w:lineRule="exact"/>
              <w:ind w:left="9"/>
              <w:rPr>
                <w:sz w:val="24"/>
                <w:szCs w:val="24"/>
              </w:rPr>
            </w:pPr>
            <w:r w:rsidRPr="00E85698">
              <w:rPr>
                <w:sz w:val="24"/>
                <w:szCs w:val="24"/>
              </w:rPr>
              <w:t>Дополнение</w:t>
            </w:r>
            <w:r w:rsidRPr="00E85698">
              <w:rPr>
                <w:spacing w:val="-4"/>
                <w:sz w:val="24"/>
                <w:szCs w:val="24"/>
              </w:rPr>
              <w:t xml:space="preserve"> </w:t>
            </w:r>
            <w:r w:rsidRPr="00E85698">
              <w:rPr>
                <w:sz w:val="24"/>
                <w:szCs w:val="24"/>
              </w:rPr>
              <w:t>(прямое</w:t>
            </w:r>
            <w:r w:rsidRPr="00E85698">
              <w:rPr>
                <w:spacing w:val="-4"/>
                <w:sz w:val="24"/>
                <w:szCs w:val="24"/>
              </w:rPr>
              <w:t xml:space="preserve"> </w:t>
            </w:r>
            <w:r w:rsidRPr="00E85698">
              <w:rPr>
                <w:sz w:val="24"/>
                <w:szCs w:val="24"/>
              </w:rPr>
              <w:t>и</w:t>
            </w:r>
            <w:r w:rsidRPr="00E85698">
              <w:rPr>
                <w:spacing w:val="-2"/>
                <w:sz w:val="24"/>
                <w:szCs w:val="24"/>
              </w:rPr>
              <w:t xml:space="preserve"> </w:t>
            </w:r>
            <w:r w:rsidRPr="00E85698">
              <w:rPr>
                <w:sz w:val="24"/>
                <w:szCs w:val="24"/>
              </w:rPr>
              <w:t>косвенное)</w:t>
            </w:r>
            <w:r w:rsidRPr="00E85698">
              <w:rPr>
                <w:spacing w:val="-3"/>
                <w:sz w:val="24"/>
                <w:szCs w:val="24"/>
              </w:rPr>
              <w:t xml:space="preserve"> </w:t>
            </w:r>
            <w:r w:rsidRPr="00E85698">
              <w:rPr>
                <w:sz w:val="24"/>
                <w:szCs w:val="24"/>
              </w:rPr>
              <w:t>и</w:t>
            </w:r>
            <w:r w:rsidRPr="00E85698">
              <w:rPr>
                <w:spacing w:val="-4"/>
                <w:sz w:val="24"/>
                <w:szCs w:val="24"/>
              </w:rPr>
              <w:t xml:space="preserve"> </w:t>
            </w:r>
            <w:r w:rsidRPr="00E85698">
              <w:rPr>
                <w:sz w:val="24"/>
                <w:szCs w:val="24"/>
              </w:rPr>
              <w:t>типичные</w:t>
            </w:r>
            <w:r w:rsidRPr="00E85698">
              <w:rPr>
                <w:spacing w:val="-4"/>
                <w:sz w:val="24"/>
                <w:szCs w:val="24"/>
              </w:rPr>
              <w:t xml:space="preserve"> </w:t>
            </w:r>
            <w:r w:rsidRPr="00E85698">
              <w:rPr>
                <w:sz w:val="24"/>
                <w:szCs w:val="24"/>
              </w:rPr>
              <w:t>средства</w:t>
            </w:r>
          </w:p>
          <w:p w:rsidR="00A047B0" w:rsidRPr="00E85698" w:rsidRDefault="00A047B0" w:rsidP="00A047B0">
            <w:pPr>
              <w:pStyle w:val="TableParagraph"/>
              <w:spacing w:before="17"/>
              <w:ind w:left="9"/>
              <w:rPr>
                <w:sz w:val="24"/>
                <w:szCs w:val="24"/>
              </w:rPr>
            </w:pPr>
            <w:r w:rsidRPr="00E85698">
              <w:rPr>
                <w:sz w:val="24"/>
                <w:szCs w:val="24"/>
              </w:rPr>
              <w:t>его</w:t>
            </w:r>
            <w:r w:rsidRPr="00E85698">
              <w:rPr>
                <w:spacing w:val="-3"/>
                <w:sz w:val="24"/>
                <w:szCs w:val="24"/>
              </w:rPr>
              <w:t xml:space="preserve"> </w:t>
            </w:r>
            <w:r w:rsidRPr="00E85698">
              <w:rPr>
                <w:sz w:val="24"/>
                <w:szCs w:val="24"/>
              </w:rPr>
              <w:t>выражения</w:t>
            </w:r>
            <w:r w:rsidRPr="00E85698">
              <w:rPr>
                <w:spacing w:val="-4"/>
                <w:sz w:val="24"/>
                <w:szCs w:val="24"/>
              </w:rPr>
              <w:t xml:space="preserve"> </w:t>
            </w:r>
            <w:r w:rsidRPr="00E85698">
              <w:rPr>
                <w:sz w:val="24"/>
                <w:szCs w:val="24"/>
              </w:rPr>
              <w:t>(в</w:t>
            </w:r>
            <w:r w:rsidRPr="00E85698">
              <w:rPr>
                <w:spacing w:val="-4"/>
                <w:sz w:val="24"/>
                <w:szCs w:val="24"/>
              </w:rPr>
              <w:t xml:space="preserve"> </w:t>
            </w:r>
            <w:r w:rsidRPr="00E85698">
              <w:rPr>
                <w:sz w:val="24"/>
                <w:szCs w:val="24"/>
              </w:rPr>
              <w:t>рамках</w:t>
            </w:r>
            <w:r w:rsidRPr="00E85698">
              <w:rPr>
                <w:spacing w:val="-2"/>
                <w:sz w:val="24"/>
                <w:szCs w:val="24"/>
              </w:rPr>
              <w:t xml:space="preserve"> </w:t>
            </w:r>
            <w:r w:rsidRPr="00E85698">
              <w:rPr>
                <w:sz w:val="24"/>
                <w:szCs w:val="24"/>
              </w:rPr>
              <w:t>изученного)</w:t>
            </w:r>
          </w:p>
        </w:tc>
        <w:tc>
          <w:tcPr>
            <w:tcW w:w="713" w:type="dxa"/>
            <w:gridSpan w:val="2"/>
            <w:tcBorders>
              <w:left w:val="single" w:sz="6" w:space="0" w:color="000000"/>
            </w:tcBorders>
          </w:tcPr>
          <w:p w:rsidR="00A047B0" w:rsidRPr="00E85698" w:rsidRDefault="00A047B0" w:rsidP="00A047B0">
            <w:pPr>
              <w:pStyle w:val="TableParagraph"/>
              <w:spacing w:line="229" w:lineRule="exact"/>
              <w:ind w:left="35"/>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713"/>
        </w:trPr>
        <w:tc>
          <w:tcPr>
            <w:tcW w:w="578" w:type="dxa"/>
            <w:gridSpan w:val="2"/>
          </w:tcPr>
          <w:p w:rsidR="00A047B0" w:rsidRPr="00E85698" w:rsidRDefault="00A047B0" w:rsidP="00A047B0">
            <w:pPr>
              <w:pStyle w:val="TableParagraph"/>
              <w:ind w:right="95"/>
              <w:jc w:val="right"/>
              <w:rPr>
                <w:sz w:val="24"/>
                <w:szCs w:val="24"/>
              </w:rPr>
            </w:pPr>
            <w:r w:rsidRPr="00E85698">
              <w:rPr>
                <w:sz w:val="24"/>
                <w:szCs w:val="24"/>
              </w:rPr>
              <w:lastRenderedPageBreak/>
              <w:t>148.</w:t>
            </w:r>
          </w:p>
        </w:tc>
        <w:tc>
          <w:tcPr>
            <w:tcW w:w="5094" w:type="dxa"/>
            <w:gridSpan w:val="2"/>
            <w:tcBorders>
              <w:right w:val="single" w:sz="6" w:space="0" w:color="000000"/>
            </w:tcBorders>
          </w:tcPr>
          <w:p w:rsidR="00A047B0" w:rsidRPr="00E85698" w:rsidRDefault="00A047B0" w:rsidP="00A047B0">
            <w:pPr>
              <w:pStyle w:val="TableParagraph"/>
              <w:spacing w:line="256" w:lineRule="auto"/>
              <w:ind w:left="9"/>
              <w:rPr>
                <w:sz w:val="24"/>
                <w:szCs w:val="24"/>
              </w:rPr>
            </w:pPr>
            <w:r w:rsidRPr="00E85698">
              <w:rPr>
                <w:sz w:val="24"/>
                <w:szCs w:val="24"/>
              </w:rPr>
              <w:t>Обстоятельство</w:t>
            </w:r>
            <w:r w:rsidRPr="00E85698">
              <w:rPr>
                <w:spacing w:val="-4"/>
                <w:sz w:val="24"/>
                <w:szCs w:val="24"/>
              </w:rPr>
              <w:t xml:space="preserve"> </w:t>
            </w:r>
            <w:r w:rsidRPr="00E85698">
              <w:rPr>
                <w:sz w:val="24"/>
                <w:szCs w:val="24"/>
              </w:rPr>
              <w:t>и</w:t>
            </w:r>
            <w:r w:rsidRPr="00E85698">
              <w:rPr>
                <w:spacing w:val="-5"/>
                <w:sz w:val="24"/>
                <w:szCs w:val="24"/>
              </w:rPr>
              <w:t xml:space="preserve"> </w:t>
            </w:r>
            <w:r w:rsidRPr="00E85698">
              <w:rPr>
                <w:sz w:val="24"/>
                <w:szCs w:val="24"/>
              </w:rPr>
              <w:t>типичные</w:t>
            </w:r>
            <w:r w:rsidRPr="00E85698">
              <w:rPr>
                <w:spacing w:val="-1"/>
                <w:sz w:val="24"/>
                <w:szCs w:val="24"/>
              </w:rPr>
              <w:t xml:space="preserve"> </w:t>
            </w:r>
            <w:r w:rsidRPr="00E85698">
              <w:rPr>
                <w:sz w:val="24"/>
                <w:szCs w:val="24"/>
              </w:rPr>
              <w:t>средства</w:t>
            </w:r>
            <w:r w:rsidRPr="00E85698">
              <w:rPr>
                <w:spacing w:val="-3"/>
                <w:sz w:val="24"/>
                <w:szCs w:val="24"/>
              </w:rPr>
              <w:t xml:space="preserve"> </w:t>
            </w:r>
            <w:r w:rsidRPr="00E85698">
              <w:rPr>
                <w:sz w:val="24"/>
                <w:szCs w:val="24"/>
              </w:rPr>
              <w:t>его</w:t>
            </w:r>
            <w:r w:rsidRPr="00E85698">
              <w:rPr>
                <w:spacing w:val="-3"/>
                <w:sz w:val="24"/>
                <w:szCs w:val="24"/>
              </w:rPr>
              <w:t xml:space="preserve"> </w:t>
            </w:r>
            <w:r w:rsidRPr="00E85698">
              <w:rPr>
                <w:sz w:val="24"/>
                <w:szCs w:val="24"/>
              </w:rPr>
              <w:t>выражения</w:t>
            </w:r>
            <w:r w:rsidRPr="00E85698">
              <w:rPr>
                <w:spacing w:val="-5"/>
                <w:sz w:val="24"/>
                <w:szCs w:val="24"/>
              </w:rPr>
              <w:t xml:space="preserve"> </w:t>
            </w:r>
            <w:proofErr w:type="gramStart"/>
            <w:r w:rsidRPr="00E85698">
              <w:rPr>
                <w:sz w:val="24"/>
                <w:szCs w:val="24"/>
              </w:rPr>
              <w:t>(</w:t>
            </w:r>
            <w:r w:rsidRPr="00E85698">
              <w:rPr>
                <w:spacing w:val="-3"/>
                <w:sz w:val="24"/>
                <w:szCs w:val="24"/>
              </w:rPr>
              <w:t xml:space="preserve"> </w:t>
            </w:r>
            <w:r w:rsidRPr="00E85698">
              <w:rPr>
                <w:sz w:val="24"/>
                <w:szCs w:val="24"/>
              </w:rPr>
              <w:t>в</w:t>
            </w:r>
            <w:proofErr w:type="gramEnd"/>
            <w:r w:rsidRPr="00E85698">
              <w:rPr>
                <w:spacing w:val="-47"/>
                <w:sz w:val="24"/>
                <w:szCs w:val="24"/>
              </w:rPr>
              <w:t xml:space="preserve"> </w:t>
            </w:r>
            <w:r w:rsidRPr="00E85698">
              <w:rPr>
                <w:sz w:val="24"/>
                <w:szCs w:val="24"/>
              </w:rPr>
              <w:t>рамках</w:t>
            </w:r>
            <w:r w:rsidRPr="00E85698">
              <w:rPr>
                <w:spacing w:val="-4"/>
                <w:sz w:val="24"/>
                <w:szCs w:val="24"/>
              </w:rPr>
              <w:t xml:space="preserve"> </w:t>
            </w:r>
            <w:r w:rsidRPr="00E85698">
              <w:rPr>
                <w:sz w:val="24"/>
                <w:szCs w:val="24"/>
              </w:rPr>
              <w:t>изученного).</w:t>
            </w:r>
            <w:r w:rsidRPr="00E85698">
              <w:rPr>
                <w:spacing w:val="-1"/>
                <w:sz w:val="24"/>
                <w:szCs w:val="24"/>
              </w:rPr>
              <w:t xml:space="preserve"> </w:t>
            </w:r>
            <w:r w:rsidRPr="00E85698">
              <w:rPr>
                <w:sz w:val="24"/>
                <w:szCs w:val="24"/>
              </w:rPr>
              <w:t>Виды</w:t>
            </w:r>
            <w:r w:rsidRPr="00E85698">
              <w:rPr>
                <w:spacing w:val="-4"/>
                <w:sz w:val="24"/>
                <w:szCs w:val="24"/>
              </w:rPr>
              <w:t xml:space="preserve"> </w:t>
            </w:r>
            <w:r w:rsidRPr="00E85698">
              <w:rPr>
                <w:sz w:val="24"/>
                <w:szCs w:val="24"/>
              </w:rPr>
              <w:t>обстоятельств</w:t>
            </w:r>
            <w:r w:rsidRPr="00E85698">
              <w:rPr>
                <w:spacing w:val="-4"/>
                <w:sz w:val="24"/>
                <w:szCs w:val="24"/>
              </w:rPr>
              <w:t xml:space="preserve"> </w:t>
            </w:r>
            <w:r w:rsidRPr="00E85698">
              <w:rPr>
                <w:sz w:val="24"/>
                <w:szCs w:val="24"/>
              </w:rPr>
              <w:t>по</w:t>
            </w:r>
            <w:r w:rsidRPr="00E85698">
              <w:rPr>
                <w:spacing w:val="-2"/>
                <w:sz w:val="24"/>
                <w:szCs w:val="24"/>
              </w:rPr>
              <w:t xml:space="preserve"> </w:t>
            </w:r>
            <w:r w:rsidRPr="00E85698">
              <w:rPr>
                <w:sz w:val="24"/>
                <w:szCs w:val="24"/>
              </w:rPr>
              <w:t>значению</w:t>
            </w:r>
          </w:p>
        </w:tc>
        <w:tc>
          <w:tcPr>
            <w:tcW w:w="713" w:type="dxa"/>
            <w:gridSpan w:val="2"/>
            <w:tcBorders>
              <w:left w:val="single" w:sz="6" w:space="0" w:color="000000"/>
            </w:tcBorders>
          </w:tcPr>
          <w:p w:rsidR="00A047B0" w:rsidRPr="00E85698" w:rsidRDefault="00A047B0" w:rsidP="00A047B0">
            <w:pPr>
              <w:pStyle w:val="TableParagraph"/>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3"/>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149.</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Сжатое</w:t>
            </w:r>
            <w:r w:rsidRPr="00E85698">
              <w:rPr>
                <w:spacing w:val="-4"/>
                <w:sz w:val="24"/>
                <w:szCs w:val="24"/>
              </w:rPr>
              <w:t xml:space="preserve"> </w:t>
            </w:r>
            <w:r w:rsidRPr="00E85698">
              <w:rPr>
                <w:sz w:val="24"/>
                <w:szCs w:val="24"/>
              </w:rPr>
              <w:t>изложение (упр.144)</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505"/>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150.</w:t>
            </w:r>
          </w:p>
        </w:tc>
        <w:tc>
          <w:tcPr>
            <w:tcW w:w="5094" w:type="dxa"/>
            <w:gridSpan w:val="2"/>
            <w:tcBorders>
              <w:right w:val="single" w:sz="6" w:space="0" w:color="000000"/>
            </w:tcBorders>
          </w:tcPr>
          <w:p w:rsidR="00A047B0" w:rsidRPr="00E85698" w:rsidRDefault="00A047B0" w:rsidP="00A047B0">
            <w:pPr>
              <w:pStyle w:val="TableParagraph"/>
              <w:spacing w:line="227" w:lineRule="exact"/>
              <w:ind w:left="9"/>
              <w:rPr>
                <w:sz w:val="24"/>
                <w:szCs w:val="24"/>
              </w:rPr>
            </w:pPr>
            <w:r w:rsidRPr="00E85698">
              <w:rPr>
                <w:sz w:val="24"/>
                <w:szCs w:val="24"/>
              </w:rPr>
              <w:t>Синтаксический</w:t>
            </w:r>
            <w:r w:rsidRPr="00E85698">
              <w:rPr>
                <w:spacing w:val="-5"/>
                <w:sz w:val="24"/>
                <w:szCs w:val="24"/>
              </w:rPr>
              <w:t xml:space="preserve"> </w:t>
            </w:r>
            <w:r w:rsidRPr="00E85698">
              <w:rPr>
                <w:sz w:val="24"/>
                <w:szCs w:val="24"/>
              </w:rPr>
              <w:t>анализ</w:t>
            </w:r>
            <w:r w:rsidRPr="00E85698">
              <w:rPr>
                <w:spacing w:val="-2"/>
                <w:sz w:val="24"/>
                <w:szCs w:val="24"/>
              </w:rPr>
              <w:t xml:space="preserve"> </w:t>
            </w:r>
            <w:r w:rsidRPr="00E85698">
              <w:rPr>
                <w:sz w:val="24"/>
                <w:szCs w:val="24"/>
              </w:rPr>
              <w:t>простых</w:t>
            </w:r>
            <w:r w:rsidRPr="00E85698">
              <w:rPr>
                <w:spacing w:val="-5"/>
                <w:sz w:val="24"/>
                <w:szCs w:val="24"/>
              </w:rPr>
              <w:t xml:space="preserve"> </w:t>
            </w:r>
            <w:r w:rsidRPr="00E85698">
              <w:rPr>
                <w:sz w:val="24"/>
                <w:szCs w:val="24"/>
              </w:rPr>
              <w:t>двусоставных</w:t>
            </w:r>
          </w:p>
          <w:p w:rsidR="00A047B0" w:rsidRPr="00E85698" w:rsidRDefault="00A047B0" w:rsidP="00A047B0">
            <w:pPr>
              <w:pStyle w:val="TableParagraph"/>
              <w:spacing w:before="17"/>
              <w:ind w:left="9"/>
              <w:rPr>
                <w:sz w:val="24"/>
                <w:szCs w:val="24"/>
              </w:rPr>
            </w:pPr>
            <w:r w:rsidRPr="00E85698">
              <w:rPr>
                <w:sz w:val="24"/>
                <w:szCs w:val="24"/>
              </w:rPr>
              <w:t>предложений</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1427"/>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151.</w:t>
            </w:r>
          </w:p>
        </w:tc>
        <w:tc>
          <w:tcPr>
            <w:tcW w:w="5094" w:type="dxa"/>
            <w:gridSpan w:val="2"/>
            <w:tcBorders>
              <w:right w:val="single" w:sz="6" w:space="0" w:color="000000"/>
            </w:tcBorders>
          </w:tcPr>
          <w:p w:rsidR="00A047B0" w:rsidRPr="00E85698" w:rsidRDefault="00A047B0" w:rsidP="00A047B0">
            <w:pPr>
              <w:pStyle w:val="TableParagraph"/>
              <w:spacing w:line="266" w:lineRule="auto"/>
              <w:ind w:left="9" w:right="154"/>
              <w:rPr>
                <w:sz w:val="24"/>
                <w:szCs w:val="24"/>
              </w:rPr>
            </w:pPr>
            <w:r w:rsidRPr="00E85698">
              <w:rPr>
                <w:sz w:val="24"/>
                <w:szCs w:val="24"/>
              </w:rPr>
              <w:t>Простое осложненное предложение. Однородные члены</w:t>
            </w:r>
            <w:r w:rsidRPr="00E85698">
              <w:rPr>
                <w:spacing w:val="1"/>
                <w:sz w:val="24"/>
                <w:szCs w:val="24"/>
              </w:rPr>
              <w:t xml:space="preserve"> </w:t>
            </w:r>
            <w:r w:rsidRPr="00E85698">
              <w:rPr>
                <w:sz w:val="24"/>
                <w:szCs w:val="24"/>
              </w:rPr>
              <w:t>предложения, их роль в речи. Предложения с</w:t>
            </w:r>
            <w:r w:rsidRPr="00E85698">
              <w:rPr>
                <w:spacing w:val="1"/>
                <w:sz w:val="24"/>
                <w:szCs w:val="24"/>
              </w:rPr>
              <w:t xml:space="preserve"> </w:t>
            </w:r>
            <w:r w:rsidRPr="00E85698">
              <w:rPr>
                <w:sz w:val="24"/>
                <w:szCs w:val="24"/>
              </w:rPr>
              <w:t>однородными</w:t>
            </w:r>
            <w:r w:rsidRPr="00E85698">
              <w:rPr>
                <w:spacing w:val="-5"/>
                <w:sz w:val="24"/>
                <w:szCs w:val="24"/>
              </w:rPr>
              <w:t xml:space="preserve"> </w:t>
            </w:r>
            <w:r w:rsidRPr="00E85698">
              <w:rPr>
                <w:sz w:val="24"/>
                <w:szCs w:val="24"/>
              </w:rPr>
              <w:t>членами</w:t>
            </w:r>
            <w:r w:rsidRPr="00E85698">
              <w:rPr>
                <w:spacing w:val="-4"/>
                <w:sz w:val="24"/>
                <w:szCs w:val="24"/>
              </w:rPr>
              <w:t xml:space="preserve"> </w:t>
            </w:r>
            <w:r w:rsidRPr="00E85698">
              <w:rPr>
                <w:sz w:val="24"/>
                <w:szCs w:val="24"/>
              </w:rPr>
              <w:t>(без</w:t>
            </w:r>
            <w:r w:rsidRPr="00E85698">
              <w:rPr>
                <w:spacing w:val="-2"/>
                <w:sz w:val="24"/>
                <w:szCs w:val="24"/>
              </w:rPr>
              <w:t xml:space="preserve"> </w:t>
            </w:r>
            <w:r w:rsidRPr="00E85698">
              <w:rPr>
                <w:sz w:val="24"/>
                <w:szCs w:val="24"/>
              </w:rPr>
              <w:t>союзов,</w:t>
            </w:r>
            <w:r w:rsidRPr="00E85698">
              <w:rPr>
                <w:spacing w:val="-3"/>
                <w:sz w:val="24"/>
                <w:szCs w:val="24"/>
              </w:rPr>
              <w:t xml:space="preserve"> </w:t>
            </w:r>
            <w:r w:rsidRPr="00E85698">
              <w:rPr>
                <w:sz w:val="24"/>
                <w:szCs w:val="24"/>
              </w:rPr>
              <w:t>с</w:t>
            </w:r>
            <w:r w:rsidRPr="00E85698">
              <w:rPr>
                <w:spacing w:val="-4"/>
                <w:sz w:val="24"/>
                <w:szCs w:val="24"/>
              </w:rPr>
              <w:t xml:space="preserve"> </w:t>
            </w:r>
            <w:r w:rsidRPr="00E85698">
              <w:rPr>
                <w:sz w:val="24"/>
                <w:szCs w:val="24"/>
              </w:rPr>
              <w:t>одиночным</w:t>
            </w:r>
            <w:r w:rsidRPr="00E85698">
              <w:rPr>
                <w:spacing w:val="-3"/>
                <w:sz w:val="24"/>
                <w:szCs w:val="24"/>
              </w:rPr>
              <w:t xml:space="preserve"> </w:t>
            </w:r>
            <w:r w:rsidRPr="00E85698">
              <w:rPr>
                <w:sz w:val="24"/>
                <w:szCs w:val="24"/>
              </w:rPr>
              <w:t>союзом</w:t>
            </w:r>
            <w:r w:rsidRPr="00E85698">
              <w:rPr>
                <w:spacing w:val="-47"/>
                <w:sz w:val="24"/>
                <w:szCs w:val="24"/>
              </w:rPr>
              <w:t xml:space="preserve"> </w:t>
            </w:r>
            <w:r w:rsidRPr="00E85698">
              <w:rPr>
                <w:sz w:val="24"/>
                <w:szCs w:val="24"/>
              </w:rPr>
              <w:t>И, союзами А, НО, ОДНАКО, ЗАТО, ДА (в значении И),</w:t>
            </w:r>
            <w:r w:rsidRPr="00E85698">
              <w:rPr>
                <w:spacing w:val="1"/>
                <w:sz w:val="24"/>
                <w:szCs w:val="24"/>
              </w:rPr>
              <w:t xml:space="preserve"> </w:t>
            </w:r>
            <w:r w:rsidRPr="00E85698">
              <w:rPr>
                <w:sz w:val="24"/>
                <w:szCs w:val="24"/>
              </w:rPr>
              <w:t>ДА</w:t>
            </w:r>
            <w:r w:rsidRPr="00E85698">
              <w:rPr>
                <w:spacing w:val="-6"/>
                <w:sz w:val="24"/>
                <w:szCs w:val="24"/>
              </w:rPr>
              <w:t xml:space="preserve"> </w:t>
            </w:r>
            <w:r w:rsidRPr="00E85698">
              <w:rPr>
                <w:sz w:val="24"/>
                <w:szCs w:val="24"/>
              </w:rPr>
              <w:t>(в</w:t>
            </w:r>
            <w:r w:rsidRPr="00E85698">
              <w:rPr>
                <w:spacing w:val="-3"/>
                <w:sz w:val="24"/>
                <w:szCs w:val="24"/>
              </w:rPr>
              <w:t xml:space="preserve"> </w:t>
            </w:r>
            <w:r w:rsidRPr="00E85698">
              <w:rPr>
                <w:sz w:val="24"/>
                <w:szCs w:val="24"/>
              </w:rPr>
              <w:t>значении</w:t>
            </w:r>
            <w:r w:rsidRPr="00E85698">
              <w:rPr>
                <w:spacing w:val="-3"/>
                <w:sz w:val="24"/>
                <w:szCs w:val="24"/>
              </w:rPr>
              <w:t xml:space="preserve"> </w:t>
            </w:r>
            <w:r w:rsidRPr="00E85698">
              <w:rPr>
                <w:sz w:val="24"/>
                <w:szCs w:val="24"/>
              </w:rPr>
              <w:t>НО))</w:t>
            </w:r>
            <w:r w:rsidRPr="00E85698">
              <w:rPr>
                <w:spacing w:val="-3"/>
                <w:sz w:val="24"/>
                <w:szCs w:val="24"/>
              </w:rPr>
              <w:t xml:space="preserve"> </w:t>
            </w:r>
            <w:r w:rsidRPr="00E85698">
              <w:rPr>
                <w:sz w:val="24"/>
                <w:szCs w:val="24"/>
              </w:rPr>
              <w:t>и</w:t>
            </w:r>
            <w:r w:rsidRPr="00E85698">
              <w:rPr>
                <w:spacing w:val="-1"/>
                <w:sz w:val="24"/>
                <w:szCs w:val="24"/>
              </w:rPr>
              <w:t xml:space="preserve"> </w:t>
            </w:r>
            <w:r w:rsidRPr="00E85698">
              <w:rPr>
                <w:sz w:val="24"/>
                <w:szCs w:val="24"/>
              </w:rPr>
              <w:t>их</w:t>
            </w:r>
            <w:r w:rsidRPr="00E85698">
              <w:rPr>
                <w:spacing w:val="-1"/>
                <w:sz w:val="24"/>
                <w:szCs w:val="24"/>
              </w:rPr>
              <w:t xml:space="preserve"> </w:t>
            </w:r>
            <w:r w:rsidRPr="00E85698">
              <w:rPr>
                <w:sz w:val="24"/>
                <w:szCs w:val="24"/>
              </w:rPr>
              <w:t>пунктуационное</w:t>
            </w:r>
            <w:r w:rsidRPr="00E85698">
              <w:rPr>
                <w:spacing w:val="-3"/>
                <w:sz w:val="24"/>
                <w:szCs w:val="24"/>
              </w:rPr>
              <w:t xml:space="preserve"> </w:t>
            </w:r>
            <w:r w:rsidRPr="00E85698">
              <w:rPr>
                <w:sz w:val="24"/>
                <w:szCs w:val="24"/>
              </w:rPr>
              <w:t>оформление</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76" w:type="dxa"/>
          <w:trHeight w:val="1142"/>
        </w:trPr>
        <w:tc>
          <w:tcPr>
            <w:tcW w:w="578" w:type="dxa"/>
            <w:gridSpan w:val="2"/>
          </w:tcPr>
          <w:p w:rsidR="00A047B0" w:rsidRPr="00E85698" w:rsidRDefault="00A047B0" w:rsidP="00A047B0">
            <w:pPr>
              <w:pStyle w:val="TableParagraph"/>
              <w:spacing w:line="227" w:lineRule="exact"/>
              <w:ind w:right="95"/>
              <w:jc w:val="right"/>
              <w:rPr>
                <w:sz w:val="24"/>
                <w:szCs w:val="24"/>
              </w:rPr>
            </w:pPr>
            <w:r w:rsidRPr="00E85698">
              <w:rPr>
                <w:sz w:val="24"/>
                <w:szCs w:val="24"/>
              </w:rPr>
              <w:t>152.</w:t>
            </w:r>
          </w:p>
        </w:tc>
        <w:tc>
          <w:tcPr>
            <w:tcW w:w="5094" w:type="dxa"/>
            <w:gridSpan w:val="2"/>
            <w:tcBorders>
              <w:right w:val="single" w:sz="6" w:space="0" w:color="000000"/>
            </w:tcBorders>
          </w:tcPr>
          <w:p w:rsidR="00A047B0" w:rsidRPr="00E85698" w:rsidRDefault="00A047B0" w:rsidP="00A047B0">
            <w:pPr>
              <w:pStyle w:val="TableParagraph"/>
              <w:spacing w:line="259" w:lineRule="auto"/>
              <w:ind w:left="9" w:right="173"/>
              <w:jc w:val="both"/>
              <w:rPr>
                <w:sz w:val="24"/>
                <w:szCs w:val="24"/>
              </w:rPr>
            </w:pPr>
            <w:r w:rsidRPr="00E85698">
              <w:rPr>
                <w:sz w:val="24"/>
                <w:szCs w:val="24"/>
              </w:rPr>
              <w:t>Предложения</w:t>
            </w:r>
            <w:r w:rsidRPr="00E85698">
              <w:rPr>
                <w:spacing w:val="1"/>
                <w:sz w:val="24"/>
                <w:szCs w:val="24"/>
              </w:rPr>
              <w:t xml:space="preserve"> </w:t>
            </w:r>
            <w:r w:rsidRPr="00E85698">
              <w:rPr>
                <w:sz w:val="24"/>
                <w:szCs w:val="24"/>
              </w:rPr>
              <w:t>с</w:t>
            </w:r>
            <w:r w:rsidRPr="00E85698">
              <w:rPr>
                <w:spacing w:val="1"/>
                <w:sz w:val="24"/>
                <w:szCs w:val="24"/>
              </w:rPr>
              <w:t xml:space="preserve"> </w:t>
            </w:r>
            <w:r w:rsidRPr="00E85698">
              <w:rPr>
                <w:sz w:val="24"/>
                <w:szCs w:val="24"/>
              </w:rPr>
              <w:t>однородными</w:t>
            </w:r>
            <w:r w:rsidRPr="00E85698">
              <w:rPr>
                <w:spacing w:val="1"/>
                <w:sz w:val="24"/>
                <w:szCs w:val="24"/>
              </w:rPr>
              <w:t xml:space="preserve"> </w:t>
            </w:r>
            <w:r w:rsidRPr="00E85698">
              <w:rPr>
                <w:sz w:val="24"/>
                <w:szCs w:val="24"/>
              </w:rPr>
              <w:t>членами</w:t>
            </w:r>
            <w:r w:rsidRPr="00E85698">
              <w:rPr>
                <w:spacing w:val="1"/>
                <w:sz w:val="24"/>
                <w:szCs w:val="24"/>
              </w:rPr>
              <w:t xml:space="preserve"> </w:t>
            </w:r>
            <w:r w:rsidRPr="00E85698">
              <w:rPr>
                <w:sz w:val="24"/>
                <w:szCs w:val="24"/>
              </w:rPr>
              <w:t>(без</w:t>
            </w:r>
            <w:r w:rsidRPr="00E85698">
              <w:rPr>
                <w:spacing w:val="1"/>
                <w:sz w:val="24"/>
                <w:szCs w:val="24"/>
              </w:rPr>
              <w:t xml:space="preserve"> </w:t>
            </w:r>
            <w:r w:rsidRPr="00E85698">
              <w:rPr>
                <w:sz w:val="24"/>
                <w:szCs w:val="24"/>
              </w:rPr>
              <w:t>союзов,</w:t>
            </w:r>
            <w:r w:rsidRPr="00E85698">
              <w:rPr>
                <w:spacing w:val="1"/>
                <w:sz w:val="24"/>
                <w:szCs w:val="24"/>
              </w:rPr>
              <w:t xml:space="preserve"> </w:t>
            </w:r>
            <w:r w:rsidRPr="00E85698">
              <w:rPr>
                <w:sz w:val="24"/>
                <w:szCs w:val="24"/>
              </w:rPr>
              <w:t>с</w:t>
            </w:r>
            <w:r w:rsidRPr="00E85698">
              <w:rPr>
                <w:spacing w:val="1"/>
                <w:sz w:val="24"/>
                <w:szCs w:val="24"/>
              </w:rPr>
              <w:t xml:space="preserve"> </w:t>
            </w:r>
            <w:r w:rsidRPr="00E85698">
              <w:rPr>
                <w:sz w:val="24"/>
                <w:szCs w:val="24"/>
              </w:rPr>
              <w:t>одиночным</w:t>
            </w:r>
            <w:r w:rsidRPr="00E85698">
              <w:rPr>
                <w:spacing w:val="1"/>
                <w:sz w:val="24"/>
                <w:szCs w:val="24"/>
              </w:rPr>
              <w:t xml:space="preserve"> </w:t>
            </w:r>
            <w:r w:rsidRPr="00E85698">
              <w:rPr>
                <w:sz w:val="24"/>
                <w:szCs w:val="24"/>
              </w:rPr>
              <w:t>союзом</w:t>
            </w:r>
            <w:r w:rsidRPr="00E85698">
              <w:rPr>
                <w:spacing w:val="1"/>
                <w:sz w:val="24"/>
                <w:szCs w:val="24"/>
              </w:rPr>
              <w:t xml:space="preserve"> </w:t>
            </w:r>
            <w:proofErr w:type="gramStart"/>
            <w:r w:rsidRPr="00E85698">
              <w:rPr>
                <w:sz w:val="24"/>
                <w:szCs w:val="24"/>
              </w:rPr>
              <w:t>И</w:t>
            </w:r>
            <w:proofErr w:type="gramEnd"/>
            <w:r w:rsidRPr="00E85698">
              <w:rPr>
                <w:sz w:val="24"/>
                <w:szCs w:val="24"/>
              </w:rPr>
              <w:t>,</w:t>
            </w:r>
            <w:r w:rsidRPr="00E85698">
              <w:rPr>
                <w:spacing w:val="1"/>
                <w:sz w:val="24"/>
                <w:szCs w:val="24"/>
              </w:rPr>
              <w:t xml:space="preserve"> </w:t>
            </w:r>
            <w:r w:rsidRPr="00E85698">
              <w:rPr>
                <w:sz w:val="24"/>
                <w:szCs w:val="24"/>
              </w:rPr>
              <w:t>союзами</w:t>
            </w:r>
            <w:r w:rsidRPr="00E85698">
              <w:rPr>
                <w:spacing w:val="1"/>
                <w:sz w:val="24"/>
                <w:szCs w:val="24"/>
              </w:rPr>
              <w:t xml:space="preserve"> </w:t>
            </w:r>
            <w:r w:rsidRPr="00E85698">
              <w:rPr>
                <w:sz w:val="24"/>
                <w:szCs w:val="24"/>
              </w:rPr>
              <w:t>А,</w:t>
            </w:r>
            <w:r w:rsidRPr="00E85698">
              <w:rPr>
                <w:spacing w:val="1"/>
                <w:sz w:val="24"/>
                <w:szCs w:val="24"/>
              </w:rPr>
              <w:t xml:space="preserve"> </w:t>
            </w:r>
            <w:r w:rsidRPr="00E85698">
              <w:rPr>
                <w:sz w:val="24"/>
                <w:szCs w:val="24"/>
              </w:rPr>
              <w:t>НО,</w:t>
            </w:r>
            <w:r w:rsidRPr="00E85698">
              <w:rPr>
                <w:spacing w:val="51"/>
                <w:sz w:val="24"/>
                <w:szCs w:val="24"/>
              </w:rPr>
              <w:t xml:space="preserve"> </w:t>
            </w:r>
            <w:r w:rsidRPr="00E85698">
              <w:rPr>
                <w:sz w:val="24"/>
                <w:szCs w:val="24"/>
              </w:rPr>
              <w:t>ОДНАКО,</w:t>
            </w:r>
            <w:r w:rsidRPr="00E85698">
              <w:rPr>
                <w:spacing w:val="1"/>
                <w:sz w:val="24"/>
                <w:szCs w:val="24"/>
              </w:rPr>
              <w:t xml:space="preserve"> </w:t>
            </w:r>
            <w:r w:rsidRPr="00E85698">
              <w:rPr>
                <w:sz w:val="24"/>
                <w:szCs w:val="24"/>
              </w:rPr>
              <w:t>ЗАТО, ДА (в значении И), ДА (в значении НО)) и их</w:t>
            </w:r>
            <w:r w:rsidRPr="00E85698">
              <w:rPr>
                <w:spacing w:val="1"/>
                <w:sz w:val="24"/>
                <w:szCs w:val="24"/>
              </w:rPr>
              <w:t xml:space="preserve"> </w:t>
            </w:r>
            <w:r w:rsidRPr="00E85698">
              <w:rPr>
                <w:sz w:val="24"/>
                <w:szCs w:val="24"/>
              </w:rPr>
              <w:t>пунктуационное</w:t>
            </w:r>
            <w:r w:rsidRPr="00E85698">
              <w:rPr>
                <w:spacing w:val="-1"/>
                <w:sz w:val="24"/>
                <w:szCs w:val="24"/>
              </w:rPr>
              <w:t xml:space="preserve"> </w:t>
            </w:r>
            <w:r w:rsidRPr="00E85698">
              <w:rPr>
                <w:sz w:val="24"/>
                <w:szCs w:val="24"/>
              </w:rPr>
              <w:t>оформление.</w:t>
            </w:r>
            <w:r w:rsidRPr="00E85698">
              <w:rPr>
                <w:spacing w:val="2"/>
                <w:sz w:val="24"/>
                <w:szCs w:val="24"/>
              </w:rPr>
              <w:t xml:space="preserve"> </w:t>
            </w:r>
            <w:r w:rsidRPr="00E85698">
              <w:rPr>
                <w:sz w:val="24"/>
                <w:szCs w:val="24"/>
              </w:rPr>
              <w:t>Практикум</w:t>
            </w:r>
          </w:p>
        </w:tc>
        <w:tc>
          <w:tcPr>
            <w:tcW w:w="713" w:type="dxa"/>
            <w:gridSpan w:val="2"/>
            <w:tcBorders>
              <w:left w:val="single" w:sz="6" w:space="0" w:color="000000"/>
            </w:tcBorders>
          </w:tcPr>
          <w:p w:rsidR="00A047B0" w:rsidRPr="00E85698" w:rsidRDefault="00A047B0" w:rsidP="00A047B0">
            <w:pPr>
              <w:pStyle w:val="TableParagraph"/>
              <w:spacing w:line="227" w:lineRule="exact"/>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9" w:type="dxa"/>
            <w:gridSpan w:val="2"/>
          </w:tcPr>
          <w:p w:rsidR="00A047B0" w:rsidRPr="00E85698" w:rsidRDefault="00A047B0" w:rsidP="00A047B0">
            <w:pPr>
              <w:pStyle w:val="TableParagraph"/>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5"/>
        </w:trPr>
        <w:tc>
          <w:tcPr>
            <w:tcW w:w="578" w:type="dxa"/>
            <w:gridSpan w:val="2"/>
          </w:tcPr>
          <w:p w:rsidR="00A047B0" w:rsidRPr="00E85698" w:rsidRDefault="00A047B0" w:rsidP="00A047B0">
            <w:pPr>
              <w:pStyle w:val="TableParagraph"/>
              <w:spacing w:before="2"/>
              <w:ind w:right="95"/>
              <w:jc w:val="right"/>
              <w:rPr>
                <w:sz w:val="24"/>
                <w:szCs w:val="24"/>
              </w:rPr>
            </w:pPr>
            <w:r w:rsidRPr="00E85698">
              <w:rPr>
                <w:sz w:val="24"/>
                <w:szCs w:val="24"/>
              </w:rPr>
              <w:t>153.</w:t>
            </w:r>
          </w:p>
        </w:tc>
        <w:tc>
          <w:tcPr>
            <w:tcW w:w="5094" w:type="dxa"/>
            <w:gridSpan w:val="2"/>
            <w:tcBorders>
              <w:right w:val="single" w:sz="6" w:space="0" w:color="000000"/>
            </w:tcBorders>
          </w:tcPr>
          <w:p w:rsidR="00A047B0" w:rsidRPr="00E85698" w:rsidRDefault="00A047B0" w:rsidP="00A047B0">
            <w:pPr>
              <w:pStyle w:val="TableParagraph"/>
              <w:spacing w:before="2"/>
              <w:ind w:left="9"/>
              <w:rPr>
                <w:sz w:val="24"/>
                <w:szCs w:val="24"/>
              </w:rPr>
            </w:pPr>
            <w:r w:rsidRPr="00E85698">
              <w:rPr>
                <w:sz w:val="24"/>
                <w:szCs w:val="24"/>
              </w:rPr>
              <w:t>Предложения</w:t>
            </w:r>
            <w:r w:rsidRPr="00E85698">
              <w:rPr>
                <w:spacing w:val="-4"/>
                <w:sz w:val="24"/>
                <w:szCs w:val="24"/>
              </w:rPr>
              <w:t xml:space="preserve"> </w:t>
            </w:r>
            <w:r w:rsidRPr="00E85698">
              <w:rPr>
                <w:sz w:val="24"/>
                <w:szCs w:val="24"/>
              </w:rPr>
              <w:t>с</w:t>
            </w:r>
            <w:r w:rsidRPr="00E85698">
              <w:rPr>
                <w:spacing w:val="-3"/>
                <w:sz w:val="24"/>
                <w:szCs w:val="24"/>
              </w:rPr>
              <w:t xml:space="preserve"> </w:t>
            </w:r>
            <w:r w:rsidRPr="00E85698">
              <w:rPr>
                <w:sz w:val="24"/>
                <w:szCs w:val="24"/>
              </w:rPr>
              <w:t>обобщающим</w:t>
            </w:r>
            <w:r w:rsidRPr="00E85698">
              <w:rPr>
                <w:spacing w:val="-1"/>
                <w:sz w:val="24"/>
                <w:szCs w:val="24"/>
              </w:rPr>
              <w:t xml:space="preserve"> </w:t>
            </w:r>
            <w:r w:rsidRPr="00E85698">
              <w:rPr>
                <w:sz w:val="24"/>
                <w:szCs w:val="24"/>
              </w:rPr>
              <w:t>словом</w:t>
            </w:r>
            <w:r w:rsidRPr="00E85698">
              <w:rPr>
                <w:spacing w:val="-2"/>
                <w:sz w:val="24"/>
                <w:szCs w:val="24"/>
              </w:rPr>
              <w:t xml:space="preserve"> </w:t>
            </w:r>
            <w:r w:rsidRPr="00E85698">
              <w:rPr>
                <w:sz w:val="24"/>
                <w:szCs w:val="24"/>
              </w:rPr>
              <w:t>при</w:t>
            </w:r>
            <w:r w:rsidRPr="00E85698">
              <w:rPr>
                <w:spacing w:val="-4"/>
                <w:sz w:val="24"/>
                <w:szCs w:val="24"/>
              </w:rPr>
              <w:t xml:space="preserve"> </w:t>
            </w:r>
            <w:r w:rsidRPr="00E85698">
              <w:rPr>
                <w:sz w:val="24"/>
                <w:szCs w:val="24"/>
              </w:rPr>
              <w:t>однородных</w:t>
            </w:r>
          </w:p>
          <w:p w:rsidR="00A047B0" w:rsidRPr="00E85698" w:rsidRDefault="00A047B0" w:rsidP="00A047B0">
            <w:pPr>
              <w:pStyle w:val="TableParagraph"/>
              <w:spacing w:before="20"/>
              <w:ind w:left="9"/>
              <w:rPr>
                <w:sz w:val="24"/>
                <w:szCs w:val="24"/>
              </w:rPr>
            </w:pPr>
            <w:r w:rsidRPr="00E85698">
              <w:rPr>
                <w:sz w:val="24"/>
                <w:szCs w:val="24"/>
              </w:rPr>
              <w:t>членах</w:t>
            </w:r>
            <w:r w:rsidRPr="00E85698">
              <w:rPr>
                <w:spacing w:val="-5"/>
                <w:sz w:val="24"/>
                <w:szCs w:val="24"/>
              </w:rPr>
              <w:t xml:space="preserve"> </w:t>
            </w:r>
            <w:r w:rsidRPr="00E85698">
              <w:rPr>
                <w:sz w:val="24"/>
                <w:szCs w:val="24"/>
              </w:rPr>
              <w:t>и</w:t>
            </w:r>
            <w:r w:rsidRPr="00E85698">
              <w:rPr>
                <w:spacing w:val="-2"/>
                <w:sz w:val="24"/>
                <w:szCs w:val="24"/>
              </w:rPr>
              <w:t xml:space="preserve"> </w:t>
            </w:r>
            <w:r w:rsidRPr="00E85698">
              <w:rPr>
                <w:sz w:val="24"/>
                <w:szCs w:val="24"/>
              </w:rPr>
              <w:t>их</w:t>
            </w:r>
            <w:r w:rsidRPr="00E85698">
              <w:rPr>
                <w:spacing w:val="-3"/>
                <w:sz w:val="24"/>
                <w:szCs w:val="24"/>
              </w:rPr>
              <w:t xml:space="preserve"> </w:t>
            </w:r>
            <w:r w:rsidRPr="00E85698">
              <w:rPr>
                <w:sz w:val="24"/>
                <w:szCs w:val="24"/>
              </w:rPr>
              <w:t>пунктуационное</w:t>
            </w:r>
            <w:r w:rsidRPr="00E85698">
              <w:rPr>
                <w:spacing w:val="-3"/>
                <w:sz w:val="24"/>
                <w:szCs w:val="24"/>
              </w:rPr>
              <w:t xml:space="preserve"> </w:t>
            </w:r>
            <w:r w:rsidRPr="00E85698">
              <w:rPr>
                <w:sz w:val="24"/>
                <w:szCs w:val="24"/>
              </w:rPr>
              <w:t>оформление</w:t>
            </w:r>
          </w:p>
        </w:tc>
        <w:tc>
          <w:tcPr>
            <w:tcW w:w="713" w:type="dxa"/>
            <w:gridSpan w:val="2"/>
            <w:tcBorders>
              <w:left w:val="single" w:sz="6" w:space="0" w:color="000000"/>
            </w:tcBorders>
          </w:tcPr>
          <w:p w:rsidR="00A047B0" w:rsidRPr="00E85698" w:rsidRDefault="00A047B0" w:rsidP="00A047B0">
            <w:pPr>
              <w:pStyle w:val="TableParagraph"/>
              <w:spacing w:before="2"/>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3"/>
        </w:trPr>
        <w:tc>
          <w:tcPr>
            <w:tcW w:w="578" w:type="dxa"/>
            <w:gridSpan w:val="2"/>
          </w:tcPr>
          <w:p w:rsidR="00A047B0" w:rsidRPr="00E85698" w:rsidRDefault="00A047B0" w:rsidP="00A047B0">
            <w:pPr>
              <w:pStyle w:val="TableParagraph"/>
              <w:spacing w:before="5"/>
              <w:ind w:right="95"/>
              <w:jc w:val="right"/>
              <w:rPr>
                <w:sz w:val="24"/>
                <w:szCs w:val="24"/>
              </w:rPr>
            </w:pPr>
            <w:r w:rsidRPr="00E85698">
              <w:rPr>
                <w:sz w:val="24"/>
                <w:szCs w:val="24"/>
              </w:rPr>
              <w:t>154.</w:t>
            </w:r>
          </w:p>
        </w:tc>
        <w:tc>
          <w:tcPr>
            <w:tcW w:w="5094" w:type="dxa"/>
            <w:gridSpan w:val="2"/>
            <w:tcBorders>
              <w:right w:val="single" w:sz="6" w:space="0" w:color="000000"/>
            </w:tcBorders>
          </w:tcPr>
          <w:p w:rsidR="00A047B0" w:rsidRPr="00E85698" w:rsidRDefault="00A047B0" w:rsidP="00A047B0">
            <w:pPr>
              <w:pStyle w:val="TableParagraph"/>
              <w:spacing w:before="5"/>
              <w:ind w:left="9"/>
              <w:rPr>
                <w:sz w:val="24"/>
                <w:szCs w:val="24"/>
              </w:rPr>
            </w:pPr>
            <w:r w:rsidRPr="00E85698">
              <w:rPr>
                <w:sz w:val="24"/>
                <w:szCs w:val="24"/>
              </w:rPr>
              <w:t>Контрольное сочинение</w:t>
            </w:r>
            <w:r w:rsidRPr="00E85698">
              <w:rPr>
                <w:spacing w:val="-5"/>
                <w:sz w:val="24"/>
                <w:szCs w:val="24"/>
              </w:rPr>
              <w:t xml:space="preserve"> </w:t>
            </w:r>
            <w:r w:rsidRPr="00E85698">
              <w:rPr>
                <w:sz w:val="24"/>
                <w:szCs w:val="24"/>
              </w:rPr>
              <w:t>по</w:t>
            </w:r>
            <w:r w:rsidRPr="00E85698">
              <w:rPr>
                <w:spacing w:val="-4"/>
                <w:sz w:val="24"/>
                <w:szCs w:val="24"/>
              </w:rPr>
              <w:t xml:space="preserve"> </w:t>
            </w:r>
            <w:r w:rsidRPr="00E85698">
              <w:rPr>
                <w:sz w:val="24"/>
                <w:szCs w:val="24"/>
              </w:rPr>
              <w:t>картине (упр.229)</w:t>
            </w:r>
          </w:p>
        </w:tc>
        <w:tc>
          <w:tcPr>
            <w:tcW w:w="713" w:type="dxa"/>
            <w:gridSpan w:val="2"/>
            <w:tcBorders>
              <w:left w:val="single" w:sz="6" w:space="0" w:color="000000"/>
            </w:tcBorders>
          </w:tcPr>
          <w:p w:rsidR="00A047B0" w:rsidRPr="00E85698" w:rsidRDefault="00A047B0" w:rsidP="00A047B0">
            <w:pPr>
              <w:pStyle w:val="TableParagraph"/>
              <w:spacing w:before="5"/>
              <w:ind w:left="86"/>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32" w:type="dxa"/>
            <w:gridSpan w:val="2"/>
          </w:tcPr>
          <w:p w:rsidR="00A047B0" w:rsidRPr="00E85698" w:rsidRDefault="00A047B0" w:rsidP="00A047B0">
            <w:pPr>
              <w:pStyle w:val="TableParagraph"/>
              <w:rPr>
                <w:sz w:val="24"/>
                <w:szCs w:val="24"/>
              </w:rPr>
            </w:pPr>
            <w:r w:rsidRPr="00E85698">
              <w:rPr>
                <w:sz w:val="24"/>
                <w:szCs w:val="24"/>
              </w:rPr>
              <w:t>0</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5"/>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155.</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Предложения</w:t>
            </w:r>
            <w:r w:rsidRPr="00E85698">
              <w:rPr>
                <w:spacing w:val="-5"/>
                <w:sz w:val="24"/>
                <w:szCs w:val="24"/>
              </w:rPr>
              <w:t xml:space="preserve"> </w:t>
            </w:r>
            <w:r w:rsidRPr="00E85698">
              <w:rPr>
                <w:sz w:val="24"/>
                <w:szCs w:val="24"/>
              </w:rPr>
              <w:t>с</w:t>
            </w:r>
            <w:r w:rsidRPr="00E85698">
              <w:rPr>
                <w:spacing w:val="-4"/>
                <w:sz w:val="24"/>
                <w:szCs w:val="24"/>
              </w:rPr>
              <w:t xml:space="preserve"> </w:t>
            </w:r>
            <w:r w:rsidRPr="00E85698">
              <w:rPr>
                <w:sz w:val="24"/>
                <w:szCs w:val="24"/>
              </w:rPr>
              <w:t>обращениями.</w:t>
            </w:r>
            <w:r w:rsidRPr="00E85698">
              <w:rPr>
                <w:spacing w:val="-4"/>
                <w:sz w:val="24"/>
                <w:szCs w:val="24"/>
              </w:rPr>
              <w:t xml:space="preserve"> </w:t>
            </w:r>
            <w:r w:rsidRPr="00E85698">
              <w:rPr>
                <w:sz w:val="24"/>
                <w:szCs w:val="24"/>
              </w:rPr>
              <w:t>Обращение</w:t>
            </w:r>
            <w:r w:rsidRPr="00E85698">
              <w:rPr>
                <w:spacing w:val="-4"/>
                <w:sz w:val="24"/>
                <w:szCs w:val="24"/>
              </w:rPr>
              <w:t xml:space="preserve"> </w:t>
            </w:r>
            <w:r w:rsidRPr="00E85698">
              <w:rPr>
                <w:sz w:val="24"/>
                <w:szCs w:val="24"/>
              </w:rPr>
              <w:t>(однословное</w:t>
            </w:r>
            <w:r w:rsidRPr="00E85698">
              <w:rPr>
                <w:spacing w:val="-4"/>
                <w:sz w:val="24"/>
                <w:szCs w:val="24"/>
              </w:rPr>
              <w:t xml:space="preserve"> </w:t>
            </w:r>
            <w:r w:rsidRPr="00E85698">
              <w:rPr>
                <w:sz w:val="24"/>
                <w:szCs w:val="24"/>
              </w:rPr>
              <w:t>и</w:t>
            </w:r>
          </w:p>
          <w:p w:rsidR="00A047B0" w:rsidRPr="00E85698" w:rsidRDefault="00A047B0" w:rsidP="00A047B0">
            <w:pPr>
              <w:pStyle w:val="TableParagraph"/>
              <w:spacing w:before="20"/>
              <w:ind w:left="5"/>
              <w:rPr>
                <w:sz w:val="24"/>
                <w:szCs w:val="24"/>
              </w:rPr>
            </w:pPr>
            <w:proofErr w:type="spellStart"/>
            <w:r w:rsidRPr="00E85698">
              <w:rPr>
                <w:sz w:val="24"/>
                <w:szCs w:val="24"/>
              </w:rPr>
              <w:t>неоднословное</w:t>
            </w:r>
            <w:proofErr w:type="spellEnd"/>
            <w:r w:rsidRPr="00E85698">
              <w:rPr>
                <w:sz w:val="24"/>
                <w:szCs w:val="24"/>
              </w:rPr>
              <w:t>)</w:t>
            </w:r>
            <w:r w:rsidRPr="00E85698">
              <w:rPr>
                <w:spacing w:val="-2"/>
                <w:sz w:val="24"/>
                <w:szCs w:val="24"/>
              </w:rPr>
              <w:t xml:space="preserve"> </w:t>
            </w:r>
            <w:r w:rsidRPr="00E85698">
              <w:rPr>
                <w:sz w:val="24"/>
                <w:szCs w:val="24"/>
              </w:rPr>
              <w:t>и</w:t>
            </w:r>
            <w:r w:rsidRPr="00E85698">
              <w:rPr>
                <w:spacing w:val="-4"/>
                <w:sz w:val="24"/>
                <w:szCs w:val="24"/>
              </w:rPr>
              <w:t xml:space="preserve"> </w:t>
            </w:r>
            <w:r w:rsidRPr="00E85698">
              <w:rPr>
                <w:sz w:val="24"/>
                <w:szCs w:val="24"/>
              </w:rPr>
              <w:t>средства</w:t>
            </w:r>
            <w:r w:rsidRPr="00E85698">
              <w:rPr>
                <w:spacing w:val="-5"/>
                <w:sz w:val="24"/>
                <w:szCs w:val="24"/>
              </w:rPr>
              <w:t xml:space="preserve"> </w:t>
            </w:r>
            <w:r w:rsidRPr="00E85698">
              <w:rPr>
                <w:sz w:val="24"/>
                <w:szCs w:val="24"/>
              </w:rPr>
              <w:t>его</w:t>
            </w:r>
            <w:r w:rsidRPr="00E85698">
              <w:rPr>
                <w:spacing w:val="-2"/>
                <w:sz w:val="24"/>
                <w:szCs w:val="24"/>
              </w:rPr>
              <w:t xml:space="preserve"> </w:t>
            </w:r>
            <w:r w:rsidRPr="00E85698">
              <w:rPr>
                <w:sz w:val="24"/>
                <w:szCs w:val="24"/>
              </w:rPr>
              <w:t>выражения.</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6"/>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t>156.</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Синтаксический</w:t>
            </w:r>
            <w:r w:rsidRPr="00E85698">
              <w:rPr>
                <w:spacing w:val="-5"/>
                <w:sz w:val="24"/>
                <w:szCs w:val="24"/>
              </w:rPr>
              <w:t xml:space="preserve"> </w:t>
            </w:r>
            <w:r w:rsidRPr="00E85698">
              <w:rPr>
                <w:sz w:val="24"/>
                <w:szCs w:val="24"/>
              </w:rPr>
              <w:t>анализ</w:t>
            </w:r>
            <w:r w:rsidRPr="00E85698">
              <w:rPr>
                <w:spacing w:val="-2"/>
                <w:sz w:val="24"/>
                <w:szCs w:val="24"/>
              </w:rPr>
              <w:t xml:space="preserve"> </w:t>
            </w:r>
            <w:r w:rsidRPr="00E85698">
              <w:rPr>
                <w:sz w:val="24"/>
                <w:szCs w:val="24"/>
              </w:rPr>
              <w:t>простых</w:t>
            </w:r>
            <w:r w:rsidRPr="00E85698">
              <w:rPr>
                <w:spacing w:val="-5"/>
                <w:sz w:val="24"/>
                <w:szCs w:val="24"/>
              </w:rPr>
              <w:t xml:space="preserve"> </w:t>
            </w:r>
            <w:r w:rsidRPr="00E85698">
              <w:rPr>
                <w:sz w:val="24"/>
                <w:szCs w:val="24"/>
              </w:rPr>
              <w:t>осложнённых</w:t>
            </w:r>
          </w:p>
          <w:p w:rsidR="00A047B0" w:rsidRPr="00E85698" w:rsidRDefault="00A047B0" w:rsidP="00A047B0">
            <w:pPr>
              <w:pStyle w:val="TableParagraph"/>
              <w:spacing w:before="20"/>
              <w:ind w:left="5"/>
              <w:rPr>
                <w:sz w:val="24"/>
                <w:szCs w:val="24"/>
              </w:rPr>
            </w:pPr>
            <w:r w:rsidRPr="00E85698">
              <w:rPr>
                <w:sz w:val="24"/>
                <w:szCs w:val="24"/>
              </w:rPr>
              <w:t>предложений</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5"/>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t>157.</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Пунктуационный</w:t>
            </w:r>
            <w:r w:rsidRPr="00E85698">
              <w:rPr>
                <w:spacing w:val="-6"/>
                <w:sz w:val="24"/>
                <w:szCs w:val="24"/>
              </w:rPr>
              <w:t xml:space="preserve"> </w:t>
            </w:r>
            <w:r w:rsidRPr="00E85698">
              <w:rPr>
                <w:sz w:val="24"/>
                <w:szCs w:val="24"/>
              </w:rPr>
              <w:t>анализ</w:t>
            </w:r>
            <w:r w:rsidRPr="00E85698">
              <w:rPr>
                <w:spacing w:val="-2"/>
                <w:sz w:val="24"/>
                <w:szCs w:val="24"/>
              </w:rPr>
              <w:t xml:space="preserve"> </w:t>
            </w:r>
            <w:r w:rsidRPr="00E85698">
              <w:rPr>
                <w:sz w:val="24"/>
                <w:szCs w:val="24"/>
              </w:rPr>
              <w:t>простых</w:t>
            </w:r>
            <w:r w:rsidRPr="00E85698">
              <w:rPr>
                <w:spacing w:val="-5"/>
                <w:sz w:val="24"/>
                <w:szCs w:val="24"/>
              </w:rPr>
              <w:t xml:space="preserve"> </w:t>
            </w:r>
            <w:r w:rsidRPr="00E85698">
              <w:rPr>
                <w:sz w:val="24"/>
                <w:szCs w:val="24"/>
              </w:rPr>
              <w:t>осложнённых</w:t>
            </w:r>
          </w:p>
          <w:p w:rsidR="00A047B0" w:rsidRPr="00E85698" w:rsidRDefault="00A047B0" w:rsidP="00A047B0">
            <w:pPr>
              <w:pStyle w:val="TableParagraph"/>
              <w:spacing w:before="20"/>
              <w:ind w:left="5"/>
              <w:rPr>
                <w:sz w:val="24"/>
                <w:szCs w:val="24"/>
              </w:rPr>
            </w:pPr>
            <w:r w:rsidRPr="00E85698">
              <w:rPr>
                <w:sz w:val="24"/>
                <w:szCs w:val="24"/>
              </w:rPr>
              <w:t>предложений</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5"/>
        </w:trPr>
        <w:tc>
          <w:tcPr>
            <w:tcW w:w="578" w:type="dxa"/>
            <w:gridSpan w:val="2"/>
          </w:tcPr>
          <w:p w:rsidR="00A047B0" w:rsidRPr="00E85698" w:rsidRDefault="00A047B0" w:rsidP="00A047B0">
            <w:pPr>
              <w:pStyle w:val="TableParagraph"/>
              <w:spacing w:before="127"/>
              <w:ind w:right="99"/>
              <w:jc w:val="right"/>
              <w:rPr>
                <w:sz w:val="24"/>
                <w:szCs w:val="24"/>
              </w:rPr>
            </w:pPr>
            <w:r w:rsidRPr="00E85698">
              <w:rPr>
                <w:sz w:val="24"/>
                <w:szCs w:val="24"/>
              </w:rPr>
              <w:t>158.</w:t>
            </w:r>
          </w:p>
        </w:tc>
        <w:tc>
          <w:tcPr>
            <w:tcW w:w="5094" w:type="dxa"/>
            <w:gridSpan w:val="2"/>
            <w:tcBorders>
              <w:right w:val="single" w:sz="6" w:space="0" w:color="000000"/>
            </w:tcBorders>
          </w:tcPr>
          <w:p w:rsidR="00A047B0" w:rsidRPr="00E85698" w:rsidRDefault="00A047B0" w:rsidP="00A047B0">
            <w:pPr>
              <w:pStyle w:val="TableParagraph"/>
              <w:spacing w:before="5"/>
              <w:ind w:left="5"/>
              <w:rPr>
                <w:sz w:val="24"/>
                <w:szCs w:val="24"/>
              </w:rPr>
            </w:pPr>
            <w:r w:rsidRPr="00E85698">
              <w:rPr>
                <w:sz w:val="24"/>
                <w:szCs w:val="24"/>
              </w:rPr>
              <w:t>Предложения</w:t>
            </w:r>
            <w:r w:rsidRPr="00E85698">
              <w:rPr>
                <w:spacing w:val="-4"/>
                <w:sz w:val="24"/>
                <w:szCs w:val="24"/>
              </w:rPr>
              <w:t xml:space="preserve"> </w:t>
            </w:r>
            <w:r w:rsidRPr="00E85698">
              <w:rPr>
                <w:sz w:val="24"/>
                <w:szCs w:val="24"/>
              </w:rPr>
              <w:t>простые</w:t>
            </w:r>
            <w:r w:rsidRPr="00E85698">
              <w:rPr>
                <w:spacing w:val="-3"/>
                <w:sz w:val="24"/>
                <w:szCs w:val="24"/>
              </w:rPr>
              <w:t xml:space="preserve"> </w:t>
            </w:r>
            <w:r w:rsidRPr="00E85698">
              <w:rPr>
                <w:sz w:val="24"/>
                <w:szCs w:val="24"/>
              </w:rPr>
              <w:t>и</w:t>
            </w:r>
            <w:r w:rsidRPr="00E85698">
              <w:rPr>
                <w:spacing w:val="-4"/>
                <w:sz w:val="24"/>
                <w:szCs w:val="24"/>
              </w:rPr>
              <w:t xml:space="preserve"> </w:t>
            </w:r>
            <w:r w:rsidRPr="00E85698">
              <w:rPr>
                <w:sz w:val="24"/>
                <w:szCs w:val="24"/>
              </w:rPr>
              <w:t>сложные.</w:t>
            </w:r>
            <w:r w:rsidRPr="00E85698">
              <w:rPr>
                <w:spacing w:val="-3"/>
                <w:sz w:val="24"/>
                <w:szCs w:val="24"/>
              </w:rPr>
              <w:t xml:space="preserve"> </w:t>
            </w:r>
            <w:r w:rsidRPr="00E85698">
              <w:rPr>
                <w:sz w:val="24"/>
                <w:szCs w:val="24"/>
              </w:rPr>
              <w:t>Сложные</w:t>
            </w:r>
            <w:r w:rsidRPr="00E85698">
              <w:rPr>
                <w:spacing w:val="-3"/>
                <w:sz w:val="24"/>
                <w:szCs w:val="24"/>
              </w:rPr>
              <w:t xml:space="preserve"> </w:t>
            </w:r>
            <w:r w:rsidRPr="00E85698">
              <w:rPr>
                <w:sz w:val="24"/>
                <w:szCs w:val="24"/>
              </w:rPr>
              <w:t>предложения</w:t>
            </w:r>
          </w:p>
          <w:p w:rsidR="00A047B0" w:rsidRPr="00E85698" w:rsidRDefault="00A047B0" w:rsidP="00A047B0">
            <w:pPr>
              <w:pStyle w:val="TableParagraph"/>
              <w:spacing w:before="17"/>
              <w:ind w:left="5"/>
              <w:rPr>
                <w:sz w:val="24"/>
                <w:szCs w:val="24"/>
              </w:rPr>
            </w:pPr>
            <w:r w:rsidRPr="00E85698">
              <w:rPr>
                <w:sz w:val="24"/>
                <w:szCs w:val="24"/>
              </w:rPr>
              <w:t>с</w:t>
            </w:r>
            <w:r w:rsidRPr="00E85698">
              <w:rPr>
                <w:spacing w:val="-2"/>
                <w:sz w:val="24"/>
                <w:szCs w:val="24"/>
              </w:rPr>
              <w:t xml:space="preserve"> </w:t>
            </w:r>
            <w:r w:rsidRPr="00E85698">
              <w:rPr>
                <w:sz w:val="24"/>
                <w:szCs w:val="24"/>
              </w:rPr>
              <w:t>бессоюзной</w:t>
            </w:r>
            <w:r w:rsidRPr="00E85698">
              <w:rPr>
                <w:spacing w:val="-3"/>
                <w:sz w:val="24"/>
                <w:szCs w:val="24"/>
              </w:rPr>
              <w:t xml:space="preserve"> </w:t>
            </w:r>
            <w:r w:rsidRPr="00E85698">
              <w:rPr>
                <w:sz w:val="24"/>
                <w:szCs w:val="24"/>
              </w:rPr>
              <w:t>и</w:t>
            </w:r>
            <w:r w:rsidRPr="00E85698">
              <w:rPr>
                <w:spacing w:val="-3"/>
                <w:sz w:val="24"/>
                <w:szCs w:val="24"/>
              </w:rPr>
              <w:t xml:space="preserve"> </w:t>
            </w:r>
            <w:r w:rsidRPr="00E85698">
              <w:rPr>
                <w:sz w:val="24"/>
                <w:szCs w:val="24"/>
              </w:rPr>
              <w:t>союзной</w:t>
            </w:r>
            <w:r w:rsidRPr="00E85698">
              <w:rPr>
                <w:spacing w:val="-3"/>
                <w:sz w:val="24"/>
                <w:szCs w:val="24"/>
              </w:rPr>
              <w:t xml:space="preserve"> </w:t>
            </w:r>
            <w:r w:rsidRPr="00E85698">
              <w:rPr>
                <w:sz w:val="24"/>
                <w:szCs w:val="24"/>
              </w:rPr>
              <w:t>связью</w:t>
            </w:r>
          </w:p>
        </w:tc>
        <w:tc>
          <w:tcPr>
            <w:tcW w:w="713" w:type="dxa"/>
            <w:gridSpan w:val="2"/>
            <w:tcBorders>
              <w:left w:val="single" w:sz="6" w:space="0" w:color="000000"/>
            </w:tcBorders>
          </w:tcPr>
          <w:p w:rsidR="00A047B0" w:rsidRPr="00E85698" w:rsidRDefault="00A047B0" w:rsidP="00A047B0">
            <w:pPr>
              <w:pStyle w:val="TableParagraph"/>
              <w:spacing w:before="127"/>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719"/>
        </w:trPr>
        <w:tc>
          <w:tcPr>
            <w:tcW w:w="578" w:type="dxa"/>
            <w:gridSpan w:val="2"/>
          </w:tcPr>
          <w:p w:rsidR="00A047B0" w:rsidRPr="00E85698" w:rsidRDefault="00A047B0" w:rsidP="00A047B0">
            <w:pPr>
              <w:pStyle w:val="TableParagraph"/>
              <w:spacing w:before="5"/>
              <w:ind w:right="99"/>
              <w:jc w:val="right"/>
              <w:rPr>
                <w:sz w:val="24"/>
                <w:szCs w:val="24"/>
              </w:rPr>
            </w:pPr>
            <w:r w:rsidRPr="00E85698">
              <w:rPr>
                <w:sz w:val="24"/>
                <w:szCs w:val="24"/>
              </w:rPr>
              <w:t>159.</w:t>
            </w:r>
          </w:p>
        </w:tc>
        <w:tc>
          <w:tcPr>
            <w:tcW w:w="5094" w:type="dxa"/>
            <w:gridSpan w:val="2"/>
            <w:tcBorders>
              <w:right w:val="single" w:sz="6" w:space="0" w:color="000000"/>
            </w:tcBorders>
          </w:tcPr>
          <w:p w:rsidR="00A047B0" w:rsidRPr="00E85698" w:rsidRDefault="00A047B0" w:rsidP="00A047B0">
            <w:pPr>
              <w:pStyle w:val="TableParagraph"/>
              <w:spacing w:before="5" w:line="314" w:lineRule="auto"/>
              <w:ind w:left="5" w:right="208"/>
              <w:rPr>
                <w:sz w:val="24"/>
                <w:szCs w:val="24"/>
              </w:rPr>
            </w:pPr>
            <w:r w:rsidRPr="00E85698">
              <w:rPr>
                <w:sz w:val="24"/>
                <w:szCs w:val="24"/>
              </w:rPr>
              <w:t>Предложения</w:t>
            </w:r>
            <w:r w:rsidRPr="00E85698">
              <w:rPr>
                <w:spacing w:val="-9"/>
                <w:sz w:val="24"/>
                <w:szCs w:val="24"/>
              </w:rPr>
              <w:t xml:space="preserve"> </w:t>
            </w:r>
            <w:r w:rsidRPr="00E85698">
              <w:rPr>
                <w:sz w:val="24"/>
                <w:szCs w:val="24"/>
              </w:rPr>
              <w:t>сложносочинённые</w:t>
            </w:r>
            <w:r w:rsidRPr="00E85698">
              <w:rPr>
                <w:spacing w:val="-5"/>
                <w:sz w:val="24"/>
                <w:szCs w:val="24"/>
              </w:rPr>
              <w:t xml:space="preserve"> </w:t>
            </w:r>
            <w:r w:rsidRPr="00E85698">
              <w:rPr>
                <w:sz w:val="24"/>
                <w:szCs w:val="24"/>
              </w:rPr>
              <w:t>и</w:t>
            </w:r>
            <w:r w:rsidRPr="00E85698">
              <w:rPr>
                <w:spacing w:val="-9"/>
                <w:sz w:val="24"/>
                <w:szCs w:val="24"/>
              </w:rPr>
              <w:t xml:space="preserve"> </w:t>
            </w:r>
            <w:r w:rsidRPr="00E85698">
              <w:rPr>
                <w:sz w:val="24"/>
                <w:szCs w:val="24"/>
              </w:rPr>
              <w:t>сложноподчинённые</w:t>
            </w:r>
            <w:r w:rsidRPr="00E85698">
              <w:rPr>
                <w:spacing w:val="-47"/>
                <w:sz w:val="24"/>
                <w:szCs w:val="24"/>
              </w:rPr>
              <w:t xml:space="preserve"> </w:t>
            </w:r>
            <w:r w:rsidRPr="00E85698">
              <w:rPr>
                <w:sz w:val="24"/>
                <w:szCs w:val="24"/>
              </w:rPr>
              <w:t>(общее</w:t>
            </w:r>
            <w:r w:rsidRPr="00E85698">
              <w:rPr>
                <w:spacing w:val="-2"/>
                <w:sz w:val="24"/>
                <w:szCs w:val="24"/>
              </w:rPr>
              <w:t xml:space="preserve"> </w:t>
            </w:r>
            <w:r w:rsidRPr="00E85698">
              <w:rPr>
                <w:sz w:val="24"/>
                <w:szCs w:val="24"/>
              </w:rPr>
              <w:t>представление, практическое</w:t>
            </w:r>
            <w:r w:rsidRPr="00E85698">
              <w:rPr>
                <w:spacing w:val="2"/>
                <w:sz w:val="24"/>
                <w:szCs w:val="24"/>
              </w:rPr>
              <w:t xml:space="preserve"> </w:t>
            </w:r>
            <w:r w:rsidRPr="00E85698">
              <w:rPr>
                <w:sz w:val="24"/>
                <w:szCs w:val="24"/>
              </w:rPr>
              <w:t>усвоение)</w:t>
            </w:r>
          </w:p>
        </w:tc>
        <w:tc>
          <w:tcPr>
            <w:tcW w:w="713" w:type="dxa"/>
            <w:gridSpan w:val="2"/>
            <w:tcBorders>
              <w:left w:val="single" w:sz="6" w:space="0" w:color="000000"/>
            </w:tcBorders>
          </w:tcPr>
          <w:p w:rsidR="00A047B0" w:rsidRPr="00E85698" w:rsidRDefault="00A047B0" w:rsidP="00A047B0">
            <w:pPr>
              <w:pStyle w:val="TableParagraph"/>
              <w:spacing w:before="5"/>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801"/>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160.</w:t>
            </w:r>
          </w:p>
        </w:tc>
        <w:tc>
          <w:tcPr>
            <w:tcW w:w="5094" w:type="dxa"/>
            <w:gridSpan w:val="2"/>
            <w:tcBorders>
              <w:right w:val="single" w:sz="6" w:space="0" w:color="000000"/>
            </w:tcBorders>
          </w:tcPr>
          <w:p w:rsidR="00A047B0" w:rsidRPr="00E85698" w:rsidRDefault="00A047B0" w:rsidP="00A047B0">
            <w:pPr>
              <w:pStyle w:val="TableParagraph"/>
              <w:spacing w:before="2" w:line="259" w:lineRule="auto"/>
              <w:ind w:left="5" w:right="460"/>
              <w:jc w:val="both"/>
              <w:rPr>
                <w:sz w:val="24"/>
                <w:szCs w:val="24"/>
              </w:rPr>
            </w:pPr>
            <w:r w:rsidRPr="00E85698">
              <w:rPr>
                <w:sz w:val="24"/>
                <w:szCs w:val="24"/>
              </w:rPr>
              <w:t>Пунктуационное оформление сложных предложений,</w:t>
            </w:r>
            <w:r w:rsidRPr="00E85698">
              <w:rPr>
                <w:spacing w:val="-47"/>
                <w:sz w:val="24"/>
                <w:szCs w:val="24"/>
              </w:rPr>
              <w:t xml:space="preserve"> </w:t>
            </w:r>
            <w:r w:rsidRPr="00E85698">
              <w:rPr>
                <w:sz w:val="24"/>
                <w:szCs w:val="24"/>
              </w:rPr>
              <w:t>состоящих</w:t>
            </w:r>
            <w:r w:rsidRPr="00E85698">
              <w:rPr>
                <w:spacing w:val="-4"/>
                <w:sz w:val="24"/>
                <w:szCs w:val="24"/>
              </w:rPr>
              <w:t xml:space="preserve"> </w:t>
            </w:r>
            <w:r w:rsidRPr="00E85698">
              <w:rPr>
                <w:sz w:val="24"/>
                <w:szCs w:val="24"/>
              </w:rPr>
              <w:t>из</w:t>
            </w:r>
            <w:r w:rsidRPr="00E85698">
              <w:rPr>
                <w:spacing w:val="-4"/>
                <w:sz w:val="24"/>
                <w:szCs w:val="24"/>
              </w:rPr>
              <w:t xml:space="preserve"> </w:t>
            </w:r>
            <w:r w:rsidRPr="00E85698">
              <w:rPr>
                <w:sz w:val="24"/>
                <w:szCs w:val="24"/>
              </w:rPr>
              <w:t>частей,</w:t>
            </w:r>
            <w:r w:rsidRPr="00E85698">
              <w:rPr>
                <w:spacing w:val="-3"/>
                <w:sz w:val="24"/>
                <w:szCs w:val="24"/>
              </w:rPr>
              <w:t xml:space="preserve"> </w:t>
            </w:r>
            <w:r w:rsidRPr="00E85698">
              <w:rPr>
                <w:sz w:val="24"/>
                <w:szCs w:val="24"/>
              </w:rPr>
              <w:t>связанных</w:t>
            </w:r>
            <w:r w:rsidRPr="00E85698">
              <w:rPr>
                <w:spacing w:val="-1"/>
                <w:sz w:val="24"/>
                <w:szCs w:val="24"/>
              </w:rPr>
              <w:t xml:space="preserve"> </w:t>
            </w:r>
            <w:r w:rsidRPr="00E85698">
              <w:rPr>
                <w:sz w:val="24"/>
                <w:szCs w:val="24"/>
              </w:rPr>
              <w:t>бессоюзной</w:t>
            </w:r>
            <w:r w:rsidRPr="00E85698">
              <w:rPr>
                <w:spacing w:val="-4"/>
                <w:sz w:val="24"/>
                <w:szCs w:val="24"/>
              </w:rPr>
              <w:t xml:space="preserve"> </w:t>
            </w:r>
            <w:r w:rsidRPr="00E85698">
              <w:rPr>
                <w:sz w:val="24"/>
                <w:szCs w:val="24"/>
              </w:rPr>
              <w:t>связью</w:t>
            </w:r>
            <w:r w:rsidRPr="00E85698">
              <w:rPr>
                <w:spacing w:val="-3"/>
                <w:sz w:val="24"/>
                <w:szCs w:val="24"/>
              </w:rPr>
              <w:t xml:space="preserve"> </w:t>
            </w:r>
            <w:r w:rsidRPr="00E85698">
              <w:rPr>
                <w:sz w:val="24"/>
                <w:szCs w:val="24"/>
              </w:rPr>
              <w:t>и</w:t>
            </w:r>
            <w:r w:rsidRPr="00E85698">
              <w:rPr>
                <w:spacing w:val="-47"/>
                <w:sz w:val="24"/>
                <w:szCs w:val="24"/>
              </w:rPr>
              <w:t xml:space="preserve"> </w:t>
            </w:r>
            <w:r w:rsidRPr="00E85698">
              <w:rPr>
                <w:sz w:val="24"/>
                <w:szCs w:val="24"/>
              </w:rPr>
              <w:t>союзами</w:t>
            </w:r>
            <w:r w:rsidRPr="00E85698">
              <w:rPr>
                <w:spacing w:val="-2"/>
                <w:sz w:val="24"/>
                <w:szCs w:val="24"/>
              </w:rPr>
              <w:t xml:space="preserve"> </w:t>
            </w:r>
            <w:r w:rsidRPr="00E85698">
              <w:rPr>
                <w:sz w:val="24"/>
                <w:szCs w:val="24"/>
              </w:rPr>
              <w:t>И,</w:t>
            </w:r>
            <w:r w:rsidRPr="00E85698">
              <w:rPr>
                <w:spacing w:val="-1"/>
                <w:sz w:val="24"/>
                <w:szCs w:val="24"/>
              </w:rPr>
              <w:t xml:space="preserve"> </w:t>
            </w:r>
            <w:r w:rsidRPr="00E85698">
              <w:rPr>
                <w:sz w:val="24"/>
                <w:szCs w:val="24"/>
              </w:rPr>
              <w:t>НО,</w:t>
            </w:r>
            <w:r w:rsidRPr="00E85698">
              <w:rPr>
                <w:spacing w:val="-1"/>
                <w:sz w:val="24"/>
                <w:szCs w:val="24"/>
              </w:rPr>
              <w:t xml:space="preserve"> </w:t>
            </w:r>
            <w:r w:rsidRPr="00E85698">
              <w:rPr>
                <w:sz w:val="24"/>
                <w:szCs w:val="24"/>
              </w:rPr>
              <w:t>А, ОДНАКО,</w:t>
            </w:r>
            <w:r w:rsidRPr="00E85698">
              <w:rPr>
                <w:spacing w:val="-1"/>
                <w:sz w:val="24"/>
                <w:szCs w:val="24"/>
              </w:rPr>
              <w:t xml:space="preserve"> </w:t>
            </w:r>
            <w:r w:rsidRPr="00E85698">
              <w:rPr>
                <w:sz w:val="24"/>
                <w:szCs w:val="24"/>
              </w:rPr>
              <w:t>ЗАТО,</w:t>
            </w:r>
            <w:r w:rsidRPr="00E85698">
              <w:rPr>
                <w:spacing w:val="-1"/>
                <w:sz w:val="24"/>
                <w:szCs w:val="24"/>
              </w:rPr>
              <w:t xml:space="preserve"> </w:t>
            </w:r>
            <w:r w:rsidRPr="00E85698">
              <w:rPr>
                <w:sz w:val="24"/>
                <w:szCs w:val="24"/>
              </w:rPr>
              <w:t>ДА</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After w:val="2"/>
          <w:wAfter w:w="81" w:type="dxa"/>
          <w:trHeight w:val="506"/>
        </w:trPr>
        <w:tc>
          <w:tcPr>
            <w:tcW w:w="578" w:type="dxa"/>
            <w:gridSpan w:val="2"/>
          </w:tcPr>
          <w:p w:rsidR="00A047B0" w:rsidRPr="00E85698" w:rsidRDefault="00A047B0" w:rsidP="00A047B0">
            <w:pPr>
              <w:pStyle w:val="TableParagraph"/>
              <w:spacing w:before="2"/>
              <w:ind w:right="99"/>
              <w:jc w:val="right"/>
              <w:rPr>
                <w:sz w:val="24"/>
                <w:szCs w:val="24"/>
              </w:rPr>
            </w:pPr>
            <w:r w:rsidRPr="00E85698">
              <w:rPr>
                <w:sz w:val="24"/>
                <w:szCs w:val="24"/>
              </w:rPr>
              <w:t>161.</w:t>
            </w:r>
          </w:p>
        </w:tc>
        <w:tc>
          <w:tcPr>
            <w:tcW w:w="5094" w:type="dxa"/>
            <w:gridSpan w:val="2"/>
            <w:tcBorders>
              <w:right w:val="single" w:sz="6" w:space="0" w:color="000000"/>
            </w:tcBorders>
          </w:tcPr>
          <w:p w:rsidR="00A047B0" w:rsidRPr="00E85698" w:rsidRDefault="00A047B0" w:rsidP="00A047B0">
            <w:pPr>
              <w:pStyle w:val="TableParagraph"/>
              <w:spacing w:before="2"/>
              <w:ind w:left="5"/>
              <w:rPr>
                <w:sz w:val="24"/>
                <w:szCs w:val="24"/>
              </w:rPr>
            </w:pPr>
            <w:r w:rsidRPr="00E85698">
              <w:rPr>
                <w:sz w:val="24"/>
                <w:szCs w:val="24"/>
              </w:rPr>
              <w:t>Пунктуационное</w:t>
            </w:r>
            <w:r w:rsidRPr="00E85698">
              <w:rPr>
                <w:spacing w:val="-7"/>
                <w:sz w:val="24"/>
                <w:szCs w:val="24"/>
              </w:rPr>
              <w:t xml:space="preserve"> </w:t>
            </w:r>
            <w:r w:rsidRPr="00E85698">
              <w:rPr>
                <w:sz w:val="24"/>
                <w:szCs w:val="24"/>
              </w:rPr>
              <w:t>оформление</w:t>
            </w:r>
            <w:r w:rsidRPr="00E85698">
              <w:rPr>
                <w:spacing w:val="-7"/>
                <w:sz w:val="24"/>
                <w:szCs w:val="24"/>
              </w:rPr>
              <w:t xml:space="preserve"> </w:t>
            </w:r>
            <w:r w:rsidRPr="00E85698">
              <w:rPr>
                <w:sz w:val="24"/>
                <w:szCs w:val="24"/>
              </w:rPr>
              <w:t>сложных</w:t>
            </w:r>
            <w:r w:rsidRPr="00E85698">
              <w:rPr>
                <w:spacing w:val="-8"/>
                <w:sz w:val="24"/>
                <w:szCs w:val="24"/>
              </w:rPr>
              <w:t xml:space="preserve"> </w:t>
            </w:r>
            <w:r w:rsidRPr="00E85698">
              <w:rPr>
                <w:sz w:val="24"/>
                <w:szCs w:val="24"/>
              </w:rPr>
              <w:t>предложений,</w:t>
            </w:r>
          </w:p>
          <w:p w:rsidR="00A047B0" w:rsidRPr="00E85698" w:rsidRDefault="00A047B0" w:rsidP="00A047B0">
            <w:pPr>
              <w:pStyle w:val="TableParagraph"/>
              <w:spacing w:before="20"/>
              <w:ind w:left="5"/>
              <w:rPr>
                <w:sz w:val="24"/>
                <w:szCs w:val="24"/>
              </w:rPr>
            </w:pPr>
            <w:r w:rsidRPr="00E85698">
              <w:rPr>
                <w:sz w:val="24"/>
                <w:szCs w:val="24"/>
              </w:rPr>
              <w:t>состоящих</w:t>
            </w:r>
            <w:r w:rsidRPr="00E85698">
              <w:rPr>
                <w:spacing w:val="-5"/>
                <w:sz w:val="24"/>
                <w:szCs w:val="24"/>
              </w:rPr>
              <w:t xml:space="preserve"> </w:t>
            </w:r>
            <w:r w:rsidRPr="00E85698">
              <w:rPr>
                <w:sz w:val="24"/>
                <w:szCs w:val="24"/>
              </w:rPr>
              <w:t>из</w:t>
            </w:r>
            <w:r w:rsidRPr="00E85698">
              <w:rPr>
                <w:spacing w:val="-3"/>
                <w:sz w:val="24"/>
                <w:szCs w:val="24"/>
              </w:rPr>
              <w:t xml:space="preserve"> </w:t>
            </w:r>
            <w:r w:rsidRPr="00E85698">
              <w:rPr>
                <w:sz w:val="24"/>
                <w:szCs w:val="24"/>
              </w:rPr>
              <w:t>частей,</w:t>
            </w:r>
            <w:r w:rsidRPr="00E85698">
              <w:rPr>
                <w:spacing w:val="-3"/>
                <w:sz w:val="24"/>
                <w:szCs w:val="24"/>
              </w:rPr>
              <w:t xml:space="preserve"> </w:t>
            </w:r>
            <w:r w:rsidRPr="00E85698">
              <w:rPr>
                <w:sz w:val="24"/>
                <w:szCs w:val="24"/>
              </w:rPr>
              <w:t>связанных</w:t>
            </w:r>
            <w:r w:rsidRPr="00E85698">
              <w:rPr>
                <w:spacing w:val="-1"/>
                <w:sz w:val="24"/>
                <w:szCs w:val="24"/>
              </w:rPr>
              <w:t xml:space="preserve"> </w:t>
            </w:r>
            <w:r w:rsidRPr="00E85698">
              <w:rPr>
                <w:sz w:val="24"/>
                <w:szCs w:val="24"/>
              </w:rPr>
              <w:t>бессоюзной</w:t>
            </w:r>
            <w:r w:rsidRPr="00E85698">
              <w:rPr>
                <w:spacing w:val="-5"/>
                <w:sz w:val="24"/>
                <w:szCs w:val="24"/>
              </w:rPr>
              <w:t xml:space="preserve"> </w:t>
            </w:r>
            <w:r w:rsidRPr="00E85698">
              <w:rPr>
                <w:sz w:val="24"/>
                <w:szCs w:val="24"/>
              </w:rPr>
              <w:t>связью</w:t>
            </w:r>
            <w:r w:rsidRPr="00E85698">
              <w:rPr>
                <w:spacing w:val="-3"/>
                <w:sz w:val="24"/>
                <w:szCs w:val="24"/>
              </w:rPr>
              <w:t xml:space="preserve"> </w:t>
            </w:r>
            <w:r w:rsidRPr="00E85698">
              <w:rPr>
                <w:sz w:val="24"/>
                <w:szCs w:val="24"/>
              </w:rPr>
              <w:t>и</w:t>
            </w:r>
          </w:p>
        </w:tc>
        <w:tc>
          <w:tcPr>
            <w:tcW w:w="713" w:type="dxa"/>
            <w:gridSpan w:val="2"/>
            <w:tcBorders>
              <w:left w:val="single" w:sz="6" w:space="0" w:color="000000"/>
            </w:tcBorders>
          </w:tcPr>
          <w:p w:rsidR="00A047B0" w:rsidRPr="00E85698" w:rsidRDefault="00A047B0" w:rsidP="00A047B0">
            <w:pPr>
              <w:pStyle w:val="TableParagraph"/>
              <w:spacing w:before="2"/>
              <w:ind w:left="81"/>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32" w:type="dxa"/>
            <w:gridSpan w:val="2"/>
          </w:tcPr>
          <w:p w:rsidR="00A047B0" w:rsidRPr="00E85698" w:rsidRDefault="00A047B0" w:rsidP="00A047B0">
            <w:pPr>
              <w:pStyle w:val="TableParagraph"/>
              <w:rPr>
                <w:sz w:val="24"/>
                <w:szCs w:val="24"/>
              </w:rPr>
            </w:pPr>
            <w:r w:rsidRPr="00E85698">
              <w:rPr>
                <w:sz w:val="24"/>
                <w:szCs w:val="24"/>
              </w:rPr>
              <w:t>1</w:t>
            </w:r>
          </w:p>
        </w:tc>
        <w:tc>
          <w:tcPr>
            <w:tcW w:w="1168" w:type="dxa"/>
            <w:gridSpan w:val="2"/>
          </w:tcPr>
          <w:p w:rsidR="00A047B0" w:rsidRPr="00E85698" w:rsidRDefault="00A047B0" w:rsidP="00A047B0">
            <w:pPr>
              <w:pStyle w:val="TableParagraph"/>
              <w:rPr>
                <w:sz w:val="24"/>
                <w:szCs w:val="24"/>
              </w:rPr>
            </w:pPr>
          </w:p>
        </w:tc>
        <w:tc>
          <w:tcPr>
            <w:tcW w:w="1574"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8"/>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162.</w:t>
            </w:r>
          </w:p>
        </w:tc>
        <w:tc>
          <w:tcPr>
            <w:tcW w:w="5094" w:type="dxa"/>
            <w:gridSpan w:val="2"/>
            <w:tcBorders>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Предложения</w:t>
            </w:r>
            <w:r w:rsidRPr="00E85698">
              <w:rPr>
                <w:spacing w:val="-5"/>
                <w:sz w:val="24"/>
                <w:szCs w:val="24"/>
              </w:rPr>
              <w:t xml:space="preserve"> </w:t>
            </w:r>
            <w:r w:rsidRPr="00E85698">
              <w:rPr>
                <w:sz w:val="24"/>
                <w:szCs w:val="24"/>
              </w:rPr>
              <w:t>с</w:t>
            </w:r>
            <w:r w:rsidRPr="00E85698">
              <w:rPr>
                <w:spacing w:val="-5"/>
                <w:sz w:val="24"/>
                <w:szCs w:val="24"/>
              </w:rPr>
              <w:t xml:space="preserve"> </w:t>
            </w:r>
            <w:r w:rsidRPr="00E85698">
              <w:rPr>
                <w:sz w:val="24"/>
                <w:szCs w:val="24"/>
              </w:rPr>
              <w:t>прямой</w:t>
            </w:r>
            <w:r w:rsidRPr="00E85698">
              <w:rPr>
                <w:spacing w:val="-5"/>
                <w:sz w:val="24"/>
                <w:szCs w:val="24"/>
              </w:rPr>
              <w:t xml:space="preserve"> </w:t>
            </w:r>
            <w:r w:rsidRPr="00E85698">
              <w:rPr>
                <w:sz w:val="24"/>
                <w:szCs w:val="24"/>
              </w:rPr>
              <w:t>речью.</w:t>
            </w:r>
            <w:r w:rsidRPr="00E85698">
              <w:rPr>
                <w:spacing w:val="-4"/>
                <w:sz w:val="24"/>
                <w:szCs w:val="24"/>
              </w:rPr>
              <w:t xml:space="preserve"> </w:t>
            </w:r>
            <w:r w:rsidRPr="00E85698">
              <w:rPr>
                <w:sz w:val="24"/>
                <w:szCs w:val="24"/>
              </w:rPr>
              <w:t>Пунктуационное</w:t>
            </w:r>
          </w:p>
          <w:p w:rsidR="00A047B0" w:rsidRPr="00E85698" w:rsidRDefault="00A047B0" w:rsidP="00A047B0">
            <w:pPr>
              <w:pStyle w:val="TableParagraph"/>
              <w:spacing w:before="19"/>
              <w:ind w:left="5"/>
              <w:rPr>
                <w:sz w:val="24"/>
                <w:szCs w:val="24"/>
              </w:rPr>
            </w:pPr>
            <w:r w:rsidRPr="00E85698">
              <w:rPr>
                <w:sz w:val="24"/>
                <w:szCs w:val="24"/>
              </w:rPr>
              <w:t>оформление</w:t>
            </w:r>
            <w:r w:rsidRPr="00E85698">
              <w:rPr>
                <w:spacing w:val="-3"/>
                <w:sz w:val="24"/>
                <w:szCs w:val="24"/>
              </w:rPr>
              <w:t xml:space="preserve"> </w:t>
            </w:r>
            <w:r w:rsidRPr="00E85698">
              <w:rPr>
                <w:sz w:val="24"/>
                <w:szCs w:val="24"/>
              </w:rPr>
              <w:t>предложений</w:t>
            </w:r>
            <w:r w:rsidRPr="00E85698">
              <w:rPr>
                <w:spacing w:val="-3"/>
                <w:sz w:val="24"/>
                <w:szCs w:val="24"/>
              </w:rPr>
              <w:t xml:space="preserve"> </w:t>
            </w:r>
            <w:r w:rsidRPr="00E85698">
              <w:rPr>
                <w:sz w:val="24"/>
                <w:szCs w:val="24"/>
              </w:rPr>
              <w:t>с</w:t>
            </w:r>
            <w:r w:rsidRPr="00E85698">
              <w:rPr>
                <w:spacing w:val="-3"/>
                <w:sz w:val="24"/>
                <w:szCs w:val="24"/>
              </w:rPr>
              <w:t xml:space="preserve"> </w:t>
            </w:r>
            <w:r w:rsidRPr="00E85698">
              <w:rPr>
                <w:sz w:val="24"/>
                <w:szCs w:val="24"/>
              </w:rPr>
              <w:t>прямой</w:t>
            </w:r>
            <w:r w:rsidRPr="00E85698">
              <w:rPr>
                <w:spacing w:val="-3"/>
                <w:sz w:val="24"/>
                <w:szCs w:val="24"/>
              </w:rPr>
              <w:t xml:space="preserve"> </w:t>
            </w:r>
            <w:r w:rsidRPr="00E85698">
              <w:rPr>
                <w:sz w:val="24"/>
                <w:szCs w:val="24"/>
              </w:rPr>
              <w:t>речью</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28" w:type="dxa"/>
            <w:gridSpan w:val="2"/>
          </w:tcPr>
          <w:p w:rsidR="00A047B0" w:rsidRPr="00E85698" w:rsidRDefault="00A047B0" w:rsidP="00A047B0">
            <w:pPr>
              <w:pStyle w:val="TableParagraph"/>
              <w:rPr>
                <w:sz w:val="24"/>
                <w:szCs w:val="24"/>
              </w:rPr>
            </w:pPr>
            <w:r w:rsidRPr="00E85698">
              <w:rPr>
                <w:sz w:val="24"/>
                <w:szCs w:val="24"/>
              </w:rPr>
              <w:t>1</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1"/>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163.</w:t>
            </w:r>
          </w:p>
        </w:tc>
        <w:tc>
          <w:tcPr>
            <w:tcW w:w="5094" w:type="dxa"/>
            <w:gridSpan w:val="2"/>
            <w:tcBorders>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Диалог.</w:t>
            </w:r>
            <w:r w:rsidRPr="00E85698">
              <w:rPr>
                <w:spacing w:val="-6"/>
                <w:sz w:val="24"/>
                <w:szCs w:val="24"/>
              </w:rPr>
              <w:t xml:space="preserve"> </w:t>
            </w:r>
            <w:r w:rsidRPr="00E85698">
              <w:rPr>
                <w:sz w:val="24"/>
                <w:szCs w:val="24"/>
              </w:rPr>
              <w:t>Пунктуационное</w:t>
            </w:r>
            <w:r w:rsidRPr="00E85698">
              <w:rPr>
                <w:spacing w:val="-5"/>
                <w:sz w:val="24"/>
                <w:szCs w:val="24"/>
              </w:rPr>
              <w:t xml:space="preserve"> </w:t>
            </w:r>
            <w:r w:rsidRPr="00E85698">
              <w:rPr>
                <w:sz w:val="24"/>
                <w:szCs w:val="24"/>
              </w:rPr>
              <w:t>оформление</w:t>
            </w:r>
            <w:r w:rsidRPr="00E85698">
              <w:rPr>
                <w:spacing w:val="-6"/>
                <w:sz w:val="24"/>
                <w:szCs w:val="24"/>
              </w:rPr>
              <w:t xml:space="preserve"> </w:t>
            </w:r>
            <w:r w:rsidRPr="00E85698">
              <w:rPr>
                <w:sz w:val="24"/>
                <w:szCs w:val="24"/>
              </w:rPr>
              <w:t>диалога</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28" w:type="dxa"/>
            <w:gridSpan w:val="2"/>
          </w:tcPr>
          <w:p w:rsidR="00A047B0" w:rsidRPr="00E85698" w:rsidRDefault="00A047B0" w:rsidP="00A047B0">
            <w:pPr>
              <w:pStyle w:val="TableParagraph"/>
              <w:rPr>
                <w:sz w:val="24"/>
                <w:szCs w:val="24"/>
              </w:rPr>
            </w:pPr>
            <w:r w:rsidRPr="00E85698">
              <w:rPr>
                <w:sz w:val="24"/>
                <w:szCs w:val="24"/>
              </w:rPr>
              <w:t>1</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5"/>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164.</w:t>
            </w:r>
          </w:p>
        </w:tc>
        <w:tc>
          <w:tcPr>
            <w:tcW w:w="5094" w:type="dxa"/>
            <w:gridSpan w:val="2"/>
            <w:tcBorders>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Повторение</w:t>
            </w:r>
            <w:r w:rsidRPr="00E85698">
              <w:rPr>
                <w:spacing w:val="-5"/>
                <w:sz w:val="24"/>
                <w:szCs w:val="24"/>
              </w:rPr>
              <w:t xml:space="preserve"> </w:t>
            </w:r>
            <w:r w:rsidRPr="00E85698">
              <w:rPr>
                <w:sz w:val="24"/>
                <w:szCs w:val="24"/>
              </w:rPr>
              <w:t>темы</w:t>
            </w:r>
            <w:r w:rsidRPr="00E85698">
              <w:rPr>
                <w:spacing w:val="-4"/>
                <w:sz w:val="24"/>
                <w:szCs w:val="24"/>
              </w:rPr>
              <w:t xml:space="preserve"> </w:t>
            </w:r>
            <w:r w:rsidRPr="00E85698">
              <w:rPr>
                <w:sz w:val="24"/>
                <w:szCs w:val="24"/>
              </w:rPr>
              <w:t>"Синтаксис</w:t>
            </w:r>
            <w:r w:rsidRPr="00E85698">
              <w:rPr>
                <w:spacing w:val="-4"/>
                <w:sz w:val="24"/>
                <w:szCs w:val="24"/>
              </w:rPr>
              <w:t xml:space="preserve"> </w:t>
            </w:r>
            <w:r w:rsidRPr="00E85698">
              <w:rPr>
                <w:sz w:val="24"/>
                <w:szCs w:val="24"/>
              </w:rPr>
              <w:t>и</w:t>
            </w:r>
            <w:r w:rsidRPr="00E85698">
              <w:rPr>
                <w:spacing w:val="-5"/>
                <w:sz w:val="24"/>
                <w:szCs w:val="24"/>
              </w:rPr>
              <w:t xml:space="preserve"> </w:t>
            </w:r>
            <w:r w:rsidRPr="00E85698">
              <w:rPr>
                <w:sz w:val="24"/>
                <w:szCs w:val="24"/>
              </w:rPr>
              <w:t xml:space="preserve">пунктуация". </w:t>
            </w:r>
          </w:p>
          <w:p w:rsidR="00A047B0" w:rsidRPr="00E85698" w:rsidRDefault="00A047B0" w:rsidP="00A047B0">
            <w:pPr>
              <w:pStyle w:val="TableParagraph"/>
              <w:spacing w:before="19"/>
              <w:ind w:left="5"/>
              <w:rPr>
                <w:sz w:val="24"/>
                <w:szCs w:val="24"/>
              </w:rPr>
            </w:pP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28" w:type="dxa"/>
            <w:gridSpan w:val="2"/>
          </w:tcPr>
          <w:p w:rsidR="00A047B0" w:rsidRPr="00E85698" w:rsidRDefault="00A047B0" w:rsidP="00A047B0">
            <w:pPr>
              <w:pStyle w:val="TableParagraph"/>
              <w:rPr>
                <w:sz w:val="24"/>
                <w:szCs w:val="24"/>
              </w:rPr>
            </w:pPr>
            <w:r w:rsidRPr="00E85698">
              <w:rPr>
                <w:sz w:val="24"/>
                <w:szCs w:val="24"/>
              </w:rPr>
              <w:t>1</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5"/>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165.</w:t>
            </w:r>
          </w:p>
        </w:tc>
        <w:tc>
          <w:tcPr>
            <w:tcW w:w="5094" w:type="dxa"/>
            <w:gridSpan w:val="2"/>
            <w:tcBorders>
              <w:right w:val="single" w:sz="6" w:space="0" w:color="000000"/>
            </w:tcBorders>
          </w:tcPr>
          <w:p w:rsidR="00A047B0" w:rsidRPr="00E85698" w:rsidRDefault="00A047B0" w:rsidP="00A047B0">
            <w:pPr>
              <w:pStyle w:val="TableParagraph"/>
              <w:spacing w:line="227" w:lineRule="exact"/>
              <w:rPr>
                <w:sz w:val="24"/>
                <w:szCs w:val="24"/>
              </w:rPr>
            </w:pPr>
            <w:r w:rsidRPr="00E85698">
              <w:rPr>
                <w:sz w:val="24"/>
                <w:szCs w:val="24"/>
              </w:rPr>
              <w:t>Контрольная работа по теме «Синтаксис и пунктуация»</w:t>
            </w:r>
          </w:p>
          <w:p w:rsidR="00A047B0" w:rsidRPr="00E85698" w:rsidRDefault="00A047B0" w:rsidP="00A047B0">
            <w:pPr>
              <w:pStyle w:val="TableParagraph"/>
              <w:spacing w:before="19"/>
              <w:rPr>
                <w:sz w:val="24"/>
                <w:szCs w:val="24"/>
              </w:rPr>
            </w:pP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28" w:type="dxa"/>
            <w:gridSpan w:val="2"/>
          </w:tcPr>
          <w:p w:rsidR="00A047B0" w:rsidRPr="00E85698" w:rsidRDefault="00A047B0" w:rsidP="00A047B0">
            <w:pPr>
              <w:pStyle w:val="TableParagraph"/>
              <w:rPr>
                <w:sz w:val="24"/>
                <w:szCs w:val="24"/>
              </w:rPr>
            </w:pPr>
            <w:r w:rsidRPr="00E85698">
              <w:rPr>
                <w:sz w:val="24"/>
                <w:szCs w:val="24"/>
              </w:rPr>
              <w:t>0</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3"/>
        </w:trPr>
        <w:tc>
          <w:tcPr>
            <w:tcW w:w="578" w:type="dxa"/>
            <w:gridSpan w:val="2"/>
          </w:tcPr>
          <w:p w:rsidR="00A047B0" w:rsidRPr="00E85698" w:rsidRDefault="00A047B0" w:rsidP="00A047B0">
            <w:pPr>
              <w:pStyle w:val="TableParagraph"/>
              <w:spacing w:line="229" w:lineRule="exact"/>
              <w:ind w:left="95" w:right="82"/>
              <w:jc w:val="center"/>
              <w:rPr>
                <w:sz w:val="24"/>
                <w:szCs w:val="24"/>
              </w:rPr>
            </w:pPr>
            <w:r w:rsidRPr="00E85698">
              <w:rPr>
                <w:sz w:val="24"/>
                <w:szCs w:val="24"/>
              </w:rPr>
              <w:lastRenderedPageBreak/>
              <w:t>166.</w:t>
            </w:r>
          </w:p>
        </w:tc>
        <w:tc>
          <w:tcPr>
            <w:tcW w:w="5094" w:type="dxa"/>
            <w:gridSpan w:val="2"/>
            <w:tcBorders>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Повторение</w:t>
            </w:r>
            <w:r w:rsidRPr="00E85698">
              <w:rPr>
                <w:spacing w:val="-2"/>
                <w:sz w:val="24"/>
                <w:szCs w:val="24"/>
              </w:rPr>
              <w:t xml:space="preserve"> </w:t>
            </w:r>
            <w:r w:rsidRPr="00E85698">
              <w:rPr>
                <w:sz w:val="24"/>
                <w:szCs w:val="24"/>
              </w:rPr>
              <w:t>изученного</w:t>
            </w:r>
            <w:r w:rsidRPr="00E85698">
              <w:rPr>
                <w:spacing w:val="-4"/>
                <w:sz w:val="24"/>
                <w:szCs w:val="24"/>
              </w:rPr>
              <w:t xml:space="preserve"> </w:t>
            </w:r>
            <w:r w:rsidRPr="00E85698">
              <w:rPr>
                <w:sz w:val="24"/>
                <w:szCs w:val="24"/>
              </w:rPr>
              <w:t>в</w:t>
            </w:r>
            <w:r w:rsidRPr="00E85698">
              <w:rPr>
                <w:spacing w:val="-5"/>
                <w:sz w:val="24"/>
                <w:szCs w:val="24"/>
              </w:rPr>
              <w:t xml:space="preserve"> </w:t>
            </w:r>
            <w:r w:rsidRPr="00E85698">
              <w:rPr>
                <w:sz w:val="24"/>
                <w:szCs w:val="24"/>
              </w:rPr>
              <w:t>5</w:t>
            </w:r>
            <w:r w:rsidRPr="00E85698">
              <w:rPr>
                <w:spacing w:val="-3"/>
                <w:sz w:val="24"/>
                <w:szCs w:val="24"/>
              </w:rPr>
              <w:t xml:space="preserve"> </w:t>
            </w:r>
            <w:r w:rsidRPr="00E85698">
              <w:rPr>
                <w:sz w:val="24"/>
                <w:szCs w:val="24"/>
              </w:rPr>
              <w:t>классе.</w:t>
            </w:r>
            <w:r w:rsidRPr="00E85698">
              <w:rPr>
                <w:spacing w:val="-5"/>
                <w:sz w:val="24"/>
                <w:szCs w:val="24"/>
              </w:rPr>
              <w:t xml:space="preserve"> </w:t>
            </w:r>
            <w:r w:rsidRPr="00E85698">
              <w:rPr>
                <w:sz w:val="24"/>
                <w:szCs w:val="24"/>
              </w:rPr>
              <w:t>Фонетика.</w:t>
            </w:r>
            <w:r w:rsidRPr="00E85698">
              <w:rPr>
                <w:spacing w:val="1"/>
                <w:sz w:val="24"/>
                <w:szCs w:val="24"/>
              </w:rPr>
              <w:t xml:space="preserve"> </w:t>
            </w:r>
            <w:r w:rsidRPr="00E85698">
              <w:rPr>
                <w:sz w:val="24"/>
                <w:szCs w:val="24"/>
              </w:rPr>
              <w:t>Графика.</w:t>
            </w:r>
          </w:p>
          <w:p w:rsidR="00A047B0" w:rsidRPr="00E85698" w:rsidRDefault="00A047B0" w:rsidP="00A047B0">
            <w:pPr>
              <w:pStyle w:val="TableParagraph"/>
              <w:spacing w:line="229" w:lineRule="exact"/>
              <w:ind w:left="5"/>
              <w:rPr>
                <w:sz w:val="24"/>
                <w:szCs w:val="24"/>
              </w:rPr>
            </w:pPr>
            <w:r w:rsidRPr="00E85698">
              <w:rPr>
                <w:sz w:val="24"/>
                <w:szCs w:val="24"/>
              </w:rPr>
              <w:t>Орфография.</w:t>
            </w:r>
            <w:r w:rsidRPr="00E85698">
              <w:rPr>
                <w:spacing w:val="-6"/>
                <w:sz w:val="24"/>
                <w:szCs w:val="24"/>
              </w:rPr>
              <w:t xml:space="preserve"> </w:t>
            </w:r>
            <w:r w:rsidRPr="00E85698">
              <w:rPr>
                <w:sz w:val="24"/>
                <w:szCs w:val="24"/>
              </w:rPr>
              <w:t>Орфоэпия</w:t>
            </w:r>
          </w:p>
        </w:tc>
        <w:tc>
          <w:tcPr>
            <w:tcW w:w="713" w:type="dxa"/>
            <w:gridSpan w:val="2"/>
            <w:tcBorders>
              <w:left w:val="single" w:sz="6" w:space="0" w:color="000000"/>
            </w:tcBorders>
          </w:tcPr>
          <w:p w:rsidR="00A047B0" w:rsidRPr="00E85698" w:rsidRDefault="00A047B0" w:rsidP="00A047B0">
            <w:pPr>
              <w:pStyle w:val="TableParagraph"/>
              <w:spacing w:line="229"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28" w:type="dxa"/>
            <w:gridSpan w:val="2"/>
          </w:tcPr>
          <w:p w:rsidR="00A047B0" w:rsidRPr="00E85698" w:rsidRDefault="00A047B0" w:rsidP="00A047B0">
            <w:pPr>
              <w:pStyle w:val="TableParagraph"/>
              <w:rPr>
                <w:sz w:val="24"/>
                <w:szCs w:val="24"/>
              </w:rPr>
            </w:pPr>
            <w:r w:rsidRPr="00E85698">
              <w:rPr>
                <w:sz w:val="24"/>
                <w:szCs w:val="24"/>
              </w:rPr>
              <w:t>1</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5"/>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167.</w:t>
            </w:r>
          </w:p>
        </w:tc>
        <w:tc>
          <w:tcPr>
            <w:tcW w:w="5094" w:type="dxa"/>
            <w:gridSpan w:val="2"/>
            <w:tcBorders>
              <w:right w:val="single" w:sz="6" w:space="0" w:color="000000"/>
            </w:tcBorders>
          </w:tcPr>
          <w:p w:rsidR="00A047B0" w:rsidRPr="00E85698" w:rsidRDefault="00A047B0" w:rsidP="00A047B0">
            <w:pPr>
              <w:pStyle w:val="TableParagraph"/>
              <w:spacing w:before="17"/>
              <w:ind w:left="5"/>
              <w:rPr>
                <w:sz w:val="24"/>
                <w:szCs w:val="24"/>
              </w:rPr>
            </w:pPr>
            <w:r w:rsidRPr="00E85698">
              <w:rPr>
                <w:sz w:val="24"/>
                <w:szCs w:val="24"/>
              </w:rPr>
              <w:t>Повторение</w:t>
            </w:r>
            <w:r w:rsidRPr="00E85698">
              <w:rPr>
                <w:spacing w:val="-2"/>
                <w:sz w:val="24"/>
                <w:szCs w:val="24"/>
              </w:rPr>
              <w:t xml:space="preserve"> </w:t>
            </w:r>
            <w:r w:rsidRPr="00E85698">
              <w:rPr>
                <w:sz w:val="24"/>
                <w:szCs w:val="24"/>
              </w:rPr>
              <w:t>изученного</w:t>
            </w:r>
            <w:r w:rsidRPr="00E85698">
              <w:rPr>
                <w:spacing w:val="-3"/>
                <w:sz w:val="24"/>
                <w:szCs w:val="24"/>
              </w:rPr>
              <w:t xml:space="preserve"> </w:t>
            </w:r>
            <w:r w:rsidRPr="00E85698">
              <w:rPr>
                <w:sz w:val="24"/>
                <w:szCs w:val="24"/>
              </w:rPr>
              <w:t>в</w:t>
            </w:r>
            <w:r w:rsidRPr="00E85698">
              <w:rPr>
                <w:spacing w:val="-5"/>
                <w:sz w:val="24"/>
                <w:szCs w:val="24"/>
              </w:rPr>
              <w:t xml:space="preserve"> </w:t>
            </w:r>
            <w:r w:rsidRPr="00E85698">
              <w:rPr>
                <w:sz w:val="24"/>
                <w:szCs w:val="24"/>
              </w:rPr>
              <w:t>5</w:t>
            </w:r>
            <w:r w:rsidRPr="00E85698">
              <w:rPr>
                <w:spacing w:val="-4"/>
                <w:sz w:val="24"/>
                <w:szCs w:val="24"/>
              </w:rPr>
              <w:t xml:space="preserve"> </w:t>
            </w:r>
            <w:r w:rsidRPr="00E85698">
              <w:rPr>
                <w:sz w:val="24"/>
                <w:szCs w:val="24"/>
              </w:rPr>
              <w:t>классе.</w:t>
            </w:r>
            <w:r w:rsidRPr="00E85698">
              <w:rPr>
                <w:spacing w:val="-4"/>
                <w:sz w:val="24"/>
                <w:szCs w:val="24"/>
              </w:rPr>
              <w:t xml:space="preserve"> </w:t>
            </w:r>
            <w:r w:rsidRPr="00E85698">
              <w:rPr>
                <w:sz w:val="24"/>
                <w:szCs w:val="24"/>
              </w:rPr>
              <w:t>Лексикология</w:t>
            </w: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0</w:t>
            </w:r>
          </w:p>
        </w:tc>
        <w:tc>
          <w:tcPr>
            <w:tcW w:w="728" w:type="dxa"/>
            <w:gridSpan w:val="2"/>
          </w:tcPr>
          <w:p w:rsidR="00A047B0" w:rsidRPr="00E85698" w:rsidRDefault="00A047B0" w:rsidP="00A047B0">
            <w:pPr>
              <w:pStyle w:val="TableParagraph"/>
              <w:rPr>
                <w:sz w:val="24"/>
                <w:szCs w:val="24"/>
              </w:rPr>
            </w:pPr>
            <w:r w:rsidRPr="00E85698">
              <w:rPr>
                <w:sz w:val="24"/>
                <w:szCs w:val="24"/>
              </w:rPr>
              <w:t>1</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6"/>
        </w:trPr>
        <w:tc>
          <w:tcPr>
            <w:tcW w:w="578" w:type="dxa"/>
            <w:gridSpan w:val="2"/>
          </w:tcPr>
          <w:p w:rsidR="00A047B0" w:rsidRPr="00E85698" w:rsidRDefault="00A047B0" w:rsidP="00A047B0">
            <w:pPr>
              <w:pStyle w:val="TableParagraph"/>
              <w:spacing w:line="227" w:lineRule="exact"/>
              <w:ind w:left="95" w:right="82"/>
              <w:jc w:val="center"/>
              <w:rPr>
                <w:sz w:val="24"/>
                <w:szCs w:val="24"/>
              </w:rPr>
            </w:pPr>
            <w:r w:rsidRPr="00E85698">
              <w:rPr>
                <w:sz w:val="24"/>
                <w:szCs w:val="24"/>
              </w:rPr>
              <w:t>168.</w:t>
            </w:r>
          </w:p>
        </w:tc>
        <w:tc>
          <w:tcPr>
            <w:tcW w:w="5094" w:type="dxa"/>
            <w:gridSpan w:val="2"/>
            <w:tcBorders>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Итоговая</w:t>
            </w:r>
            <w:r w:rsidRPr="00E85698">
              <w:rPr>
                <w:spacing w:val="-4"/>
                <w:sz w:val="24"/>
                <w:szCs w:val="24"/>
              </w:rPr>
              <w:t xml:space="preserve"> </w:t>
            </w:r>
            <w:r w:rsidRPr="00E85698">
              <w:rPr>
                <w:sz w:val="24"/>
                <w:szCs w:val="24"/>
              </w:rPr>
              <w:t>контрольная</w:t>
            </w:r>
            <w:r w:rsidRPr="00E85698">
              <w:rPr>
                <w:spacing w:val="-4"/>
                <w:sz w:val="24"/>
                <w:szCs w:val="24"/>
              </w:rPr>
              <w:t xml:space="preserve"> </w:t>
            </w:r>
            <w:r w:rsidRPr="00E85698">
              <w:rPr>
                <w:sz w:val="24"/>
                <w:szCs w:val="24"/>
              </w:rPr>
              <w:t>работа</w:t>
            </w:r>
            <w:r w:rsidRPr="00E85698">
              <w:rPr>
                <w:spacing w:val="-3"/>
                <w:sz w:val="24"/>
                <w:szCs w:val="24"/>
              </w:rPr>
              <w:t xml:space="preserve"> </w:t>
            </w:r>
            <w:r w:rsidRPr="00E85698">
              <w:rPr>
                <w:sz w:val="24"/>
                <w:szCs w:val="24"/>
              </w:rPr>
              <w:t>за</w:t>
            </w:r>
            <w:r w:rsidRPr="00E85698">
              <w:rPr>
                <w:spacing w:val="-3"/>
                <w:sz w:val="24"/>
                <w:szCs w:val="24"/>
              </w:rPr>
              <w:t xml:space="preserve"> </w:t>
            </w:r>
            <w:r w:rsidRPr="00E85698">
              <w:rPr>
                <w:sz w:val="24"/>
                <w:szCs w:val="24"/>
              </w:rPr>
              <w:t>курс</w:t>
            </w:r>
            <w:r w:rsidRPr="00E85698">
              <w:rPr>
                <w:spacing w:val="-2"/>
                <w:sz w:val="24"/>
                <w:szCs w:val="24"/>
              </w:rPr>
              <w:t xml:space="preserve"> </w:t>
            </w:r>
            <w:r w:rsidRPr="00E85698">
              <w:rPr>
                <w:sz w:val="24"/>
                <w:szCs w:val="24"/>
              </w:rPr>
              <w:t>5</w:t>
            </w:r>
            <w:r w:rsidRPr="00E85698">
              <w:rPr>
                <w:spacing w:val="-2"/>
                <w:sz w:val="24"/>
                <w:szCs w:val="24"/>
              </w:rPr>
              <w:t xml:space="preserve"> </w:t>
            </w:r>
            <w:r w:rsidRPr="00E85698">
              <w:rPr>
                <w:sz w:val="24"/>
                <w:szCs w:val="24"/>
              </w:rPr>
              <w:t xml:space="preserve">класса </w:t>
            </w:r>
          </w:p>
          <w:p w:rsidR="00A047B0" w:rsidRPr="00E85698" w:rsidRDefault="00A047B0" w:rsidP="00A047B0">
            <w:pPr>
              <w:pStyle w:val="TableParagraph"/>
              <w:spacing w:before="17"/>
              <w:ind w:left="5"/>
              <w:rPr>
                <w:sz w:val="24"/>
                <w:szCs w:val="24"/>
              </w:rPr>
            </w:pPr>
          </w:p>
        </w:tc>
        <w:tc>
          <w:tcPr>
            <w:tcW w:w="713" w:type="dxa"/>
            <w:gridSpan w:val="2"/>
            <w:tcBorders>
              <w:left w:val="single" w:sz="6" w:space="0" w:color="000000"/>
            </w:tcBorders>
          </w:tcPr>
          <w:p w:rsidR="00A047B0" w:rsidRPr="00E85698" w:rsidRDefault="00A047B0" w:rsidP="00A047B0">
            <w:pPr>
              <w:pStyle w:val="TableParagraph"/>
              <w:spacing w:line="227" w:lineRule="exact"/>
              <w:ind w:left="79"/>
              <w:rPr>
                <w:sz w:val="24"/>
                <w:szCs w:val="24"/>
              </w:rPr>
            </w:pPr>
            <w:r w:rsidRPr="00E85698">
              <w:rPr>
                <w:w w:val="99"/>
                <w:sz w:val="24"/>
                <w:szCs w:val="24"/>
              </w:rPr>
              <w:t>1</w:t>
            </w:r>
          </w:p>
        </w:tc>
        <w:tc>
          <w:tcPr>
            <w:tcW w:w="708" w:type="dxa"/>
            <w:gridSpan w:val="2"/>
          </w:tcPr>
          <w:p w:rsidR="00A047B0" w:rsidRPr="00E85698" w:rsidRDefault="00A047B0" w:rsidP="00A047B0">
            <w:pPr>
              <w:pStyle w:val="TableParagraph"/>
              <w:rPr>
                <w:sz w:val="24"/>
                <w:szCs w:val="24"/>
              </w:rPr>
            </w:pPr>
            <w:r w:rsidRPr="00E85698">
              <w:rPr>
                <w:sz w:val="24"/>
                <w:szCs w:val="24"/>
              </w:rPr>
              <w:t>1</w:t>
            </w:r>
          </w:p>
        </w:tc>
        <w:tc>
          <w:tcPr>
            <w:tcW w:w="728" w:type="dxa"/>
            <w:gridSpan w:val="2"/>
          </w:tcPr>
          <w:p w:rsidR="00A047B0" w:rsidRPr="00E85698" w:rsidRDefault="00A047B0" w:rsidP="00A047B0">
            <w:pPr>
              <w:pStyle w:val="TableParagraph"/>
              <w:rPr>
                <w:sz w:val="24"/>
                <w:szCs w:val="24"/>
              </w:rPr>
            </w:pPr>
            <w:r w:rsidRPr="00E85698">
              <w:rPr>
                <w:sz w:val="24"/>
                <w:szCs w:val="24"/>
              </w:rPr>
              <w:t>0</w:t>
            </w:r>
          </w:p>
        </w:tc>
        <w:tc>
          <w:tcPr>
            <w:tcW w:w="1164" w:type="dxa"/>
            <w:gridSpan w:val="2"/>
          </w:tcPr>
          <w:p w:rsidR="00A047B0" w:rsidRPr="00E85698" w:rsidRDefault="00A047B0" w:rsidP="00A047B0">
            <w:pPr>
              <w:pStyle w:val="TableParagraph"/>
              <w:rPr>
                <w:sz w:val="24"/>
                <w:szCs w:val="24"/>
              </w:rPr>
            </w:pPr>
          </w:p>
        </w:tc>
        <w:tc>
          <w:tcPr>
            <w:tcW w:w="1578" w:type="dxa"/>
            <w:gridSpan w:val="2"/>
          </w:tcPr>
          <w:p w:rsidR="00A047B0" w:rsidRPr="00E85698" w:rsidRDefault="00A047B0" w:rsidP="00A047B0">
            <w:pPr>
              <w:pStyle w:val="TableParagraph"/>
              <w:rPr>
                <w:sz w:val="24"/>
                <w:szCs w:val="24"/>
              </w:rPr>
            </w:pPr>
            <w:r w:rsidRPr="00E85698">
              <w:rPr>
                <w:sz w:val="24"/>
                <w:szCs w:val="24"/>
              </w:rPr>
              <w:t xml:space="preserve">Контрольная </w:t>
            </w:r>
            <w:r w:rsidRPr="00E85698">
              <w:rPr>
                <w:spacing w:val="-5"/>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502"/>
        </w:trPr>
        <w:tc>
          <w:tcPr>
            <w:tcW w:w="578" w:type="dxa"/>
            <w:gridSpan w:val="2"/>
            <w:tcBorders>
              <w:bottom w:val="single" w:sz="6" w:space="0" w:color="000000"/>
            </w:tcBorders>
          </w:tcPr>
          <w:p w:rsidR="00A047B0" w:rsidRPr="00E85698" w:rsidRDefault="00A047B0" w:rsidP="00A047B0">
            <w:pPr>
              <w:pStyle w:val="TableParagraph"/>
              <w:spacing w:before="119"/>
              <w:ind w:left="95" w:right="82"/>
              <w:jc w:val="center"/>
              <w:rPr>
                <w:sz w:val="24"/>
                <w:szCs w:val="24"/>
              </w:rPr>
            </w:pPr>
            <w:r w:rsidRPr="00E85698">
              <w:rPr>
                <w:sz w:val="24"/>
                <w:szCs w:val="24"/>
              </w:rPr>
              <w:t>169.</w:t>
            </w:r>
          </w:p>
        </w:tc>
        <w:tc>
          <w:tcPr>
            <w:tcW w:w="5094" w:type="dxa"/>
            <w:gridSpan w:val="2"/>
            <w:tcBorders>
              <w:bottom w:val="single" w:sz="6" w:space="0" w:color="000000"/>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Анализ работ. Работа над ошибками.</w:t>
            </w:r>
          </w:p>
        </w:tc>
        <w:tc>
          <w:tcPr>
            <w:tcW w:w="713" w:type="dxa"/>
            <w:gridSpan w:val="2"/>
            <w:tcBorders>
              <w:left w:val="single" w:sz="6" w:space="0" w:color="000000"/>
              <w:bottom w:val="single" w:sz="6" w:space="0" w:color="000000"/>
            </w:tcBorders>
          </w:tcPr>
          <w:p w:rsidR="00A047B0" w:rsidRPr="00E85698" w:rsidRDefault="00A047B0" w:rsidP="00A047B0">
            <w:pPr>
              <w:pStyle w:val="TableParagraph"/>
              <w:spacing w:before="119"/>
              <w:ind w:left="79"/>
              <w:rPr>
                <w:sz w:val="24"/>
                <w:szCs w:val="24"/>
              </w:rPr>
            </w:pPr>
            <w:r w:rsidRPr="00E85698">
              <w:rPr>
                <w:w w:val="99"/>
                <w:sz w:val="24"/>
                <w:szCs w:val="24"/>
              </w:rPr>
              <w:t>1</w:t>
            </w:r>
          </w:p>
        </w:tc>
        <w:tc>
          <w:tcPr>
            <w:tcW w:w="708"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28" w:type="dxa"/>
            <w:gridSpan w:val="2"/>
            <w:tcBorders>
              <w:bottom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4" w:type="dxa"/>
            <w:gridSpan w:val="2"/>
            <w:tcBorders>
              <w:bottom w:val="single" w:sz="6" w:space="0" w:color="000000"/>
            </w:tcBorders>
          </w:tcPr>
          <w:p w:rsidR="00A047B0" w:rsidRPr="00E85698" w:rsidRDefault="00A047B0" w:rsidP="00A047B0">
            <w:pPr>
              <w:pStyle w:val="TableParagraph"/>
              <w:rPr>
                <w:sz w:val="24"/>
                <w:szCs w:val="24"/>
              </w:rPr>
            </w:pPr>
          </w:p>
        </w:tc>
        <w:tc>
          <w:tcPr>
            <w:tcW w:w="1578" w:type="dxa"/>
            <w:gridSpan w:val="2"/>
            <w:tcBorders>
              <w:bottom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498"/>
        </w:trPr>
        <w:tc>
          <w:tcPr>
            <w:tcW w:w="578" w:type="dxa"/>
            <w:gridSpan w:val="2"/>
            <w:tcBorders>
              <w:top w:val="single" w:sz="6" w:space="0" w:color="000000"/>
              <w:bottom w:val="single" w:sz="6" w:space="0" w:color="000000"/>
            </w:tcBorders>
          </w:tcPr>
          <w:p w:rsidR="00A047B0" w:rsidRPr="00E85698" w:rsidRDefault="00A047B0" w:rsidP="00A047B0">
            <w:pPr>
              <w:pStyle w:val="TableParagraph"/>
              <w:spacing w:line="226" w:lineRule="exact"/>
              <w:ind w:left="95" w:right="82"/>
              <w:jc w:val="center"/>
              <w:rPr>
                <w:sz w:val="24"/>
                <w:szCs w:val="24"/>
              </w:rPr>
            </w:pPr>
            <w:r w:rsidRPr="00E85698">
              <w:rPr>
                <w:sz w:val="24"/>
                <w:szCs w:val="24"/>
              </w:rPr>
              <w:t>170.</w:t>
            </w:r>
          </w:p>
        </w:tc>
        <w:tc>
          <w:tcPr>
            <w:tcW w:w="5094" w:type="dxa"/>
            <w:gridSpan w:val="2"/>
            <w:tcBorders>
              <w:top w:val="single" w:sz="6" w:space="0" w:color="000000"/>
              <w:bottom w:val="single" w:sz="6" w:space="0" w:color="000000"/>
              <w:right w:val="single" w:sz="6" w:space="0" w:color="000000"/>
            </w:tcBorders>
          </w:tcPr>
          <w:p w:rsidR="00A047B0" w:rsidRPr="00E85698" w:rsidRDefault="00A047B0" w:rsidP="00A047B0">
            <w:pPr>
              <w:pStyle w:val="TableParagraph"/>
              <w:spacing w:line="227" w:lineRule="exact"/>
              <w:ind w:left="5"/>
              <w:rPr>
                <w:sz w:val="24"/>
                <w:szCs w:val="24"/>
              </w:rPr>
            </w:pPr>
            <w:r w:rsidRPr="00E85698">
              <w:rPr>
                <w:sz w:val="24"/>
                <w:szCs w:val="24"/>
              </w:rPr>
              <w:t>Повторение</w:t>
            </w:r>
            <w:r w:rsidRPr="00E85698">
              <w:rPr>
                <w:spacing w:val="-2"/>
                <w:sz w:val="24"/>
                <w:szCs w:val="24"/>
              </w:rPr>
              <w:t xml:space="preserve"> </w:t>
            </w:r>
            <w:r w:rsidRPr="00E85698">
              <w:rPr>
                <w:sz w:val="24"/>
                <w:szCs w:val="24"/>
              </w:rPr>
              <w:t>изученного</w:t>
            </w:r>
            <w:r w:rsidRPr="00E85698">
              <w:rPr>
                <w:spacing w:val="-4"/>
                <w:sz w:val="24"/>
                <w:szCs w:val="24"/>
              </w:rPr>
              <w:t xml:space="preserve"> </w:t>
            </w:r>
            <w:r w:rsidRPr="00E85698">
              <w:rPr>
                <w:sz w:val="24"/>
                <w:szCs w:val="24"/>
              </w:rPr>
              <w:t>в</w:t>
            </w:r>
            <w:r w:rsidRPr="00E85698">
              <w:rPr>
                <w:spacing w:val="-5"/>
                <w:sz w:val="24"/>
                <w:szCs w:val="24"/>
              </w:rPr>
              <w:t xml:space="preserve"> </w:t>
            </w:r>
            <w:r w:rsidRPr="00E85698">
              <w:rPr>
                <w:sz w:val="24"/>
                <w:szCs w:val="24"/>
              </w:rPr>
              <w:t>5</w:t>
            </w:r>
            <w:r w:rsidRPr="00E85698">
              <w:rPr>
                <w:spacing w:val="-4"/>
                <w:sz w:val="24"/>
                <w:szCs w:val="24"/>
              </w:rPr>
              <w:t xml:space="preserve"> </w:t>
            </w:r>
            <w:r w:rsidRPr="00E85698">
              <w:rPr>
                <w:sz w:val="24"/>
                <w:szCs w:val="24"/>
              </w:rPr>
              <w:t>классе.</w:t>
            </w:r>
            <w:r w:rsidRPr="00E85698">
              <w:rPr>
                <w:spacing w:val="-4"/>
                <w:sz w:val="24"/>
                <w:szCs w:val="24"/>
              </w:rPr>
              <w:t xml:space="preserve"> </w:t>
            </w:r>
            <w:r w:rsidRPr="00E85698">
              <w:rPr>
                <w:sz w:val="24"/>
                <w:szCs w:val="24"/>
              </w:rPr>
              <w:t>Морфология.</w:t>
            </w:r>
          </w:p>
          <w:p w:rsidR="00A047B0" w:rsidRPr="00E85698" w:rsidRDefault="00A047B0" w:rsidP="00A047B0">
            <w:pPr>
              <w:pStyle w:val="TableParagraph"/>
              <w:spacing w:line="226" w:lineRule="exact"/>
              <w:ind w:left="5"/>
              <w:rPr>
                <w:sz w:val="24"/>
                <w:szCs w:val="24"/>
              </w:rPr>
            </w:pPr>
            <w:r w:rsidRPr="00E85698">
              <w:rPr>
                <w:sz w:val="24"/>
                <w:szCs w:val="24"/>
              </w:rPr>
              <w:t>Орфография</w:t>
            </w:r>
          </w:p>
        </w:tc>
        <w:tc>
          <w:tcPr>
            <w:tcW w:w="713" w:type="dxa"/>
            <w:gridSpan w:val="2"/>
            <w:tcBorders>
              <w:top w:val="single" w:sz="6" w:space="0" w:color="000000"/>
              <w:left w:val="single" w:sz="6" w:space="0" w:color="000000"/>
              <w:bottom w:val="single" w:sz="6" w:space="0" w:color="000000"/>
            </w:tcBorders>
          </w:tcPr>
          <w:p w:rsidR="00A047B0" w:rsidRPr="00E85698" w:rsidRDefault="00A047B0" w:rsidP="00A047B0">
            <w:pPr>
              <w:pStyle w:val="TableParagraph"/>
              <w:spacing w:line="226" w:lineRule="exact"/>
              <w:ind w:left="79"/>
              <w:rPr>
                <w:sz w:val="24"/>
                <w:szCs w:val="24"/>
              </w:rPr>
            </w:pPr>
            <w:r w:rsidRPr="00E85698">
              <w:rPr>
                <w:w w:val="99"/>
                <w:sz w:val="24"/>
                <w:szCs w:val="24"/>
              </w:rPr>
              <w:t>1</w:t>
            </w:r>
          </w:p>
        </w:tc>
        <w:tc>
          <w:tcPr>
            <w:tcW w:w="708" w:type="dxa"/>
            <w:gridSpan w:val="2"/>
            <w:tcBorders>
              <w:top w:val="single" w:sz="6" w:space="0" w:color="000000"/>
              <w:bottom w:val="single" w:sz="6" w:space="0" w:color="000000"/>
            </w:tcBorders>
          </w:tcPr>
          <w:p w:rsidR="00A047B0" w:rsidRPr="00E85698" w:rsidRDefault="00A047B0" w:rsidP="00A047B0">
            <w:pPr>
              <w:pStyle w:val="TableParagraph"/>
              <w:rPr>
                <w:sz w:val="24"/>
                <w:szCs w:val="24"/>
              </w:rPr>
            </w:pPr>
            <w:r w:rsidRPr="00E85698">
              <w:rPr>
                <w:sz w:val="24"/>
                <w:szCs w:val="24"/>
              </w:rPr>
              <w:t>0</w:t>
            </w:r>
          </w:p>
        </w:tc>
        <w:tc>
          <w:tcPr>
            <w:tcW w:w="728" w:type="dxa"/>
            <w:gridSpan w:val="2"/>
            <w:tcBorders>
              <w:top w:val="single" w:sz="6" w:space="0" w:color="000000"/>
              <w:bottom w:val="single" w:sz="6" w:space="0" w:color="000000"/>
            </w:tcBorders>
          </w:tcPr>
          <w:p w:rsidR="00A047B0" w:rsidRPr="00E85698" w:rsidRDefault="00A047B0" w:rsidP="00A047B0">
            <w:pPr>
              <w:pStyle w:val="TableParagraph"/>
              <w:rPr>
                <w:sz w:val="24"/>
                <w:szCs w:val="24"/>
              </w:rPr>
            </w:pPr>
            <w:r w:rsidRPr="00E85698">
              <w:rPr>
                <w:sz w:val="24"/>
                <w:szCs w:val="24"/>
              </w:rPr>
              <w:t>1</w:t>
            </w:r>
          </w:p>
        </w:tc>
        <w:tc>
          <w:tcPr>
            <w:tcW w:w="1164" w:type="dxa"/>
            <w:gridSpan w:val="2"/>
            <w:tcBorders>
              <w:top w:val="single" w:sz="6" w:space="0" w:color="000000"/>
              <w:bottom w:val="single" w:sz="6" w:space="0" w:color="000000"/>
            </w:tcBorders>
          </w:tcPr>
          <w:p w:rsidR="00A047B0" w:rsidRPr="00E85698" w:rsidRDefault="00A047B0" w:rsidP="00A047B0">
            <w:pPr>
              <w:pStyle w:val="TableParagraph"/>
              <w:rPr>
                <w:sz w:val="24"/>
                <w:szCs w:val="24"/>
              </w:rPr>
            </w:pPr>
          </w:p>
        </w:tc>
        <w:tc>
          <w:tcPr>
            <w:tcW w:w="1578" w:type="dxa"/>
            <w:gridSpan w:val="2"/>
            <w:tcBorders>
              <w:top w:val="single" w:sz="6" w:space="0" w:color="000000"/>
              <w:bottom w:val="single" w:sz="6" w:space="0" w:color="000000"/>
            </w:tcBorders>
          </w:tcPr>
          <w:p w:rsidR="00A047B0" w:rsidRPr="00E85698" w:rsidRDefault="00A047B0" w:rsidP="00A047B0">
            <w:pPr>
              <w:rPr>
                <w:sz w:val="24"/>
                <w:szCs w:val="24"/>
              </w:rPr>
            </w:pPr>
            <w:r w:rsidRPr="00E85698">
              <w:rPr>
                <w:spacing w:val="-1"/>
                <w:sz w:val="24"/>
                <w:szCs w:val="24"/>
              </w:rPr>
              <w:t>Практическая</w:t>
            </w:r>
            <w:r w:rsidRPr="00E85698">
              <w:rPr>
                <w:spacing w:val="-57"/>
                <w:sz w:val="24"/>
                <w:szCs w:val="24"/>
              </w:rPr>
              <w:t xml:space="preserve"> </w:t>
            </w:r>
            <w:r w:rsidRPr="00E85698">
              <w:rPr>
                <w:sz w:val="24"/>
                <w:szCs w:val="24"/>
              </w:rPr>
              <w:t>работа</w:t>
            </w:r>
          </w:p>
        </w:tc>
      </w:tr>
      <w:tr w:rsidR="00A047B0" w:rsidRPr="00E85698" w:rsidTr="00A047B0">
        <w:trPr>
          <w:gridBefore w:val="1"/>
          <w:gridAfter w:val="1"/>
          <w:wBefore w:w="17" w:type="dxa"/>
          <w:wAfter w:w="68" w:type="dxa"/>
          <w:trHeight w:val="820"/>
        </w:trPr>
        <w:tc>
          <w:tcPr>
            <w:tcW w:w="5672" w:type="dxa"/>
            <w:gridSpan w:val="4"/>
            <w:tcBorders>
              <w:right w:val="single" w:sz="6" w:space="0" w:color="000000"/>
            </w:tcBorders>
          </w:tcPr>
          <w:p w:rsidR="00A047B0" w:rsidRPr="00E85698" w:rsidRDefault="00A047B0" w:rsidP="00A047B0">
            <w:pPr>
              <w:pStyle w:val="TableParagraph"/>
              <w:spacing w:before="106" w:line="266" w:lineRule="auto"/>
              <w:ind w:left="79" w:right="1465"/>
              <w:rPr>
                <w:b/>
                <w:sz w:val="24"/>
                <w:szCs w:val="24"/>
              </w:rPr>
            </w:pPr>
            <w:r w:rsidRPr="00E85698">
              <w:rPr>
                <w:b/>
                <w:sz w:val="24"/>
                <w:szCs w:val="24"/>
              </w:rPr>
              <w:t>ОБЩЕЕ КОЛИЧЕСТВО ЧАСОВ ПО</w:t>
            </w:r>
            <w:r w:rsidRPr="00E85698">
              <w:rPr>
                <w:b/>
                <w:spacing w:val="-58"/>
                <w:sz w:val="24"/>
                <w:szCs w:val="24"/>
              </w:rPr>
              <w:t xml:space="preserve"> </w:t>
            </w:r>
            <w:r w:rsidRPr="00E85698">
              <w:rPr>
                <w:b/>
                <w:sz w:val="24"/>
                <w:szCs w:val="24"/>
              </w:rPr>
              <w:t>ПРОГРАММЕ</w:t>
            </w:r>
          </w:p>
        </w:tc>
        <w:tc>
          <w:tcPr>
            <w:tcW w:w="713" w:type="dxa"/>
            <w:gridSpan w:val="2"/>
            <w:tcBorders>
              <w:left w:val="single" w:sz="6" w:space="0" w:color="000000"/>
            </w:tcBorders>
          </w:tcPr>
          <w:p w:rsidR="00A047B0" w:rsidRPr="00E85698" w:rsidRDefault="00A047B0" w:rsidP="00A047B0">
            <w:pPr>
              <w:pStyle w:val="TableParagraph"/>
              <w:spacing w:before="5"/>
              <w:ind w:left="79"/>
              <w:rPr>
                <w:b/>
                <w:sz w:val="24"/>
                <w:szCs w:val="24"/>
              </w:rPr>
            </w:pPr>
            <w:r w:rsidRPr="00E85698">
              <w:rPr>
                <w:b/>
                <w:sz w:val="24"/>
                <w:szCs w:val="24"/>
              </w:rPr>
              <w:t>170</w:t>
            </w:r>
          </w:p>
        </w:tc>
        <w:tc>
          <w:tcPr>
            <w:tcW w:w="708" w:type="dxa"/>
            <w:gridSpan w:val="2"/>
          </w:tcPr>
          <w:p w:rsidR="00A047B0" w:rsidRPr="00E85698" w:rsidRDefault="00A047B0" w:rsidP="00A047B0">
            <w:pPr>
              <w:pStyle w:val="TableParagraph"/>
              <w:spacing w:before="5"/>
              <w:rPr>
                <w:b/>
                <w:sz w:val="24"/>
                <w:szCs w:val="24"/>
              </w:rPr>
            </w:pPr>
            <w:r w:rsidRPr="00E85698">
              <w:rPr>
                <w:b/>
                <w:sz w:val="24"/>
                <w:szCs w:val="24"/>
              </w:rPr>
              <w:t>11</w:t>
            </w:r>
          </w:p>
        </w:tc>
        <w:tc>
          <w:tcPr>
            <w:tcW w:w="3470" w:type="dxa"/>
            <w:gridSpan w:val="6"/>
          </w:tcPr>
          <w:p w:rsidR="00A047B0" w:rsidRPr="00E85698" w:rsidRDefault="00A047B0" w:rsidP="00A047B0">
            <w:pPr>
              <w:pStyle w:val="TableParagraph"/>
              <w:spacing w:before="5"/>
              <w:ind w:left="74"/>
              <w:rPr>
                <w:b/>
                <w:sz w:val="24"/>
                <w:szCs w:val="24"/>
              </w:rPr>
            </w:pPr>
          </w:p>
        </w:tc>
      </w:tr>
    </w:tbl>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942243" w:rsidP="007130C9">
      <w:pPr>
        <w:spacing w:before="66"/>
        <w:ind w:left="106"/>
        <w:rPr>
          <w:b/>
          <w:sz w:val="24"/>
        </w:rPr>
      </w:pPr>
      <w:r>
        <w:lastRenderedPageBreak/>
        <w:pict>
          <v:rect id="_x0000_s1042" style="position:absolute;left:0;text-align:left;margin-left:33.3pt;margin-top:22.9pt;width:528.15pt;height:.6pt;z-index:-15715840;mso-wrap-distance-left:0;mso-wrap-distance-right:0;mso-position-horizontal-relative:page" fillcolor="black" stroked="f">
            <w10:wrap type="topAndBottom" anchorx="page"/>
          </v:rect>
        </w:pict>
      </w:r>
      <w:r w:rsidR="007130C9" w:rsidRPr="00E85698">
        <w:rPr>
          <w:b/>
          <w:sz w:val="24"/>
        </w:rPr>
        <w:t>УЧЕБНО-МЕТОДИЧЕСКОЕ</w:t>
      </w:r>
      <w:r w:rsidR="007130C9" w:rsidRPr="00E85698">
        <w:rPr>
          <w:b/>
          <w:spacing w:val="-13"/>
          <w:sz w:val="24"/>
        </w:rPr>
        <w:t xml:space="preserve"> </w:t>
      </w:r>
      <w:r w:rsidR="007130C9" w:rsidRPr="00E85698">
        <w:rPr>
          <w:b/>
          <w:sz w:val="24"/>
        </w:rPr>
        <w:t>ОБЕСПЕЧЕНИЕ</w:t>
      </w:r>
      <w:r w:rsidR="007130C9" w:rsidRPr="00E85698">
        <w:rPr>
          <w:b/>
          <w:spacing w:val="-12"/>
          <w:sz w:val="24"/>
        </w:rPr>
        <w:t xml:space="preserve"> </w:t>
      </w:r>
      <w:r w:rsidR="007130C9" w:rsidRPr="00E85698">
        <w:rPr>
          <w:b/>
          <w:sz w:val="24"/>
        </w:rPr>
        <w:t>ОБРАЗОВАТЕЛЬНОГО</w:t>
      </w:r>
      <w:r w:rsidR="007130C9" w:rsidRPr="00E85698">
        <w:rPr>
          <w:b/>
          <w:spacing w:val="-13"/>
          <w:sz w:val="24"/>
        </w:rPr>
        <w:t xml:space="preserve"> </w:t>
      </w:r>
      <w:r w:rsidR="007130C9" w:rsidRPr="00E85698">
        <w:rPr>
          <w:b/>
          <w:sz w:val="24"/>
        </w:rPr>
        <w:t>ПРОЦЕССА</w:t>
      </w:r>
    </w:p>
    <w:p w:rsidR="007130C9" w:rsidRPr="00E85698" w:rsidRDefault="007130C9" w:rsidP="007130C9">
      <w:pPr>
        <w:pStyle w:val="11"/>
        <w:spacing w:before="179"/>
      </w:pPr>
      <w:r w:rsidRPr="00E85698">
        <w:t>ОБЯЗАТЕЛЬНЫЕ</w:t>
      </w:r>
      <w:r w:rsidRPr="00E85698">
        <w:rPr>
          <w:spacing w:val="-8"/>
        </w:rPr>
        <w:t xml:space="preserve"> </w:t>
      </w:r>
      <w:r w:rsidRPr="00E85698">
        <w:t>УЧЕБНЫЕ</w:t>
      </w:r>
      <w:r w:rsidRPr="00E85698">
        <w:rPr>
          <w:spacing w:val="-7"/>
        </w:rPr>
        <w:t xml:space="preserve"> </w:t>
      </w:r>
      <w:r w:rsidRPr="00E85698">
        <w:t>МАТЕРИАЛЫ</w:t>
      </w:r>
      <w:r w:rsidRPr="00E85698">
        <w:rPr>
          <w:spacing w:val="-7"/>
        </w:rPr>
        <w:t xml:space="preserve"> </w:t>
      </w:r>
      <w:r w:rsidRPr="00E85698">
        <w:t>ДЛЯ</w:t>
      </w:r>
      <w:r w:rsidRPr="00E85698">
        <w:rPr>
          <w:spacing w:val="-7"/>
        </w:rPr>
        <w:t xml:space="preserve"> </w:t>
      </w:r>
      <w:r w:rsidRPr="00E85698">
        <w:t>УЧЕНИКА</w:t>
      </w:r>
    </w:p>
    <w:p w:rsidR="007130C9" w:rsidRPr="00E85698" w:rsidRDefault="007130C9" w:rsidP="007130C9">
      <w:pPr>
        <w:pStyle w:val="a5"/>
        <w:spacing w:before="156" w:line="292" w:lineRule="auto"/>
      </w:pPr>
      <w:proofErr w:type="spellStart"/>
      <w:r w:rsidRPr="00E85698">
        <w:t>Ладыженская</w:t>
      </w:r>
      <w:proofErr w:type="spellEnd"/>
      <w:r w:rsidRPr="00E85698">
        <w:rPr>
          <w:spacing w:val="-4"/>
        </w:rPr>
        <w:t xml:space="preserve"> </w:t>
      </w:r>
      <w:r w:rsidRPr="00E85698">
        <w:t>Т.А, Баранов</w:t>
      </w:r>
      <w:r w:rsidRPr="00E85698">
        <w:rPr>
          <w:spacing w:val="-4"/>
        </w:rPr>
        <w:t xml:space="preserve"> </w:t>
      </w:r>
      <w:r w:rsidRPr="00E85698">
        <w:t>М.Т.,.,</w:t>
      </w:r>
      <w:r w:rsidRPr="00E85698">
        <w:rPr>
          <w:spacing w:val="-3"/>
        </w:rPr>
        <w:t xml:space="preserve"> </w:t>
      </w:r>
      <w:proofErr w:type="spellStart"/>
      <w:r w:rsidRPr="00E85698">
        <w:t>Тростенцова</w:t>
      </w:r>
      <w:proofErr w:type="spellEnd"/>
      <w:r w:rsidRPr="00E85698">
        <w:rPr>
          <w:spacing w:val="-2"/>
        </w:rPr>
        <w:t xml:space="preserve"> </w:t>
      </w:r>
      <w:r w:rsidRPr="00E85698">
        <w:t>Л.А.</w:t>
      </w:r>
      <w:r w:rsidRPr="00E85698">
        <w:rPr>
          <w:spacing w:val="-3"/>
        </w:rPr>
        <w:t xml:space="preserve"> </w:t>
      </w:r>
      <w:r w:rsidRPr="00E85698">
        <w:t>и</w:t>
      </w:r>
      <w:r w:rsidRPr="00E85698">
        <w:rPr>
          <w:spacing w:val="-3"/>
        </w:rPr>
        <w:t xml:space="preserve"> </w:t>
      </w:r>
      <w:r w:rsidRPr="00E85698">
        <w:t>другие.</w:t>
      </w:r>
      <w:r w:rsidRPr="00E85698">
        <w:rPr>
          <w:spacing w:val="-3"/>
        </w:rPr>
        <w:t xml:space="preserve"> </w:t>
      </w:r>
      <w:r w:rsidRPr="00E85698">
        <w:t>Русский</w:t>
      </w:r>
      <w:r w:rsidRPr="00E85698">
        <w:rPr>
          <w:spacing w:val="-2"/>
        </w:rPr>
        <w:t xml:space="preserve"> </w:t>
      </w:r>
      <w:r w:rsidRPr="00E85698">
        <w:t>язык</w:t>
      </w:r>
      <w:r w:rsidRPr="00E85698">
        <w:rPr>
          <w:spacing w:val="-4"/>
        </w:rPr>
        <w:t xml:space="preserve"> </w:t>
      </w:r>
      <w:r w:rsidRPr="00E85698">
        <w:t>(в</w:t>
      </w:r>
      <w:r w:rsidRPr="00E85698">
        <w:rPr>
          <w:spacing w:val="-4"/>
        </w:rPr>
        <w:t xml:space="preserve"> </w:t>
      </w:r>
      <w:r w:rsidRPr="00E85698">
        <w:t>2</w:t>
      </w:r>
      <w:r w:rsidRPr="00E85698">
        <w:rPr>
          <w:spacing w:val="-3"/>
        </w:rPr>
        <w:t xml:space="preserve"> </w:t>
      </w:r>
      <w:r w:rsidRPr="00E85698">
        <w:t>частях),</w:t>
      </w:r>
      <w:r w:rsidRPr="00E85698">
        <w:rPr>
          <w:spacing w:val="-3"/>
        </w:rPr>
        <w:t xml:space="preserve"> </w:t>
      </w:r>
      <w:r w:rsidRPr="00E85698">
        <w:t>5</w:t>
      </w:r>
      <w:r w:rsidRPr="00E85698">
        <w:rPr>
          <w:spacing w:val="-2"/>
        </w:rPr>
        <w:t xml:space="preserve"> </w:t>
      </w:r>
      <w:r w:rsidRPr="00E85698">
        <w:t>класс/</w:t>
      </w:r>
      <w:r w:rsidRPr="00E85698">
        <w:rPr>
          <w:spacing w:val="-57"/>
        </w:rPr>
        <w:t xml:space="preserve"> </w:t>
      </w:r>
      <w:r w:rsidRPr="00E85698">
        <w:t>Акционерное</w:t>
      </w:r>
      <w:r w:rsidRPr="00E85698">
        <w:rPr>
          <w:spacing w:val="-1"/>
        </w:rPr>
        <w:t xml:space="preserve"> </w:t>
      </w:r>
      <w:r w:rsidRPr="00E85698">
        <w:t>общество «Издательство</w:t>
      </w:r>
      <w:r w:rsidRPr="00E85698">
        <w:rPr>
          <w:spacing w:val="-1"/>
        </w:rPr>
        <w:t xml:space="preserve"> </w:t>
      </w:r>
      <w:r w:rsidRPr="00E85698">
        <w:t>«Просвещение»;</w:t>
      </w:r>
    </w:p>
    <w:p w:rsidR="007130C9" w:rsidRPr="00E85698" w:rsidRDefault="007130C9" w:rsidP="007130C9">
      <w:pPr>
        <w:pStyle w:val="a5"/>
        <w:spacing w:before="10"/>
        <w:ind w:left="0"/>
        <w:rPr>
          <w:sz w:val="21"/>
        </w:rPr>
      </w:pPr>
    </w:p>
    <w:p w:rsidR="007130C9" w:rsidRPr="00E85698" w:rsidRDefault="007130C9" w:rsidP="007130C9">
      <w:pPr>
        <w:pStyle w:val="11"/>
        <w:spacing w:before="1"/>
      </w:pPr>
      <w:r w:rsidRPr="00E85698">
        <w:t>МЕТОДИЧЕСКИЕ</w:t>
      </w:r>
      <w:r w:rsidRPr="00E85698">
        <w:rPr>
          <w:spacing w:val="-8"/>
        </w:rPr>
        <w:t xml:space="preserve"> </w:t>
      </w:r>
      <w:r w:rsidRPr="00E85698">
        <w:t>МАТЕРИАЛЫ</w:t>
      </w:r>
      <w:r w:rsidRPr="00E85698">
        <w:rPr>
          <w:spacing w:val="-7"/>
        </w:rPr>
        <w:t xml:space="preserve"> </w:t>
      </w:r>
      <w:r w:rsidRPr="00E85698">
        <w:t>ДЛЯ</w:t>
      </w:r>
      <w:r w:rsidRPr="00E85698">
        <w:rPr>
          <w:spacing w:val="-7"/>
        </w:rPr>
        <w:t xml:space="preserve"> </w:t>
      </w:r>
      <w:r w:rsidRPr="00E85698">
        <w:t>УЧИТЕЛЯ</w:t>
      </w:r>
    </w:p>
    <w:p w:rsidR="007130C9" w:rsidRPr="00E85698" w:rsidRDefault="007130C9" w:rsidP="007130C9">
      <w:pPr>
        <w:pStyle w:val="a5"/>
        <w:spacing w:before="156" w:line="292" w:lineRule="auto"/>
        <w:ind w:right="263"/>
      </w:pPr>
      <w:r w:rsidRPr="00E85698">
        <w:t>Рабочие программы, поурочные разработки, тематические тесты, диагностические работы, диктанты</w:t>
      </w:r>
      <w:r w:rsidRPr="00E85698">
        <w:rPr>
          <w:spacing w:val="-58"/>
        </w:rPr>
        <w:t xml:space="preserve"> </w:t>
      </w:r>
      <w:r w:rsidRPr="00E85698">
        <w:t>и</w:t>
      </w:r>
      <w:r w:rsidRPr="00E85698">
        <w:rPr>
          <w:spacing w:val="-1"/>
        </w:rPr>
        <w:t xml:space="preserve"> </w:t>
      </w:r>
      <w:r w:rsidRPr="00E85698">
        <w:t>изложения</w:t>
      </w:r>
    </w:p>
    <w:p w:rsidR="007130C9" w:rsidRPr="00E85698" w:rsidRDefault="007130C9" w:rsidP="007130C9">
      <w:pPr>
        <w:pStyle w:val="11"/>
        <w:spacing w:before="191"/>
      </w:pPr>
      <w:r w:rsidRPr="00E85698">
        <w:t>ЦИФРОВЫЕ</w:t>
      </w:r>
      <w:r w:rsidRPr="00E85698">
        <w:rPr>
          <w:spacing w:val="-7"/>
        </w:rPr>
        <w:t xml:space="preserve"> </w:t>
      </w:r>
      <w:r w:rsidRPr="00E85698">
        <w:t>ОБРАЗОВАТЕЛЬНЫЕ</w:t>
      </w:r>
      <w:r w:rsidRPr="00E85698">
        <w:rPr>
          <w:spacing w:val="-7"/>
        </w:rPr>
        <w:t xml:space="preserve"> </w:t>
      </w:r>
      <w:r w:rsidRPr="00E85698">
        <w:t>РЕСУРСЫ</w:t>
      </w:r>
      <w:r w:rsidRPr="00E85698">
        <w:rPr>
          <w:spacing w:val="-7"/>
        </w:rPr>
        <w:t xml:space="preserve"> </w:t>
      </w:r>
      <w:r w:rsidRPr="00E85698">
        <w:t>И</w:t>
      </w:r>
      <w:r w:rsidRPr="00E85698">
        <w:rPr>
          <w:spacing w:val="-7"/>
        </w:rPr>
        <w:t xml:space="preserve"> </w:t>
      </w:r>
      <w:r w:rsidRPr="00E85698">
        <w:t>РЕСУРСЫ</w:t>
      </w:r>
      <w:r w:rsidRPr="00E85698">
        <w:rPr>
          <w:spacing w:val="-7"/>
        </w:rPr>
        <w:t xml:space="preserve"> </w:t>
      </w:r>
      <w:r w:rsidRPr="00E85698">
        <w:t>СЕТИ</w:t>
      </w:r>
      <w:r w:rsidRPr="00E85698">
        <w:rPr>
          <w:spacing w:val="-7"/>
        </w:rPr>
        <w:t xml:space="preserve"> </w:t>
      </w:r>
      <w:r w:rsidRPr="00E85698">
        <w:t>ИНТЕРНЕТ</w:t>
      </w:r>
    </w:p>
    <w:p w:rsidR="007130C9" w:rsidRPr="00E85698" w:rsidRDefault="007130C9" w:rsidP="007130C9">
      <w:pPr>
        <w:pStyle w:val="a5"/>
        <w:spacing w:before="156" w:line="292" w:lineRule="auto"/>
        <w:ind w:right="7474"/>
      </w:pPr>
      <w:r w:rsidRPr="00E85698">
        <w:t>Российская</w:t>
      </w:r>
      <w:r w:rsidRPr="00E85698">
        <w:rPr>
          <w:spacing w:val="-8"/>
        </w:rPr>
        <w:t xml:space="preserve"> </w:t>
      </w:r>
      <w:r w:rsidRPr="00E85698">
        <w:t>электронная</w:t>
      </w:r>
      <w:r w:rsidRPr="00E85698">
        <w:rPr>
          <w:spacing w:val="-8"/>
        </w:rPr>
        <w:t xml:space="preserve"> </w:t>
      </w:r>
      <w:r w:rsidRPr="00E85698">
        <w:t>школа</w:t>
      </w:r>
      <w:r w:rsidRPr="00E85698">
        <w:rPr>
          <w:spacing w:val="-57"/>
        </w:rPr>
        <w:t xml:space="preserve"> </w:t>
      </w:r>
      <w:r w:rsidRPr="00E85698">
        <w:t>resh.edu.ru</w:t>
      </w:r>
    </w:p>
    <w:p w:rsidR="007130C9" w:rsidRPr="00E85698" w:rsidRDefault="007130C9" w:rsidP="007130C9">
      <w:pPr>
        <w:pStyle w:val="a5"/>
        <w:spacing w:line="292" w:lineRule="auto"/>
        <w:ind w:right="5099"/>
      </w:pPr>
      <w:r w:rsidRPr="00E85698">
        <w:t xml:space="preserve">Дистанционное образование для </w:t>
      </w:r>
      <w:proofErr w:type="gramStart"/>
      <w:r w:rsidRPr="00E85698">
        <w:t>школьников .</w:t>
      </w:r>
      <w:proofErr w:type="gramEnd"/>
      <w:r w:rsidRPr="00E85698">
        <w:t xml:space="preserve"> Учи </w:t>
      </w:r>
      <w:proofErr w:type="spellStart"/>
      <w:r w:rsidRPr="00E85698">
        <w:t>ру</w:t>
      </w:r>
      <w:proofErr w:type="spellEnd"/>
      <w:r w:rsidRPr="00E85698">
        <w:rPr>
          <w:spacing w:val="-58"/>
        </w:rPr>
        <w:t xml:space="preserve"> </w:t>
      </w:r>
      <w:r w:rsidRPr="00E85698">
        <w:t>uchi.ru</w:t>
      </w:r>
    </w:p>
    <w:p w:rsidR="007130C9" w:rsidRPr="00E85698" w:rsidRDefault="007130C9" w:rsidP="007130C9">
      <w:pPr>
        <w:spacing w:line="292" w:lineRule="auto"/>
        <w:sectPr w:rsidR="007130C9" w:rsidRPr="00E85698">
          <w:pgSz w:w="11900" w:h="16840"/>
          <w:pgMar w:top="520" w:right="560" w:bottom="280" w:left="560" w:header="720" w:footer="720" w:gutter="0"/>
          <w:cols w:space="720"/>
        </w:sectPr>
      </w:pPr>
    </w:p>
    <w:p w:rsidR="007130C9" w:rsidRPr="00E85698" w:rsidRDefault="00942243" w:rsidP="007130C9">
      <w:pPr>
        <w:pStyle w:val="11"/>
      </w:pPr>
      <w:r>
        <w:lastRenderedPageBreak/>
        <w:pict>
          <v:rect id="_x0000_s1043" style="position:absolute;left:0;text-align:left;margin-left:33.3pt;margin-top:22.9pt;width:528.15pt;height:.6pt;z-index:-15714816;mso-wrap-distance-left:0;mso-wrap-distance-right:0;mso-position-horizontal-relative:page" fillcolor="black" stroked="f">
            <w10:wrap type="topAndBottom" anchorx="page"/>
          </v:rect>
        </w:pict>
      </w:r>
      <w:r w:rsidR="007130C9" w:rsidRPr="00E85698">
        <w:t>МАТЕРИАЛЬНО-ТЕХНИЧЕСКОЕ</w:t>
      </w:r>
      <w:r w:rsidR="007130C9" w:rsidRPr="00E85698">
        <w:rPr>
          <w:spacing w:val="-14"/>
        </w:rPr>
        <w:t xml:space="preserve"> </w:t>
      </w:r>
      <w:r w:rsidR="007130C9" w:rsidRPr="00E85698">
        <w:t>ОБЕСПЕЧЕНИЕ</w:t>
      </w:r>
      <w:r w:rsidR="007130C9" w:rsidRPr="00E85698">
        <w:rPr>
          <w:spacing w:val="-13"/>
        </w:rPr>
        <w:t xml:space="preserve"> </w:t>
      </w:r>
      <w:r w:rsidR="007130C9" w:rsidRPr="00E85698">
        <w:t>ОБРАЗОВАТЕЛЬНОГО</w:t>
      </w:r>
      <w:r w:rsidR="007130C9" w:rsidRPr="00E85698">
        <w:rPr>
          <w:spacing w:val="-14"/>
        </w:rPr>
        <w:t xml:space="preserve"> </w:t>
      </w:r>
      <w:r w:rsidR="007130C9" w:rsidRPr="00E85698">
        <w:t>ПРОЦЕССА</w:t>
      </w:r>
    </w:p>
    <w:p w:rsidR="007130C9" w:rsidRPr="00E85698" w:rsidRDefault="007130C9" w:rsidP="007130C9">
      <w:pPr>
        <w:spacing w:before="179"/>
        <w:ind w:left="106"/>
        <w:rPr>
          <w:b/>
          <w:sz w:val="24"/>
        </w:rPr>
      </w:pPr>
      <w:r w:rsidRPr="00E85698">
        <w:rPr>
          <w:b/>
          <w:sz w:val="24"/>
        </w:rPr>
        <w:t>УЧЕБНОЕ</w:t>
      </w:r>
      <w:r w:rsidRPr="00E85698">
        <w:rPr>
          <w:b/>
          <w:spacing w:val="-9"/>
          <w:sz w:val="24"/>
        </w:rPr>
        <w:t xml:space="preserve"> </w:t>
      </w:r>
      <w:r w:rsidRPr="00E85698">
        <w:rPr>
          <w:b/>
          <w:sz w:val="24"/>
        </w:rPr>
        <w:t>ОБОРУДОВАНИЕ</w:t>
      </w:r>
    </w:p>
    <w:p w:rsidR="007130C9" w:rsidRPr="00E85698" w:rsidRDefault="007130C9" w:rsidP="007130C9">
      <w:pPr>
        <w:pStyle w:val="a5"/>
        <w:spacing w:before="156"/>
      </w:pPr>
      <w:r w:rsidRPr="00E85698">
        <w:t>Таблицы,</w:t>
      </w:r>
      <w:r w:rsidRPr="00E85698">
        <w:rPr>
          <w:spacing w:val="-5"/>
        </w:rPr>
        <w:t xml:space="preserve"> </w:t>
      </w:r>
      <w:r w:rsidRPr="00E85698">
        <w:t>плакаты,</w:t>
      </w:r>
      <w:r w:rsidRPr="00E85698">
        <w:rPr>
          <w:spacing w:val="-5"/>
        </w:rPr>
        <w:t xml:space="preserve"> </w:t>
      </w:r>
      <w:r w:rsidRPr="00E85698">
        <w:t>словари,</w:t>
      </w:r>
      <w:r w:rsidRPr="00E85698">
        <w:rPr>
          <w:spacing w:val="-4"/>
        </w:rPr>
        <w:t xml:space="preserve"> </w:t>
      </w:r>
      <w:r w:rsidRPr="00E85698">
        <w:t>портреты,</w:t>
      </w:r>
      <w:r w:rsidRPr="00E85698">
        <w:rPr>
          <w:spacing w:val="-5"/>
        </w:rPr>
        <w:t xml:space="preserve"> </w:t>
      </w:r>
      <w:r w:rsidRPr="00E85698">
        <w:t>дидактический</w:t>
      </w:r>
      <w:r w:rsidRPr="00E85698">
        <w:rPr>
          <w:spacing w:val="-4"/>
        </w:rPr>
        <w:t xml:space="preserve"> </w:t>
      </w:r>
      <w:r w:rsidRPr="00E85698">
        <w:t>материал</w:t>
      </w:r>
    </w:p>
    <w:p w:rsidR="007130C9" w:rsidRPr="00E85698" w:rsidRDefault="007130C9" w:rsidP="007130C9">
      <w:pPr>
        <w:pStyle w:val="a5"/>
        <w:spacing w:before="10"/>
        <w:ind w:left="0"/>
        <w:rPr>
          <w:sz w:val="21"/>
        </w:rPr>
      </w:pPr>
    </w:p>
    <w:p w:rsidR="007130C9" w:rsidRPr="00E85698" w:rsidRDefault="007130C9" w:rsidP="007130C9">
      <w:pPr>
        <w:pStyle w:val="11"/>
        <w:spacing w:before="1"/>
      </w:pPr>
      <w:r w:rsidRPr="00E85698">
        <w:t>ОБОРУДОВАНИЕ</w:t>
      </w:r>
      <w:r w:rsidRPr="00E85698">
        <w:rPr>
          <w:spacing w:val="-8"/>
        </w:rPr>
        <w:t xml:space="preserve"> </w:t>
      </w:r>
      <w:r w:rsidRPr="00E85698">
        <w:t>ДЛЯ</w:t>
      </w:r>
      <w:r w:rsidRPr="00E85698">
        <w:rPr>
          <w:spacing w:val="-8"/>
        </w:rPr>
        <w:t xml:space="preserve"> </w:t>
      </w:r>
      <w:r w:rsidRPr="00E85698">
        <w:t>ПРОВЕДЕНИЯ</w:t>
      </w:r>
      <w:r w:rsidRPr="00E85698">
        <w:rPr>
          <w:spacing w:val="-8"/>
        </w:rPr>
        <w:t xml:space="preserve"> </w:t>
      </w:r>
      <w:r w:rsidRPr="00E85698">
        <w:t>ПРАКТИЧЕСКИХ</w:t>
      </w:r>
      <w:r w:rsidRPr="00E85698">
        <w:rPr>
          <w:spacing w:val="-8"/>
        </w:rPr>
        <w:t xml:space="preserve"> </w:t>
      </w:r>
      <w:r w:rsidRPr="00E85698">
        <w:t>РАБОТ</w:t>
      </w:r>
    </w:p>
    <w:p w:rsidR="007130C9" w:rsidRPr="00E85698" w:rsidRDefault="007130C9" w:rsidP="007130C9">
      <w:pPr>
        <w:pStyle w:val="a5"/>
        <w:spacing w:before="156"/>
      </w:pPr>
      <w:r w:rsidRPr="00E85698">
        <w:t>Мультимедийный</w:t>
      </w:r>
      <w:r w:rsidRPr="00E85698">
        <w:rPr>
          <w:spacing w:val="-5"/>
        </w:rPr>
        <w:t xml:space="preserve"> </w:t>
      </w:r>
      <w:r w:rsidRPr="00E85698">
        <w:t>проектор,</w:t>
      </w:r>
      <w:r w:rsidRPr="00E85698">
        <w:rPr>
          <w:spacing w:val="-4"/>
        </w:rPr>
        <w:t xml:space="preserve"> </w:t>
      </w:r>
      <w:r w:rsidRPr="00E85698">
        <w:t>интерактивная</w:t>
      </w:r>
      <w:r w:rsidRPr="00E85698">
        <w:rPr>
          <w:spacing w:val="-6"/>
        </w:rPr>
        <w:t xml:space="preserve"> </w:t>
      </w:r>
      <w:r w:rsidRPr="00E85698">
        <w:t>доска</w:t>
      </w:r>
    </w:p>
    <w:p w:rsidR="007130C9" w:rsidRPr="00E85698" w:rsidRDefault="007130C9" w:rsidP="007130C9"/>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7130C9" w:rsidRPr="00E85698" w:rsidRDefault="007130C9"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A047B0" w:rsidRPr="00E85698" w:rsidRDefault="00A047B0" w:rsidP="00A047B0"/>
    <w:p w:rsidR="00624C8A" w:rsidRPr="00E85698" w:rsidRDefault="00624C8A">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7130C9" w:rsidRPr="00E85698" w:rsidRDefault="007130C9">
      <w:pPr>
        <w:pStyle w:val="a5"/>
        <w:spacing w:before="1"/>
        <w:ind w:left="0"/>
        <w:rPr>
          <w:b/>
          <w:sz w:val="11"/>
        </w:rPr>
      </w:pPr>
    </w:p>
    <w:p w:rsidR="00624C8A" w:rsidRPr="00E85698" w:rsidRDefault="00CB6516">
      <w:pPr>
        <w:pStyle w:val="11"/>
        <w:numPr>
          <w:ilvl w:val="0"/>
          <w:numId w:val="4"/>
        </w:numPr>
        <w:tabs>
          <w:tab w:val="left" w:pos="287"/>
        </w:tabs>
        <w:spacing w:before="90"/>
      </w:pPr>
      <w:r w:rsidRPr="00E85698">
        <w:t>КЛАСС</w:t>
      </w:r>
    </w:p>
    <w:p w:rsidR="00624C8A" w:rsidRPr="00E85698" w:rsidRDefault="00624C8A">
      <w:pPr>
        <w:pStyle w:val="a5"/>
        <w:spacing w:before="2"/>
        <w:ind w:left="0"/>
        <w:rPr>
          <w:b/>
          <w:sz w:val="12"/>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3229"/>
        <w:gridCol w:w="732"/>
        <w:gridCol w:w="1620"/>
        <w:gridCol w:w="1668"/>
        <w:gridCol w:w="1236"/>
        <w:gridCol w:w="1488"/>
      </w:tblGrid>
      <w:tr w:rsidR="007130C9" w:rsidRPr="00E85698" w:rsidTr="00911E24">
        <w:trPr>
          <w:trHeight w:val="477"/>
        </w:trPr>
        <w:tc>
          <w:tcPr>
            <w:tcW w:w="576" w:type="dxa"/>
            <w:vMerge w:val="restart"/>
          </w:tcPr>
          <w:p w:rsidR="007130C9" w:rsidRPr="00E85698" w:rsidRDefault="007130C9" w:rsidP="00911E24">
            <w:pPr>
              <w:pStyle w:val="TableParagraph"/>
              <w:spacing w:line="292" w:lineRule="auto"/>
              <w:ind w:right="121"/>
              <w:rPr>
                <w:b/>
                <w:sz w:val="24"/>
              </w:rPr>
            </w:pPr>
            <w:r w:rsidRPr="00E85698">
              <w:rPr>
                <w:b/>
                <w:sz w:val="24"/>
              </w:rPr>
              <w:t>№</w:t>
            </w:r>
            <w:r w:rsidRPr="00E85698">
              <w:rPr>
                <w:b/>
                <w:spacing w:val="1"/>
                <w:sz w:val="24"/>
              </w:rPr>
              <w:t xml:space="preserve"> </w:t>
            </w:r>
            <w:r w:rsidRPr="00E85698">
              <w:rPr>
                <w:b/>
                <w:sz w:val="24"/>
              </w:rPr>
              <w:t>п/п</w:t>
            </w:r>
          </w:p>
        </w:tc>
        <w:tc>
          <w:tcPr>
            <w:tcW w:w="3229" w:type="dxa"/>
            <w:vMerge w:val="restart"/>
          </w:tcPr>
          <w:p w:rsidR="007130C9" w:rsidRPr="00E85698" w:rsidRDefault="007130C9" w:rsidP="00911E24">
            <w:pPr>
              <w:pStyle w:val="TableParagraph"/>
              <w:rPr>
                <w:b/>
                <w:sz w:val="24"/>
              </w:rPr>
            </w:pPr>
            <w:r w:rsidRPr="00E85698">
              <w:rPr>
                <w:b/>
                <w:sz w:val="24"/>
              </w:rPr>
              <w:t>Тема</w:t>
            </w:r>
            <w:r w:rsidRPr="00E85698">
              <w:rPr>
                <w:b/>
                <w:spacing w:val="-3"/>
                <w:sz w:val="24"/>
              </w:rPr>
              <w:t xml:space="preserve"> </w:t>
            </w:r>
            <w:r w:rsidRPr="00E85698">
              <w:rPr>
                <w:b/>
                <w:sz w:val="24"/>
              </w:rPr>
              <w:t>урока</w:t>
            </w:r>
          </w:p>
        </w:tc>
        <w:tc>
          <w:tcPr>
            <w:tcW w:w="4020" w:type="dxa"/>
            <w:gridSpan w:val="3"/>
          </w:tcPr>
          <w:p w:rsidR="007130C9" w:rsidRPr="00E85698" w:rsidRDefault="007130C9" w:rsidP="00911E24">
            <w:pPr>
              <w:pStyle w:val="TableParagraph"/>
              <w:rPr>
                <w:b/>
                <w:sz w:val="24"/>
              </w:rPr>
            </w:pPr>
            <w:r w:rsidRPr="00E85698">
              <w:rPr>
                <w:b/>
                <w:sz w:val="24"/>
              </w:rPr>
              <w:t>Количество</w:t>
            </w:r>
            <w:r w:rsidRPr="00E85698">
              <w:rPr>
                <w:b/>
                <w:spacing w:val="-5"/>
                <w:sz w:val="24"/>
              </w:rPr>
              <w:t xml:space="preserve"> </w:t>
            </w:r>
            <w:r w:rsidRPr="00E85698">
              <w:rPr>
                <w:b/>
                <w:sz w:val="24"/>
              </w:rPr>
              <w:t>часов</w:t>
            </w:r>
          </w:p>
        </w:tc>
        <w:tc>
          <w:tcPr>
            <w:tcW w:w="1236" w:type="dxa"/>
            <w:vMerge w:val="restart"/>
          </w:tcPr>
          <w:p w:rsidR="007130C9" w:rsidRPr="00E85698" w:rsidRDefault="007130C9" w:rsidP="00911E24">
            <w:pPr>
              <w:pStyle w:val="TableParagraph"/>
              <w:spacing w:line="292" w:lineRule="auto"/>
              <w:ind w:left="77" w:right="129"/>
              <w:rPr>
                <w:b/>
                <w:sz w:val="24"/>
              </w:rPr>
            </w:pPr>
            <w:r w:rsidRPr="00E85698">
              <w:rPr>
                <w:b/>
                <w:sz w:val="24"/>
              </w:rPr>
              <w:t>Дата</w:t>
            </w:r>
            <w:r w:rsidRPr="00E85698">
              <w:rPr>
                <w:b/>
                <w:spacing w:val="1"/>
                <w:sz w:val="24"/>
              </w:rPr>
              <w:t xml:space="preserve"> </w:t>
            </w:r>
            <w:r w:rsidRPr="00E85698">
              <w:rPr>
                <w:b/>
                <w:spacing w:val="-1"/>
                <w:sz w:val="24"/>
              </w:rPr>
              <w:t>изучения</w:t>
            </w:r>
          </w:p>
        </w:tc>
        <w:tc>
          <w:tcPr>
            <w:tcW w:w="1488" w:type="dxa"/>
            <w:vMerge w:val="restart"/>
          </w:tcPr>
          <w:p w:rsidR="007130C9" w:rsidRPr="00E85698" w:rsidRDefault="007130C9" w:rsidP="00911E24">
            <w:pPr>
              <w:pStyle w:val="TableParagraph"/>
              <w:spacing w:line="292" w:lineRule="auto"/>
              <w:ind w:left="78" w:right="342"/>
              <w:rPr>
                <w:b/>
                <w:sz w:val="24"/>
              </w:rPr>
            </w:pPr>
            <w:r w:rsidRPr="00E85698">
              <w:rPr>
                <w:b/>
                <w:sz w:val="24"/>
              </w:rPr>
              <w:t>Виды,</w:t>
            </w:r>
            <w:r w:rsidRPr="00E85698">
              <w:rPr>
                <w:b/>
                <w:spacing w:val="1"/>
                <w:sz w:val="24"/>
              </w:rPr>
              <w:t xml:space="preserve"> </w:t>
            </w:r>
            <w:r w:rsidRPr="00E85698">
              <w:rPr>
                <w:b/>
                <w:sz w:val="24"/>
              </w:rPr>
              <w:t>формы</w:t>
            </w:r>
            <w:r w:rsidRPr="00E85698">
              <w:rPr>
                <w:b/>
                <w:spacing w:val="1"/>
                <w:sz w:val="24"/>
              </w:rPr>
              <w:t xml:space="preserve"> </w:t>
            </w:r>
            <w:r w:rsidRPr="00E85698">
              <w:rPr>
                <w:b/>
                <w:sz w:val="24"/>
              </w:rPr>
              <w:t>контроля</w:t>
            </w:r>
          </w:p>
        </w:tc>
      </w:tr>
      <w:tr w:rsidR="007130C9" w:rsidRPr="00E85698" w:rsidTr="00911E24">
        <w:trPr>
          <w:trHeight w:val="813"/>
        </w:trPr>
        <w:tc>
          <w:tcPr>
            <w:tcW w:w="576" w:type="dxa"/>
            <w:vMerge/>
            <w:tcBorders>
              <w:top w:val="nil"/>
            </w:tcBorders>
          </w:tcPr>
          <w:p w:rsidR="007130C9" w:rsidRPr="00E85698" w:rsidRDefault="007130C9" w:rsidP="00911E24">
            <w:pPr>
              <w:rPr>
                <w:sz w:val="2"/>
                <w:szCs w:val="2"/>
              </w:rPr>
            </w:pPr>
          </w:p>
        </w:tc>
        <w:tc>
          <w:tcPr>
            <w:tcW w:w="3229" w:type="dxa"/>
            <w:vMerge/>
            <w:tcBorders>
              <w:top w:val="nil"/>
            </w:tcBorders>
          </w:tcPr>
          <w:p w:rsidR="007130C9" w:rsidRPr="00E85698" w:rsidRDefault="007130C9" w:rsidP="00911E24">
            <w:pPr>
              <w:rPr>
                <w:sz w:val="2"/>
                <w:szCs w:val="2"/>
              </w:rPr>
            </w:pPr>
          </w:p>
        </w:tc>
        <w:tc>
          <w:tcPr>
            <w:tcW w:w="732" w:type="dxa"/>
          </w:tcPr>
          <w:p w:rsidR="007130C9" w:rsidRPr="00E85698" w:rsidRDefault="007130C9" w:rsidP="00911E24">
            <w:pPr>
              <w:pStyle w:val="TableParagraph"/>
              <w:rPr>
                <w:b/>
                <w:sz w:val="24"/>
              </w:rPr>
            </w:pPr>
            <w:r w:rsidRPr="00E85698">
              <w:rPr>
                <w:b/>
                <w:sz w:val="24"/>
              </w:rPr>
              <w:t>всего</w:t>
            </w:r>
          </w:p>
        </w:tc>
        <w:tc>
          <w:tcPr>
            <w:tcW w:w="1620" w:type="dxa"/>
          </w:tcPr>
          <w:p w:rsidR="007130C9" w:rsidRPr="00E85698" w:rsidRDefault="007130C9" w:rsidP="00911E24">
            <w:pPr>
              <w:pStyle w:val="TableParagraph"/>
              <w:spacing w:line="292" w:lineRule="auto"/>
              <w:ind w:right="58"/>
              <w:rPr>
                <w:b/>
                <w:sz w:val="24"/>
              </w:rPr>
            </w:pPr>
            <w:r w:rsidRPr="00E85698">
              <w:rPr>
                <w:b/>
                <w:spacing w:val="-1"/>
                <w:sz w:val="24"/>
              </w:rPr>
              <w:t>контрольные</w:t>
            </w:r>
            <w:r w:rsidRPr="00E85698">
              <w:rPr>
                <w:b/>
                <w:spacing w:val="-57"/>
                <w:sz w:val="24"/>
              </w:rPr>
              <w:t xml:space="preserve"> </w:t>
            </w:r>
            <w:r w:rsidRPr="00E85698">
              <w:rPr>
                <w:b/>
                <w:sz w:val="24"/>
              </w:rPr>
              <w:t>работы</w:t>
            </w:r>
          </w:p>
        </w:tc>
        <w:tc>
          <w:tcPr>
            <w:tcW w:w="1668" w:type="dxa"/>
          </w:tcPr>
          <w:p w:rsidR="007130C9" w:rsidRPr="00E85698" w:rsidRDefault="007130C9" w:rsidP="00911E24">
            <w:pPr>
              <w:pStyle w:val="TableParagraph"/>
              <w:spacing w:line="292" w:lineRule="auto"/>
              <w:ind w:left="77" w:right="50"/>
              <w:rPr>
                <w:b/>
                <w:sz w:val="24"/>
              </w:rPr>
            </w:pPr>
            <w:r w:rsidRPr="00E85698">
              <w:rPr>
                <w:b/>
                <w:spacing w:val="-1"/>
                <w:sz w:val="24"/>
              </w:rPr>
              <w:t>практические</w:t>
            </w:r>
            <w:r w:rsidRPr="00E85698">
              <w:rPr>
                <w:b/>
                <w:spacing w:val="-57"/>
                <w:sz w:val="24"/>
              </w:rPr>
              <w:t xml:space="preserve"> </w:t>
            </w:r>
            <w:r w:rsidRPr="00E85698">
              <w:rPr>
                <w:b/>
                <w:sz w:val="24"/>
              </w:rPr>
              <w:t>работы</w:t>
            </w:r>
          </w:p>
        </w:tc>
        <w:tc>
          <w:tcPr>
            <w:tcW w:w="1236" w:type="dxa"/>
            <w:vMerge/>
            <w:tcBorders>
              <w:top w:val="nil"/>
            </w:tcBorders>
          </w:tcPr>
          <w:p w:rsidR="007130C9" w:rsidRPr="00E85698" w:rsidRDefault="007130C9" w:rsidP="00911E24">
            <w:pPr>
              <w:rPr>
                <w:sz w:val="2"/>
                <w:szCs w:val="2"/>
              </w:rPr>
            </w:pPr>
          </w:p>
        </w:tc>
        <w:tc>
          <w:tcPr>
            <w:tcW w:w="1488" w:type="dxa"/>
            <w:vMerge/>
            <w:tcBorders>
              <w:top w:val="nil"/>
            </w:tcBorders>
          </w:tcPr>
          <w:p w:rsidR="007130C9" w:rsidRPr="00E85698" w:rsidRDefault="007130C9" w:rsidP="00911E24">
            <w:pPr>
              <w:rPr>
                <w:sz w:val="2"/>
                <w:szCs w:val="2"/>
              </w:rPr>
            </w:pP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1.</w:t>
            </w:r>
          </w:p>
        </w:tc>
        <w:tc>
          <w:tcPr>
            <w:tcW w:w="3229" w:type="dxa"/>
          </w:tcPr>
          <w:p w:rsidR="007130C9" w:rsidRPr="00E85698" w:rsidRDefault="007130C9" w:rsidP="00911E24">
            <w:pPr>
              <w:pStyle w:val="TableParagraph"/>
              <w:spacing w:line="292" w:lineRule="auto"/>
              <w:ind w:right="198"/>
              <w:rPr>
                <w:sz w:val="24"/>
              </w:rPr>
            </w:pPr>
            <w:r w:rsidRPr="00E85698">
              <w:rPr>
                <w:sz w:val="24"/>
              </w:rPr>
              <w:t>Русский язык —</w:t>
            </w:r>
            <w:r w:rsidRPr="00E85698">
              <w:rPr>
                <w:spacing w:val="1"/>
                <w:sz w:val="24"/>
              </w:rPr>
              <w:t xml:space="preserve"> </w:t>
            </w:r>
            <w:r w:rsidRPr="00E85698">
              <w:rPr>
                <w:sz w:val="24"/>
              </w:rPr>
              <w:t>государственный язык</w:t>
            </w:r>
            <w:r w:rsidRPr="00E85698">
              <w:rPr>
                <w:spacing w:val="1"/>
                <w:sz w:val="24"/>
              </w:rPr>
              <w:t xml:space="preserve"> </w:t>
            </w:r>
            <w:r w:rsidRPr="00E85698">
              <w:rPr>
                <w:sz w:val="24"/>
              </w:rPr>
              <w:t>Российской</w:t>
            </w:r>
            <w:r w:rsidRPr="00E85698">
              <w:rPr>
                <w:spacing w:val="-9"/>
                <w:sz w:val="24"/>
              </w:rPr>
              <w:t xml:space="preserve"> </w:t>
            </w:r>
            <w:r w:rsidRPr="00E85698">
              <w:rPr>
                <w:sz w:val="24"/>
              </w:rPr>
              <w:t>Федерации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w:t>
            </w:r>
          </w:p>
        </w:tc>
        <w:tc>
          <w:tcPr>
            <w:tcW w:w="3229" w:type="dxa"/>
          </w:tcPr>
          <w:p w:rsidR="007130C9" w:rsidRPr="00E85698" w:rsidRDefault="007130C9" w:rsidP="00911E24">
            <w:pPr>
              <w:pStyle w:val="TableParagraph"/>
              <w:spacing w:line="292" w:lineRule="auto"/>
              <w:ind w:right="574"/>
              <w:rPr>
                <w:sz w:val="24"/>
              </w:rPr>
            </w:pPr>
            <w:r w:rsidRPr="00E85698">
              <w:rPr>
                <w:sz w:val="24"/>
              </w:rPr>
              <w:t>Русский язык — язык</w:t>
            </w:r>
            <w:r w:rsidRPr="00E85698">
              <w:rPr>
                <w:spacing w:val="1"/>
                <w:sz w:val="24"/>
              </w:rPr>
              <w:t xml:space="preserve"> </w:t>
            </w:r>
            <w:r w:rsidRPr="00E85698">
              <w:rPr>
                <w:sz w:val="24"/>
              </w:rPr>
              <w:t>межнационального</w:t>
            </w:r>
            <w:r w:rsidRPr="00E85698">
              <w:rPr>
                <w:spacing w:val="-8"/>
                <w:sz w:val="24"/>
              </w:rPr>
              <w:t xml:space="preserve"> </w:t>
            </w:r>
            <w:r w:rsidRPr="00E85698">
              <w:rPr>
                <w:sz w:val="24"/>
              </w:rPr>
              <w:t>общения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3.</w:t>
            </w:r>
          </w:p>
        </w:tc>
        <w:tc>
          <w:tcPr>
            <w:tcW w:w="3229" w:type="dxa"/>
          </w:tcPr>
          <w:p w:rsidR="007130C9" w:rsidRPr="00E85698" w:rsidRDefault="007130C9" w:rsidP="00911E24">
            <w:pPr>
              <w:pStyle w:val="TableParagraph"/>
              <w:spacing w:line="292" w:lineRule="auto"/>
              <w:ind w:right="101"/>
              <w:rPr>
                <w:sz w:val="24"/>
              </w:rPr>
            </w:pPr>
            <w:r w:rsidRPr="00E85698">
              <w:rPr>
                <w:sz w:val="24"/>
              </w:rPr>
              <w:t>Повторение изученного в 5</w:t>
            </w:r>
            <w:r w:rsidRPr="00E85698">
              <w:rPr>
                <w:spacing w:val="-57"/>
                <w:sz w:val="24"/>
              </w:rPr>
              <w:t xml:space="preserve"> </w:t>
            </w:r>
            <w:r w:rsidRPr="00E85698">
              <w:rPr>
                <w:sz w:val="24"/>
              </w:rPr>
              <w:t>классе. Смысловой,</w:t>
            </w:r>
            <w:r w:rsidRPr="00E85698">
              <w:rPr>
                <w:spacing w:val="1"/>
                <w:sz w:val="24"/>
              </w:rPr>
              <w:t xml:space="preserve"> </w:t>
            </w:r>
            <w:proofErr w:type="spellStart"/>
            <w:r w:rsidRPr="00E85698">
              <w:rPr>
                <w:sz w:val="24"/>
              </w:rPr>
              <w:t>речеведческий</w:t>
            </w:r>
            <w:proofErr w:type="spellEnd"/>
            <w:r w:rsidRPr="00E85698">
              <w:rPr>
                <w:sz w:val="24"/>
              </w:rPr>
              <w:t>, языковой</w:t>
            </w:r>
            <w:r w:rsidRPr="00E85698">
              <w:rPr>
                <w:spacing w:val="1"/>
                <w:sz w:val="24"/>
              </w:rPr>
              <w:t xml:space="preserve"> </w:t>
            </w:r>
            <w:r w:rsidRPr="00E85698">
              <w:rPr>
                <w:sz w:val="24"/>
              </w:rPr>
              <w:t>анализ</w:t>
            </w:r>
            <w:r w:rsidRPr="00E85698">
              <w:rPr>
                <w:spacing w:val="-2"/>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4.</w:t>
            </w:r>
          </w:p>
        </w:tc>
        <w:tc>
          <w:tcPr>
            <w:tcW w:w="3229" w:type="dxa"/>
          </w:tcPr>
          <w:p w:rsidR="007130C9" w:rsidRPr="00E85698" w:rsidRDefault="007130C9" w:rsidP="00911E24">
            <w:pPr>
              <w:pStyle w:val="TableParagraph"/>
              <w:spacing w:line="292" w:lineRule="auto"/>
              <w:ind w:right="270"/>
              <w:rPr>
                <w:sz w:val="24"/>
              </w:rPr>
            </w:pPr>
            <w:r w:rsidRPr="00E85698">
              <w:rPr>
                <w:sz w:val="24"/>
              </w:rPr>
              <w:t>Повторение изученного в 5</w:t>
            </w:r>
            <w:r w:rsidRPr="00E85698">
              <w:rPr>
                <w:spacing w:val="1"/>
                <w:sz w:val="24"/>
              </w:rPr>
              <w:t xml:space="preserve"> </w:t>
            </w:r>
            <w:r w:rsidRPr="00E85698">
              <w:rPr>
                <w:sz w:val="24"/>
              </w:rPr>
              <w:t>классе.</w:t>
            </w:r>
            <w:r w:rsidRPr="00E85698">
              <w:rPr>
                <w:spacing w:val="-3"/>
                <w:sz w:val="24"/>
              </w:rPr>
              <w:t xml:space="preserve"> </w:t>
            </w:r>
            <w:r w:rsidRPr="00E85698">
              <w:rPr>
                <w:sz w:val="24"/>
              </w:rPr>
              <w:t>Употребление</w:t>
            </w:r>
            <w:r w:rsidRPr="00E85698">
              <w:rPr>
                <w:spacing w:val="-3"/>
                <w:sz w:val="24"/>
              </w:rPr>
              <w:t xml:space="preserve"> </w:t>
            </w:r>
            <w:r w:rsidRPr="00E85698">
              <w:rPr>
                <w:sz w:val="24"/>
              </w:rPr>
              <w:t>Ь</w:t>
            </w:r>
            <w:r w:rsidRPr="00E85698">
              <w:rPr>
                <w:spacing w:val="-3"/>
                <w:sz w:val="24"/>
              </w:rPr>
              <w:t xml:space="preserve"> </w:t>
            </w:r>
            <w:r w:rsidRPr="00E85698">
              <w:rPr>
                <w:sz w:val="24"/>
              </w:rPr>
              <w:t>и</w:t>
            </w:r>
            <w:r w:rsidRPr="00E85698">
              <w:rPr>
                <w:spacing w:val="-3"/>
                <w:sz w:val="24"/>
              </w:rPr>
              <w:t xml:space="preserve"> </w:t>
            </w:r>
            <w:r w:rsidRPr="00E85698">
              <w:rPr>
                <w:sz w:val="24"/>
              </w:rPr>
              <w:t>Ъ</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5.</w:t>
            </w:r>
          </w:p>
        </w:tc>
        <w:tc>
          <w:tcPr>
            <w:tcW w:w="3229" w:type="dxa"/>
          </w:tcPr>
          <w:p w:rsidR="007130C9" w:rsidRPr="00E85698" w:rsidRDefault="007130C9" w:rsidP="00911E24">
            <w:pPr>
              <w:pStyle w:val="TableParagraph"/>
              <w:spacing w:line="292" w:lineRule="auto"/>
              <w:ind w:right="101"/>
              <w:rPr>
                <w:sz w:val="24"/>
              </w:rPr>
            </w:pPr>
            <w:r w:rsidRPr="00E85698">
              <w:rPr>
                <w:sz w:val="24"/>
              </w:rPr>
              <w:t>Повторение изученного в 5</w:t>
            </w:r>
            <w:r w:rsidRPr="00E85698">
              <w:rPr>
                <w:spacing w:val="1"/>
                <w:sz w:val="24"/>
              </w:rPr>
              <w:t xml:space="preserve"> </w:t>
            </w:r>
            <w:r w:rsidRPr="00E85698">
              <w:rPr>
                <w:sz w:val="24"/>
              </w:rPr>
              <w:t>классе.</w:t>
            </w:r>
            <w:r w:rsidRPr="00E85698">
              <w:rPr>
                <w:spacing w:val="-6"/>
                <w:sz w:val="24"/>
              </w:rPr>
              <w:t xml:space="preserve"> </w:t>
            </w:r>
            <w:r w:rsidRPr="00E85698">
              <w:rPr>
                <w:sz w:val="24"/>
              </w:rPr>
              <w:t>Правописание</w:t>
            </w:r>
            <w:r w:rsidRPr="00E85698">
              <w:rPr>
                <w:spacing w:val="-6"/>
                <w:sz w:val="24"/>
              </w:rPr>
              <w:t xml:space="preserve"> </w:t>
            </w:r>
            <w:r w:rsidRPr="00E85698">
              <w:rPr>
                <w:sz w:val="24"/>
              </w:rPr>
              <w:t>корней</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rPr>
                <w:sz w:val="24"/>
              </w:rPr>
            </w:pPr>
            <w:r w:rsidRPr="00E85698">
              <w:rPr>
                <w:sz w:val="24"/>
              </w:rPr>
              <w:t>6.</w:t>
            </w:r>
          </w:p>
        </w:tc>
        <w:tc>
          <w:tcPr>
            <w:tcW w:w="3229" w:type="dxa"/>
          </w:tcPr>
          <w:p w:rsidR="007130C9" w:rsidRPr="00E85698" w:rsidRDefault="007130C9" w:rsidP="00911E24">
            <w:pPr>
              <w:pStyle w:val="TableParagraph"/>
              <w:spacing w:line="292" w:lineRule="auto"/>
              <w:ind w:right="317"/>
              <w:rPr>
                <w:sz w:val="24"/>
              </w:rPr>
            </w:pPr>
            <w:r w:rsidRPr="00E85698">
              <w:rPr>
                <w:sz w:val="24"/>
              </w:rPr>
              <w:t>Повторение изученного в 5</w:t>
            </w:r>
            <w:r w:rsidRPr="00E85698">
              <w:rPr>
                <w:spacing w:val="-57"/>
                <w:sz w:val="24"/>
              </w:rPr>
              <w:t xml:space="preserve"> </w:t>
            </w:r>
            <w:r w:rsidRPr="00E85698">
              <w:rPr>
                <w:sz w:val="24"/>
              </w:rPr>
              <w:t>классе. Правописание</w:t>
            </w:r>
            <w:r w:rsidRPr="00E85698">
              <w:rPr>
                <w:spacing w:val="1"/>
                <w:sz w:val="24"/>
              </w:rPr>
              <w:t xml:space="preserve"> </w:t>
            </w:r>
            <w:r w:rsidRPr="00E85698">
              <w:rPr>
                <w:sz w:val="24"/>
              </w:rPr>
              <w:t>приставок</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w:t>
            </w:r>
          </w:p>
        </w:tc>
        <w:tc>
          <w:tcPr>
            <w:tcW w:w="3229" w:type="dxa"/>
          </w:tcPr>
          <w:p w:rsidR="007130C9" w:rsidRPr="00E85698" w:rsidRDefault="007130C9" w:rsidP="00911E24">
            <w:pPr>
              <w:pStyle w:val="TableParagraph"/>
              <w:spacing w:line="292" w:lineRule="auto"/>
              <w:ind w:right="317"/>
              <w:rPr>
                <w:sz w:val="24"/>
              </w:rPr>
            </w:pPr>
            <w:r w:rsidRPr="00E85698">
              <w:rPr>
                <w:sz w:val="24"/>
              </w:rPr>
              <w:t>Повторение изученного в 5</w:t>
            </w:r>
            <w:r w:rsidRPr="00E85698">
              <w:rPr>
                <w:spacing w:val="-57"/>
                <w:sz w:val="24"/>
              </w:rPr>
              <w:t xml:space="preserve"> </w:t>
            </w:r>
            <w:r w:rsidRPr="00E85698">
              <w:rPr>
                <w:sz w:val="24"/>
              </w:rPr>
              <w:t>классе. Правописание</w:t>
            </w:r>
            <w:r w:rsidRPr="00E85698">
              <w:rPr>
                <w:spacing w:val="1"/>
                <w:sz w:val="24"/>
              </w:rPr>
              <w:t xml:space="preserve"> </w:t>
            </w:r>
            <w:r w:rsidRPr="00E85698">
              <w:rPr>
                <w:sz w:val="24"/>
              </w:rPr>
              <w:t>суффиксов</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Диктант;</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8.</w:t>
            </w:r>
          </w:p>
        </w:tc>
        <w:tc>
          <w:tcPr>
            <w:tcW w:w="3229" w:type="dxa"/>
          </w:tcPr>
          <w:p w:rsidR="007130C9" w:rsidRPr="00E85698" w:rsidRDefault="007130C9" w:rsidP="00911E24">
            <w:pPr>
              <w:pStyle w:val="TableParagraph"/>
              <w:spacing w:line="292" w:lineRule="auto"/>
              <w:ind w:right="735"/>
              <w:rPr>
                <w:sz w:val="24"/>
              </w:rPr>
            </w:pPr>
            <w:r w:rsidRPr="00E85698">
              <w:rPr>
                <w:sz w:val="24"/>
              </w:rPr>
              <w:t>Повторение изученного в 5</w:t>
            </w:r>
            <w:r w:rsidRPr="00E85698">
              <w:rPr>
                <w:spacing w:val="1"/>
                <w:sz w:val="24"/>
              </w:rPr>
              <w:t xml:space="preserve"> </w:t>
            </w:r>
            <w:r w:rsidRPr="00E85698">
              <w:rPr>
                <w:sz w:val="24"/>
              </w:rPr>
              <w:t>классе. Слитное и раздельное</w:t>
            </w:r>
            <w:r w:rsidRPr="00E85698">
              <w:rPr>
                <w:spacing w:val="-58"/>
                <w:sz w:val="24"/>
              </w:rPr>
              <w:t xml:space="preserve"> </w:t>
            </w:r>
            <w:r w:rsidRPr="00E85698">
              <w:rPr>
                <w:sz w:val="24"/>
              </w:rPr>
              <w:t>написание не с глаголами,</w:t>
            </w:r>
            <w:r w:rsidRPr="00E85698">
              <w:rPr>
                <w:spacing w:val="1"/>
                <w:sz w:val="24"/>
              </w:rPr>
              <w:t xml:space="preserve"> </w:t>
            </w:r>
            <w:r w:rsidRPr="00E85698">
              <w:rPr>
                <w:sz w:val="24"/>
              </w:rPr>
              <w:t>существительными и</w:t>
            </w:r>
            <w:r w:rsidRPr="00E85698">
              <w:rPr>
                <w:spacing w:val="1"/>
                <w:sz w:val="24"/>
              </w:rPr>
              <w:t xml:space="preserve"> </w:t>
            </w:r>
            <w:r w:rsidRPr="00E85698">
              <w:rPr>
                <w:sz w:val="24"/>
              </w:rPr>
              <w:t>прилагательными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9.</w:t>
            </w:r>
          </w:p>
        </w:tc>
        <w:tc>
          <w:tcPr>
            <w:tcW w:w="3229" w:type="dxa"/>
          </w:tcPr>
          <w:p w:rsidR="007130C9" w:rsidRPr="00E85698" w:rsidRDefault="007130C9" w:rsidP="00911E24">
            <w:pPr>
              <w:pStyle w:val="TableParagraph"/>
              <w:spacing w:line="292" w:lineRule="auto"/>
              <w:ind w:right="801"/>
              <w:rPr>
                <w:sz w:val="24"/>
              </w:rPr>
            </w:pPr>
            <w:r w:rsidRPr="00E85698">
              <w:rPr>
                <w:sz w:val="24"/>
              </w:rPr>
              <w:t>Входной контрольный</w:t>
            </w:r>
            <w:r w:rsidRPr="00E85698">
              <w:rPr>
                <w:spacing w:val="-58"/>
                <w:sz w:val="24"/>
              </w:rPr>
              <w:t xml:space="preserve"> </w:t>
            </w:r>
            <w:r w:rsidRPr="00E85698">
              <w:rPr>
                <w:sz w:val="24"/>
              </w:rPr>
              <w:t>диктант</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10.</w:t>
            </w:r>
          </w:p>
        </w:tc>
        <w:tc>
          <w:tcPr>
            <w:tcW w:w="3229" w:type="dxa"/>
          </w:tcPr>
          <w:p w:rsidR="007130C9" w:rsidRPr="00E85698" w:rsidRDefault="007130C9" w:rsidP="00911E24">
            <w:pPr>
              <w:pStyle w:val="TableParagraph"/>
              <w:spacing w:line="292" w:lineRule="auto"/>
              <w:ind w:right="735"/>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lastRenderedPageBreak/>
              <w:t>11.</w:t>
            </w:r>
          </w:p>
        </w:tc>
        <w:tc>
          <w:tcPr>
            <w:tcW w:w="3229" w:type="dxa"/>
          </w:tcPr>
          <w:p w:rsidR="007130C9" w:rsidRPr="00E85698" w:rsidRDefault="007130C9" w:rsidP="00911E24">
            <w:pPr>
              <w:pStyle w:val="TableParagraph"/>
              <w:spacing w:line="292" w:lineRule="auto"/>
              <w:ind w:right="356"/>
              <w:rPr>
                <w:sz w:val="24"/>
              </w:rPr>
            </w:pPr>
            <w:r w:rsidRPr="00E85698">
              <w:rPr>
                <w:sz w:val="24"/>
              </w:rPr>
              <w:t>Понятие о литературном</w:t>
            </w:r>
            <w:r w:rsidRPr="00E85698">
              <w:rPr>
                <w:spacing w:val="-57"/>
                <w:sz w:val="24"/>
              </w:rPr>
              <w:t xml:space="preserve"> </w:t>
            </w:r>
            <w:r w:rsidRPr="00E85698">
              <w:rPr>
                <w:sz w:val="24"/>
              </w:rPr>
              <w:t>языке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12.</w:t>
            </w:r>
          </w:p>
        </w:tc>
        <w:tc>
          <w:tcPr>
            <w:tcW w:w="3229" w:type="dxa"/>
          </w:tcPr>
          <w:p w:rsidR="007130C9" w:rsidRPr="00E85698" w:rsidRDefault="007130C9" w:rsidP="00911E24">
            <w:pPr>
              <w:pStyle w:val="TableParagraph"/>
              <w:rPr>
                <w:sz w:val="24"/>
              </w:rPr>
            </w:pPr>
            <w:r w:rsidRPr="00E85698">
              <w:rPr>
                <w:sz w:val="24"/>
              </w:rPr>
              <w:t>Виды речи. Монолог и</w:t>
            </w:r>
            <w:r w:rsidRPr="00E85698">
              <w:rPr>
                <w:spacing w:val="1"/>
                <w:sz w:val="24"/>
              </w:rPr>
              <w:t xml:space="preserve"> </w:t>
            </w:r>
            <w:r w:rsidRPr="00E85698">
              <w:rPr>
                <w:sz w:val="24"/>
              </w:rPr>
              <w:t>диалог.</w:t>
            </w:r>
            <w:r w:rsidRPr="00E85698">
              <w:rPr>
                <w:spacing w:val="-7"/>
                <w:sz w:val="24"/>
              </w:rPr>
              <w:t xml:space="preserve"> </w:t>
            </w:r>
            <w:r w:rsidRPr="00E85698">
              <w:rPr>
                <w:sz w:val="24"/>
              </w:rPr>
              <w:t>Монолог-описание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13.</w:t>
            </w:r>
          </w:p>
        </w:tc>
        <w:tc>
          <w:tcPr>
            <w:tcW w:w="3229" w:type="dxa"/>
          </w:tcPr>
          <w:p w:rsidR="007130C9" w:rsidRPr="00E85698" w:rsidRDefault="007130C9" w:rsidP="00911E24">
            <w:pPr>
              <w:pStyle w:val="TableParagraph"/>
              <w:rPr>
                <w:sz w:val="24"/>
              </w:rPr>
            </w:pPr>
            <w:r w:rsidRPr="00E85698">
              <w:rPr>
                <w:sz w:val="24"/>
              </w:rPr>
              <w:t>Монолог-повествование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14.</w:t>
            </w:r>
          </w:p>
        </w:tc>
        <w:tc>
          <w:tcPr>
            <w:tcW w:w="3229" w:type="dxa"/>
          </w:tcPr>
          <w:p w:rsidR="007130C9" w:rsidRPr="00E85698" w:rsidRDefault="007130C9" w:rsidP="00911E24">
            <w:pPr>
              <w:pStyle w:val="TableParagraph"/>
              <w:spacing w:line="292" w:lineRule="auto"/>
              <w:ind w:right="778"/>
              <w:rPr>
                <w:sz w:val="24"/>
              </w:rPr>
            </w:pPr>
            <w:r w:rsidRPr="00E85698">
              <w:rPr>
                <w:sz w:val="24"/>
              </w:rPr>
              <w:t>Монолог-рассуждение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15.</w:t>
            </w:r>
          </w:p>
        </w:tc>
        <w:tc>
          <w:tcPr>
            <w:tcW w:w="3229" w:type="dxa"/>
          </w:tcPr>
          <w:p w:rsidR="007130C9" w:rsidRPr="00E85698" w:rsidRDefault="007130C9" w:rsidP="00911E24">
            <w:pPr>
              <w:pStyle w:val="TableParagraph"/>
              <w:spacing w:line="292" w:lineRule="auto"/>
              <w:ind w:right="132"/>
              <w:rPr>
                <w:sz w:val="24"/>
              </w:rPr>
            </w:pPr>
            <w:r w:rsidRPr="00E85698">
              <w:rPr>
                <w:sz w:val="24"/>
              </w:rPr>
              <w:t>Виды диалога: побуждение к</w:t>
            </w:r>
            <w:r w:rsidRPr="00E85698">
              <w:rPr>
                <w:spacing w:val="-57"/>
                <w:sz w:val="24"/>
              </w:rPr>
              <w:t xml:space="preserve"> </w:t>
            </w:r>
            <w:r w:rsidRPr="00E85698">
              <w:rPr>
                <w:sz w:val="24"/>
              </w:rPr>
              <w:t>действию,</w:t>
            </w:r>
            <w:r w:rsidRPr="00E85698">
              <w:rPr>
                <w:spacing w:val="-3"/>
                <w:sz w:val="24"/>
              </w:rPr>
              <w:t xml:space="preserve"> </w:t>
            </w:r>
            <w:r w:rsidRPr="00E85698">
              <w:rPr>
                <w:sz w:val="24"/>
              </w:rPr>
              <w:t>обмен</w:t>
            </w:r>
            <w:r w:rsidRPr="00E85698">
              <w:rPr>
                <w:spacing w:val="-2"/>
                <w:sz w:val="24"/>
              </w:rPr>
              <w:t xml:space="preserve"> </w:t>
            </w:r>
            <w:r w:rsidRPr="00E85698">
              <w:rPr>
                <w:sz w:val="24"/>
              </w:rPr>
              <w:t>мнениями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16.</w:t>
            </w:r>
          </w:p>
        </w:tc>
        <w:tc>
          <w:tcPr>
            <w:tcW w:w="3229" w:type="dxa"/>
          </w:tcPr>
          <w:p w:rsidR="007130C9" w:rsidRPr="00E85698" w:rsidRDefault="007130C9" w:rsidP="00911E24">
            <w:pPr>
              <w:pStyle w:val="TableParagraph"/>
              <w:spacing w:line="292" w:lineRule="auto"/>
              <w:ind w:right="35"/>
              <w:rPr>
                <w:sz w:val="24"/>
              </w:rPr>
            </w:pPr>
            <w:r w:rsidRPr="00E85698">
              <w:rPr>
                <w:sz w:val="24"/>
              </w:rPr>
              <w:t>Текст, его основные признаки</w:t>
            </w:r>
            <w:r w:rsidRPr="00E85698">
              <w:rPr>
                <w:spacing w:val="-58"/>
                <w:sz w:val="24"/>
              </w:rPr>
              <w:t xml:space="preserve"> </w:t>
            </w:r>
            <w:r w:rsidRPr="00E85698">
              <w:rPr>
                <w:sz w:val="24"/>
              </w:rPr>
              <w:t>и композиционные</w:t>
            </w:r>
            <w:r w:rsidRPr="00E85698">
              <w:rPr>
                <w:spacing w:val="1"/>
                <w:sz w:val="24"/>
              </w:rPr>
              <w:t xml:space="preserve"> </w:t>
            </w:r>
            <w:r w:rsidRPr="00E85698">
              <w:rPr>
                <w:sz w:val="24"/>
              </w:rPr>
              <w:t>особенности.</w:t>
            </w:r>
            <w:r w:rsidRPr="00E85698">
              <w:rPr>
                <w:spacing w:val="-2"/>
                <w:sz w:val="24"/>
              </w:rPr>
              <w:t xml:space="preserve"> </w:t>
            </w:r>
            <w:proofErr w:type="spellStart"/>
            <w:r w:rsidRPr="00E85698">
              <w:rPr>
                <w:sz w:val="24"/>
              </w:rPr>
              <w:t>Микротема</w:t>
            </w:r>
            <w:proofErr w:type="spellEnd"/>
            <w:r w:rsidRPr="00E85698">
              <w:rPr>
                <w:sz w:val="24"/>
              </w:rPr>
              <w:t>.</w:t>
            </w:r>
          </w:p>
          <w:p w:rsidR="007130C9" w:rsidRPr="00E85698" w:rsidRDefault="007130C9" w:rsidP="00911E24">
            <w:pPr>
              <w:pStyle w:val="TableParagraph"/>
              <w:spacing w:line="274" w:lineRule="exact"/>
              <w:rPr>
                <w:sz w:val="24"/>
              </w:rPr>
            </w:pPr>
            <w:r w:rsidRPr="00E85698">
              <w:rPr>
                <w:sz w:val="24"/>
              </w:rPr>
              <w:t>Абзац</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17.</w:t>
            </w:r>
          </w:p>
        </w:tc>
        <w:tc>
          <w:tcPr>
            <w:tcW w:w="3229" w:type="dxa"/>
          </w:tcPr>
          <w:p w:rsidR="007130C9" w:rsidRPr="00E85698" w:rsidRDefault="007130C9" w:rsidP="00911E24">
            <w:pPr>
              <w:pStyle w:val="TableParagraph"/>
              <w:spacing w:line="292" w:lineRule="auto"/>
              <w:ind w:right="134"/>
              <w:jc w:val="both"/>
              <w:rPr>
                <w:sz w:val="24"/>
              </w:rPr>
            </w:pPr>
            <w:r w:rsidRPr="00E85698">
              <w:rPr>
                <w:sz w:val="24"/>
              </w:rPr>
              <w:t>Способы связи предложений</w:t>
            </w:r>
            <w:r w:rsidRPr="00E85698">
              <w:rPr>
                <w:spacing w:val="-57"/>
                <w:sz w:val="24"/>
              </w:rPr>
              <w:t xml:space="preserve"> </w:t>
            </w:r>
            <w:r w:rsidRPr="00E85698">
              <w:rPr>
                <w:sz w:val="24"/>
              </w:rPr>
              <w:t>в тексте. Последовательная и</w:t>
            </w:r>
            <w:r w:rsidRPr="00E85698">
              <w:rPr>
                <w:spacing w:val="-58"/>
                <w:sz w:val="24"/>
              </w:rPr>
              <w:t xml:space="preserve"> </w:t>
            </w:r>
            <w:r w:rsidRPr="00E85698">
              <w:rPr>
                <w:sz w:val="24"/>
              </w:rPr>
              <w:t>параллельная</w:t>
            </w:r>
            <w:r w:rsidRPr="00E85698">
              <w:rPr>
                <w:spacing w:val="-2"/>
                <w:sz w:val="24"/>
              </w:rPr>
              <w:t xml:space="preserve"> </w:t>
            </w:r>
            <w:r w:rsidRPr="00E85698">
              <w:rPr>
                <w:sz w:val="24"/>
              </w:rPr>
              <w:t>связь</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18.</w:t>
            </w:r>
          </w:p>
        </w:tc>
        <w:tc>
          <w:tcPr>
            <w:tcW w:w="3229" w:type="dxa"/>
          </w:tcPr>
          <w:p w:rsidR="007130C9" w:rsidRPr="00E85698" w:rsidRDefault="007130C9" w:rsidP="00911E24">
            <w:pPr>
              <w:pStyle w:val="TableParagraph"/>
              <w:spacing w:line="292" w:lineRule="auto"/>
              <w:ind w:right="151"/>
              <w:rPr>
                <w:sz w:val="24"/>
              </w:rPr>
            </w:pPr>
            <w:r w:rsidRPr="00E85698">
              <w:rPr>
                <w:sz w:val="24"/>
              </w:rPr>
              <w:t>Способы связи предложений</w:t>
            </w:r>
            <w:r w:rsidRPr="00E85698">
              <w:rPr>
                <w:spacing w:val="-57"/>
                <w:sz w:val="24"/>
              </w:rPr>
              <w:t xml:space="preserve"> </w:t>
            </w:r>
            <w:r w:rsidRPr="00E85698">
              <w:rPr>
                <w:sz w:val="24"/>
              </w:rPr>
              <w:t>в</w:t>
            </w:r>
            <w:r w:rsidRPr="00E85698">
              <w:rPr>
                <w:spacing w:val="-7"/>
                <w:sz w:val="24"/>
              </w:rPr>
              <w:t xml:space="preserve"> </w:t>
            </w:r>
            <w:r w:rsidRPr="00E85698">
              <w:rPr>
                <w:sz w:val="24"/>
              </w:rPr>
              <w:t>тексте.</w:t>
            </w:r>
            <w:r w:rsidRPr="00E85698">
              <w:rPr>
                <w:spacing w:val="-5"/>
                <w:sz w:val="24"/>
              </w:rPr>
              <w:t xml:space="preserve"> </w:t>
            </w:r>
            <w:r w:rsidRPr="00E85698">
              <w:rPr>
                <w:sz w:val="24"/>
              </w:rPr>
              <w:t>Параллельная</w:t>
            </w:r>
            <w:r w:rsidRPr="00E85698">
              <w:rPr>
                <w:spacing w:val="-7"/>
                <w:sz w:val="24"/>
              </w:rPr>
              <w:t xml:space="preserve"> </w:t>
            </w:r>
            <w:r w:rsidRPr="00E85698">
              <w:rPr>
                <w:sz w:val="24"/>
              </w:rPr>
              <w:t>связь</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19.</w:t>
            </w:r>
          </w:p>
        </w:tc>
        <w:tc>
          <w:tcPr>
            <w:tcW w:w="3229" w:type="dxa"/>
          </w:tcPr>
          <w:p w:rsidR="007130C9" w:rsidRPr="00E85698" w:rsidRDefault="007130C9" w:rsidP="00911E24">
            <w:pPr>
              <w:pStyle w:val="TableParagraph"/>
              <w:spacing w:line="292" w:lineRule="auto"/>
              <w:ind w:right="251"/>
              <w:rPr>
                <w:sz w:val="24"/>
              </w:rPr>
            </w:pPr>
            <w:r w:rsidRPr="00E85698">
              <w:rPr>
                <w:sz w:val="24"/>
              </w:rPr>
              <w:t>Лексические средства связи</w:t>
            </w:r>
            <w:r w:rsidRPr="00E85698">
              <w:rPr>
                <w:spacing w:val="-58"/>
                <w:sz w:val="24"/>
              </w:rPr>
              <w:t xml:space="preserve"> </w:t>
            </w:r>
            <w:r w:rsidRPr="00E85698">
              <w:rPr>
                <w:sz w:val="24"/>
              </w:rPr>
              <w:t>предложений</w:t>
            </w:r>
            <w:r w:rsidRPr="00E85698">
              <w:rPr>
                <w:spacing w:val="-1"/>
                <w:sz w:val="24"/>
              </w:rPr>
              <w:t xml:space="preserve"> </w:t>
            </w:r>
            <w:r w:rsidRPr="00E85698">
              <w:rPr>
                <w:sz w:val="24"/>
              </w:rPr>
              <w:t>в</w:t>
            </w:r>
            <w:r w:rsidRPr="00E85698">
              <w:rPr>
                <w:spacing w:val="-2"/>
                <w:sz w:val="24"/>
              </w:rPr>
              <w:t xml:space="preserve"> </w:t>
            </w:r>
            <w:r w:rsidRPr="00E85698">
              <w:rPr>
                <w:sz w:val="24"/>
              </w:rPr>
              <w:t>тексте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20.</w:t>
            </w:r>
          </w:p>
        </w:tc>
        <w:tc>
          <w:tcPr>
            <w:tcW w:w="3229" w:type="dxa"/>
          </w:tcPr>
          <w:p w:rsidR="007130C9" w:rsidRPr="00E85698" w:rsidRDefault="007130C9" w:rsidP="00911E24">
            <w:pPr>
              <w:pStyle w:val="TableParagraph"/>
              <w:spacing w:line="292" w:lineRule="auto"/>
              <w:ind w:right="264"/>
              <w:rPr>
                <w:sz w:val="24"/>
              </w:rPr>
            </w:pPr>
            <w:r w:rsidRPr="00E85698">
              <w:rPr>
                <w:sz w:val="24"/>
              </w:rPr>
              <w:t>Морфологические средства</w:t>
            </w:r>
            <w:r w:rsidRPr="00E85698">
              <w:rPr>
                <w:spacing w:val="-57"/>
                <w:sz w:val="24"/>
              </w:rPr>
              <w:t xml:space="preserve"> </w:t>
            </w:r>
            <w:r w:rsidRPr="00E85698">
              <w:rPr>
                <w:sz w:val="24"/>
              </w:rPr>
              <w:t>связи</w:t>
            </w:r>
            <w:r w:rsidRPr="00E85698">
              <w:rPr>
                <w:spacing w:val="-5"/>
                <w:sz w:val="24"/>
              </w:rPr>
              <w:t xml:space="preserve"> </w:t>
            </w:r>
            <w:r w:rsidRPr="00E85698">
              <w:rPr>
                <w:sz w:val="24"/>
              </w:rPr>
              <w:t>предложений</w:t>
            </w:r>
            <w:r w:rsidRPr="00E85698">
              <w:rPr>
                <w:spacing w:val="-4"/>
                <w:sz w:val="24"/>
              </w:rPr>
              <w:t xml:space="preserve"> </w:t>
            </w:r>
            <w:r w:rsidRPr="00E85698">
              <w:rPr>
                <w:sz w:val="24"/>
              </w:rPr>
              <w:t>в</w:t>
            </w:r>
            <w:r w:rsidRPr="00E85698">
              <w:rPr>
                <w:spacing w:val="-5"/>
                <w:sz w:val="24"/>
              </w:rPr>
              <w:t xml:space="preserve"> </w:t>
            </w:r>
            <w:r w:rsidRPr="00E85698">
              <w:rPr>
                <w:sz w:val="24"/>
              </w:rPr>
              <w:t>тексте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21.</w:t>
            </w:r>
          </w:p>
        </w:tc>
        <w:tc>
          <w:tcPr>
            <w:tcW w:w="3229" w:type="dxa"/>
          </w:tcPr>
          <w:p w:rsidR="007130C9" w:rsidRPr="00E85698" w:rsidRDefault="007130C9" w:rsidP="00911E24">
            <w:pPr>
              <w:pStyle w:val="TableParagraph"/>
              <w:spacing w:line="292" w:lineRule="auto"/>
              <w:ind w:right="232"/>
              <w:rPr>
                <w:sz w:val="24"/>
              </w:rPr>
            </w:pPr>
            <w:r w:rsidRPr="00E85698">
              <w:rPr>
                <w:sz w:val="24"/>
              </w:rPr>
              <w:t>Языковые средства</w:t>
            </w:r>
            <w:r w:rsidRPr="00E85698">
              <w:rPr>
                <w:spacing w:val="1"/>
                <w:sz w:val="24"/>
              </w:rPr>
              <w:t xml:space="preserve"> </w:t>
            </w:r>
            <w:r w:rsidRPr="00E85698">
              <w:rPr>
                <w:sz w:val="24"/>
              </w:rPr>
              <w:t>выразительности в тексте (в</w:t>
            </w:r>
            <w:r w:rsidRPr="00E85698">
              <w:rPr>
                <w:spacing w:val="-57"/>
                <w:sz w:val="24"/>
              </w:rPr>
              <w:t xml:space="preserve"> </w:t>
            </w:r>
            <w:r w:rsidRPr="00E85698">
              <w:rPr>
                <w:sz w:val="24"/>
              </w:rPr>
              <w:t>рамках</w:t>
            </w:r>
            <w:r w:rsidRPr="00E85698">
              <w:rPr>
                <w:spacing w:val="-1"/>
                <w:sz w:val="24"/>
              </w:rPr>
              <w:t xml:space="preserve"> </w:t>
            </w:r>
            <w:r w:rsidRPr="00E85698">
              <w:rPr>
                <w:sz w:val="24"/>
              </w:rPr>
              <w:t>изученного)</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22.</w:t>
            </w:r>
          </w:p>
        </w:tc>
        <w:tc>
          <w:tcPr>
            <w:tcW w:w="3229" w:type="dxa"/>
          </w:tcPr>
          <w:p w:rsidR="007130C9" w:rsidRPr="00E85698" w:rsidRDefault="007130C9" w:rsidP="00911E24">
            <w:pPr>
              <w:pStyle w:val="TableParagraph"/>
              <w:spacing w:line="292" w:lineRule="auto"/>
              <w:ind w:right="440"/>
              <w:rPr>
                <w:sz w:val="24"/>
              </w:rPr>
            </w:pPr>
            <w:r w:rsidRPr="00E85698">
              <w:rPr>
                <w:sz w:val="24"/>
              </w:rPr>
              <w:t>Главная и второстепенная</w:t>
            </w:r>
            <w:r w:rsidRPr="00E85698">
              <w:rPr>
                <w:spacing w:val="-58"/>
                <w:sz w:val="24"/>
              </w:rPr>
              <w:t xml:space="preserve"> </w:t>
            </w:r>
            <w:r w:rsidRPr="00E85698">
              <w:rPr>
                <w:sz w:val="24"/>
              </w:rPr>
              <w:t>информация</w:t>
            </w:r>
            <w:r w:rsidRPr="00E85698">
              <w:rPr>
                <w:spacing w:val="-2"/>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23.</w:t>
            </w:r>
          </w:p>
        </w:tc>
        <w:tc>
          <w:tcPr>
            <w:tcW w:w="3229" w:type="dxa"/>
          </w:tcPr>
          <w:p w:rsidR="007130C9" w:rsidRPr="00E85698" w:rsidRDefault="007130C9" w:rsidP="00911E24">
            <w:pPr>
              <w:pStyle w:val="TableParagraph"/>
              <w:rPr>
                <w:sz w:val="24"/>
              </w:rPr>
            </w:pPr>
            <w:r w:rsidRPr="00E85698">
              <w:rPr>
                <w:sz w:val="24"/>
              </w:rPr>
              <w:t>Простой</w:t>
            </w:r>
            <w:r w:rsidRPr="00E85698">
              <w:rPr>
                <w:spacing w:val="-3"/>
                <w:sz w:val="24"/>
              </w:rPr>
              <w:t xml:space="preserve"> </w:t>
            </w:r>
            <w:r w:rsidRPr="00E85698">
              <w:rPr>
                <w:sz w:val="24"/>
              </w:rPr>
              <w:t>план</w:t>
            </w:r>
            <w:r w:rsidRPr="00E85698">
              <w:rPr>
                <w:spacing w:val="-3"/>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24.</w:t>
            </w:r>
          </w:p>
        </w:tc>
        <w:tc>
          <w:tcPr>
            <w:tcW w:w="3229" w:type="dxa"/>
          </w:tcPr>
          <w:p w:rsidR="007130C9" w:rsidRPr="00E85698" w:rsidRDefault="007130C9" w:rsidP="00911E24">
            <w:pPr>
              <w:pStyle w:val="TableParagraph"/>
              <w:rPr>
                <w:sz w:val="24"/>
              </w:rPr>
            </w:pPr>
            <w:r w:rsidRPr="00E85698">
              <w:rPr>
                <w:sz w:val="24"/>
              </w:rPr>
              <w:t>Сложный</w:t>
            </w:r>
            <w:r w:rsidRPr="00E85698">
              <w:rPr>
                <w:spacing w:val="-3"/>
                <w:sz w:val="24"/>
              </w:rPr>
              <w:t xml:space="preserve"> </w:t>
            </w:r>
            <w:r w:rsidRPr="00E85698">
              <w:rPr>
                <w:sz w:val="24"/>
              </w:rPr>
              <w:t>план</w:t>
            </w:r>
            <w:r w:rsidRPr="00E85698">
              <w:rPr>
                <w:spacing w:val="-3"/>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25.</w:t>
            </w:r>
          </w:p>
        </w:tc>
        <w:tc>
          <w:tcPr>
            <w:tcW w:w="3229" w:type="dxa"/>
          </w:tcPr>
          <w:p w:rsidR="007130C9" w:rsidRPr="00E85698" w:rsidRDefault="007130C9" w:rsidP="00911E24">
            <w:pPr>
              <w:pStyle w:val="TableParagraph"/>
              <w:rPr>
                <w:sz w:val="24"/>
              </w:rPr>
            </w:pPr>
            <w:r w:rsidRPr="00E85698">
              <w:rPr>
                <w:sz w:val="24"/>
              </w:rPr>
              <w:t>Назывной</w:t>
            </w:r>
            <w:r w:rsidRPr="00E85698">
              <w:rPr>
                <w:spacing w:val="-4"/>
                <w:sz w:val="24"/>
              </w:rPr>
              <w:t xml:space="preserve"> </w:t>
            </w:r>
            <w:r w:rsidRPr="00E85698">
              <w:rPr>
                <w:sz w:val="24"/>
              </w:rPr>
              <w:t>план</w:t>
            </w:r>
            <w:r w:rsidRPr="00E85698">
              <w:rPr>
                <w:spacing w:val="-3"/>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26.</w:t>
            </w:r>
          </w:p>
        </w:tc>
        <w:tc>
          <w:tcPr>
            <w:tcW w:w="3229" w:type="dxa"/>
          </w:tcPr>
          <w:p w:rsidR="007130C9" w:rsidRPr="00E85698" w:rsidRDefault="007130C9" w:rsidP="00911E24">
            <w:pPr>
              <w:pStyle w:val="TableParagraph"/>
              <w:rPr>
                <w:sz w:val="24"/>
              </w:rPr>
            </w:pPr>
            <w:r w:rsidRPr="00E85698">
              <w:rPr>
                <w:sz w:val="24"/>
              </w:rPr>
              <w:t>Вопросный</w:t>
            </w:r>
            <w:r w:rsidRPr="00E85698">
              <w:rPr>
                <w:spacing w:val="-3"/>
                <w:sz w:val="24"/>
              </w:rPr>
              <w:t xml:space="preserve"> </w:t>
            </w:r>
            <w:r w:rsidRPr="00E85698">
              <w:rPr>
                <w:sz w:val="24"/>
              </w:rPr>
              <w:t>план</w:t>
            </w:r>
            <w:r w:rsidRPr="00E85698">
              <w:rPr>
                <w:spacing w:val="-3"/>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27.</w:t>
            </w:r>
          </w:p>
        </w:tc>
        <w:tc>
          <w:tcPr>
            <w:tcW w:w="3229" w:type="dxa"/>
          </w:tcPr>
          <w:p w:rsidR="007130C9" w:rsidRPr="00E85698" w:rsidRDefault="007130C9" w:rsidP="00911E24">
            <w:pPr>
              <w:pStyle w:val="TableParagraph"/>
              <w:rPr>
                <w:sz w:val="24"/>
              </w:rPr>
            </w:pPr>
            <w:r w:rsidRPr="00E85698">
              <w:rPr>
                <w:sz w:val="24"/>
              </w:rPr>
              <w:t>Пересказ</w:t>
            </w:r>
            <w:r w:rsidRPr="00E85698">
              <w:rPr>
                <w:spacing w:val="-6"/>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lastRenderedPageBreak/>
              <w:t>28.</w:t>
            </w:r>
          </w:p>
        </w:tc>
        <w:tc>
          <w:tcPr>
            <w:tcW w:w="3229" w:type="dxa"/>
          </w:tcPr>
          <w:p w:rsidR="007130C9" w:rsidRPr="00E85698" w:rsidRDefault="007130C9" w:rsidP="00911E24">
            <w:pPr>
              <w:pStyle w:val="TableParagraph"/>
              <w:rPr>
                <w:sz w:val="24"/>
              </w:rPr>
            </w:pPr>
            <w:r w:rsidRPr="00E85698">
              <w:rPr>
                <w:sz w:val="24"/>
              </w:rPr>
              <w:t>Описание</w:t>
            </w:r>
            <w:r w:rsidRPr="00E85698">
              <w:rPr>
                <w:spacing w:val="-2"/>
                <w:sz w:val="24"/>
              </w:rPr>
              <w:t xml:space="preserve"> </w:t>
            </w:r>
            <w:r w:rsidRPr="00E85698">
              <w:rPr>
                <w:sz w:val="24"/>
              </w:rPr>
              <w:t>как</w:t>
            </w:r>
            <w:r w:rsidRPr="00E85698">
              <w:rPr>
                <w:spacing w:val="-3"/>
                <w:sz w:val="24"/>
              </w:rPr>
              <w:t xml:space="preserve"> </w:t>
            </w:r>
            <w:r w:rsidRPr="00E85698">
              <w:rPr>
                <w:sz w:val="24"/>
              </w:rPr>
              <w:t>тип</w:t>
            </w:r>
            <w:r w:rsidRPr="00E85698">
              <w:rPr>
                <w:spacing w:val="-2"/>
                <w:sz w:val="24"/>
              </w:rPr>
              <w:t xml:space="preserve"> </w:t>
            </w:r>
            <w:r w:rsidRPr="00E85698">
              <w:rPr>
                <w:sz w:val="24"/>
              </w:rPr>
              <w:t>речи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29.</w:t>
            </w:r>
          </w:p>
        </w:tc>
        <w:tc>
          <w:tcPr>
            <w:tcW w:w="3229" w:type="dxa"/>
          </w:tcPr>
          <w:p w:rsidR="007130C9" w:rsidRPr="00E85698" w:rsidRDefault="007130C9" w:rsidP="00911E24">
            <w:pPr>
              <w:pStyle w:val="TableParagraph"/>
              <w:spacing w:line="292" w:lineRule="auto"/>
              <w:ind w:right="930"/>
              <w:rPr>
                <w:sz w:val="24"/>
              </w:rPr>
            </w:pPr>
            <w:r w:rsidRPr="00E85698">
              <w:rPr>
                <w:sz w:val="24"/>
              </w:rPr>
              <w:t>Описание внешности</w:t>
            </w:r>
            <w:r w:rsidRPr="00E85698">
              <w:rPr>
                <w:spacing w:val="-58"/>
                <w:sz w:val="24"/>
              </w:rPr>
              <w:t xml:space="preserve"> </w:t>
            </w:r>
            <w:r w:rsidRPr="00E85698">
              <w:rPr>
                <w:sz w:val="24"/>
              </w:rPr>
              <w:t>человека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30.</w:t>
            </w:r>
          </w:p>
        </w:tc>
        <w:tc>
          <w:tcPr>
            <w:tcW w:w="3229" w:type="dxa"/>
          </w:tcPr>
          <w:p w:rsidR="007130C9" w:rsidRPr="00E85698" w:rsidRDefault="007130C9" w:rsidP="00911E24">
            <w:pPr>
              <w:pStyle w:val="TableParagraph"/>
              <w:spacing w:line="292" w:lineRule="auto"/>
              <w:ind w:right="537"/>
              <w:rPr>
                <w:sz w:val="24"/>
              </w:rPr>
            </w:pPr>
            <w:r w:rsidRPr="00E85698">
              <w:rPr>
                <w:sz w:val="24"/>
              </w:rPr>
              <w:t>Сочинение, включающее</w:t>
            </w:r>
            <w:r w:rsidRPr="00E85698">
              <w:rPr>
                <w:spacing w:val="-57"/>
                <w:sz w:val="24"/>
              </w:rPr>
              <w:t xml:space="preserve"> </w:t>
            </w:r>
            <w:r w:rsidRPr="00E85698">
              <w:rPr>
                <w:sz w:val="24"/>
              </w:rPr>
              <w:t>описание внешности</w:t>
            </w:r>
            <w:r w:rsidRPr="00E85698">
              <w:rPr>
                <w:spacing w:val="1"/>
                <w:sz w:val="24"/>
              </w:rPr>
              <w:t xml:space="preserve"> </w:t>
            </w:r>
            <w:r w:rsidRPr="00E85698">
              <w:rPr>
                <w:sz w:val="24"/>
              </w:rPr>
              <w:t>человека.</w:t>
            </w:r>
            <w:r w:rsidRPr="00E85698">
              <w:rPr>
                <w:spacing w:val="-2"/>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2"/>
              <w:rPr>
                <w:sz w:val="24"/>
              </w:rPr>
            </w:pPr>
            <w:r w:rsidRPr="00E85698">
              <w:rPr>
                <w:sz w:val="24"/>
              </w:rPr>
              <w:t>Письменный</w:t>
            </w:r>
            <w:r w:rsidRPr="00E85698">
              <w:rPr>
                <w:spacing w:val="-58"/>
                <w:sz w:val="24"/>
              </w:rPr>
              <w:t xml:space="preserve"> </w:t>
            </w:r>
            <w:r w:rsidRPr="00E85698">
              <w:rPr>
                <w:sz w:val="24"/>
              </w:rPr>
              <w:t>контроль;</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31.</w:t>
            </w:r>
          </w:p>
        </w:tc>
        <w:tc>
          <w:tcPr>
            <w:tcW w:w="3229" w:type="dxa"/>
          </w:tcPr>
          <w:p w:rsidR="007130C9" w:rsidRPr="00E85698" w:rsidRDefault="007130C9" w:rsidP="00911E24">
            <w:pPr>
              <w:pStyle w:val="TableParagraph"/>
              <w:rPr>
                <w:sz w:val="24"/>
              </w:rPr>
            </w:pPr>
            <w:r w:rsidRPr="00E85698">
              <w:rPr>
                <w:sz w:val="24"/>
              </w:rPr>
              <w:t>Описание</w:t>
            </w:r>
            <w:r w:rsidRPr="00E85698">
              <w:rPr>
                <w:spacing w:val="-3"/>
                <w:sz w:val="24"/>
              </w:rPr>
              <w:t xml:space="preserve"> </w:t>
            </w:r>
            <w:r w:rsidRPr="00E85698">
              <w:rPr>
                <w:sz w:val="24"/>
              </w:rPr>
              <w:t>помещения(п.32)</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32.</w:t>
            </w:r>
          </w:p>
        </w:tc>
        <w:tc>
          <w:tcPr>
            <w:tcW w:w="3229" w:type="dxa"/>
          </w:tcPr>
          <w:p w:rsidR="007130C9" w:rsidRPr="00E85698" w:rsidRDefault="007130C9" w:rsidP="00911E24">
            <w:pPr>
              <w:pStyle w:val="TableParagraph"/>
              <w:spacing w:line="292" w:lineRule="auto"/>
              <w:ind w:right="537"/>
              <w:rPr>
                <w:sz w:val="24"/>
              </w:rPr>
            </w:pPr>
            <w:r w:rsidRPr="00E85698">
              <w:rPr>
                <w:sz w:val="24"/>
              </w:rPr>
              <w:t>Сочинение, включающее</w:t>
            </w:r>
            <w:r w:rsidRPr="00E85698">
              <w:rPr>
                <w:spacing w:val="-57"/>
                <w:sz w:val="24"/>
              </w:rPr>
              <w:t xml:space="preserve"> </w:t>
            </w:r>
            <w:r w:rsidRPr="00E85698">
              <w:rPr>
                <w:sz w:val="24"/>
              </w:rPr>
              <w:t>описание</w:t>
            </w:r>
            <w:r w:rsidRPr="00E85698">
              <w:rPr>
                <w:spacing w:val="-1"/>
                <w:sz w:val="24"/>
              </w:rPr>
              <w:t xml:space="preserve"> </w:t>
            </w:r>
            <w:r w:rsidRPr="00E85698">
              <w:rPr>
                <w:sz w:val="24"/>
              </w:rPr>
              <w:t>помещения.п.35</w:t>
            </w:r>
          </w:p>
          <w:p w:rsidR="007130C9" w:rsidRPr="00E85698" w:rsidRDefault="007130C9" w:rsidP="00911E24">
            <w:pPr>
              <w:pStyle w:val="TableParagraph"/>
              <w:spacing w:line="275" w:lineRule="exact"/>
              <w:rPr>
                <w:sz w:val="24"/>
              </w:rPr>
            </w:pPr>
            <w:r w:rsidRPr="00E85698">
              <w:rPr>
                <w:sz w:val="24"/>
                <w:lang w:val="en-US"/>
              </w:rPr>
              <w:t>(</w:t>
            </w:r>
            <w:r w:rsidRPr="00E85698">
              <w:rPr>
                <w:sz w:val="24"/>
              </w:rPr>
              <w:t>упр.180-183)</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2"/>
              <w:rPr>
                <w:sz w:val="24"/>
              </w:rPr>
            </w:pPr>
            <w:r w:rsidRPr="00E85698">
              <w:rPr>
                <w:sz w:val="24"/>
              </w:rPr>
              <w:t>Письменный</w:t>
            </w:r>
            <w:r w:rsidRPr="00E85698">
              <w:rPr>
                <w:spacing w:val="-58"/>
                <w:sz w:val="24"/>
              </w:rPr>
              <w:t xml:space="preserve"> </w:t>
            </w:r>
            <w:r w:rsidRPr="00E85698">
              <w:rPr>
                <w:sz w:val="24"/>
              </w:rPr>
              <w:t>контроль;</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33.</w:t>
            </w:r>
          </w:p>
        </w:tc>
        <w:tc>
          <w:tcPr>
            <w:tcW w:w="3229" w:type="dxa"/>
          </w:tcPr>
          <w:p w:rsidR="007130C9" w:rsidRPr="00E85698" w:rsidRDefault="007130C9" w:rsidP="00911E24">
            <w:pPr>
              <w:pStyle w:val="TableParagraph"/>
              <w:rPr>
                <w:sz w:val="24"/>
              </w:rPr>
            </w:pPr>
            <w:r w:rsidRPr="00E85698">
              <w:rPr>
                <w:sz w:val="24"/>
              </w:rPr>
              <w:t>Описание</w:t>
            </w:r>
            <w:r w:rsidRPr="00E85698">
              <w:rPr>
                <w:spacing w:val="-2"/>
                <w:sz w:val="24"/>
              </w:rPr>
              <w:t xml:space="preserve"> </w:t>
            </w:r>
            <w:r w:rsidRPr="00E85698">
              <w:rPr>
                <w:sz w:val="24"/>
              </w:rPr>
              <w:t>природы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34.</w:t>
            </w:r>
          </w:p>
        </w:tc>
        <w:tc>
          <w:tcPr>
            <w:tcW w:w="3229" w:type="dxa"/>
          </w:tcPr>
          <w:p w:rsidR="007130C9" w:rsidRPr="00E85698" w:rsidRDefault="007130C9" w:rsidP="00911E24">
            <w:pPr>
              <w:pStyle w:val="TableParagraph"/>
              <w:spacing w:line="292" w:lineRule="auto"/>
              <w:ind w:right="537"/>
              <w:rPr>
                <w:sz w:val="24"/>
              </w:rPr>
            </w:pPr>
            <w:r w:rsidRPr="00E85698">
              <w:rPr>
                <w:sz w:val="24"/>
              </w:rPr>
              <w:t>Сочинение, включающее</w:t>
            </w:r>
            <w:r w:rsidRPr="00E85698">
              <w:rPr>
                <w:spacing w:val="-57"/>
                <w:sz w:val="24"/>
              </w:rPr>
              <w:t xml:space="preserve"> </w:t>
            </w:r>
            <w:r w:rsidRPr="00E85698">
              <w:rPr>
                <w:sz w:val="24"/>
              </w:rPr>
              <w:t>описание</w:t>
            </w:r>
            <w:r w:rsidRPr="00E85698">
              <w:rPr>
                <w:spacing w:val="-1"/>
                <w:sz w:val="24"/>
              </w:rPr>
              <w:t xml:space="preserve"> </w:t>
            </w:r>
            <w:proofErr w:type="gramStart"/>
            <w:r w:rsidRPr="00E85698">
              <w:rPr>
                <w:sz w:val="24"/>
              </w:rPr>
              <w:t>природы.(</w:t>
            </w:r>
            <w:proofErr w:type="gramEnd"/>
            <w:r w:rsidRPr="00E85698">
              <w:rPr>
                <w:sz w:val="24"/>
              </w:rPr>
              <w:t>упр.364)</w:t>
            </w:r>
          </w:p>
          <w:p w:rsidR="007130C9" w:rsidRPr="00E85698" w:rsidRDefault="007130C9" w:rsidP="00911E24">
            <w:pPr>
              <w:pStyle w:val="TableParagraph"/>
              <w:spacing w:line="275" w:lineRule="exact"/>
              <w:rPr>
                <w:sz w:val="24"/>
              </w:rPr>
            </w:pP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2"/>
              <w:rPr>
                <w:sz w:val="24"/>
              </w:rPr>
            </w:pPr>
            <w:r w:rsidRPr="00E85698">
              <w:rPr>
                <w:sz w:val="24"/>
              </w:rPr>
              <w:t>Письменный</w:t>
            </w:r>
            <w:r w:rsidRPr="00E85698">
              <w:rPr>
                <w:spacing w:val="-58"/>
                <w:sz w:val="24"/>
              </w:rPr>
              <w:t xml:space="preserve"> </w:t>
            </w:r>
            <w:r w:rsidRPr="00E85698">
              <w:rPr>
                <w:sz w:val="24"/>
              </w:rPr>
              <w:t>контроль;</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35.</w:t>
            </w:r>
          </w:p>
        </w:tc>
        <w:tc>
          <w:tcPr>
            <w:tcW w:w="3229" w:type="dxa"/>
          </w:tcPr>
          <w:p w:rsidR="007130C9" w:rsidRPr="00E85698" w:rsidRDefault="007130C9" w:rsidP="00911E24">
            <w:pPr>
              <w:pStyle w:val="TableParagraph"/>
              <w:rPr>
                <w:sz w:val="24"/>
              </w:rPr>
            </w:pPr>
            <w:r w:rsidRPr="00E85698">
              <w:rPr>
                <w:sz w:val="24"/>
              </w:rPr>
              <w:t>Описание</w:t>
            </w:r>
            <w:r w:rsidRPr="00E85698">
              <w:rPr>
                <w:spacing w:val="-4"/>
                <w:sz w:val="24"/>
              </w:rPr>
              <w:t xml:space="preserve"> </w:t>
            </w:r>
            <w:r w:rsidRPr="00E85698">
              <w:rPr>
                <w:sz w:val="24"/>
              </w:rPr>
              <w:t>местности (упр.238 Ч.1)</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36.</w:t>
            </w:r>
          </w:p>
        </w:tc>
        <w:tc>
          <w:tcPr>
            <w:tcW w:w="3229" w:type="dxa"/>
          </w:tcPr>
          <w:p w:rsidR="007130C9" w:rsidRPr="00E85698" w:rsidRDefault="007130C9" w:rsidP="00911E24">
            <w:pPr>
              <w:pStyle w:val="TableParagraph"/>
              <w:spacing w:line="292" w:lineRule="auto"/>
              <w:ind w:right="537"/>
              <w:rPr>
                <w:sz w:val="24"/>
              </w:rPr>
            </w:pPr>
            <w:r w:rsidRPr="00E85698">
              <w:rPr>
                <w:sz w:val="24"/>
              </w:rPr>
              <w:t>Сочинение, включающее</w:t>
            </w:r>
            <w:r w:rsidRPr="00E85698">
              <w:rPr>
                <w:spacing w:val="-57"/>
                <w:sz w:val="24"/>
              </w:rPr>
              <w:t xml:space="preserve"> </w:t>
            </w:r>
            <w:r w:rsidRPr="00E85698">
              <w:rPr>
                <w:sz w:val="24"/>
              </w:rPr>
              <w:t>описание</w:t>
            </w:r>
            <w:r w:rsidRPr="00E85698">
              <w:rPr>
                <w:spacing w:val="-1"/>
                <w:sz w:val="24"/>
              </w:rPr>
              <w:t xml:space="preserve"> </w:t>
            </w:r>
            <w:r w:rsidRPr="00E85698">
              <w:rPr>
                <w:sz w:val="24"/>
              </w:rPr>
              <w:t>местности.</w:t>
            </w:r>
          </w:p>
          <w:p w:rsidR="007130C9" w:rsidRPr="00E85698" w:rsidRDefault="007130C9" w:rsidP="00911E24">
            <w:pPr>
              <w:pStyle w:val="TableParagraph"/>
              <w:spacing w:line="275" w:lineRule="exact"/>
              <w:rPr>
                <w:sz w:val="24"/>
              </w:rPr>
            </w:pPr>
            <w:r w:rsidRPr="00E85698">
              <w:rPr>
                <w:sz w:val="24"/>
              </w:rPr>
              <w:t>(упр.342)</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2"/>
              <w:rPr>
                <w:sz w:val="24"/>
              </w:rPr>
            </w:pPr>
            <w:r w:rsidRPr="00E85698">
              <w:rPr>
                <w:sz w:val="24"/>
              </w:rPr>
              <w:t>Письменный</w:t>
            </w:r>
            <w:r w:rsidRPr="00E85698">
              <w:rPr>
                <w:spacing w:val="-58"/>
                <w:sz w:val="24"/>
              </w:rPr>
              <w:t xml:space="preserve"> </w:t>
            </w:r>
            <w:r w:rsidRPr="00E85698">
              <w:rPr>
                <w:sz w:val="24"/>
              </w:rPr>
              <w:t>контроль;</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37.</w:t>
            </w:r>
          </w:p>
        </w:tc>
        <w:tc>
          <w:tcPr>
            <w:tcW w:w="3229" w:type="dxa"/>
          </w:tcPr>
          <w:p w:rsidR="007130C9" w:rsidRPr="00E85698" w:rsidRDefault="007130C9" w:rsidP="00911E24">
            <w:pPr>
              <w:pStyle w:val="TableParagraph"/>
              <w:rPr>
                <w:sz w:val="24"/>
              </w:rPr>
            </w:pPr>
            <w:r w:rsidRPr="00E85698">
              <w:rPr>
                <w:sz w:val="24"/>
              </w:rPr>
              <w:t>Описание</w:t>
            </w:r>
            <w:r w:rsidRPr="00E85698">
              <w:rPr>
                <w:spacing w:val="-4"/>
                <w:sz w:val="24"/>
              </w:rPr>
              <w:t xml:space="preserve"> </w:t>
            </w:r>
            <w:r w:rsidRPr="00E85698">
              <w:rPr>
                <w:sz w:val="24"/>
              </w:rPr>
              <w:t>действий</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38.</w:t>
            </w:r>
          </w:p>
        </w:tc>
        <w:tc>
          <w:tcPr>
            <w:tcW w:w="3229" w:type="dxa"/>
          </w:tcPr>
          <w:p w:rsidR="007130C9" w:rsidRPr="00E85698" w:rsidRDefault="007130C9" w:rsidP="00911E24">
            <w:pPr>
              <w:pStyle w:val="TableParagraph"/>
              <w:spacing w:line="292" w:lineRule="auto"/>
              <w:ind w:right="537"/>
              <w:rPr>
                <w:sz w:val="24"/>
              </w:rPr>
            </w:pPr>
            <w:r w:rsidRPr="00E85698">
              <w:rPr>
                <w:sz w:val="24"/>
              </w:rPr>
              <w:t>Сочинение, включающее</w:t>
            </w:r>
            <w:r w:rsidRPr="00E85698">
              <w:rPr>
                <w:spacing w:val="-57"/>
                <w:sz w:val="24"/>
              </w:rPr>
              <w:t xml:space="preserve"> </w:t>
            </w:r>
            <w:r w:rsidRPr="00E85698">
              <w:rPr>
                <w:sz w:val="24"/>
              </w:rPr>
              <w:t>описание</w:t>
            </w:r>
            <w:r w:rsidRPr="00E85698">
              <w:rPr>
                <w:spacing w:val="-1"/>
                <w:sz w:val="24"/>
              </w:rPr>
              <w:t xml:space="preserve"> </w:t>
            </w:r>
            <w:r w:rsidRPr="00E85698">
              <w:rPr>
                <w:sz w:val="24"/>
              </w:rPr>
              <w:t>действий.</w:t>
            </w:r>
          </w:p>
          <w:p w:rsidR="007130C9" w:rsidRPr="00E85698" w:rsidRDefault="007130C9" w:rsidP="00911E24">
            <w:pPr>
              <w:pStyle w:val="TableParagraph"/>
              <w:spacing w:line="275" w:lineRule="exact"/>
              <w:rPr>
                <w:sz w:val="24"/>
              </w:rPr>
            </w:pPr>
            <w:r w:rsidRPr="00E85698">
              <w:rPr>
                <w:sz w:val="24"/>
              </w:rPr>
              <w:t>(упр.517)</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2"/>
              <w:rPr>
                <w:sz w:val="24"/>
              </w:rPr>
            </w:pPr>
            <w:r w:rsidRPr="00E85698">
              <w:rPr>
                <w:sz w:val="24"/>
              </w:rPr>
              <w:t>Письменный</w:t>
            </w:r>
            <w:r w:rsidRPr="00E85698">
              <w:rPr>
                <w:spacing w:val="-58"/>
                <w:sz w:val="24"/>
              </w:rPr>
              <w:t xml:space="preserve"> </w:t>
            </w:r>
            <w:r w:rsidRPr="00E85698">
              <w:rPr>
                <w:sz w:val="24"/>
              </w:rPr>
              <w:t>контроль;</w:t>
            </w:r>
          </w:p>
        </w:tc>
      </w:tr>
      <w:tr w:rsidR="007130C9" w:rsidRPr="00E85698" w:rsidTr="00911E24">
        <w:trPr>
          <w:trHeight w:val="477"/>
        </w:trPr>
        <w:tc>
          <w:tcPr>
            <w:tcW w:w="576" w:type="dxa"/>
          </w:tcPr>
          <w:p w:rsidR="007130C9" w:rsidRPr="00E85698" w:rsidRDefault="007130C9" w:rsidP="00911E24">
            <w:pPr>
              <w:pStyle w:val="TableParagraph"/>
              <w:rPr>
                <w:sz w:val="24"/>
              </w:rPr>
            </w:pPr>
            <w:r w:rsidRPr="00E85698">
              <w:rPr>
                <w:sz w:val="24"/>
              </w:rPr>
              <w:t>39.</w:t>
            </w:r>
          </w:p>
        </w:tc>
        <w:tc>
          <w:tcPr>
            <w:tcW w:w="3229" w:type="dxa"/>
          </w:tcPr>
          <w:p w:rsidR="007130C9" w:rsidRPr="00E85698" w:rsidRDefault="007130C9" w:rsidP="00911E24">
            <w:pPr>
              <w:pStyle w:val="TableParagraph"/>
              <w:rPr>
                <w:sz w:val="24"/>
              </w:rPr>
            </w:pPr>
            <w:r w:rsidRPr="00E85698">
              <w:rPr>
                <w:sz w:val="24"/>
              </w:rPr>
              <w:t>Анализ текста с разными видами описания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40.</w:t>
            </w:r>
          </w:p>
        </w:tc>
        <w:tc>
          <w:tcPr>
            <w:tcW w:w="3229" w:type="dxa"/>
          </w:tcPr>
          <w:p w:rsidR="007130C9" w:rsidRPr="00E85698" w:rsidRDefault="007130C9" w:rsidP="00911E24">
            <w:pPr>
              <w:pStyle w:val="TableParagraph"/>
              <w:spacing w:line="292" w:lineRule="auto"/>
              <w:ind w:right="387"/>
              <w:rPr>
                <w:sz w:val="24"/>
              </w:rPr>
            </w:pPr>
            <w:r w:rsidRPr="00E85698">
              <w:rPr>
                <w:sz w:val="24"/>
              </w:rPr>
              <w:t>Особенности официально-</w:t>
            </w:r>
            <w:r w:rsidRPr="00E85698">
              <w:rPr>
                <w:spacing w:val="-58"/>
                <w:sz w:val="24"/>
              </w:rPr>
              <w:t xml:space="preserve"> </w:t>
            </w:r>
            <w:r w:rsidRPr="00E85698">
              <w:rPr>
                <w:sz w:val="24"/>
              </w:rPr>
              <w:t>делового</w:t>
            </w:r>
            <w:r w:rsidRPr="00E85698">
              <w:rPr>
                <w:spacing w:val="-1"/>
                <w:sz w:val="24"/>
              </w:rPr>
              <w:t xml:space="preserve"> </w:t>
            </w:r>
            <w:r w:rsidRPr="00E85698">
              <w:rPr>
                <w:sz w:val="24"/>
              </w:rPr>
              <w:t>стиля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41.</w:t>
            </w:r>
          </w:p>
        </w:tc>
        <w:tc>
          <w:tcPr>
            <w:tcW w:w="3229" w:type="dxa"/>
          </w:tcPr>
          <w:p w:rsidR="007130C9" w:rsidRPr="00E85698" w:rsidRDefault="007130C9" w:rsidP="00911E24">
            <w:pPr>
              <w:pStyle w:val="TableParagraph"/>
              <w:spacing w:line="292" w:lineRule="auto"/>
              <w:ind w:right="81"/>
              <w:rPr>
                <w:sz w:val="24"/>
              </w:rPr>
            </w:pPr>
            <w:r w:rsidRPr="00E85698">
              <w:rPr>
                <w:sz w:val="24"/>
              </w:rPr>
              <w:t>Жанры официально-делового</w:t>
            </w:r>
            <w:r w:rsidRPr="00E85698">
              <w:rPr>
                <w:spacing w:val="-58"/>
                <w:sz w:val="24"/>
              </w:rPr>
              <w:t xml:space="preserve"> </w:t>
            </w:r>
            <w:r w:rsidRPr="00E85698">
              <w:rPr>
                <w:sz w:val="24"/>
              </w:rPr>
              <w:t>стиля.</w:t>
            </w:r>
            <w:r w:rsidRPr="00E85698">
              <w:rPr>
                <w:spacing w:val="-1"/>
                <w:sz w:val="24"/>
              </w:rPr>
              <w:t xml:space="preserve"> </w:t>
            </w:r>
            <w:r w:rsidRPr="00E85698">
              <w:rPr>
                <w:sz w:val="24"/>
              </w:rPr>
              <w:t>Заявление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42.</w:t>
            </w:r>
          </w:p>
        </w:tc>
        <w:tc>
          <w:tcPr>
            <w:tcW w:w="3229" w:type="dxa"/>
          </w:tcPr>
          <w:p w:rsidR="007130C9" w:rsidRPr="00E85698" w:rsidRDefault="007130C9" w:rsidP="00911E24">
            <w:pPr>
              <w:pStyle w:val="TableParagraph"/>
              <w:spacing w:line="292" w:lineRule="auto"/>
              <w:ind w:right="81"/>
              <w:rPr>
                <w:sz w:val="24"/>
              </w:rPr>
            </w:pPr>
            <w:r w:rsidRPr="00E85698">
              <w:rPr>
                <w:sz w:val="24"/>
              </w:rPr>
              <w:t>Жанры официально-делового</w:t>
            </w:r>
            <w:r w:rsidRPr="00E85698">
              <w:rPr>
                <w:spacing w:val="-58"/>
                <w:sz w:val="24"/>
              </w:rPr>
              <w:t xml:space="preserve"> </w:t>
            </w:r>
            <w:r w:rsidRPr="00E85698">
              <w:rPr>
                <w:sz w:val="24"/>
              </w:rPr>
              <w:t>стиля.</w:t>
            </w:r>
            <w:r w:rsidRPr="00E85698">
              <w:rPr>
                <w:spacing w:val="-1"/>
                <w:sz w:val="24"/>
              </w:rPr>
              <w:t xml:space="preserve"> </w:t>
            </w:r>
            <w:r w:rsidRPr="00E85698">
              <w:rPr>
                <w:sz w:val="24"/>
              </w:rPr>
              <w:t>Расписка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43.</w:t>
            </w:r>
          </w:p>
        </w:tc>
        <w:tc>
          <w:tcPr>
            <w:tcW w:w="3229" w:type="dxa"/>
          </w:tcPr>
          <w:p w:rsidR="007130C9" w:rsidRPr="00E85698" w:rsidRDefault="007130C9" w:rsidP="00911E24">
            <w:pPr>
              <w:pStyle w:val="TableParagraph"/>
              <w:rPr>
                <w:sz w:val="24"/>
              </w:rPr>
            </w:pPr>
            <w:r w:rsidRPr="00E85698">
              <w:rPr>
                <w:sz w:val="24"/>
              </w:rPr>
              <w:t>Особенности</w:t>
            </w:r>
            <w:r w:rsidRPr="00E85698">
              <w:rPr>
                <w:spacing w:val="-4"/>
                <w:sz w:val="24"/>
              </w:rPr>
              <w:t xml:space="preserve"> </w:t>
            </w:r>
            <w:r w:rsidRPr="00E85698">
              <w:rPr>
                <w:sz w:val="24"/>
              </w:rPr>
              <w:t>научного</w:t>
            </w:r>
            <w:r w:rsidRPr="00E85698">
              <w:rPr>
                <w:spacing w:val="-3"/>
                <w:sz w:val="24"/>
              </w:rPr>
              <w:t xml:space="preserve"> </w:t>
            </w:r>
            <w:r w:rsidRPr="00E85698">
              <w:rPr>
                <w:sz w:val="24"/>
              </w:rPr>
              <w:t>стиля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44.</w:t>
            </w:r>
          </w:p>
        </w:tc>
        <w:tc>
          <w:tcPr>
            <w:tcW w:w="3229" w:type="dxa"/>
          </w:tcPr>
          <w:p w:rsidR="007130C9" w:rsidRPr="00E85698" w:rsidRDefault="007130C9" w:rsidP="00911E24">
            <w:pPr>
              <w:pStyle w:val="TableParagraph"/>
              <w:spacing w:line="292" w:lineRule="auto"/>
              <w:ind w:right="385"/>
              <w:rPr>
                <w:sz w:val="24"/>
              </w:rPr>
            </w:pPr>
            <w:r w:rsidRPr="00E85698">
              <w:rPr>
                <w:sz w:val="24"/>
              </w:rPr>
              <w:t>Разграничение текстов</w:t>
            </w:r>
            <w:r w:rsidRPr="00E85698">
              <w:rPr>
                <w:spacing w:val="1"/>
                <w:sz w:val="24"/>
              </w:rPr>
              <w:t xml:space="preserve"> </w:t>
            </w:r>
            <w:r w:rsidRPr="00E85698">
              <w:rPr>
                <w:sz w:val="24"/>
              </w:rPr>
              <w:t>делового</w:t>
            </w:r>
            <w:r w:rsidRPr="00E85698">
              <w:rPr>
                <w:spacing w:val="-3"/>
                <w:sz w:val="24"/>
              </w:rPr>
              <w:t xml:space="preserve"> </w:t>
            </w:r>
            <w:r w:rsidRPr="00E85698">
              <w:rPr>
                <w:sz w:val="24"/>
              </w:rPr>
              <w:t>и</w:t>
            </w:r>
            <w:r w:rsidRPr="00E85698">
              <w:rPr>
                <w:spacing w:val="-3"/>
                <w:sz w:val="24"/>
              </w:rPr>
              <w:t xml:space="preserve"> </w:t>
            </w:r>
            <w:r w:rsidRPr="00E85698">
              <w:rPr>
                <w:sz w:val="24"/>
              </w:rPr>
              <w:t>научного</w:t>
            </w:r>
            <w:r w:rsidRPr="00E85698">
              <w:rPr>
                <w:spacing w:val="-3"/>
                <w:sz w:val="24"/>
              </w:rPr>
              <w:t xml:space="preserve"> </w:t>
            </w:r>
            <w:r w:rsidRPr="00E85698">
              <w:rPr>
                <w:sz w:val="24"/>
              </w:rPr>
              <w:t>стиля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lastRenderedPageBreak/>
              <w:t>45.</w:t>
            </w:r>
          </w:p>
        </w:tc>
        <w:tc>
          <w:tcPr>
            <w:tcW w:w="3229" w:type="dxa"/>
          </w:tcPr>
          <w:p w:rsidR="007130C9" w:rsidRPr="00E85698" w:rsidRDefault="007130C9" w:rsidP="00911E24">
            <w:pPr>
              <w:pStyle w:val="TableParagraph"/>
              <w:spacing w:line="292" w:lineRule="auto"/>
              <w:ind w:right="694"/>
              <w:rPr>
                <w:sz w:val="24"/>
              </w:rPr>
            </w:pPr>
            <w:r w:rsidRPr="00E85698">
              <w:rPr>
                <w:sz w:val="24"/>
              </w:rPr>
              <w:t>Жанры научного стиля.</w:t>
            </w:r>
            <w:r w:rsidRPr="00E85698">
              <w:rPr>
                <w:spacing w:val="-57"/>
                <w:sz w:val="24"/>
              </w:rPr>
              <w:t xml:space="preserve"> </w:t>
            </w:r>
            <w:r w:rsidRPr="00E85698">
              <w:rPr>
                <w:sz w:val="24"/>
              </w:rPr>
              <w:t>Научное</w:t>
            </w:r>
            <w:r w:rsidRPr="00E85698">
              <w:rPr>
                <w:spacing w:val="-1"/>
                <w:sz w:val="24"/>
              </w:rPr>
              <w:t xml:space="preserve"> </w:t>
            </w:r>
            <w:r w:rsidRPr="00E85698">
              <w:rPr>
                <w:sz w:val="24"/>
              </w:rPr>
              <w:t>сообщение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46.</w:t>
            </w:r>
          </w:p>
        </w:tc>
        <w:tc>
          <w:tcPr>
            <w:tcW w:w="3229" w:type="dxa"/>
          </w:tcPr>
          <w:p w:rsidR="007130C9" w:rsidRPr="00E85698" w:rsidRDefault="007130C9" w:rsidP="00911E24">
            <w:pPr>
              <w:pStyle w:val="TableParagraph"/>
              <w:spacing w:line="292" w:lineRule="auto"/>
              <w:ind w:right="764"/>
              <w:rPr>
                <w:sz w:val="24"/>
              </w:rPr>
            </w:pPr>
            <w:r w:rsidRPr="00E85698">
              <w:rPr>
                <w:sz w:val="24"/>
              </w:rPr>
              <w:t>Контрольная работа. Анализ 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Контрольная работа;</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47.</w:t>
            </w:r>
          </w:p>
        </w:tc>
        <w:tc>
          <w:tcPr>
            <w:tcW w:w="3229" w:type="dxa"/>
          </w:tcPr>
          <w:p w:rsidR="007130C9" w:rsidRPr="00E85698" w:rsidRDefault="007130C9" w:rsidP="00911E24">
            <w:pPr>
              <w:pStyle w:val="TableParagraph"/>
              <w:spacing w:line="292" w:lineRule="auto"/>
              <w:ind w:right="358"/>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48.</w:t>
            </w:r>
          </w:p>
        </w:tc>
        <w:tc>
          <w:tcPr>
            <w:tcW w:w="3229" w:type="dxa"/>
          </w:tcPr>
          <w:p w:rsidR="007130C9" w:rsidRPr="00E85698" w:rsidRDefault="007130C9" w:rsidP="00911E24">
            <w:pPr>
              <w:pStyle w:val="TableParagraph"/>
              <w:spacing w:line="292" w:lineRule="auto"/>
              <w:ind w:right="694"/>
              <w:rPr>
                <w:sz w:val="24"/>
              </w:rPr>
            </w:pPr>
            <w:r w:rsidRPr="00E85698">
              <w:rPr>
                <w:sz w:val="24"/>
              </w:rPr>
              <w:t>Жанры научного стиля.</w:t>
            </w:r>
            <w:r w:rsidRPr="00E85698">
              <w:rPr>
                <w:spacing w:val="-57"/>
                <w:sz w:val="24"/>
              </w:rPr>
              <w:t xml:space="preserve"> </w:t>
            </w:r>
            <w:r w:rsidRPr="00E85698">
              <w:rPr>
                <w:sz w:val="24"/>
              </w:rPr>
              <w:t>Словарная</w:t>
            </w:r>
            <w:r w:rsidRPr="00E85698">
              <w:rPr>
                <w:spacing w:val="-2"/>
                <w:sz w:val="24"/>
              </w:rPr>
              <w:t xml:space="preserve"> </w:t>
            </w:r>
            <w:r w:rsidRPr="00E85698">
              <w:rPr>
                <w:sz w:val="24"/>
              </w:rPr>
              <w:t>статья.</w:t>
            </w:r>
          </w:p>
          <w:p w:rsidR="007130C9" w:rsidRPr="00E85698" w:rsidRDefault="007130C9" w:rsidP="00911E24">
            <w:pPr>
              <w:pStyle w:val="TableParagraph"/>
              <w:spacing w:line="292" w:lineRule="auto"/>
              <w:ind w:right="247"/>
              <w:rPr>
                <w:sz w:val="24"/>
              </w:rPr>
            </w:pPr>
            <w:r w:rsidRPr="00E85698">
              <w:rPr>
                <w:sz w:val="24"/>
              </w:rPr>
              <w:t>Требования к составлению</w:t>
            </w:r>
            <w:r w:rsidRPr="00E85698">
              <w:rPr>
                <w:spacing w:val="-58"/>
                <w:sz w:val="24"/>
              </w:rPr>
              <w:t xml:space="preserve"> </w:t>
            </w:r>
            <w:r w:rsidRPr="00E85698">
              <w:rPr>
                <w:sz w:val="24"/>
              </w:rPr>
              <w:t>словарной</w:t>
            </w:r>
            <w:r w:rsidRPr="00E85698">
              <w:rPr>
                <w:spacing w:val="-1"/>
                <w:sz w:val="24"/>
              </w:rPr>
              <w:t xml:space="preserve"> </w:t>
            </w:r>
            <w:r w:rsidRPr="00E85698">
              <w:rPr>
                <w:sz w:val="24"/>
              </w:rPr>
              <w:t>статьи Создание словарной статьи.</w:t>
            </w:r>
            <w:r w:rsidRPr="00E85698">
              <w:rPr>
                <w:spacing w:val="-57"/>
                <w:sz w:val="24"/>
              </w:rPr>
              <w:t xml:space="preserve"> </w:t>
            </w:r>
            <w:r w:rsidRPr="00E85698">
              <w:rPr>
                <w:sz w:val="24"/>
              </w:rPr>
              <w:t>Практикум</w:t>
            </w:r>
            <w:r w:rsidRPr="00E85698">
              <w:rPr>
                <w:spacing w:val="-3"/>
                <w:sz w:val="24"/>
              </w:rPr>
              <w:t xml:space="preserve"> </w:t>
            </w:r>
            <w:r w:rsidRPr="00E85698">
              <w:rPr>
                <w:sz w:val="24"/>
              </w:rPr>
              <w:t>(мини-проект)</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49.</w:t>
            </w:r>
          </w:p>
        </w:tc>
        <w:tc>
          <w:tcPr>
            <w:tcW w:w="3229" w:type="dxa"/>
          </w:tcPr>
          <w:p w:rsidR="007130C9" w:rsidRPr="00E85698" w:rsidRDefault="007130C9" w:rsidP="00911E24">
            <w:pPr>
              <w:pStyle w:val="TableParagraph"/>
              <w:spacing w:line="292" w:lineRule="auto"/>
              <w:ind w:right="260"/>
              <w:rPr>
                <w:sz w:val="24"/>
              </w:rPr>
            </w:pPr>
            <w:r w:rsidRPr="00E85698">
              <w:rPr>
                <w:sz w:val="24"/>
              </w:rPr>
              <w:t>Смысловой анализ текста</w:t>
            </w:r>
            <w:r w:rsidRPr="00E85698">
              <w:rPr>
                <w:spacing w:val="1"/>
                <w:sz w:val="24"/>
              </w:rPr>
              <w:t xml:space="preserve"> </w:t>
            </w:r>
            <w:r w:rsidRPr="00E85698">
              <w:rPr>
                <w:sz w:val="24"/>
              </w:rPr>
              <w:t>официально-делового стиля</w:t>
            </w:r>
            <w:r w:rsidRPr="00E85698">
              <w:rPr>
                <w:spacing w:val="-58"/>
                <w:sz w:val="24"/>
              </w:rPr>
              <w:t xml:space="preserve"> </w:t>
            </w:r>
            <w:r w:rsidRPr="00E85698">
              <w:rPr>
                <w:sz w:val="24"/>
              </w:rPr>
              <w:t>(расписка,</w:t>
            </w:r>
            <w:r w:rsidRPr="00E85698">
              <w:rPr>
                <w:spacing w:val="-2"/>
                <w:sz w:val="24"/>
              </w:rPr>
              <w:t xml:space="preserve"> </w:t>
            </w:r>
            <w:r w:rsidRPr="00E85698">
              <w:rPr>
                <w:sz w:val="24"/>
              </w:rPr>
              <w:t>заявление)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50.</w:t>
            </w:r>
          </w:p>
        </w:tc>
        <w:tc>
          <w:tcPr>
            <w:tcW w:w="3229" w:type="dxa"/>
          </w:tcPr>
          <w:p w:rsidR="007130C9" w:rsidRPr="00E85698" w:rsidRDefault="007130C9" w:rsidP="00911E24">
            <w:pPr>
              <w:pStyle w:val="TableParagraph"/>
              <w:spacing w:line="292" w:lineRule="auto"/>
              <w:ind w:right="486"/>
              <w:rPr>
                <w:sz w:val="24"/>
              </w:rPr>
            </w:pPr>
            <w:r w:rsidRPr="00E85698">
              <w:rPr>
                <w:sz w:val="24"/>
              </w:rPr>
              <w:t>Смысловой анализ текста</w:t>
            </w:r>
            <w:r w:rsidRPr="00E85698">
              <w:rPr>
                <w:spacing w:val="-57"/>
                <w:sz w:val="24"/>
              </w:rPr>
              <w:t xml:space="preserve"> </w:t>
            </w:r>
            <w:r w:rsidRPr="00E85698">
              <w:rPr>
                <w:sz w:val="24"/>
              </w:rPr>
              <w:t>научного стиля (научное</w:t>
            </w:r>
            <w:r w:rsidRPr="00E85698">
              <w:rPr>
                <w:spacing w:val="1"/>
                <w:sz w:val="24"/>
              </w:rPr>
              <w:t xml:space="preserve"> </w:t>
            </w:r>
            <w:r w:rsidRPr="00E85698">
              <w:rPr>
                <w:sz w:val="24"/>
              </w:rPr>
              <w:t>сообщение)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51.</w:t>
            </w:r>
          </w:p>
        </w:tc>
        <w:tc>
          <w:tcPr>
            <w:tcW w:w="3229" w:type="dxa"/>
          </w:tcPr>
          <w:p w:rsidR="007130C9" w:rsidRPr="00E85698" w:rsidRDefault="007130C9" w:rsidP="00911E24">
            <w:pPr>
              <w:pStyle w:val="TableParagraph"/>
              <w:spacing w:line="292" w:lineRule="auto"/>
              <w:ind w:right="486"/>
              <w:rPr>
                <w:sz w:val="24"/>
              </w:rPr>
            </w:pPr>
            <w:r w:rsidRPr="00E85698">
              <w:rPr>
                <w:sz w:val="24"/>
              </w:rPr>
              <w:t>Смысловой анализ текста</w:t>
            </w:r>
            <w:r w:rsidRPr="00E85698">
              <w:rPr>
                <w:spacing w:val="-57"/>
                <w:sz w:val="24"/>
              </w:rPr>
              <w:t xml:space="preserve"> </w:t>
            </w:r>
            <w:r w:rsidRPr="00E85698">
              <w:rPr>
                <w:sz w:val="24"/>
              </w:rPr>
              <w:t>художественного стиля</w:t>
            </w:r>
            <w:r w:rsidRPr="00E85698">
              <w:rPr>
                <w:spacing w:val="1"/>
                <w:sz w:val="24"/>
              </w:rPr>
              <w:t xml:space="preserve"> </w:t>
            </w:r>
            <w:r w:rsidRPr="00E85698">
              <w:rPr>
                <w:sz w:val="24"/>
              </w:rPr>
              <w:t>(рассказ)</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52.</w:t>
            </w:r>
          </w:p>
        </w:tc>
        <w:tc>
          <w:tcPr>
            <w:tcW w:w="3229" w:type="dxa"/>
          </w:tcPr>
          <w:p w:rsidR="007130C9" w:rsidRPr="00E85698" w:rsidRDefault="007130C9" w:rsidP="00911E24">
            <w:pPr>
              <w:pStyle w:val="TableParagraph"/>
              <w:spacing w:line="292" w:lineRule="auto"/>
              <w:ind w:right="489"/>
              <w:rPr>
                <w:sz w:val="24"/>
              </w:rPr>
            </w:pPr>
            <w:r w:rsidRPr="00E85698">
              <w:rPr>
                <w:sz w:val="24"/>
              </w:rPr>
              <w:t>Лексика русского языка с</w:t>
            </w:r>
            <w:r w:rsidRPr="00E85698">
              <w:rPr>
                <w:spacing w:val="-58"/>
                <w:sz w:val="24"/>
              </w:rPr>
              <w:t xml:space="preserve"> </w:t>
            </w:r>
            <w:r w:rsidRPr="00E85698">
              <w:rPr>
                <w:sz w:val="24"/>
              </w:rPr>
              <w:t>точки зрения её</w:t>
            </w:r>
            <w:r w:rsidRPr="00E85698">
              <w:rPr>
                <w:spacing w:val="1"/>
                <w:sz w:val="24"/>
              </w:rPr>
              <w:t xml:space="preserve"> </w:t>
            </w:r>
            <w:r w:rsidRPr="00E85698">
              <w:rPr>
                <w:sz w:val="24"/>
              </w:rPr>
              <w:t>происхождения. Исконно</w:t>
            </w:r>
            <w:r w:rsidRPr="00E85698">
              <w:rPr>
                <w:spacing w:val="-57"/>
                <w:sz w:val="24"/>
              </w:rPr>
              <w:t xml:space="preserve"> </w:t>
            </w:r>
            <w:r w:rsidRPr="00E85698">
              <w:rPr>
                <w:sz w:val="24"/>
              </w:rPr>
              <w:t>русские</w:t>
            </w:r>
            <w:r w:rsidRPr="00E85698">
              <w:rPr>
                <w:spacing w:val="-1"/>
                <w:sz w:val="24"/>
              </w:rPr>
              <w:t xml:space="preserve"> </w:t>
            </w:r>
            <w:r w:rsidRPr="00E85698">
              <w:rPr>
                <w:sz w:val="24"/>
              </w:rPr>
              <w:t>слова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53.</w:t>
            </w:r>
          </w:p>
        </w:tc>
        <w:tc>
          <w:tcPr>
            <w:tcW w:w="3229" w:type="dxa"/>
          </w:tcPr>
          <w:p w:rsidR="007130C9" w:rsidRPr="00E85698" w:rsidRDefault="007130C9" w:rsidP="00911E24">
            <w:pPr>
              <w:pStyle w:val="TableParagraph"/>
              <w:spacing w:line="292" w:lineRule="auto"/>
              <w:ind w:right="489"/>
              <w:rPr>
                <w:sz w:val="24"/>
              </w:rPr>
            </w:pPr>
            <w:r w:rsidRPr="00E85698">
              <w:rPr>
                <w:sz w:val="24"/>
              </w:rPr>
              <w:t>Лексика русского языка с</w:t>
            </w:r>
            <w:r w:rsidRPr="00E85698">
              <w:rPr>
                <w:spacing w:val="-58"/>
                <w:sz w:val="24"/>
              </w:rPr>
              <w:t xml:space="preserve"> </w:t>
            </w:r>
            <w:r w:rsidRPr="00E85698">
              <w:rPr>
                <w:sz w:val="24"/>
              </w:rPr>
              <w:t>точки зрения её</w:t>
            </w:r>
            <w:r w:rsidRPr="00E85698">
              <w:rPr>
                <w:spacing w:val="1"/>
                <w:sz w:val="24"/>
              </w:rPr>
              <w:t xml:space="preserve"> </w:t>
            </w:r>
            <w:r w:rsidRPr="00E85698">
              <w:rPr>
                <w:sz w:val="24"/>
              </w:rPr>
              <w:t>происхождения.</w:t>
            </w:r>
          </w:p>
          <w:p w:rsidR="007130C9" w:rsidRPr="00E85698" w:rsidRDefault="007130C9" w:rsidP="00911E24">
            <w:pPr>
              <w:pStyle w:val="TableParagraph"/>
              <w:spacing w:line="274" w:lineRule="exact"/>
              <w:rPr>
                <w:sz w:val="24"/>
              </w:rPr>
            </w:pPr>
            <w:r w:rsidRPr="00E85698">
              <w:rPr>
                <w:sz w:val="24"/>
              </w:rPr>
              <w:t>Заимствованные</w:t>
            </w:r>
            <w:r w:rsidRPr="00E85698">
              <w:rPr>
                <w:spacing w:val="-5"/>
                <w:sz w:val="24"/>
              </w:rPr>
              <w:t xml:space="preserve"> </w:t>
            </w:r>
            <w:r w:rsidRPr="00E85698">
              <w:rPr>
                <w:sz w:val="24"/>
              </w:rPr>
              <w:t>слова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2157"/>
        </w:trPr>
        <w:tc>
          <w:tcPr>
            <w:tcW w:w="576" w:type="dxa"/>
          </w:tcPr>
          <w:p w:rsidR="007130C9" w:rsidRPr="00E85698" w:rsidRDefault="007130C9" w:rsidP="00911E24">
            <w:pPr>
              <w:pStyle w:val="TableParagraph"/>
              <w:rPr>
                <w:sz w:val="24"/>
              </w:rPr>
            </w:pPr>
            <w:r w:rsidRPr="00E85698">
              <w:rPr>
                <w:sz w:val="24"/>
              </w:rPr>
              <w:t>54.</w:t>
            </w:r>
          </w:p>
        </w:tc>
        <w:tc>
          <w:tcPr>
            <w:tcW w:w="3229" w:type="dxa"/>
          </w:tcPr>
          <w:p w:rsidR="007130C9" w:rsidRPr="00E85698" w:rsidRDefault="007130C9" w:rsidP="00911E24">
            <w:pPr>
              <w:pStyle w:val="TableParagraph"/>
              <w:spacing w:line="292" w:lineRule="auto"/>
              <w:ind w:right="84"/>
              <w:rPr>
                <w:sz w:val="24"/>
              </w:rPr>
            </w:pPr>
            <w:r w:rsidRPr="00E85698">
              <w:rPr>
                <w:sz w:val="24"/>
              </w:rPr>
              <w:t>Лексика русского языка с</w:t>
            </w:r>
            <w:r w:rsidRPr="00E85698">
              <w:rPr>
                <w:spacing w:val="1"/>
                <w:sz w:val="24"/>
              </w:rPr>
              <w:t xml:space="preserve"> </w:t>
            </w:r>
            <w:r w:rsidRPr="00E85698">
              <w:rPr>
                <w:sz w:val="24"/>
              </w:rPr>
              <w:t>точки зрения</w:t>
            </w:r>
            <w:r w:rsidRPr="00E85698">
              <w:rPr>
                <w:spacing w:val="1"/>
                <w:sz w:val="24"/>
              </w:rPr>
              <w:t xml:space="preserve"> </w:t>
            </w:r>
            <w:r w:rsidRPr="00E85698">
              <w:rPr>
                <w:sz w:val="24"/>
              </w:rPr>
              <w:t>принадлежности к активному</w:t>
            </w:r>
            <w:r w:rsidRPr="00E85698">
              <w:rPr>
                <w:spacing w:val="-58"/>
                <w:sz w:val="24"/>
              </w:rPr>
              <w:t xml:space="preserve"> </w:t>
            </w:r>
            <w:r w:rsidRPr="00E85698">
              <w:rPr>
                <w:sz w:val="24"/>
              </w:rPr>
              <w:t>и</w:t>
            </w:r>
            <w:r w:rsidRPr="00E85698">
              <w:rPr>
                <w:spacing w:val="-1"/>
                <w:sz w:val="24"/>
              </w:rPr>
              <w:t xml:space="preserve"> </w:t>
            </w:r>
            <w:r w:rsidRPr="00E85698">
              <w:rPr>
                <w:sz w:val="24"/>
              </w:rPr>
              <w:t>пассивному запасу.</w:t>
            </w:r>
          </w:p>
          <w:p w:rsidR="007130C9" w:rsidRPr="00E85698" w:rsidRDefault="007130C9" w:rsidP="00911E24">
            <w:pPr>
              <w:pStyle w:val="TableParagraph"/>
              <w:spacing w:line="292" w:lineRule="auto"/>
              <w:ind w:right="1184"/>
              <w:rPr>
                <w:sz w:val="24"/>
              </w:rPr>
            </w:pPr>
            <w:r w:rsidRPr="00E85698">
              <w:rPr>
                <w:sz w:val="24"/>
              </w:rPr>
              <w:t>Устаревшие слова.</w:t>
            </w:r>
            <w:r w:rsidRPr="00E85698">
              <w:rPr>
                <w:spacing w:val="-57"/>
                <w:sz w:val="24"/>
              </w:rPr>
              <w:t xml:space="preserve"> </w:t>
            </w:r>
            <w:r w:rsidRPr="00E85698">
              <w:rPr>
                <w:sz w:val="24"/>
              </w:rPr>
              <w:t>Историзмы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lang w:val="en-US"/>
              </w:rPr>
            </w:pPr>
            <w:r w:rsidRPr="00E85698">
              <w:rPr>
                <w:sz w:val="24"/>
                <w:lang w:val="en-US"/>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rPr>
                <w:sz w:val="24"/>
              </w:rPr>
            </w:pPr>
            <w:r w:rsidRPr="00E85698">
              <w:rPr>
                <w:sz w:val="24"/>
              </w:rPr>
              <w:t>55.</w:t>
            </w:r>
          </w:p>
        </w:tc>
        <w:tc>
          <w:tcPr>
            <w:tcW w:w="3229" w:type="dxa"/>
          </w:tcPr>
          <w:p w:rsidR="007130C9" w:rsidRPr="00E85698" w:rsidRDefault="007130C9" w:rsidP="00911E24">
            <w:pPr>
              <w:pStyle w:val="TableParagraph"/>
              <w:spacing w:line="292" w:lineRule="auto"/>
              <w:ind w:right="84"/>
              <w:rPr>
                <w:sz w:val="24"/>
              </w:rPr>
            </w:pPr>
            <w:r w:rsidRPr="00E85698">
              <w:rPr>
                <w:sz w:val="24"/>
              </w:rPr>
              <w:t>Лексика русского языка с</w:t>
            </w:r>
            <w:r w:rsidRPr="00E85698">
              <w:rPr>
                <w:spacing w:val="1"/>
                <w:sz w:val="24"/>
              </w:rPr>
              <w:t xml:space="preserve"> </w:t>
            </w:r>
            <w:r w:rsidRPr="00E85698">
              <w:rPr>
                <w:sz w:val="24"/>
              </w:rPr>
              <w:t>точки зрения</w:t>
            </w:r>
            <w:r w:rsidRPr="00E85698">
              <w:rPr>
                <w:spacing w:val="1"/>
                <w:sz w:val="24"/>
              </w:rPr>
              <w:t xml:space="preserve"> </w:t>
            </w:r>
            <w:r w:rsidRPr="00E85698">
              <w:rPr>
                <w:sz w:val="24"/>
              </w:rPr>
              <w:t>принадлежности к активному</w:t>
            </w:r>
            <w:r w:rsidRPr="00E85698">
              <w:rPr>
                <w:spacing w:val="-58"/>
                <w:sz w:val="24"/>
              </w:rPr>
              <w:t xml:space="preserve"> </w:t>
            </w:r>
            <w:r w:rsidRPr="00E85698">
              <w:rPr>
                <w:sz w:val="24"/>
              </w:rPr>
              <w:t>и</w:t>
            </w:r>
            <w:r w:rsidRPr="00E85698">
              <w:rPr>
                <w:spacing w:val="-1"/>
                <w:sz w:val="24"/>
              </w:rPr>
              <w:t xml:space="preserve"> </w:t>
            </w:r>
            <w:r w:rsidRPr="00E85698">
              <w:rPr>
                <w:sz w:val="24"/>
              </w:rPr>
              <w:t>пассивному запасу.</w:t>
            </w:r>
          </w:p>
          <w:p w:rsidR="007130C9" w:rsidRPr="00E85698" w:rsidRDefault="007130C9" w:rsidP="00911E24">
            <w:pPr>
              <w:pStyle w:val="TableParagraph"/>
              <w:spacing w:line="274" w:lineRule="exact"/>
              <w:rPr>
                <w:sz w:val="24"/>
              </w:rPr>
            </w:pPr>
            <w:r w:rsidRPr="00E85698">
              <w:rPr>
                <w:sz w:val="24"/>
              </w:rPr>
              <w:t>Устаревшие</w:t>
            </w:r>
            <w:r w:rsidRPr="00E85698">
              <w:rPr>
                <w:spacing w:val="-5"/>
                <w:sz w:val="24"/>
              </w:rPr>
              <w:t xml:space="preserve"> </w:t>
            </w:r>
            <w:r w:rsidRPr="00E85698">
              <w:rPr>
                <w:sz w:val="24"/>
              </w:rPr>
              <w:t>слова.</w:t>
            </w:r>
            <w:r w:rsidRPr="00E85698">
              <w:rPr>
                <w:spacing w:val="-4"/>
                <w:sz w:val="24"/>
              </w:rPr>
              <w:t xml:space="preserve"> </w:t>
            </w:r>
            <w:r w:rsidRPr="00E85698">
              <w:rPr>
                <w:sz w:val="24"/>
              </w:rPr>
              <w:t>Архаизмы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tabs>
                <w:tab w:val="center" w:pos="865"/>
              </w:tabs>
              <w:ind w:left="77"/>
              <w:rPr>
                <w:sz w:val="24"/>
              </w:rPr>
            </w:pPr>
            <w:r w:rsidRPr="00E85698">
              <w:rPr>
                <w:sz w:val="24"/>
              </w:rPr>
              <w:t>1</w:t>
            </w:r>
            <w:r w:rsidRPr="00E85698">
              <w:rPr>
                <w:sz w:val="24"/>
              </w:rPr>
              <w:tab/>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rPr>
                <w:sz w:val="24"/>
              </w:rPr>
            </w:pPr>
            <w:r w:rsidRPr="00E85698">
              <w:rPr>
                <w:sz w:val="24"/>
              </w:rPr>
              <w:lastRenderedPageBreak/>
              <w:t>56.</w:t>
            </w:r>
          </w:p>
        </w:tc>
        <w:tc>
          <w:tcPr>
            <w:tcW w:w="3229" w:type="dxa"/>
          </w:tcPr>
          <w:p w:rsidR="007130C9" w:rsidRPr="00E85698" w:rsidRDefault="007130C9" w:rsidP="00911E24">
            <w:pPr>
              <w:pStyle w:val="TableParagraph"/>
              <w:spacing w:line="292" w:lineRule="auto"/>
              <w:ind w:right="84"/>
              <w:rPr>
                <w:sz w:val="24"/>
              </w:rPr>
            </w:pPr>
            <w:r w:rsidRPr="00E85698">
              <w:rPr>
                <w:sz w:val="24"/>
              </w:rPr>
              <w:t>Лексика русского языка с</w:t>
            </w:r>
            <w:r w:rsidRPr="00E85698">
              <w:rPr>
                <w:spacing w:val="1"/>
                <w:sz w:val="24"/>
              </w:rPr>
              <w:t xml:space="preserve"> </w:t>
            </w:r>
            <w:r w:rsidRPr="00E85698">
              <w:rPr>
                <w:sz w:val="24"/>
              </w:rPr>
              <w:t>точки зрения</w:t>
            </w:r>
            <w:r w:rsidRPr="00E85698">
              <w:rPr>
                <w:spacing w:val="1"/>
                <w:sz w:val="24"/>
              </w:rPr>
              <w:t xml:space="preserve"> </w:t>
            </w:r>
            <w:r w:rsidRPr="00E85698">
              <w:rPr>
                <w:sz w:val="24"/>
              </w:rPr>
              <w:t>принадлежности к активному</w:t>
            </w:r>
            <w:r w:rsidRPr="00E85698">
              <w:rPr>
                <w:spacing w:val="-58"/>
                <w:sz w:val="24"/>
              </w:rPr>
              <w:t xml:space="preserve"> </w:t>
            </w:r>
            <w:r w:rsidRPr="00E85698">
              <w:rPr>
                <w:sz w:val="24"/>
              </w:rPr>
              <w:t>и</w:t>
            </w:r>
            <w:r w:rsidRPr="00E85698">
              <w:rPr>
                <w:spacing w:val="-1"/>
                <w:sz w:val="24"/>
              </w:rPr>
              <w:t xml:space="preserve"> </w:t>
            </w:r>
            <w:r w:rsidRPr="00E85698">
              <w:rPr>
                <w:sz w:val="24"/>
              </w:rPr>
              <w:t>пассивному запасу.</w:t>
            </w:r>
          </w:p>
          <w:p w:rsidR="007130C9" w:rsidRPr="00E85698" w:rsidRDefault="007130C9" w:rsidP="00911E24">
            <w:pPr>
              <w:pStyle w:val="TableParagraph"/>
              <w:spacing w:line="274" w:lineRule="exact"/>
              <w:rPr>
                <w:sz w:val="24"/>
              </w:rPr>
            </w:pPr>
            <w:r w:rsidRPr="00E85698">
              <w:rPr>
                <w:sz w:val="24"/>
              </w:rPr>
              <w:t>Неологизмы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57.</w:t>
            </w:r>
          </w:p>
        </w:tc>
        <w:tc>
          <w:tcPr>
            <w:tcW w:w="3229" w:type="dxa"/>
          </w:tcPr>
          <w:p w:rsidR="007130C9" w:rsidRPr="00E85698" w:rsidRDefault="007130C9" w:rsidP="00911E24">
            <w:pPr>
              <w:pStyle w:val="TableParagraph"/>
              <w:spacing w:line="292" w:lineRule="auto"/>
              <w:ind w:right="489"/>
              <w:rPr>
                <w:sz w:val="24"/>
              </w:rPr>
            </w:pPr>
            <w:r w:rsidRPr="00E85698">
              <w:rPr>
                <w:sz w:val="24"/>
              </w:rPr>
              <w:t>Лексика русского языка с</w:t>
            </w:r>
            <w:r w:rsidRPr="00E85698">
              <w:rPr>
                <w:spacing w:val="-58"/>
                <w:sz w:val="24"/>
              </w:rPr>
              <w:t xml:space="preserve"> </w:t>
            </w:r>
            <w:r w:rsidRPr="00E85698">
              <w:rPr>
                <w:sz w:val="24"/>
              </w:rPr>
              <w:t>точки зрения сферы</w:t>
            </w:r>
            <w:r w:rsidRPr="00E85698">
              <w:rPr>
                <w:spacing w:val="1"/>
                <w:sz w:val="24"/>
              </w:rPr>
              <w:t xml:space="preserve"> </w:t>
            </w:r>
            <w:r w:rsidRPr="00E85698">
              <w:rPr>
                <w:sz w:val="24"/>
              </w:rPr>
              <w:t>употребления.</w:t>
            </w:r>
          </w:p>
          <w:p w:rsidR="007130C9" w:rsidRPr="00E85698" w:rsidRDefault="007130C9" w:rsidP="00911E24">
            <w:pPr>
              <w:pStyle w:val="TableParagraph"/>
              <w:spacing w:line="274" w:lineRule="exact"/>
              <w:rPr>
                <w:sz w:val="24"/>
              </w:rPr>
            </w:pPr>
            <w:r w:rsidRPr="00E85698">
              <w:rPr>
                <w:sz w:val="24"/>
              </w:rPr>
              <w:t>Общеупотребительные</w:t>
            </w:r>
            <w:r w:rsidRPr="00E85698">
              <w:rPr>
                <w:spacing w:val="-6"/>
                <w:sz w:val="24"/>
              </w:rPr>
              <w:t xml:space="preserve"> </w:t>
            </w:r>
            <w:r w:rsidRPr="00E85698">
              <w:rPr>
                <w:sz w:val="24"/>
              </w:rPr>
              <w:t>слова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58.</w:t>
            </w:r>
          </w:p>
        </w:tc>
        <w:tc>
          <w:tcPr>
            <w:tcW w:w="3229" w:type="dxa"/>
          </w:tcPr>
          <w:p w:rsidR="007130C9" w:rsidRPr="00E85698" w:rsidRDefault="007130C9" w:rsidP="00911E24">
            <w:pPr>
              <w:pStyle w:val="TableParagraph"/>
              <w:spacing w:line="292" w:lineRule="auto"/>
              <w:ind w:right="210"/>
              <w:rPr>
                <w:sz w:val="24"/>
              </w:rPr>
            </w:pPr>
            <w:r w:rsidRPr="00E85698">
              <w:rPr>
                <w:sz w:val="24"/>
              </w:rPr>
              <w:t>Слова ограниченной сферы</w:t>
            </w:r>
            <w:r w:rsidRPr="00E85698">
              <w:rPr>
                <w:spacing w:val="1"/>
                <w:sz w:val="24"/>
              </w:rPr>
              <w:t xml:space="preserve"> </w:t>
            </w:r>
            <w:r w:rsidRPr="00E85698">
              <w:rPr>
                <w:sz w:val="24"/>
              </w:rPr>
              <w:t>употребления.</w:t>
            </w:r>
            <w:r w:rsidRPr="00E85698">
              <w:rPr>
                <w:spacing w:val="-11"/>
                <w:sz w:val="24"/>
              </w:rPr>
              <w:t xml:space="preserve"> </w:t>
            </w:r>
            <w:r w:rsidRPr="00E85698">
              <w:rPr>
                <w:sz w:val="24"/>
              </w:rPr>
              <w:t>Диалектизмы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59.</w:t>
            </w:r>
          </w:p>
        </w:tc>
        <w:tc>
          <w:tcPr>
            <w:tcW w:w="3229" w:type="dxa"/>
          </w:tcPr>
          <w:p w:rsidR="007130C9" w:rsidRPr="00E85698" w:rsidRDefault="007130C9" w:rsidP="00911E24">
            <w:pPr>
              <w:pStyle w:val="TableParagraph"/>
              <w:spacing w:line="292" w:lineRule="auto"/>
              <w:ind w:right="294"/>
              <w:rPr>
                <w:sz w:val="24"/>
              </w:rPr>
            </w:pPr>
            <w:r w:rsidRPr="00E85698">
              <w:rPr>
                <w:sz w:val="24"/>
              </w:rPr>
              <w:t>Слова ограниченной сферы</w:t>
            </w:r>
            <w:r w:rsidRPr="00E85698">
              <w:rPr>
                <w:spacing w:val="-57"/>
                <w:sz w:val="24"/>
              </w:rPr>
              <w:t xml:space="preserve"> </w:t>
            </w:r>
            <w:r w:rsidRPr="00E85698">
              <w:rPr>
                <w:sz w:val="24"/>
              </w:rPr>
              <w:t>употребления.</w:t>
            </w:r>
          </w:p>
          <w:p w:rsidR="007130C9" w:rsidRPr="00E85698" w:rsidRDefault="007130C9" w:rsidP="00911E24">
            <w:pPr>
              <w:pStyle w:val="TableParagraph"/>
              <w:spacing w:line="275" w:lineRule="exact"/>
              <w:rPr>
                <w:sz w:val="24"/>
              </w:rPr>
            </w:pPr>
            <w:r w:rsidRPr="00E85698">
              <w:rPr>
                <w:sz w:val="24"/>
              </w:rPr>
              <w:t>Профессионализмы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60.</w:t>
            </w:r>
          </w:p>
        </w:tc>
        <w:tc>
          <w:tcPr>
            <w:tcW w:w="3229" w:type="dxa"/>
          </w:tcPr>
          <w:p w:rsidR="007130C9" w:rsidRPr="00E85698" w:rsidRDefault="007130C9" w:rsidP="00911E24">
            <w:pPr>
              <w:pStyle w:val="TableParagraph"/>
              <w:spacing w:line="292" w:lineRule="auto"/>
              <w:ind w:right="294"/>
              <w:rPr>
                <w:sz w:val="24"/>
              </w:rPr>
            </w:pPr>
            <w:r w:rsidRPr="00E85698">
              <w:rPr>
                <w:sz w:val="24"/>
              </w:rPr>
              <w:t>Слова ограниченной сферы</w:t>
            </w:r>
            <w:r w:rsidRPr="00E85698">
              <w:rPr>
                <w:spacing w:val="-57"/>
                <w:sz w:val="24"/>
              </w:rPr>
              <w:t xml:space="preserve"> </w:t>
            </w:r>
            <w:r w:rsidRPr="00E85698">
              <w:rPr>
                <w:sz w:val="24"/>
              </w:rPr>
              <w:t>употребления.</w:t>
            </w:r>
            <w:r w:rsidRPr="00E85698">
              <w:rPr>
                <w:spacing w:val="-2"/>
                <w:sz w:val="24"/>
              </w:rPr>
              <w:t xml:space="preserve"> </w:t>
            </w:r>
            <w:r w:rsidRPr="00E85698">
              <w:rPr>
                <w:sz w:val="24"/>
              </w:rPr>
              <w:t>Термины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61.</w:t>
            </w:r>
          </w:p>
        </w:tc>
        <w:tc>
          <w:tcPr>
            <w:tcW w:w="3229" w:type="dxa"/>
          </w:tcPr>
          <w:p w:rsidR="007130C9" w:rsidRPr="00E85698" w:rsidRDefault="007130C9" w:rsidP="00911E24">
            <w:pPr>
              <w:pStyle w:val="TableParagraph"/>
              <w:spacing w:line="292" w:lineRule="auto"/>
              <w:ind w:right="265"/>
              <w:rPr>
                <w:sz w:val="24"/>
              </w:rPr>
            </w:pPr>
            <w:r w:rsidRPr="00E85698">
              <w:rPr>
                <w:sz w:val="24"/>
              </w:rPr>
              <w:t>Слова ограниченной сферы</w:t>
            </w:r>
            <w:r w:rsidRPr="00E85698">
              <w:rPr>
                <w:spacing w:val="-57"/>
                <w:sz w:val="24"/>
              </w:rPr>
              <w:t xml:space="preserve"> </w:t>
            </w:r>
            <w:r w:rsidRPr="00E85698">
              <w:rPr>
                <w:sz w:val="24"/>
              </w:rPr>
              <w:t>употребления.</w:t>
            </w:r>
            <w:r w:rsidRPr="00E85698">
              <w:rPr>
                <w:spacing w:val="-8"/>
                <w:sz w:val="24"/>
              </w:rPr>
              <w:t xml:space="preserve"> </w:t>
            </w:r>
            <w:r w:rsidRPr="00E85698">
              <w:rPr>
                <w:sz w:val="24"/>
              </w:rPr>
              <w:t>Жаргонизмы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62.</w:t>
            </w:r>
          </w:p>
        </w:tc>
        <w:tc>
          <w:tcPr>
            <w:tcW w:w="3229" w:type="dxa"/>
          </w:tcPr>
          <w:p w:rsidR="007130C9" w:rsidRPr="00E85698" w:rsidRDefault="007130C9" w:rsidP="00911E24">
            <w:pPr>
              <w:pStyle w:val="TableParagraph"/>
              <w:spacing w:line="292" w:lineRule="auto"/>
              <w:ind w:right="661"/>
              <w:rPr>
                <w:sz w:val="24"/>
              </w:rPr>
            </w:pPr>
            <w:r w:rsidRPr="00E85698">
              <w:rPr>
                <w:sz w:val="24"/>
              </w:rPr>
              <w:t>Стилистические пласты</w:t>
            </w:r>
            <w:r w:rsidRPr="00E85698">
              <w:rPr>
                <w:spacing w:val="-57"/>
                <w:sz w:val="24"/>
              </w:rPr>
              <w:t xml:space="preserve"> </w:t>
            </w:r>
            <w:r w:rsidRPr="00E85698">
              <w:rPr>
                <w:sz w:val="24"/>
              </w:rPr>
              <w:t>лексики: стилистически</w:t>
            </w:r>
            <w:r w:rsidRPr="00E85698">
              <w:rPr>
                <w:spacing w:val="-58"/>
                <w:sz w:val="24"/>
              </w:rPr>
              <w:t xml:space="preserve"> </w:t>
            </w:r>
            <w:r w:rsidRPr="00E85698">
              <w:rPr>
                <w:sz w:val="24"/>
              </w:rPr>
              <w:t>нейтральная, высокая</w:t>
            </w:r>
            <w:r w:rsidRPr="00E85698">
              <w:rPr>
                <w:spacing w:val="1"/>
                <w:sz w:val="24"/>
              </w:rPr>
              <w:t xml:space="preserve"> </w:t>
            </w:r>
            <w:r w:rsidRPr="00E85698">
              <w:rPr>
                <w:sz w:val="24"/>
              </w:rPr>
              <w:t>лексика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63.</w:t>
            </w:r>
          </w:p>
        </w:tc>
        <w:tc>
          <w:tcPr>
            <w:tcW w:w="3229" w:type="dxa"/>
          </w:tcPr>
          <w:p w:rsidR="007130C9" w:rsidRPr="00E85698" w:rsidRDefault="007130C9" w:rsidP="00911E24">
            <w:pPr>
              <w:pStyle w:val="TableParagraph"/>
              <w:spacing w:line="292" w:lineRule="auto"/>
              <w:ind w:right="212"/>
              <w:rPr>
                <w:sz w:val="24"/>
              </w:rPr>
            </w:pPr>
            <w:r w:rsidRPr="00E85698">
              <w:rPr>
                <w:sz w:val="24"/>
              </w:rPr>
              <w:t>Стилистические пласты</w:t>
            </w:r>
            <w:r w:rsidRPr="00E85698">
              <w:rPr>
                <w:spacing w:val="1"/>
                <w:sz w:val="24"/>
              </w:rPr>
              <w:t xml:space="preserve"> </w:t>
            </w:r>
            <w:r w:rsidRPr="00E85698">
              <w:rPr>
                <w:sz w:val="24"/>
              </w:rPr>
              <w:t>лексики:</w:t>
            </w:r>
            <w:r w:rsidRPr="00E85698">
              <w:rPr>
                <w:spacing w:val="-8"/>
                <w:sz w:val="24"/>
              </w:rPr>
              <w:t xml:space="preserve"> </w:t>
            </w:r>
            <w:r w:rsidRPr="00E85698">
              <w:rPr>
                <w:sz w:val="24"/>
              </w:rPr>
              <w:t>сниженная</w:t>
            </w:r>
            <w:r w:rsidRPr="00E85698">
              <w:rPr>
                <w:spacing w:val="-7"/>
                <w:sz w:val="24"/>
              </w:rPr>
              <w:t xml:space="preserve"> </w:t>
            </w:r>
            <w:r w:rsidRPr="00E85698">
              <w:rPr>
                <w:sz w:val="24"/>
              </w:rPr>
              <w:t>лексика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64.</w:t>
            </w:r>
          </w:p>
        </w:tc>
        <w:tc>
          <w:tcPr>
            <w:tcW w:w="3229" w:type="dxa"/>
          </w:tcPr>
          <w:p w:rsidR="007130C9" w:rsidRPr="00E85698" w:rsidRDefault="007130C9" w:rsidP="00911E24">
            <w:pPr>
              <w:pStyle w:val="TableParagraph"/>
              <w:rPr>
                <w:sz w:val="24"/>
              </w:rPr>
            </w:pPr>
            <w:r w:rsidRPr="00E85698">
              <w:rPr>
                <w:sz w:val="24"/>
              </w:rPr>
              <w:t>Лексический</w:t>
            </w:r>
            <w:r w:rsidRPr="00E85698">
              <w:rPr>
                <w:spacing w:val="-5"/>
                <w:sz w:val="24"/>
              </w:rPr>
              <w:t xml:space="preserve"> </w:t>
            </w:r>
            <w:r w:rsidRPr="00E85698">
              <w:rPr>
                <w:sz w:val="24"/>
              </w:rPr>
              <w:t>анализ</w:t>
            </w:r>
            <w:r w:rsidRPr="00E85698">
              <w:rPr>
                <w:spacing w:val="-5"/>
                <w:sz w:val="24"/>
              </w:rPr>
              <w:t xml:space="preserve"> </w:t>
            </w:r>
            <w:r w:rsidRPr="00E85698">
              <w:rPr>
                <w:sz w:val="24"/>
              </w:rPr>
              <w:t>слова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65.</w:t>
            </w:r>
          </w:p>
        </w:tc>
        <w:tc>
          <w:tcPr>
            <w:tcW w:w="3229" w:type="dxa"/>
          </w:tcPr>
          <w:p w:rsidR="007130C9" w:rsidRPr="00E85698" w:rsidRDefault="007130C9" w:rsidP="00911E24">
            <w:pPr>
              <w:pStyle w:val="TableParagraph"/>
              <w:spacing w:line="292" w:lineRule="auto"/>
              <w:ind w:right="80"/>
              <w:rPr>
                <w:sz w:val="24"/>
              </w:rPr>
            </w:pPr>
            <w:r w:rsidRPr="00E85698">
              <w:rPr>
                <w:sz w:val="24"/>
              </w:rPr>
              <w:t>Фразеологизмы. Их признаки</w:t>
            </w:r>
            <w:r w:rsidRPr="00E85698">
              <w:rPr>
                <w:spacing w:val="-58"/>
                <w:sz w:val="24"/>
              </w:rPr>
              <w:t xml:space="preserve"> </w:t>
            </w:r>
            <w:r w:rsidRPr="00E85698">
              <w:rPr>
                <w:sz w:val="24"/>
              </w:rPr>
              <w:t>и</w:t>
            </w:r>
            <w:r w:rsidRPr="00E85698">
              <w:rPr>
                <w:spacing w:val="-1"/>
                <w:sz w:val="24"/>
              </w:rPr>
              <w:t xml:space="preserve"> </w:t>
            </w:r>
            <w:r w:rsidRPr="00E85698">
              <w:rPr>
                <w:sz w:val="24"/>
              </w:rPr>
              <w:t>значение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66.</w:t>
            </w:r>
          </w:p>
        </w:tc>
        <w:tc>
          <w:tcPr>
            <w:tcW w:w="3229" w:type="dxa"/>
          </w:tcPr>
          <w:p w:rsidR="007130C9" w:rsidRPr="00E85698" w:rsidRDefault="007130C9" w:rsidP="00911E24">
            <w:pPr>
              <w:pStyle w:val="TableParagraph"/>
              <w:rPr>
                <w:sz w:val="24"/>
              </w:rPr>
            </w:pPr>
            <w:r w:rsidRPr="00E85698">
              <w:rPr>
                <w:sz w:val="24"/>
              </w:rPr>
              <w:t>Изложение</w:t>
            </w:r>
            <w:r w:rsidRPr="00E85698">
              <w:rPr>
                <w:sz w:val="24"/>
                <w:lang w:val="en-US"/>
              </w:rPr>
              <w:t xml:space="preserve"> </w:t>
            </w:r>
            <w:r w:rsidRPr="00E85698">
              <w:rPr>
                <w:sz w:val="24"/>
              </w:rPr>
              <w:t>сжатое (упр.119)</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209"/>
              <w:rPr>
                <w:sz w:val="24"/>
              </w:rPr>
            </w:pPr>
            <w:r w:rsidRPr="00E85698">
              <w:rPr>
                <w:sz w:val="24"/>
              </w:rPr>
              <w:t>Устный</w:t>
            </w:r>
            <w:r w:rsidRPr="00E85698">
              <w:rPr>
                <w:spacing w:val="1"/>
                <w:sz w:val="24"/>
              </w:rPr>
              <w:t xml:space="preserve"> </w:t>
            </w:r>
            <w:r w:rsidRPr="00E85698">
              <w:rPr>
                <w:sz w:val="24"/>
              </w:rPr>
              <w:t>опрос;</w:t>
            </w:r>
            <w:r w:rsidRPr="00E85698">
              <w:rPr>
                <w:spacing w:val="1"/>
                <w:sz w:val="24"/>
              </w:rPr>
              <w:t xml:space="preserve"> </w:t>
            </w:r>
            <w:r w:rsidRPr="00E85698">
              <w:rPr>
                <w:sz w:val="24"/>
              </w:rPr>
              <w:t>изложение;</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67.</w:t>
            </w:r>
          </w:p>
        </w:tc>
        <w:tc>
          <w:tcPr>
            <w:tcW w:w="3229" w:type="dxa"/>
          </w:tcPr>
          <w:p w:rsidR="007130C9" w:rsidRPr="00E85698" w:rsidRDefault="007130C9" w:rsidP="00911E24">
            <w:pPr>
              <w:pStyle w:val="TableParagraph"/>
              <w:spacing w:line="292" w:lineRule="auto"/>
              <w:ind w:right="319"/>
              <w:rPr>
                <w:sz w:val="24"/>
              </w:rPr>
            </w:pPr>
            <w:r w:rsidRPr="00E85698">
              <w:rPr>
                <w:sz w:val="24"/>
              </w:rPr>
              <w:t>Употребление лексических</w:t>
            </w:r>
            <w:r w:rsidRPr="00E85698">
              <w:rPr>
                <w:spacing w:val="-58"/>
                <w:sz w:val="24"/>
              </w:rPr>
              <w:t xml:space="preserve"> </w:t>
            </w:r>
            <w:r w:rsidRPr="00E85698">
              <w:rPr>
                <w:sz w:val="24"/>
              </w:rPr>
              <w:t>средств в соответствии с</w:t>
            </w:r>
            <w:r w:rsidRPr="00E85698">
              <w:rPr>
                <w:spacing w:val="1"/>
                <w:sz w:val="24"/>
              </w:rPr>
              <w:t xml:space="preserve"> </w:t>
            </w:r>
            <w:r w:rsidRPr="00E85698">
              <w:rPr>
                <w:sz w:val="24"/>
              </w:rPr>
              <w:t>ситуацией</w:t>
            </w:r>
            <w:r w:rsidRPr="00E85698">
              <w:rPr>
                <w:spacing w:val="-1"/>
                <w:sz w:val="24"/>
              </w:rPr>
              <w:t xml:space="preserve"> </w:t>
            </w:r>
            <w:r w:rsidRPr="00E85698">
              <w:rPr>
                <w:sz w:val="24"/>
              </w:rPr>
              <w:t>общения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68.</w:t>
            </w:r>
          </w:p>
        </w:tc>
        <w:tc>
          <w:tcPr>
            <w:tcW w:w="3229" w:type="dxa"/>
          </w:tcPr>
          <w:p w:rsidR="007130C9" w:rsidRPr="00E85698" w:rsidRDefault="007130C9" w:rsidP="00911E24">
            <w:pPr>
              <w:pStyle w:val="TableParagraph"/>
              <w:spacing w:line="292" w:lineRule="auto"/>
              <w:ind w:right="245"/>
              <w:rPr>
                <w:sz w:val="24"/>
              </w:rPr>
            </w:pPr>
            <w:r w:rsidRPr="00E85698">
              <w:rPr>
                <w:sz w:val="24"/>
              </w:rPr>
              <w:t>Лексические словари. Виды</w:t>
            </w:r>
            <w:r w:rsidRPr="00E85698">
              <w:rPr>
                <w:spacing w:val="-57"/>
                <w:sz w:val="24"/>
              </w:rPr>
              <w:t xml:space="preserve"> </w:t>
            </w:r>
            <w:r w:rsidRPr="00E85698">
              <w:rPr>
                <w:sz w:val="24"/>
              </w:rPr>
              <w:t>лексических</w:t>
            </w:r>
            <w:r w:rsidRPr="00E85698">
              <w:rPr>
                <w:spacing w:val="-2"/>
                <w:sz w:val="24"/>
              </w:rPr>
              <w:t xml:space="preserve"> </w:t>
            </w:r>
            <w:r w:rsidRPr="00E85698">
              <w:rPr>
                <w:sz w:val="24"/>
              </w:rPr>
              <w:t>словарей.</w:t>
            </w:r>
          </w:p>
          <w:p w:rsidR="007130C9" w:rsidRPr="00E85698" w:rsidRDefault="007130C9" w:rsidP="00911E24">
            <w:pPr>
              <w:pStyle w:val="TableParagraph"/>
              <w:spacing w:line="275" w:lineRule="exact"/>
              <w:rPr>
                <w:sz w:val="24"/>
              </w:rPr>
            </w:pPr>
            <w:r w:rsidRPr="00E85698">
              <w:rPr>
                <w:sz w:val="24"/>
              </w:rPr>
              <w:t>Словарная</w:t>
            </w:r>
            <w:r w:rsidRPr="00E85698">
              <w:rPr>
                <w:spacing w:val="-6"/>
                <w:sz w:val="24"/>
              </w:rPr>
              <w:t xml:space="preserve"> </w:t>
            </w:r>
            <w:r w:rsidRPr="00E85698">
              <w:rPr>
                <w:sz w:val="24"/>
              </w:rPr>
              <w:t>статья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3501"/>
        </w:trPr>
        <w:tc>
          <w:tcPr>
            <w:tcW w:w="576" w:type="dxa"/>
          </w:tcPr>
          <w:p w:rsidR="007130C9" w:rsidRPr="00E85698" w:rsidRDefault="007130C9" w:rsidP="00911E24">
            <w:pPr>
              <w:pStyle w:val="TableParagraph"/>
              <w:rPr>
                <w:sz w:val="24"/>
              </w:rPr>
            </w:pPr>
            <w:r w:rsidRPr="00E85698">
              <w:rPr>
                <w:sz w:val="24"/>
              </w:rPr>
              <w:lastRenderedPageBreak/>
              <w:t>69.</w:t>
            </w:r>
          </w:p>
        </w:tc>
        <w:tc>
          <w:tcPr>
            <w:tcW w:w="3229" w:type="dxa"/>
          </w:tcPr>
          <w:p w:rsidR="007130C9" w:rsidRPr="00E85698" w:rsidRDefault="007130C9" w:rsidP="00911E24">
            <w:pPr>
              <w:pStyle w:val="TableParagraph"/>
              <w:spacing w:line="292" w:lineRule="auto"/>
              <w:ind w:right="117"/>
              <w:rPr>
                <w:sz w:val="24"/>
              </w:rPr>
            </w:pPr>
            <w:r w:rsidRPr="00E85698">
              <w:rPr>
                <w:sz w:val="24"/>
              </w:rPr>
              <w:t>Оценка своей и чужой речи с</w:t>
            </w:r>
            <w:r w:rsidRPr="00E85698">
              <w:rPr>
                <w:spacing w:val="-58"/>
                <w:sz w:val="24"/>
              </w:rPr>
              <w:t xml:space="preserve"> </w:t>
            </w:r>
            <w:r w:rsidRPr="00E85698">
              <w:rPr>
                <w:sz w:val="24"/>
              </w:rPr>
              <w:t>точки зрения точного,</w:t>
            </w:r>
            <w:r w:rsidRPr="00E85698">
              <w:rPr>
                <w:spacing w:val="1"/>
                <w:sz w:val="24"/>
              </w:rPr>
              <w:t xml:space="preserve"> </w:t>
            </w:r>
            <w:r w:rsidRPr="00E85698">
              <w:rPr>
                <w:sz w:val="24"/>
              </w:rPr>
              <w:t>уместного и выразительного</w:t>
            </w:r>
            <w:r w:rsidRPr="00E85698">
              <w:rPr>
                <w:spacing w:val="1"/>
                <w:sz w:val="24"/>
              </w:rPr>
              <w:t xml:space="preserve"> </w:t>
            </w:r>
            <w:r w:rsidRPr="00E85698">
              <w:rPr>
                <w:sz w:val="24"/>
              </w:rPr>
              <w:t>словоупотребления.</w:t>
            </w:r>
          </w:p>
          <w:p w:rsidR="007130C9" w:rsidRPr="00E85698" w:rsidRDefault="007130C9" w:rsidP="00911E24">
            <w:pPr>
              <w:pStyle w:val="TableParagraph"/>
              <w:spacing w:line="292" w:lineRule="auto"/>
              <w:ind w:right="190"/>
              <w:rPr>
                <w:sz w:val="24"/>
              </w:rPr>
            </w:pPr>
            <w:r w:rsidRPr="00E85698">
              <w:rPr>
                <w:sz w:val="24"/>
              </w:rPr>
              <w:t>Лексические ошибки,</w:t>
            </w:r>
            <w:r w:rsidRPr="00E85698">
              <w:rPr>
                <w:spacing w:val="1"/>
                <w:sz w:val="24"/>
              </w:rPr>
              <w:t xml:space="preserve"> </w:t>
            </w:r>
            <w:r w:rsidRPr="00E85698">
              <w:rPr>
                <w:sz w:val="24"/>
              </w:rPr>
              <w:t>связанные с нарушением</w:t>
            </w:r>
            <w:r w:rsidRPr="00E85698">
              <w:rPr>
                <w:spacing w:val="1"/>
                <w:sz w:val="24"/>
              </w:rPr>
              <w:t xml:space="preserve"> </w:t>
            </w:r>
            <w:r w:rsidRPr="00E85698">
              <w:rPr>
                <w:sz w:val="24"/>
              </w:rPr>
              <w:t>точного словоупотребления.</w:t>
            </w:r>
            <w:r w:rsidRPr="00E85698">
              <w:rPr>
                <w:spacing w:val="-57"/>
                <w:sz w:val="24"/>
              </w:rPr>
              <w:t xml:space="preserve"> </w:t>
            </w:r>
            <w:r w:rsidRPr="00E85698">
              <w:rPr>
                <w:sz w:val="24"/>
              </w:rPr>
              <w:t>Использование толковых</w:t>
            </w:r>
            <w:r w:rsidRPr="00E85698">
              <w:rPr>
                <w:spacing w:val="1"/>
                <w:sz w:val="24"/>
              </w:rPr>
              <w:t xml:space="preserve"> </w:t>
            </w:r>
            <w:r w:rsidRPr="00E85698">
              <w:rPr>
                <w:sz w:val="24"/>
              </w:rPr>
              <w:t>словарей в процессе</w:t>
            </w:r>
            <w:r w:rsidRPr="00E85698">
              <w:rPr>
                <w:spacing w:val="1"/>
                <w:sz w:val="24"/>
              </w:rPr>
              <w:t xml:space="preserve"> </w:t>
            </w:r>
            <w:r w:rsidRPr="00E85698">
              <w:rPr>
                <w:sz w:val="24"/>
              </w:rPr>
              <w:t>редактирования</w:t>
            </w:r>
            <w:r w:rsidRPr="00E85698">
              <w:rPr>
                <w:spacing w:val="-3"/>
                <w:sz w:val="24"/>
              </w:rPr>
              <w:t xml:space="preserve"> </w:t>
            </w:r>
            <w:r w:rsidRPr="00E85698">
              <w:rPr>
                <w:sz w:val="24"/>
              </w:rPr>
              <w:t>текста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70.</w:t>
            </w:r>
          </w:p>
        </w:tc>
        <w:tc>
          <w:tcPr>
            <w:tcW w:w="3229" w:type="dxa"/>
          </w:tcPr>
          <w:p w:rsidR="007130C9" w:rsidRPr="00E85698" w:rsidRDefault="007130C9" w:rsidP="00911E24">
            <w:pPr>
              <w:pStyle w:val="TableParagraph"/>
              <w:rPr>
                <w:sz w:val="24"/>
              </w:rPr>
            </w:pPr>
            <w:r w:rsidRPr="00E85698">
              <w:rPr>
                <w:sz w:val="24"/>
              </w:rPr>
              <w:t>Эпитет</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71.</w:t>
            </w:r>
          </w:p>
        </w:tc>
        <w:tc>
          <w:tcPr>
            <w:tcW w:w="3229" w:type="dxa"/>
          </w:tcPr>
          <w:p w:rsidR="007130C9" w:rsidRPr="00E85698" w:rsidRDefault="007130C9" w:rsidP="00911E24">
            <w:pPr>
              <w:pStyle w:val="TableParagraph"/>
              <w:rPr>
                <w:sz w:val="24"/>
              </w:rPr>
            </w:pPr>
            <w:r w:rsidRPr="00E85698">
              <w:rPr>
                <w:sz w:val="24"/>
              </w:rPr>
              <w:t>Метафора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72.</w:t>
            </w:r>
          </w:p>
        </w:tc>
        <w:tc>
          <w:tcPr>
            <w:tcW w:w="3229" w:type="dxa"/>
          </w:tcPr>
          <w:p w:rsidR="007130C9" w:rsidRPr="00E85698" w:rsidRDefault="007130C9" w:rsidP="00911E24">
            <w:pPr>
              <w:pStyle w:val="TableParagraph"/>
              <w:rPr>
                <w:sz w:val="24"/>
              </w:rPr>
            </w:pPr>
            <w:r w:rsidRPr="00E85698">
              <w:rPr>
                <w:sz w:val="24"/>
              </w:rPr>
              <w:t>Олицетворение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73.</w:t>
            </w:r>
          </w:p>
        </w:tc>
        <w:tc>
          <w:tcPr>
            <w:tcW w:w="3229" w:type="dxa"/>
          </w:tcPr>
          <w:p w:rsidR="007130C9" w:rsidRPr="00E85698" w:rsidRDefault="007130C9" w:rsidP="00911E24">
            <w:pPr>
              <w:pStyle w:val="TableParagraph"/>
              <w:spacing w:line="292" w:lineRule="auto"/>
              <w:ind w:right="211"/>
              <w:rPr>
                <w:sz w:val="24"/>
              </w:rPr>
            </w:pPr>
            <w:r w:rsidRPr="00E85698">
              <w:rPr>
                <w:sz w:val="24"/>
              </w:rPr>
              <w:t>Контрольная работа по теме</w:t>
            </w:r>
            <w:r w:rsidRPr="00E85698">
              <w:rPr>
                <w:spacing w:val="-58"/>
                <w:sz w:val="24"/>
              </w:rPr>
              <w:t xml:space="preserve"> </w:t>
            </w:r>
            <w:r w:rsidRPr="00E85698">
              <w:rPr>
                <w:sz w:val="24"/>
              </w:rPr>
              <w:t>"Лексикология и</w:t>
            </w:r>
            <w:r w:rsidRPr="00E85698">
              <w:rPr>
                <w:spacing w:val="1"/>
                <w:sz w:val="24"/>
              </w:rPr>
              <w:t xml:space="preserve"> </w:t>
            </w:r>
            <w:r w:rsidRPr="00E85698">
              <w:rPr>
                <w:sz w:val="24"/>
              </w:rPr>
              <w:t>фразеология"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74.</w:t>
            </w:r>
          </w:p>
        </w:tc>
        <w:tc>
          <w:tcPr>
            <w:tcW w:w="3229" w:type="dxa"/>
          </w:tcPr>
          <w:p w:rsidR="007130C9" w:rsidRPr="00E85698" w:rsidRDefault="007130C9" w:rsidP="00911E24">
            <w:pPr>
              <w:pStyle w:val="TableParagraph"/>
              <w:spacing w:line="292" w:lineRule="auto"/>
              <w:ind w:right="93"/>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75.</w:t>
            </w:r>
          </w:p>
        </w:tc>
        <w:tc>
          <w:tcPr>
            <w:tcW w:w="3229" w:type="dxa"/>
          </w:tcPr>
          <w:p w:rsidR="007130C9" w:rsidRPr="00E85698" w:rsidRDefault="007130C9" w:rsidP="00911E24">
            <w:pPr>
              <w:pStyle w:val="TableParagraph"/>
              <w:spacing w:line="292" w:lineRule="auto"/>
              <w:ind w:right="237"/>
              <w:rPr>
                <w:sz w:val="24"/>
              </w:rPr>
            </w:pPr>
            <w:proofErr w:type="spellStart"/>
            <w:r w:rsidRPr="00E85698">
              <w:rPr>
                <w:sz w:val="24"/>
              </w:rPr>
              <w:t>Морфемика</w:t>
            </w:r>
            <w:proofErr w:type="spellEnd"/>
            <w:r w:rsidRPr="00E85698">
              <w:rPr>
                <w:sz w:val="24"/>
              </w:rPr>
              <w:t xml:space="preserve"> и</w:t>
            </w:r>
            <w:r w:rsidRPr="00E85698">
              <w:rPr>
                <w:spacing w:val="1"/>
                <w:sz w:val="24"/>
              </w:rPr>
              <w:t xml:space="preserve"> </w:t>
            </w:r>
            <w:r w:rsidRPr="00E85698">
              <w:rPr>
                <w:sz w:val="24"/>
              </w:rPr>
              <w:t>словообразование как</w:t>
            </w:r>
            <w:r w:rsidRPr="00E85698">
              <w:rPr>
                <w:spacing w:val="1"/>
                <w:sz w:val="24"/>
              </w:rPr>
              <w:t xml:space="preserve"> </w:t>
            </w:r>
            <w:r w:rsidRPr="00E85698">
              <w:rPr>
                <w:sz w:val="24"/>
              </w:rPr>
              <w:t>разделы лингвистики. Состав</w:t>
            </w:r>
            <w:r w:rsidRPr="00E85698">
              <w:rPr>
                <w:spacing w:val="-58"/>
                <w:sz w:val="24"/>
              </w:rPr>
              <w:t xml:space="preserve"> </w:t>
            </w:r>
            <w:r w:rsidRPr="00E85698">
              <w:rPr>
                <w:sz w:val="24"/>
              </w:rPr>
              <w:t>слова</w:t>
            </w:r>
            <w:r w:rsidRPr="00E85698">
              <w:rPr>
                <w:spacing w:val="-1"/>
                <w:sz w:val="24"/>
              </w:rPr>
              <w:t xml:space="preserve"> </w:t>
            </w:r>
            <w:r w:rsidRPr="00E85698">
              <w:rPr>
                <w:sz w:val="24"/>
              </w:rPr>
              <w:t>(повторение)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76.</w:t>
            </w:r>
          </w:p>
        </w:tc>
        <w:tc>
          <w:tcPr>
            <w:tcW w:w="3229" w:type="dxa"/>
          </w:tcPr>
          <w:p w:rsidR="007130C9" w:rsidRPr="00E85698" w:rsidRDefault="007130C9" w:rsidP="00911E24">
            <w:pPr>
              <w:pStyle w:val="TableParagraph"/>
              <w:rPr>
                <w:sz w:val="24"/>
              </w:rPr>
            </w:pPr>
            <w:r w:rsidRPr="00E85698">
              <w:rPr>
                <w:sz w:val="24"/>
              </w:rPr>
              <w:t>Формообразующие и</w:t>
            </w:r>
            <w:r w:rsidRPr="00E85698">
              <w:rPr>
                <w:spacing w:val="1"/>
                <w:sz w:val="24"/>
              </w:rPr>
              <w:t xml:space="preserve"> </w:t>
            </w:r>
            <w:r w:rsidRPr="00E85698">
              <w:rPr>
                <w:sz w:val="24"/>
              </w:rPr>
              <w:t>словообразующие</w:t>
            </w:r>
            <w:r w:rsidRPr="00E85698">
              <w:rPr>
                <w:spacing w:val="-9"/>
                <w:sz w:val="24"/>
              </w:rPr>
              <w:t xml:space="preserve"> </w:t>
            </w:r>
            <w:r w:rsidRPr="00E85698">
              <w:rPr>
                <w:sz w:val="24"/>
              </w:rPr>
              <w:t>морфемы. Производящая</w:t>
            </w:r>
            <w:r w:rsidRPr="00E85698">
              <w:rPr>
                <w:spacing w:val="-5"/>
                <w:sz w:val="24"/>
              </w:rPr>
              <w:t xml:space="preserve"> </w:t>
            </w:r>
            <w:r w:rsidRPr="00E85698">
              <w:rPr>
                <w:sz w:val="24"/>
              </w:rPr>
              <w:t>основа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77.</w:t>
            </w:r>
          </w:p>
        </w:tc>
        <w:tc>
          <w:tcPr>
            <w:tcW w:w="3229" w:type="dxa"/>
          </w:tcPr>
          <w:p w:rsidR="007130C9" w:rsidRPr="00E85698" w:rsidRDefault="007130C9" w:rsidP="00911E24">
            <w:pPr>
              <w:pStyle w:val="TableParagraph"/>
              <w:spacing w:line="292" w:lineRule="auto"/>
              <w:ind w:right="144"/>
              <w:rPr>
                <w:sz w:val="24"/>
              </w:rPr>
            </w:pPr>
            <w:r w:rsidRPr="00E85698">
              <w:rPr>
                <w:sz w:val="24"/>
              </w:rPr>
              <w:t>Основные способы</w:t>
            </w:r>
            <w:r w:rsidRPr="00E85698">
              <w:rPr>
                <w:spacing w:val="1"/>
                <w:sz w:val="24"/>
              </w:rPr>
              <w:t xml:space="preserve"> </w:t>
            </w:r>
            <w:r w:rsidRPr="00E85698">
              <w:rPr>
                <w:sz w:val="24"/>
              </w:rPr>
              <w:t>образования слов в русском</w:t>
            </w:r>
            <w:r w:rsidRPr="00E85698">
              <w:rPr>
                <w:spacing w:val="1"/>
                <w:sz w:val="24"/>
              </w:rPr>
              <w:t xml:space="preserve"> </w:t>
            </w:r>
            <w:r w:rsidRPr="00E85698">
              <w:rPr>
                <w:sz w:val="24"/>
              </w:rPr>
              <w:t>языке.</w:t>
            </w:r>
            <w:r w:rsidRPr="00E85698">
              <w:rPr>
                <w:spacing w:val="-6"/>
                <w:sz w:val="24"/>
              </w:rPr>
              <w:t xml:space="preserve"> </w:t>
            </w:r>
            <w:r w:rsidRPr="00E85698">
              <w:rPr>
                <w:sz w:val="24"/>
              </w:rPr>
              <w:t>Приставочный</w:t>
            </w:r>
            <w:r w:rsidRPr="00E85698">
              <w:rPr>
                <w:spacing w:val="-5"/>
                <w:sz w:val="24"/>
              </w:rPr>
              <w:t xml:space="preserve"> </w:t>
            </w:r>
            <w:r w:rsidRPr="00E85698">
              <w:rPr>
                <w:sz w:val="24"/>
              </w:rPr>
              <w:t>способ</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78.</w:t>
            </w:r>
          </w:p>
        </w:tc>
        <w:tc>
          <w:tcPr>
            <w:tcW w:w="3229" w:type="dxa"/>
          </w:tcPr>
          <w:p w:rsidR="007130C9" w:rsidRPr="00E85698" w:rsidRDefault="007130C9" w:rsidP="00911E24">
            <w:pPr>
              <w:pStyle w:val="TableParagraph"/>
              <w:spacing w:line="292" w:lineRule="auto"/>
              <w:ind w:right="253"/>
              <w:rPr>
                <w:sz w:val="24"/>
              </w:rPr>
            </w:pPr>
            <w:r w:rsidRPr="00E85698">
              <w:rPr>
                <w:sz w:val="24"/>
              </w:rPr>
              <w:t>Суффиксальный способ</w:t>
            </w:r>
            <w:r w:rsidRPr="00E85698">
              <w:rPr>
                <w:spacing w:val="1"/>
                <w:sz w:val="24"/>
              </w:rPr>
              <w:t xml:space="preserve"> </w:t>
            </w:r>
            <w:r w:rsidRPr="00E85698">
              <w:rPr>
                <w:sz w:val="24"/>
              </w:rPr>
              <w:t>образования слов в русском</w:t>
            </w:r>
            <w:r w:rsidRPr="00E85698">
              <w:rPr>
                <w:spacing w:val="-58"/>
                <w:sz w:val="24"/>
              </w:rPr>
              <w:t xml:space="preserve"> </w:t>
            </w:r>
            <w:r w:rsidRPr="00E85698">
              <w:rPr>
                <w:sz w:val="24"/>
              </w:rPr>
              <w:t>языке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79.</w:t>
            </w:r>
          </w:p>
        </w:tc>
        <w:tc>
          <w:tcPr>
            <w:tcW w:w="3229" w:type="dxa"/>
          </w:tcPr>
          <w:p w:rsidR="007130C9" w:rsidRPr="00E85698" w:rsidRDefault="007130C9" w:rsidP="00911E24">
            <w:pPr>
              <w:pStyle w:val="TableParagraph"/>
              <w:spacing w:line="292" w:lineRule="auto"/>
              <w:rPr>
                <w:sz w:val="24"/>
              </w:rPr>
            </w:pPr>
            <w:r w:rsidRPr="00E85698">
              <w:rPr>
                <w:spacing w:val="-1"/>
                <w:sz w:val="24"/>
              </w:rPr>
              <w:t>Приставочно-суффиксальный</w:t>
            </w:r>
            <w:r w:rsidRPr="00E85698">
              <w:rPr>
                <w:spacing w:val="-57"/>
                <w:sz w:val="24"/>
              </w:rPr>
              <w:t xml:space="preserve"> </w:t>
            </w:r>
            <w:r w:rsidRPr="00E85698">
              <w:rPr>
                <w:sz w:val="24"/>
              </w:rPr>
              <w:t>способ образования слов в</w:t>
            </w:r>
            <w:r w:rsidRPr="00E85698">
              <w:rPr>
                <w:spacing w:val="1"/>
                <w:sz w:val="24"/>
              </w:rPr>
              <w:t xml:space="preserve"> </w:t>
            </w:r>
            <w:r w:rsidRPr="00E85698">
              <w:rPr>
                <w:sz w:val="24"/>
              </w:rPr>
              <w:t>русском</w:t>
            </w:r>
            <w:r w:rsidRPr="00E85698">
              <w:rPr>
                <w:spacing w:val="-1"/>
                <w:sz w:val="24"/>
              </w:rPr>
              <w:t xml:space="preserve"> </w:t>
            </w:r>
            <w:r w:rsidRPr="00E85698">
              <w:rPr>
                <w:sz w:val="24"/>
              </w:rPr>
              <w:t>языке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80.</w:t>
            </w:r>
          </w:p>
        </w:tc>
        <w:tc>
          <w:tcPr>
            <w:tcW w:w="3229" w:type="dxa"/>
          </w:tcPr>
          <w:p w:rsidR="007130C9" w:rsidRPr="00E85698" w:rsidRDefault="007130C9" w:rsidP="00911E24">
            <w:pPr>
              <w:pStyle w:val="TableParagraph"/>
              <w:spacing w:line="292" w:lineRule="auto"/>
              <w:ind w:right="253"/>
              <w:rPr>
                <w:sz w:val="24"/>
              </w:rPr>
            </w:pPr>
            <w:proofErr w:type="spellStart"/>
            <w:r w:rsidRPr="00E85698">
              <w:rPr>
                <w:sz w:val="24"/>
              </w:rPr>
              <w:t>Бессуффиксный</w:t>
            </w:r>
            <w:proofErr w:type="spellEnd"/>
            <w:r w:rsidRPr="00E85698">
              <w:rPr>
                <w:sz w:val="24"/>
              </w:rPr>
              <w:t xml:space="preserve"> способ</w:t>
            </w:r>
            <w:r w:rsidRPr="00E85698">
              <w:rPr>
                <w:spacing w:val="1"/>
                <w:sz w:val="24"/>
              </w:rPr>
              <w:t xml:space="preserve"> </w:t>
            </w:r>
            <w:r w:rsidRPr="00E85698">
              <w:rPr>
                <w:sz w:val="24"/>
              </w:rPr>
              <w:t>образования слов в русском</w:t>
            </w:r>
            <w:r w:rsidRPr="00E85698">
              <w:rPr>
                <w:spacing w:val="-58"/>
                <w:sz w:val="24"/>
              </w:rPr>
              <w:t xml:space="preserve"> </w:t>
            </w:r>
            <w:r w:rsidRPr="00E85698">
              <w:rPr>
                <w:sz w:val="24"/>
              </w:rPr>
              <w:t>языке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lastRenderedPageBreak/>
              <w:t>81.</w:t>
            </w:r>
          </w:p>
        </w:tc>
        <w:tc>
          <w:tcPr>
            <w:tcW w:w="3229" w:type="dxa"/>
          </w:tcPr>
          <w:p w:rsidR="007130C9" w:rsidRPr="00E85698" w:rsidRDefault="007130C9" w:rsidP="00911E24">
            <w:pPr>
              <w:pStyle w:val="TableParagraph"/>
              <w:spacing w:line="292" w:lineRule="auto"/>
              <w:ind w:right="919"/>
              <w:rPr>
                <w:sz w:val="24"/>
              </w:rPr>
            </w:pPr>
            <w:r w:rsidRPr="00E85698">
              <w:rPr>
                <w:sz w:val="24"/>
              </w:rPr>
              <w:t>Сложение как способ</w:t>
            </w:r>
            <w:r w:rsidRPr="00E85698">
              <w:rPr>
                <w:spacing w:val="-57"/>
                <w:sz w:val="24"/>
              </w:rPr>
              <w:t xml:space="preserve"> </w:t>
            </w:r>
            <w:r w:rsidRPr="00E85698">
              <w:rPr>
                <w:sz w:val="24"/>
              </w:rPr>
              <w:t>словообразования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82.</w:t>
            </w:r>
          </w:p>
        </w:tc>
        <w:tc>
          <w:tcPr>
            <w:tcW w:w="3229" w:type="dxa"/>
          </w:tcPr>
          <w:p w:rsidR="007130C9" w:rsidRPr="00E85698" w:rsidRDefault="007130C9" w:rsidP="00911E24">
            <w:pPr>
              <w:pStyle w:val="TableParagraph"/>
              <w:spacing w:line="292" w:lineRule="auto"/>
              <w:ind w:right="124"/>
              <w:rPr>
                <w:sz w:val="24"/>
              </w:rPr>
            </w:pPr>
            <w:r w:rsidRPr="00E85698">
              <w:rPr>
                <w:sz w:val="24"/>
              </w:rPr>
              <w:t>Переход из одной части речи</w:t>
            </w:r>
            <w:r w:rsidRPr="00E85698">
              <w:rPr>
                <w:spacing w:val="-57"/>
                <w:sz w:val="24"/>
              </w:rPr>
              <w:t xml:space="preserve"> </w:t>
            </w:r>
            <w:r w:rsidRPr="00E85698">
              <w:rPr>
                <w:sz w:val="24"/>
              </w:rPr>
              <w:t>в другую как способ</w:t>
            </w:r>
            <w:r w:rsidRPr="00E85698">
              <w:rPr>
                <w:spacing w:val="1"/>
                <w:sz w:val="24"/>
              </w:rPr>
              <w:t xml:space="preserve"> </w:t>
            </w:r>
            <w:r w:rsidRPr="00E85698">
              <w:rPr>
                <w:sz w:val="24"/>
              </w:rPr>
              <w:t>словообразования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83.</w:t>
            </w:r>
          </w:p>
        </w:tc>
        <w:tc>
          <w:tcPr>
            <w:tcW w:w="3229" w:type="dxa"/>
          </w:tcPr>
          <w:p w:rsidR="007130C9" w:rsidRPr="00E85698" w:rsidRDefault="007130C9" w:rsidP="00911E24">
            <w:pPr>
              <w:pStyle w:val="TableParagraph"/>
              <w:spacing w:line="292" w:lineRule="auto"/>
              <w:ind w:right="447"/>
              <w:rPr>
                <w:sz w:val="24"/>
              </w:rPr>
            </w:pPr>
            <w:r w:rsidRPr="00E85698">
              <w:rPr>
                <w:sz w:val="24"/>
              </w:rPr>
              <w:t>Правописание сложных и</w:t>
            </w:r>
            <w:r w:rsidRPr="00E85698">
              <w:rPr>
                <w:spacing w:val="-57"/>
                <w:sz w:val="24"/>
              </w:rPr>
              <w:t xml:space="preserve"> </w:t>
            </w:r>
            <w:r w:rsidRPr="00E85698">
              <w:rPr>
                <w:sz w:val="24"/>
              </w:rPr>
              <w:t>сложносокращённых</w:t>
            </w:r>
            <w:r w:rsidRPr="00E85698">
              <w:rPr>
                <w:spacing w:val="-9"/>
                <w:sz w:val="24"/>
              </w:rPr>
              <w:t xml:space="preserve"> </w:t>
            </w:r>
            <w:r w:rsidRPr="00E85698">
              <w:rPr>
                <w:sz w:val="24"/>
              </w:rPr>
              <w:t>слов</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477"/>
        </w:trPr>
        <w:tc>
          <w:tcPr>
            <w:tcW w:w="576" w:type="dxa"/>
          </w:tcPr>
          <w:p w:rsidR="007130C9" w:rsidRPr="00E85698" w:rsidRDefault="007130C9" w:rsidP="00911E24">
            <w:pPr>
              <w:pStyle w:val="TableParagraph"/>
              <w:rPr>
                <w:sz w:val="24"/>
              </w:rPr>
            </w:pPr>
            <w:r w:rsidRPr="00E85698">
              <w:rPr>
                <w:sz w:val="24"/>
              </w:rPr>
              <w:t>84.</w:t>
            </w:r>
          </w:p>
        </w:tc>
        <w:tc>
          <w:tcPr>
            <w:tcW w:w="3229" w:type="dxa"/>
          </w:tcPr>
          <w:p w:rsidR="007130C9" w:rsidRPr="00E85698" w:rsidRDefault="007130C9" w:rsidP="00911E24">
            <w:pPr>
              <w:pStyle w:val="TableParagraph"/>
              <w:rPr>
                <w:sz w:val="24"/>
              </w:rPr>
            </w:pPr>
            <w:r w:rsidRPr="00E85698">
              <w:rPr>
                <w:sz w:val="24"/>
              </w:rPr>
              <w:t>Сочинение-  описание  (упр.225)</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Сочинение;</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85.</w:t>
            </w:r>
          </w:p>
        </w:tc>
        <w:tc>
          <w:tcPr>
            <w:tcW w:w="3229" w:type="dxa"/>
          </w:tcPr>
          <w:p w:rsidR="007130C9" w:rsidRPr="00E85698" w:rsidRDefault="007130C9" w:rsidP="00911E24">
            <w:pPr>
              <w:pStyle w:val="TableParagraph"/>
              <w:spacing w:line="292" w:lineRule="auto"/>
              <w:ind w:right="317"/>
              <w:rPr>
                <w:sz w:val="24"/>
              </w:rPr>
            </w:pPr>
            <w:r w:rsidRPr="00E85698">
              <w:rPr>
                <w:sz w:val="24"/>
              </w:rPr>
              <w:t>Морфемный и</w:t>
            </w:r>
            <w:r w:rsidRPr="00E85698">
              <w:rPr>
                <w:spacing w:val="1"/>
                <w:sz w:val="24"/>
              </w:rPr>
              <w:t xml:space="preserve"> </w:t>
            </w:r>
            <w:r w:rsidRPr="00E85698">
              <w:rPr>
                <w:spacing w:val="-1"/>
                <w:sz w:val="24"/>
              </w:rPr>
              <w:t>словообразовательный</w:t>
            </w:r>
            <w:r w:rsidRPr="00E85698">
              <w:rPr>
                <w:spacing w:val="-57"/>
                <w:sz w:val="24"/>
              </w:rPr>
              <w:t xml:space="preserve"> </w:t>
            </w:r>
            <w:r w:rsidRPr="00E85698">
              <w:rPr>
                <w:sz w:val="24"/>
              </w:rPr>
              <w:t>анализ</w:t>
            </w:r>
            <w:r w:rsidRPr="00E85698">
              <w:rPr>
                <w:spacing w:val="-2"/>
                <w:sz w:val="24"/>
              </w:rPr>
              <w:t xml:space="preserve"> </w:t>
            </w:r>
            <w:r w:rsidRPr="00E85698">
              <w:rPr>
                <w:sz w:val="24"/>
              </w:rPr>
              <w:t>слов. Особенности</w:t>
            </w:r>
            <w:r w:rsidRPr="00E85698">
              <w:rPr>
                <w:spacing w:val="1"/>
                <w:sz w:val="24"/>
              </w:rPr>
              <w:t xml:space="preserve"> </w:t>
            </w:r>
            <w:r w:rsidRPr="00E85698">
              <w:rPr>
                <w:sz w:val="24"/>
              </w:rPr>
              <w:t>словообразования имён</w:t>
            </w:r>
            <w:r w:rsidRPr="00E85698">
              <w:rPr>
                <w:spacing w:val="-57"/>
                <w:sz w:val="24"/>
              </w:rPr>
              <w:t xml:space="preserve"> </w:t>
            </w:r>
            <w:r w:rsidRPr="00E85698">
              <w:rPr>
                <w:sz w:val="24"/>
              </w:rPr>
              <w:t>существительных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86.</w:t>
            </w:r>
          </w:p>
        </w:tc>
        <w:tc>
          <w:tcPr>
            <w:tcW w:w="3229" w:type="dxa"/>
          </w:tcPr>
          <w:p w:rsidR="007130C9" w:rsidRPr="00E85698" w:rsidRDefault="007130C9" w:rsidP="00911E24">
            <w:pPr>
              <w:pStyle w:val="TableParagraph"/>
              <w:spacing w:line="292" w:lineRule="auto"/>
              <w:ind w:right="692"/>
              <w:rPr>
                <w:sz w:val="24"/>
              </w:rPr>
            </w:pPr>
            <w:r w:rsidRPr="00E85698">
              <w:t>Нормы правописания корня -</w:t>
            </w:r>
            <w:proofErr w:type="spellStart"/>
            <w:r w:rsidRPr="00E85698">
              <w:rPr>
                <w:b/>
                <w:i/>
              </w:rPr>
              <w:t>кас</w:t>
            </w:r>
            <w:proofErr w:type="spellEnd"/>
            <w:r w:rsidRPr="00E85698">
              <w:t>- — -</w:t>
            </w:r>
            <w:r w:rsidRPr="00E85698">
              <w:rPr>
                <w:b/>
                <w:i/>
              </w:rPr>
              <w:t>кос</w:t>
            </w:r>
            <w:r w:rsidRPr="00E85698">
              <w:t xml:space="preserve">- с чередованием </w:t>
            </w:r>
            <w:r w:rsidRPr="00E85698">
              <w:rPr>
                <w:b/>
                <w:i/>
              </w:rPr>
              <w:t xml:space="preserve">а </w:t>
            </w:r>
            <w:r w:rsidRPr="00E85698">
              <w:t>//о</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87.</w:t>
            </w:r>
          </w:p>
        </w:tc>
        <w:tc>
          <w:tcPr>
            <w:tcW w:w="3229" w:type="dxa"/>
          </w:tcPr>
          <w:p w:rsidR="007130C9" w:rsidRPr="00E85698" w:rsidRDefault="007130C9" w:rsidP="00911E24">
            <w:pPr>
              <w:pStyle w:val="TableParagraph"/>
              <w:spacing w:line="292" w:lineRule="auto"/>
              <w:ind w:right="555"/>
              <w:rPr>
                <w:sz w:val="24"/>
              </w:rPr>
            </w:pPr>
            <w:r w:rsidRPr="00E85698">
              <w:rPr>
                <w:sz w:val="24"/>
              </w:rPr>
              <w:t>Правописание приставки</w:t>
            </w:r>
            <w:r w:rsidRPr="00E85698">
              <w:rPr>
                <w:spacing w:val="-57"/>
                <w:sz w:val="24"/>
              </w:rPr>
              <w:t xml:space="preserve"> </w:t>
            </w:r>
            <w:r w:rsidRPr="00E85698">
              <w:rPr>
                <w:sz w:val="24"/>
              </w:rPr>
              <w:t>ПРЕ-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88.</w:t>
            </w:r>
          </w:p>
        </w:tc>
        <w:tc>
          <w:tcPr>
            <w:tcW w:w="3229" w:type="dxa"/>
          </w:tcPr>
          <w:p w:rsidR="007130C9" w:rsidRPr="00E85698" w:rsidRDefault="007130C9" w:rsidP="00911E24">
            <w:pPr>
              <w:pStyle w:val="TableParagraph"/>
              <w:spacing w:line="292" w:lineRule="auto"/>
              <w:ind w:right="555"/>
              <w:rPr>
                <w:sz w:val="24"/>
              </w:rPr>
            </w:pPr>
            <w:r w:rsidRPr="00E85698">
              <w:rPr>
                <w:sz w:val="24"/>
              </w:rPr>
              <w:t>Правописание приставки</w:t>
            </w:r>
            <w:r w:rsidRPr="00E85698">
              <w:rPr>
                <w:spacing w:val="-57"/>
                <w:sz w:val="24"/>
              </w:rPr>
              <w:t xml:space="preserve"> </w:t>
            </w:r>
            <w:r w:rsidRPr="00E85698">
              <w:rPr>
                <w:sz w:val="24"/>
              </w:rPr>
              <w:t>ПРИ-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89.</w:t>
            </w:r>
          </w:p>
        </w:tc>
        <w:tc>
          <w:tcPr>
            <w:tcW w:w="3229" w:type="dxa"/>
          </w:tcPr>
          <w:p w:rsidR="007130C9" w:rsidRPr="00E85698" w:rsidRDefault="007130C9" w:rsidP="00911E24">
            <w:pPr>
              <w:pStyle w:val="TableParagraph"/>
              <w:spacing w:line="292" w:lineRule="auto"/>
              <w:ind w:right="211"/>
              <w:rPr>
                <w:sz w:val="24"/>
              </w:rPr>
            </w:pPr>
            <w:r w:rsidRPr="00E85698">
              <w:rPr>
                <w:sz w:val="24"/>
              </w:rPr>
              <w:t>Контрольная работа по теме</w:t>
            </w:r>
            <w:r w:rsidRPr="00E85698">
              <w:rPr>
                <w:spacing w:val="-58"/>
                <w:sz w:val="24"/>
              </w:rPr>
              <w:t xml:space="preserve"> </w:t>
            </w:r>
            <w:r w:rsidRPr="00E85698">
              <w:rPr>
                <w:sz w:val="24"/>
              </w:rPr>
              <w:t>"Словообразование"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90.</w:t>
            </w:r>
          </w:p>
        </w:tc>
        <w:tc>
          <w:tcPr>
            <w:tcW w:w="3229" w:type="dxa"/>
          </w:tcPr>
          <w:p w:rsidR="007130C9" w:rsidRPr="00E85698" w:rsidRDefault="007130C9" w:rsidP="00911E24">
            <w:pPr>
              <w:pStyle w:val="TableParagraph"/>
              <w:spacing w:line="292" w:lineRule="auto"/>
              <w:ind w:right="180"/>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1821"/>
        </w:trPr>
        <w:tc>
          <w:tcPr>
            <w:tcW w:w="576" w:type="dxa"/>
          </w:tcPr>
          <w:p w:rsidR="007130C9" w:rsidRPr="00E85698" w:rsidRDefault="007130C9" w:rsidP="00911E24">
            <w:pPr>
              <w:pStyle w:val="TableParagraph"/>
              <w:rPr>
                <w:sz w:val="24"/>
              </w:rPr>
            </w:pPr>
            <w:r w:rsidRPr="00E85698">
              <w:rPr>
                <w:sz w:val="24"/>
              </w:rPr>
              <w:t>91.</w:t>
            </w:r>
          </w:p>
        </w:tc>
        <w:tc>
          <w:tcPr>
            <w:tcW w:w="3229" w:type="dxa"/>
          </w:tcPr>
          <w:p w:rsidR="007130C9" w:rsidRPr="00E85698" w:rsidRDefault="007130C9" w:rsidP="00911E24">
            <w:pPr>
              <w:pStyle w:val="TableParagraph"/>
              <w:spacing w:line="292" w:lineRule="auto"/>
              <w:ind w:right="456"/>
              <w:rPr>
                <w:sz w:val="24"/>
              </w:rPr>
            </w:pPr>
            <w:r w:rsidRPr="00E85698">
              <w:rPr>
                <w:sz w:val="24"/>
              </w:rPr>
              <w:t>Морфология как раздел</w:t>
            </w:r>
            <w:r w:rsidRPr="00E85698">
              <w:rPr>
                <w:spacing w:val="1"/>
                <w:sz w:val="24"/>
              </w:rPr>
              <w:t xml:space="preserve"> </w:t>
            </w:r>
            <w:r w:rsidRPr="00E85698">
              <w:rPr>
                <w:sz w:val="24"/>
              </w:rPr>
              <w:t>лингвистики. Имя существительное как</w:t>
            </w:r>
            <w:r w:rsidRPr="00E85698">
              <w:rPr>
                <w:spacing w:val="-57"/>
                <w:sz w:val="24"/>
              </w:rPr>
              <w:t xml:space="preserve"> </w:t>
            </w:r>
            <w:r w:rsidRPr="00E85698">
              <w:rPr>
                <w:sz w:val="24"/>
              </w:rPr>
              <w:t>часть речи (повторение</w:t>
            </w:r>
            <w:r w:rsidRPr="00E85698">
              <w:rPr>
                <w:spacing w:val="1"/>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1"/>
                <w:sz w:val="24"/>
              </w:rPr>
              <w:t xml:space="preserve"> </w:t>
            </w:r>
            <w:r w:rsidRPr="00E85698">
              <w:rPr>
                <w:sz w:val="24"/>
              </w:rPr>
              <w:t>5</w:t>
            </w:r>
            <w:r w:rsidRPr="00E85698">
              <w:rPr>
                <w:spacing w:val="-1"/>
                <w:sz w:val="24"/>
              </w:rPr>
              <w:t xml:space="preserve"> </w:t>
            </w:r>
            <w:proofErr w:type="spellStart"/>
            <w:r w:rsidRPr="00E85698">
              <w:rPr>
                <w:sz w:val="24"/>
              </w:rPr>
              <w:t>кл</w:t>
            </w:r>
            <w:proofErr w:type="spellEnd"/>
            <w:r w:rsidRPr="00E85698">
              <w:rPr>
                <w:sz w:val="24"/>
              </w:rPr>
              <w:t>.).</w:t>
            </w:r>
          </w:p>
          <w:p w:rsidR="007130C9" w:rsidRPr="00E85698" w:rsidRDefault="007130C9" w:rsidP="00911E24">
            <w:pPr>
              <w:pStyle w:val="TableParagraph"/>
              <w:spacing w:line="292" w:lineRule="auto"/>
              <w:ind w:right="470"/>
              <w:rPr>
                <w:sz w:val="24"/>
              </w:rPr>
            </w:pPr>
            <w:r w:rsidRPr="00E85698">
              <w:rPr>
                <w:sz w:val="24"/>
              </w:rPr>
              <w:t>Морфологический анализ</w:t>
            </w:r>
            <w:r w:rsidRPr="00E85698">
              <w:rPr>
                <w:spacing w:val="-58"/>
                <w:sz w:val="24"/>
              </w:rPr>
              <w:t xml:space="preserve"> </w:t>
            </w:r>
            <w:r w:rsidRPr="00E85698">
              <w:rPr>
                <w:sz w:val="24"/>
              </w:rPr>
              <w:t>имени</w:t>
            </w:r>
            <w:r w:rsidRPr="00E85698">
              <w:rPr>
                <w:spacing w:val="-5"/>
                <w:sz w:val="24"/>
              </w:rPr>
              <w:t xml:space="preserve"> </w:t>
            </w:r>
            <w:r w:rsidRPr="00E85698">
              <w:rPr>
                <w:sz w:val="24"/>
              </w:rPr>
              <w:t>существительного</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92.</w:t>
            </w:r>
          </w:p>
        </w:tc>
        <w:tc>
          <w:tcPr>
            <w:tcW w:w="3229" w:type="dxa"/>
          </w:tcPr>
          <w:p w:rsidR="007130C9" w:rsidRPr="00E85698" w:rsidRDefault="007130C9" w:rsidP="00911E24">
            <w:pPr>
              <w:pStyle w:val="TableParagraph"/>
              <w:spacing w:line="292" w:lineRule="auto"/>
              <w:ind w:right="692"/>
              <w:rPr>
                <w:sz w:val="24"/>
              </w:rPr>
            </w:pPr>
            <w:r w:rsidRPr="00E85698">
              <w:rPr>
                <w:sz w:val="24"/>
              </w:rPr>
              <w:t>Особенности</w:t>
            </w:r>
            <w:r w:rsidRPr="00E85698">
              <w:rPr>
                <w:spacing w:val="1"/>
                <w:sz w:val="24"/>
              </w:rPr>
              <w:t xml:space="preserve"> </w:t>
            </w:r>
            <w:r w:rsidRPr="00E85698">
              <w:rPr>
                <w:sz w:val="24"/>
              </w:rPr>
              <w:t>словообразования имён</w:t>
            </w:r>
            <w:r w:rsidRPr="00E85698">
              <w:rPr>
                <w:spacing w:val="-57"/>
                <w:sz w:val="24"/>
              </w:rPr>
              <w:t xml:space="preserve"> </w:t>
            </w:r>
            <w:r w:rsidRPr="00E85698">
              <w:rPr>
                <w:sz w:val="24"/>
              </w:rPr>
              <w:t>существительных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93.</w:t>
            </w:r>
          </w:p>
        </w:tc>
        <w:tc>
          <w:tcPr>
            <w:tcW w:w="3229" w:type="dxa"/>
          </w:tcPr>
          <w:p w:rsidR="007130C9" w:rsidRPr="00E85698" w:rsidRDefault="007130C9" w:rsidP="00911E24">
            <w:pPr>
              <w:pStyle w:val="TableParagraph"/>
              <w:spacing w:line="292" w:lineRule="auto"/>
              <w:ind w:right="257"/>
              <w:rPr>
                <w:sz w:val="24"/>
              </w:rPr>
            </w:pPr>
            <w:r w:rsidRPr="00E85698">
              <w:rPr>
                <w:sz w:val="24"/>
              </w:rPr>
              <w:t>Нормы произношения имён</w:t>
            </w:r>
            <w:r w:rsidRPr="00E85698">
              <w:rPr>
                <w:spacing w:val="-57"/>
                <w:sz w:val="24"/>
              </w:rPr>
              <w:t xml:space="preserve"> </w:t>
            </w:r>
            <w:r w:rsidRPr="00E85698">
              <w:rPr>
                <w:sz w:val="24"/>
              </w:rPr>
              <w:t>существительных, нормы</w:t>
            </w:r>
            <w:r w:rsidRPr="00E85698">
              <w:rPr>
                <w:spacing w:val="1"/>
                <w:sz w:val="24"/>
              </w:rPr>
              <w:t xml:space="preserve"> </w:t>
            </w:r>
            <w:r w:rsidRPr="00E85698">
              <w:rPr>
                <w:sz w:val="24"/>
              </w:rPr>
              <w:t>постановки</w:t>
            </w:r>
            <w:r w:rsidRPr="00E85698">
              <w:rPr>
                <w:spacing w:val="-1"/>
                <w:sz w:val="24"/>
              </w:rPr>
              <w:t xml:space="preserve"> </w:t>
            </w:r>
            <w:r w:rsidRPr="00E85698">
              <w:rPr>
                <w:sz w:val="24"/>
              </w:rPr>
              <w:t>ударения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lastRenderedPageBreak/>
              <w:t>94.</w:t>
            </w:r>
          </w:p>
        </w:tc>
        <w:tc>
          <w:tcPr>
            <w:tcW w:w="3229" w:type="dxa"/>
          </w:tcPr>
          <w:p w:rsidR="007130C9" w:rsidRPr="00E85698" w:rsidRDefault="007130C9" w:rsidP="00911E24">
            <w:pPr>
              <w:pStyle w:val="TableParagraph"/>
              <w:spacing w:line="292" w:lineRule="auto"/>
              <w:ind w:right="92"/>
              <w:rPr>
                <w:sz w:val="24"/>
              </w:rPr>
            </w:pPr>
            <w:r w:rsidRPr="00E85698">
              <w:rPr>
                <w:sz w:val="24"/>
              </w:rPr>
              <w:t>Нормы словоизменения имён</w:t>
            </w:r>
            <w:r w:rsidRPr="00E85698">
              <w:rPr>
                <w:spacing w:val="-57"/>
                <w:sz w:val="24"/>
              </w:rPr>
              <w:t xml:space="preserve"> </w:t>
            </w:r>
            <w:r w:rsidRPr="00E85698">
              <w:rPr>
                <w:sz w:val="24"/>
              </w:rPr>
              <w:t>существительных в</w:t>
            </w:r>
            <w:r w:rsidRPr="00E85698">
              <w:rPr>
                <w:spacing w:val="1"/>
                <w:sz w:val="24"/>
              </w:rPr>
              <w:t xml:space="preserve"> </w:t>
            </w:r>
            <w:r w:rsidRPr="00E85698">
              <w:rPr>
                <w:sz w:val="24"/>
              </w:rPr>
              <w:t>именительном падеже</w:t>
            </w:r>
            <w:r w:rsidRPr="00E85698">
              <w:rPr>
                <w:spacing w:val="1"/>
                <w:sz w:val="24"/>
              </w:rPr>
              <w:t xml:space="preserve"> </w:t>
            </w:r>
            <w:r w:rsidRPr="00E85698">
              <w:rPr>
                <w:sz w:val="24"/>
              </w:rPr>
              <w:t>множественного</w:t>
            </w:r>
            <w:r w:rsidRPr="00E85698">
              <w:rPr>
                <w:spacing w:val="-1"/>
                <w:sz w:val="24"/>
              </w:rPr>
              <w:t xml:space="preserve"> </w:t>
            </w:r>
            <w:r w:rsidRPr="00E85698">
              <w:rPr>
                <w:sz w:val="24"/>
              </w:rPr>
              <w:t>числа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95.</w:t>
            </w:r>
          </w:p>
        </w:tc>
        <w:tc>
          <w:tcPr>
            <w:tcW w:w="3229" w:type="dxa"/>
          </w:tcPr>
          <w:p w:rsidR="007130C9" w:rsidRPr="00E85698" w:rsidRDefault="007130C9" w:rsidP="00911E24">
            <w:pPr>
              <w:pStyle w:val="TableParagraph"/>
              <w:spacing w:line="292" w:lineRule="auto"/>
              <w:ind w:right="92"/>
              <w:rPr>
                <w:sz w:val="24"/>
              </w:rPr>
            </w:pPr>
            <w:r w:rsidRPr="00E85698">
              <w:rPr>
                <w:sz w:val="24"/>
              </w:rPr>
              <w:t>Нормы словоизменения имён</w:t>
            </w:r>
            <w:r w:rsidRPr="00E85698">
              <w:rPr>
                <w:spacing w:val="-57"/>
                <w:sz w:val="24"/>
              </w:rPr>
              <w:t xml:space="preserve"> </w:t>
            </w:r>
            <w:r w:rsidRPr="00E85698">
              <w:rPr>
                <w:sz w:val="24"/>
              </w:rPr>
              <w:t>существительных в</w:t>
            </w:r>
            <w:r w:rsidRPr="00E85698">
              <w:rPr>
                <w:spacing w:val="1"/>
                <w:sz w:val="24"/>
              </w:rPr>
              <w:t xml:space="preserve"> </w:t>
            </w:r>
            <w:r w:rsidRPr="00E85698">
              <w:rPr>
                <w:sz w:val="24"/>
              </w:rPr>
              <w:t>родительном падеже</w:t>
            </w:r>
            <w:r w:rsidRPr="00E85698">
              <w:rPr>
                <w:spacing w:val="1"/>
                <w:sz w:val="24"/>
              </w:rPr>
              <w:t xml:space="preserve"> </w:t>
            </w:r>
            <w:r w:rsidRPr="00E85698">
              <w:rPr>
                <w:sz w:val="24"/>
              </w:rPr>
              <w:t>множественного</w:t>
            </w:r>
            <w:r w:rsidRPr="00E85698">
              <w:rPr>
                <w:spacing w:val="-1"/>
                <w:sz w:val="24"/>
              </w:rPr>
              <w:t xml:space="preserve"> </w:t>
            </w:r>
            <w:r w:rsidRPr="00E85698">
              <w:rPr>
                <w:sz w:val="24"/>
              </w:rPr>
              <w:t>числа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96.</w:t>
            </w:r>
          </w:p>
        </w:tc>
        <w:tc>
          <w:tcPr>
            <w:tcW w:w="3229" w:type="dxa"/>
          </w:tcPr>
          <w:p w:rsidR="007130C9" w:rsidRPr="00E85698" w:rsidRDefault="007130C9" w:rsidP="00911E24">
            <w:pPr>
              <w:pStyle w:val="TableParagraph"/>
              <w:spacing w:line="292" w:lineRule="auto"/>
              <w:ind w:right="353"/>
              <w:rPr>
                <w:sz w:val="24"/>
              </w:rPr>
            </w:pPr>
            <w:r w:rsidRPr="00E85698">
              <w:rPr>
                <w:sz w:val="24"/>
              </w:rPr>
              <w:t>Нормы словоизменения</w:t>
            </w:r>
            <w:r w:rsidRPr="00E85698">
              <w:rPr>
                <w:spacing w:val="1"/>
                <w:sz w:val="24"/>
              </w:rPr>
              <w:t xml:space="preserve"> </w:t>
            </w:r>
            <w:r w:rsidRPr="00E85698">
              <w:rPr>
                <w:sz w:val="24"/>
              </w:rPr>
              <w:t>сложных имён</w:t>
            </w:r>
            <w:r w:rsidRPr="00E85698">
              <w:rPr>
                <w:spacing w:val="1"/>
                <w:sz w:val="24"/>
              </w:rPr>
              <w:t xml:space="preserve"> </w:t>
            </w:r>
            <w:r w:rsidRPr="00E85698">
              <w:rPr>
                <w:sz w:val="24"/>
              </w:rPr>
              <w:t>существительных с первой</w:t>
            </w:r>
            <w:r w:rsidRPr="00E85698">
              <w:rPr>
                <w:spacing w:val="-57"/>
                <w:sz w:val="24"/>
              </w:rPr>
              <w:t xml:space="preserve"> </w:t>
            </w:r>
            <w:r w:rsidRPr="00E85698">
              <w:rPr>
                <w:sz w:val="24"/>
              </w:rPr>
              <w:t>частью</w:t>
            </w:r>
            <w:r w:rsidRPr="00E85698">
              <w:rPr>
                <w:spacing w:val="-2"/>
                <w:sz w:val="24"/>
              </w:rPr>
              <w:t xml:space="preserve"> </w:t>
            </w:r>
            <w:r w:rsidRPr="00E85698">
              <w:rPr>
                <w:sz w:val="24"/>
              </w:rPr>
              <w:t>ПОЛ-</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97.</w:t>
            </w:r>
          </w:p>
        </w:tc>
        <w:tc>
          <w:tcPr>
            <w:tcW w:w="3229" w:type="dxa"/>
          </w:tcPr>
          <w:p w:rsidR="007130C9" w:rsidRPr="00E85698" w:rsidRDefault="007130C9" w:rsidP="00911E24">
            <w:pPr>
              <w:pStyle w:val="TableParagraph"/>
              <w:spacing w:line="292" w:lineRule="auto"/>
              <w:ind w:right="916"/>
              <w:rPr>
                <w:sz w:val="24"/>
              </w:rPr>
            </w:pPr>
            <w:r w:rsidRPr="00E85698">
              <w:rPr>
                <w:sz w:val="24"/>
              </w:rPr>
              <w:t>Нормы употребления</w:t>
            </w:r>
            <w:r w:rsidRPr="00E85698">
              <w:rPr>
                <w:spacing w:val="-57"/>
                <w:sz w:val="24"/>
              </w:rPr>
              <w:t xml:space="preserve"> </w:t>
            </w:r>
            <w:r w:rsidRPr="00E85698">
              <w:rPr>
                <w:sz w:val="24"/>
              </w:rPr>
              <w:t>несклоняемых имён</w:t>
            </w:r>
            <w:r w:rsidRPr="00E85698">
              <w:rPr>
                <w:spacing w:val="1"/>
                <w:sz w:val="24"/>
              </w:rPr>
              <w:t xml:space="preserve"> </w:t>
            </w:r>
            <w:r w:rsidRPr="00E85698">
              <w:rPr>
                <w:sz w:val="24"/>
              </w:rPr>
              <w:t>существительных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98.</w:t>
            </w:r>
          </w:p>
        </w:tc>
        <w:tc>
          <w:tcPr>
            <w:tcW w:w="3229" w:type="dxa"/>
          </w:tcPr>
          <w:p w:rsidR="007130C9" w:rsidRPr="00E85698" w:rsidRDefault="007130C9" w:rsidP="00911E24">
            <w:pPr>
              <w:pStyle w:val="TableParagraph"/>
              <w:spacing w:line="292" w:lineRule="auto"/>
              <w:ind w:right="484"/>
              <w:rPr>
                <w:sz w:val="24"/>
              </w:rPr>
            </w:pPr>
            <w:r w:rsidRPr="00E85698">
              <w:rPr>
                <w:sz w:val="24"/>
              </w:rPr>
              <w:t>Нормы словоизменения</w:t>
            </w:r>
            <w:r w:rsidRPr="00E85698">
              <w:rPr>
                <w:spacing w:val="1"/>
                <w:sz w:val="24"/>
              </w:rPr>
              <w:t xml:space="preserve"> </w:t>
            </w:r>
            <w:r w:rsidRPr="00E85698">
              <w:rPr>
                <w:sz w:val="24"/>
              </w:rPr>
              <w:t>существительных общего</w:t>
            </w:r>
            <w:r w:rsidRPr="00E85698">
              <w:rPr>
                <w:spacing w:val="-58"/>
                <w:sz w:val="24"/>
              </w:rPr>
              <w:t xml:space="preserve"> </w:t>
            </w:r>
            <w:r w:rsidRPr="00E85698">
              <w:rPr>
                <w:sz w:val="24"/>
              </w:rPr>
              <w:t>рода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99.</w:t>
            </w:r>
          </w:p>
        </w:tc>
        <w:tc>
          <w:tcPr>
            <w:tcW w:w="3229" w:type="dxa"/>
          </w:tcPr>
          <w:p w:rsidR="007130C9" w:rsidRPr="00E85698" w:rsidRDefault="007130C9" w:rsidP="00911E24">
            <w:pPr>
              <w:pStyle w:val="TableParagraph"/>
              <w:spacing w:line="292" w:lineRule="auto"/>
              <w:ind w:right="87"/>
              <w:jc w:val="both"/>
              <w:rPr>
                <w:sz w:val="24"/>
              </w:rPr>
            </w:pPr>
            <w:r w:rsidRPr="00E85698">
              <w:rPr>
                <w:sz w:val="24"/>
              </w:rPr>
              <w:t>Нормы слитного и дефисного</w:t>
            </w:r>
            <w:r w:rsidRPr="00E85698">
              <w:rPr>
                <w:spacing w:val="-57"/>
                <w:sz w:val="24"/>
              </w:rPr>
              <w:t xml:space="preserve"> </w:t>
            </w:r>
            <w:r w:rsidRPr="00E85698">
              <w:rPr>
                <w:sz w:val="24"/>
              </w:rPr>
              <w:t>написания ПОЛ- и ПОЛУ- со</w:t>
            </w:r>
            <w:r w:rsidRPr="00E85698">
              <w:rPr>
                <w:spacing w:val="-57"/>
                <w:sz w:val="24"/>
              </w:rPr>
              <w:t xml:space="preserve"> </w:t>
            </w:r>
            <w:r w:rsidRPr="00E85698">
              <w:rPr>
                <w:sz w:val="24"/>
              </w:rPr>
              <w:t>словами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100.</w:t>
            </w:r>
          </w:p>
        </w:tc>
        <w:tc>
          <w:tcPr>
            <w:tcW w:w="3229" w:type="dxa"/>
          </w:tcPr>
          <w:p w:rsidR="007130C9" w:rsidRPr="00E85698" w:rsidRDefault="007130C9" w:rsidP="00911E24">
            <w:pPr>
              <w:pStyle w:val="TableParagraph"/>
              <w:spacing w:line="292" w:lineRule="auto"/>
              <w:ind w:right="130"/>
              <w:rPr>
                <w:sz w:val="24"/>
              </w:rPr>
            </w:pPr>
            <w:r w:rsidRPr="00E85698">
              <w:rPr>
                <w:sz w:val="24"/>
              </w:rPr>
              <w:t>Контрольный диктант</w:t>
            </w:r>
            <w:r w:rsidRPr="00E85698">
              <w:rPr>
                <w:spacing w:val="1"/>
                <w:sz w:val="24"/>
              </w:rPr>
              <w:t xml:space="preserve"> </w:t>
            </w:r>
            <w:r w:rsidRPr="00E85698">
              <w:rPr>
                <w:sz w:val="24"/>
              </w:rPr>
              <w:t>по</w:t>
            </w:r>
            <w:r w:rsidRPr="00E85698">
              <w:rPr>
                <w:spacing w:val="1"/>
                <w:sz w:val="24"/>
              </w:rPr>
              <w:t xml:space="preserve"> </w:t>
            </w:r>
            <w:r w:rsidRPr="00E85698">
              <w:rPr>
                <w:sz w:val="24"/>
              </w:rPr>
              <w:t>теме "Имя существительное"</w:t>
            </w:r>
            <w:r w:rsidRPr="00E85698">
              <w:rPr>
                <w:spacing w:val="-57"/>
                <w:sz w:val="24"/>
              </w:rPr>
              <w:t xml:space="preserve"> </w:t>
            </w:r>
            <w:r w:rsidRPr="00E85698">
              <w:rPr>
                <w:sz w:val="24"/>
              </w:rPr>
              <w:t>с</w:t>
            </w:r>
            <w:r w:rsidRPr="00E85698">
              <w:rPr>
                <w:spacing w:val="-3"/>
                <w:sz w:val="24"/>
              </w:rPr>
              <w:t xml:space="preserve"> </w:t>
            </w:r>
            <w:r w:rsidRPr="00E85698">
              <w:rPr>
                <w:sz w:val="24"/>
              </w:rPr>
              <w:t>грамматическим</w:t>
            </w:r>
            <w:r w:rsidRPr="00E85698">
              <w:rPr>
                <w:spacing w:val="-3"/>
                <w:sz w:val="24"/>
              </w:rPr>
              <w:t xml:space="preserve"> </w:t>
            </w:r>
            <w:r w:rsidRPr="00E85698">
              <w:rPr>
                <w:sz w:val="24"/>
              </w:rPr>
              <w:t>заданием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Диктант;</w:t>
            </w:r>
          </w:p>
        </w:tc>
      </w:tr>
      <w:tr w:rsidR="007130C9" w:rsidRPr="00E85698" w:rsidTr="00911E24">
        <w:trPr>
          <w:trHeight w:val="1149"/>
        </w:trPr>
        <w:tc>
          <w:tcPr>
            <w:tcW w:w="576" w:type="dxa"/>
          </w:tcPr>
          <w:p w:rsidR="007130C9" w:rsidRPr="00E85698" w:rsidRDefault="007130C9" w:rsidP="00911E24">
            <w:pPr>
              <w:pStyle w:val="TableParagraph"/>
              <w:rPr>
                <w:sz w:val="24"/>
              </w:rPr>
            </w:pPr>
            <w:r w:rsidRPr="00E85698">
              <w:rPr>
                <w:sz w:val="24"/>
              </w:rPr>
              <w:t>101.</w:t>
            </w:r>
          </w:p>
        </w:tc>
        <w:tc>
          <w:tcPr>
            <w:tcW w:w="3229" w:type="dxa"/>
          </w:tcPr>
          <w:p w:rsidR="007130C9" w:rsidRPr="00E85698" w:rsidRDefault="007130C9" w:rsidP="00911E24">
            <w:pPr>
              <w:pStyle w:val="TableParagraph"/>
              <w:spacing w:line="292" w:lineRule="auto"/>
              <w:ind w:right="618"/>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102.</w:t>
            </w:r>
          </w:p>
        </w:tc>
        <w:tc>
          <w:tcPr>
            <w:tcW w:w="3229" w:type="dxa"/>
          </w:tcPr>
          <w:p w:rsidR="007130C9" w:rsidRPr="00E85698" w:rsidRDefault="007130C9" w:rsidP="00911E24">
            <w:pPr>
              <w:pStyle w:val="TableParagraph"/>
              <w:spacing w:line="292" w:lineRule="auto"/>
              <w:ind w:right="986"/>
              <w:rPr>
                <w:sz w:val="24"/>
              </w:rPr>
            </w:pPr>
            <w:r w:rsidRPr="00E85698">
              <w:rPr>
                <w:sz w:val="24"/>
              </w:rPr>
              <w:t>Имя прилагательное как</w:t>
            </w:r>
            <w:r w:rsidRPr="00E85698">
              <w:rPr>
                <w:spacing w:val="-58"/>
                <w:sz w:val="24"/>
              </w:rPr>
              <w:t xml:space="preserve"> </w:t>
            </w:r>
            <w:r w:rsidRPr="00E85698">
              <w:rPr>
                <w:sz w:val="24"/>
              </w:rPr>
              <w:t>часть речи (повторение</w:t>
            </w:r>
            <w:r w:rsidRPr="00E85698">
              <w:rPr>
                <w:spacing w:val="1"/>
                <w:sz w:val="24"/>
              </w:rPr>
              <w:t xml:space="preserve"> и</w:t>
            </w:r>
            <w:r w:rsidRPr="00E85698">
              <w:rPr>
                <w:sz w:val="24"/>
              </w:rPr>
              <w:t>зученного</w:t>
            </w:r>
            <w:r w:rsidRPr="00E85698">
              <w:rPr>
                <w:spacing w:val="-2"/>
                <w:sz w:val="24"/>
              </w:rPr>
              <w:t xml:space="preserve"> </w:t>
            </w:r>
            <w:r w:rsidRPr="00E85698">
              <w:rPr>
                <w:sz w:val="24"/>
              </w:rPr>
              <w:t>в</w:t>
            </w:r>
            <w:r w:rsidRPr="00E85698">
              <w:rPr>
                <w:spacing w:val="-2"/>
                <w:sz w:val="24"/>
              </w:rPr>
              <w:t xml:space="preserve"> </w:t>
            </w:r>
            <w:r w:rsidRPr="00E85698">
              <w:rPr>
                <w:sz w:val="24"/>
              </w:rPr>
              <w:t>5</w:t>
            </w:r>
            <w:r w:rsidRPr="00E85698">
              <w:rPr>
                <w:spacing w:val="-2"/>
                <w:sz w:val="24"/>
              </w:rPr>
              <w:t xml:space="preserve"> </w:t>
            </w:r>
            <w:r w:rsidRPr="00E85698">
              <w:rPr>
                <w:sz w:val="24"/>
              </w:rPr>
              <w:t>классе) Качественные имена</w:t>
            </w:r>
            <w:r w:rsidRPr="00E85698">
              <w:rPr>
                <w:spacing w:val="-57"/>
                <w:sz w:val="24"/>
              </w:rPr>
              <w:t xml:space="preserve"> </w:t>
            </w:r>
            <w:r w:rsidRPr="00E85698">
              <w:rPr>
                <w:sz w:val="24"/>
              </w:rPr>
              <w:t>прилагательные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103.</w:t>
            </w:r>
          </w:p>
        </w:tc>
        <w:tc>
          <w:tcPr>
            <w:tcW w:w="3229" w:type="dxa"/>
          </w:tcPr>
          <w:p w:rsidR="007130C9" w:rsidRPr="00E85698" w:rsidRDefault="007130C9" w:rsidP="00911E24">
            <w:pPr>
              <w:pStyle w:val="TableParagraph"/>
              <w:spacing w:line="292" w:lineRule="auto"/>
              <w:ind w:right="837"/>
              <w:rPr>
                <w:sz w:val="24"/>
              </w:rPr>
            </w:pPr>
            <w:r w:rsidRPr="00E85698">
              <w:rPr>
                <w:sz w:val="24"/>
              </w:rPr>
              <w:t>Относительные имена</w:t>
            </w:r>
            <w:r w:rsidRPr="00E85698">
              <w:rPr>
                <w:spacing w:val="-58"/>
                <w:sz w:val="24"/>
              </w:rPr>
              <w:t xml:space="preserve"> </w:t>
            </w:r>
            <w:r w:rsidRPr="00E85698">
              <w:rPr>
                <w:sz w:val="24"/>
              </w:rPr>
              <w:t>прилагательные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104.</w:t>
            </w:r>
          </w:p>
        </w:tc>
        <w:tc>
          <w:tcPr>
            <w:tcW w:w="3229" w:type="dxa"/>
          </w:tcPr>
          <w:p w:rsidR="007130C9" w:rsidRPr="00E85698" w:rsidRDefault="007130C9" w:rsidP="00911E24">
            <w:pPr>
              <w:pStyle w:val="TableParagraph"/>
              <w:spacing w:line="292" w:lineRule="auto"/>
              <w:ind w:right="690"/>
              <w:rPr>
                <w:sz w:val="24"/>
              </w:rPr>
            </w:pPr>
            <w:r w:rsidRPr="00E85698">
              <w:rPr>
                <w:sz w:val="24"/>
              </w:rPr>
              <w:t>Притяжательные имена</w:t>
            </w:r>
            <w:r w:rsidRPr="00E85698">
              <w:rPr>
                <w:spacing w:val="-58"/>
                <w:sz w:val="24"/>
              </w:rPr>
              <w:t xml:space="preserve"> </w:t>
            </w:r>
            <w:r w:rsidRPr="00E85698">
              <w:rPr>
                <w:sz w:val="24"/>
              </w:rPr>
              <w:t>прилагательные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t>105.</w:t>
            </w:r>
          </w:p>
        </w:tc>
        <w:tc>
          <w:tcPr>
            <w:tcW w:w="3229" w:type="dxa"/>
          </w:tcPr>
          <w:p w:rsidR="007130C9" w:rsidRPr="00E85698" w:rsidRDefault="007130C9" w:rsidP="00911E24">
            <w:pPr>
              <w:pStyle w:val="TableParagraph"/>
              <w:spacing w:line="292" w:lineRule="auto"/>
              <w:ind w:right="1140"/>
              <w:jc w:val="both"/>
              <w:rPr>
                <w:sz w:val="24"/>
              </w:rPr>
            </w:pPr>
            <w:r w:rsidRPr="00E85698">
              <w:rPr>
                <w:sz w:val="24"/>
              </w:rPr>
              <w:t>Степени сравнения</w:t>
            </w:r>
            <w:r w:rsidRPr="00E85698">
              <w:rPr>
                <w:spacing w:val="-57"/>
                <w:sz w:val="24"/>
              </w:rPr>
              <w:t xml:space="preserve"> </w:t>
            </w:r>
            <w:r w:rsidRPr="00E85698">
              <w:rPr>
                <w:sz w:val="24"/>
              </w:rPr>
              <w:t>качественных имён</w:t>
            </w:r>
            <w:r w:rsidRPr="00E85698">
              <w:rPr>
                <w:spacing w:val="-58"/>
                <w:sz w:val="24"/>
              </w:rPr>
              <w:t xml:space="preserve"> </w:t>
            </w:r>
            <w:r w:rsidRPr="00E85698">
              <w:rPr>
                <w:sz w:val="24"/>
              </w:rPr>
              <w:t>прилагательных.</w:t>
            </w:r>
          </w:p>
          <w:p w:rsidR="007130C9" w:rsidRPr="00E85698" w:rsidRDefault="007130C9" w:rsidP="00911E24">
            <w:pPr>
              <w:pStyle w:val="TableParagraph"/>
              <w:spacing w:line="274" w:lineRule="exact"/>
              <w:jc w:val="both"/>
              <w:rPr>
                <w:sz w:val="24"/>
              </w:rPr>
            </w:pPr>
            <w:r w:rsidRPr="00E85698">
              <w:rPr>
                <w:sz w:val="24"/>
              </w:rPr>
              <w:t>Сравнительная</w:t>
            </w:r>
            <w:r w:rsidRPr="00E85698">
              <w:rPr>
                <w:spacing w:val="-7"/>
                <w:sz w:val="24"/>
              </w:rPr>
              <w:t xml:space="preserve"> </w:t>
            </w:r>
            <w:r w:rsidRPr="00E85698">
              <w:rPr>
                <w:sz w:val="24"/>
              </w:rPr>
              <w:t>степень</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rPr>
                <w:sz w:val="24"/>
              </w:rPr>
            </w:pPr>
            <w:r w:rsidRPr="00E85698">
              <w:rPr>
                <w:sz w:val="24"/>
              </w:rPr>
              <w:lastRenderedPageBreak/>
              <w:t>106.</w:t>
            </w:r>
          </w:p>
        </w:tc>
        <w:tc>
          <w:tcPr>
            <w:tcW w:w="3229" w:type="dxa"/>
          </w:tcPr>
          <w:p w:rsidR="007130C9" w:rsidRPr="00E85698" w:rsidRDefault="007130C9" w:rsidP="00911E24">
            <w:pPr>
              <w:pStyle w:val="TableParagraph"/>
              <w:spacing w:line="292" w:lineRule="auto"/>
              <w:ind w:right="1140"/>
              <w:jc w:val="both"/>
              <w:rPr>
                <w:sz w:val="24"/>
              </w:rPr>
            </w:pPr>
            <w:r w:rsidRPr="00E85698">
              <w:rPr>
                <w:sz w:val="24"/>
              </w:rPr>
              <w:t>Степени сравнения</w:t>
            </w:r>
            <w:r w:rsidRPr="00E85698">
              <w:rPr>
                <w:spacing w:val="-57"/>
                <w:sz w:val="24"/>
              </w:rPr>
              <w:t xml:space="preserve"> </w:t>
            </w:r>
            <w:r w:rsidRPr="00E85698">
              <w:rPr>
                <w:sz w:val="24"/>
              </w:rPr>
              <w:t>качественных имён</w:t>
            </w:r>
            <w:r w:rsidRPr="00E85698">
              <w:rPr>
                <w:spacing w:val="-58"/>
                <w:sz w:val="24"/>
              </w:rPr>
              <w:t xml:space="preserve"> </w:t>
            </w:r>
            <w:r w:rsidRPr="00E85698">
              <w:rPr>
                <w:sz w:val="24"/>
              </w:rPr>
              <w:t>прилагательных.</w:t>
            </w:r>
          </w:p>
          <w:p w:rsidR="007130C9" w:rsidRPr="00E85698" w:rsidRDefault="007130C9" w:rsidP="00911E24">
            <w:pPr>
              <w:pStyle w:val="TableParagraph"/>
              <w:spacing w:line="274" w:lineRule="exact"/>
              <w:jc w:val="both"/>
              <w:rPr>
                <w:sz w:val="24"/>
              </w:rPr>
            </w:pPr>
            <w:r w:rsidRPr="00E85698">
              <w:rPr>
                <w:sz w:val="24"/>
              </w:rPr>
              <w:t>Превосходная</w:t>
            </w:r>
            <w:r w:rsidRPr="00E85698">
              <w:rPr>
                <w:spacing w:val="-6"/>
                <w:sz w:val="24"/>
              </w:rPr>
              <w:t xml:space="preserve"> </w:t>
            </w:r>
            <w:r w:rsidRPr="00E85698">
              <w:rPr>
                <w:sz w:val="24"/>
              </w:rPr>
              <w:t>степень</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rPr>
                <w:sz w:val="24"/>
              </w:rPr>
            </w:pPr>
            <w:r w:rsidRPr="00E85698">
              <w:rPr>
                <w:sz w:val="24"/>
              </w:rPr>
              <w:t>107.</w:t>
            </w:r>
          </w:p>
        </w:tc>
        <w:tc>
          <w:tcPr>
            <w:tcW w:w="3229" w:type="dxa"/>
          </w:tcPr>
          <w:p w:rsidR="007130C9" w:rsidRPr="00E85698" w:rsidRDefault="007130C9" w:rsidP="00911E24">
            <w:pPr>
              <w:pStyle w:val="TableParagraph"/>
              <w:spacing w:line="292" w:lineRule="auto"/>
              <w:ind w:right="642"/>
              <w:rPr>
                <w:sz w:val="24"/>
              </w:rPr>
            </w:pPr>
            <w:r w:rsidRPr="00E85698">
              <w:rPr>
                <w:sz w:val="24"/>
              </w:rPr>
              <w:t>Словообразование имён</w:t>
            </w:r>
            <w:r w:rsidRPr="00E85698">
              <w:rPr>
                <w:spacing w:val="-58"/>
                <w:sz w:val="24"/>
              </w:rPr>
              <w:t xml:space="preserve"> </w:t>
            </w:r>
            <w:r w:rsidRPr="00E85698">
              <w:rPr>
                <w:sz w:val="24"/>
              </w:rPr>
              <w:t>прилагательных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108.</w:t>
            </w:r>
          </w:p>
        </w:tc>
        <w:tc>
          <w:tcPr>
            <w:tcW w:w="3229" w:type="dxa"/>
          </w:tcPr>
          <w:p w:rsidR="007130C9" w:rsidRPr="00E85698" w:rsidRDefault="007130C9" w:rsidP="00911E24">
            <w:pPr>
              <w:pStyle w:val="TableParagraph"/>
              <w:spacing w:line="292" w:lineRule="auto"/>
              <w:ind w:right="470"/>
              <w:rPr>
                <w:sz w:val="24"/>
              </w:rPr>
            </w:pPr>
            <w:r w:rsidRPr="00E85698">
              <w:rPr>
                <w:sz w:val="24"/>
              </w:rPr>
              <w:t>Морфологический анализ</w:t>
            </w:r>
            <w:r w:rsidRPr="00E85698">
              <w:rPr>
                <w:spacing w:val="-58"/>
                <w:sz w:val="24"/>
              </w:rPr>
              <w:t xml:space="preserve"> </w:t>
            </w:r>
            <w:r w:rsidRPr="00E85698">
              <w:rPr>
                <w:sz w:val="24"/>
              </w:rPr>
              <w:t>имён</w:t>
            </w:r>
            <w:r w:rsidRPr="00E85698">
              <w:rPr>
                <w:spacing w:val="-1"/>
                <w:sz w:val="24"/>
              </w:rPr>
              <w:t xml:space="preserve"> </w:t>
            </w:r>
            <w:r w:rsidRPr="00E85698">
              <w:rPr>
                <w:sz w:val="24"/>
              </w:rPr>
              <w:t>прилагательных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109.</w:t>
            </w:r>
          </w:p>
        </w:tc>
        <w:tc>
          <w:tcPr>
            <w:tcW w:w="3229" w:type="dxa"/>
          </w:tcPr>
          <w:p w:rsidR="007130C9" w:rsidRPr="00E85698" w:rsidRDefault="007130C9" w:rsidP="00911E24">
            <w:pPr>
              <w:pStyle w:val="TableParagraph"/>
              <w:spacing w:line="292" w:lineRule="auto"/>
              <w:ind w:right="649"/>
              <w:rPr>
                <w:sz w:val="24"/>
              </w:rPr>
            </w:pPr>
            <w:r w:rsidRPr="00E85698">
              <w:rPr>
                <w:sz w:val="24"/>
              </w:rPr>
              <w:t>Правописание Н и НН в</w:t>
            </w:r>
            <w:r w:rsidRPr="00E85698">
              <w:rPr>
                <w:spacing w:val="-57"/>
                <w:sz w:val="24"/>
              </w:rPr>
              <w:t xml:space="preserve"> </w:t>
            </w:r>
            <w:r w:rsidRPr="00E85698">
              <w:rPr>
                <w:sz w:val="24"/>
              </w:rPr>
              <w:t>именах</w:t>
            </w:r>
            <w:r w:rsidRPr="00E85698">
              <w:rPr>
                <w:spacing w:val="-7"/>
                <w:sz w:val="24"/>
              </w:rPr>
              <w:t xml:space="preserve"> </w:t>
            </w:r>
            <w:r w:rsidRPr="00E85698">
              <w:rPr>
                <w:sz w:val="24"/>
              </w:rPr>
              <w:t>прилагательных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110.</w:t>
            </w:r>
          </w:p>
        </w:tc>
        <w:tc>
          <w:tcPr>
            <w:tcW w:w="3229" w:type="dxa"/>
          </w:tcPr>
          <w:p w:rsidR="007130C9" w:rsidRPr="00E85698" w:rsidRDefault="007130C9" w:rsidP="00911E24">
            <w:pPr>
              <w:pStyle w:val="TableParagraph"/>
              <w:spacing w:line="292" w:lineRule="auto"/>
              <w:ind w:right="448"/>
              <w:rPr>
                <w:sz w:val="24"/>
              </w:rPr>
            </w:pPr>
            <w:r w:rsidRPr="00E85698">
              <w:rPr>
                <w:sz w:val="24"/>
              </w:rPr>
              <w:t>Правописание Н и НН в</w:t>
            </w:r>
            <w:r w:rsidRPr="00E85698">
              <w:rPr>
                <w:spacing w:val="1"/>
                <w:sz w:val="24"/>
              </w:rPr>
              <w:t xml:space="preserve"> </w:t>
            </w:r>
            <w:r w:rsidRPr="00E85698">
              <w:rPr>
                <w:sz w:val="24"/>
              </w:rPr>
              <w:t>именах прилагательных.</w:t>
            </w:r>
            <w:r w:rsidRPr="00E85698">
              <w:rPr>
                <w:spacing w:val="1"/>
                <w:sz w:val="24"/>
              </w:rPr>
              <w:t xml:space="preserve"> </w:t>
            </w:r>
            <w:r w:rsidRPr="00E85698">
              <w:rPr>
                <w:sz w:val="24"/>
              </w:rPr>
              <w:t>(закрепление).</w:t>
            </w:r>
            <w:r w:rsidRPr="00E85698">
              <w:rPr>
                <w:spacing w:val="-1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477"/>
        </w:trPr>
        <w:tc>
          <w:tcPr>
            <w:tcW w:w="576" w:type="dxa"/>
          </w:tcPr>
          <w:p w:rsidR="007130C9" w:rsidRPr="00E85698" w:rsidRDefault="007130C9" w:rsidP="00911E24">
            <w:pPr>
              <w:pStyle w:val="TableParagraph"/>
              <w:ind w:left="56" w:right="44"/>
              <w:jc w:val="center"/>
              <w:rPr>
                <w:sz w:val="24"/>
              </w:rPr>
            </w:pPr>
            <w:r w:rsidRPr="00E85698">
              <w:rPr>
                <w:sz w:val="24"/>
              </w:rPr>
              <w:t>111.</w:t>
            </w:r>
          </w:p>
        </w:tc>
        <w:tc>
          <w:tcPr>
            <w:tcW w:w="3229" w:type="dxa"/>
          </w:tcPr>
          <w:p w:rsidR="007130C9" w:rsidRPr="00E85698" w:rsidRDefault="007130C9" w:rsidP="00911E24">
            <w:pPr>
              <w:pStyle w:val="TableParagraph"/>
              <w:rPr>
                <w:sz w:val="24"/>
              </w:rPr>
            </w:pPr>
            <w:r w:rsidRPr="00E85698">
              <w:rPr>
                <w:sz w:val="24"/>
              </w:rPr>
              <w:t>Сочинение – описание (упр.375)</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Сочинение;</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112.</w:t>
            </w:r>
          </w:p>
        </w:tc>
        <w:tc>
          <w:tcPr>
            <w:tcW w:w="3229" w:type="dxa"/>
          </w:tcPr>
          <w:p w:rsidR="007130C9" w:rsidRPr="00E85698" w:rsidRDefault="007130C9" w:rsidP="00911E24">
            <w:pPr>
              <w:pStyle w:val="TableParagraph"/>
              <w:spacing w:line="292" w:lineRule="auto"/>
              <w:ind w:right="89"/>
              <w:rPr>
                <w:sz w:val="24"/>
              </w:rPr>
            </w:pPr>
            <w:r w:rsidRPr="00E85698">
              <w:rPr>
                <w:sz w:val="24"/>
              </w:rPr>
              <w:t>Правописание суффиксов -К-</w:t>
            </w:r>
            <w:r w:rsidRPr="00E85698">
              <w:rPr>
                <w:spacing w:val="-57"/>
                <w:sz w:val="24"/>
              </w:rPr>
              <w:t xml:space="preserve"> </w:t>
            </w:r>
            <w:r w:rsidRPr="00E85698">
              <w:rPr>
                <w:sz w:val="24"/>
              </w:rPr>
              <w:t>и</w:t>
            </w:r>
            <w:r w:rsidRPr="00E85698">
              <w:rPr>
                <w:spacing w:val="-3"/>
                <w:sz w:val="24"/>
              </w:rPr>
              <w:t xml:space="preserve"> </w:t>
            </w:r>
            <w:r w:rsidRPr="00E85698">
              <w:rPr>
                <w:sz w:val="24"/>
              </w:rPr>
              <w:t>-СК-</w:t>
            </w:r>
            <w:r w:rsidRPr="00E85698">
              <w:rPr>
                <w:spacing w:val="-4"/>
                <w:sz w:val="24"/>
              </w:rPr>
              <w:t xml:space="preserve"> </w:t>
            </w:r>
            <w:r w:rsidRPr="00E85698">
              <w:rPr>
                <w:sz w:val="24"/>
              </w:rPr>
              <w:t>имён</w:t>
            </w:r>
            <w:r w:rsidRPr="00E85698">
              <w:rPr>
                <w:spacing w:val="-2"/>
                <w:sz w:val="24"/>
              </w:rPr>
              <w:t xml:space="preserve"> </w:t>
            </w:r>
            <w:r w:rsidRPr="00E85698">
              <w:rPr>
                <w:sz w:val="24"/>
              </w:rPr>
              <w:t>прилагательных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113.</w:t>
            </w:r>
          </w:p>
        </w:tc>
        <w:tc>
          <w:tcPr>
            <w:tcW w:w="3229" w:type="dxa"/>
          </w:tcPr>
          <w:p w:rsidR="007130C9" w:rsidRPr="00E85698" w:rsidRDefault="007130C9" w:rsidP="00911E24">
            <w:pPr>
              <w:pStyle w:val="TableParagraph"/>
              <w:spacing w:line="292" w:lineRule="auto"/>
              <w:ind w:right="94"/>
              <w:rPr>
                <w:sz w:val="24"/>
              </w:rPr>
            </w:pPr>
            <w:r w:rsidRPr="00E85698">
              <w:rPr>
                <w:sz w:val="24"/>
              </w:rPr>
              <w:t>Правописание сложных имён</w:t>
            </w:r>
            <w:r w:rsidRPr="00E85698">
              <w:rPr>
                <w:spacing w:val="-57"/>
                <w:sz w:val="24"/>
              </w:rPr>
              <w:t xml:space="preserve"> </w:t>
            </w:r>
            <w:r w:rsidRPr="00E85698">
              <w:rPr>
                <w:sz w:val="24"/>
              </w:rPr>
              <w:t>прилагательных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114.</w:t>
            </w:r>
          </w:p>
        </w:tc>
        <w:tc>
          <w:tcPr>
            <w:tcW w:w="3229" w:type="dxa"/>
          </w:tcPr>
          <w:p w:rsidR="007130C9" w:rsidRPr="00E85698" w:rsidRDefault="007130C9" w:rsidP="00911E24">
            <w:pPr>
              <w:pStyle w:val="TableParagraph"/>
              <w:spacing w:line="292" w:lineRule="auto"/>
              <w:ind w:right="94"/>
              <w:rPr>
                <w:sz w:val="24"/>
              </w:rPr>
            </w:pPr>
            <w:r w:rsidRPr="00E85698">
              <w:rPr>
                <w:sz w:val="24"/>
              </w:rPr>
              <w:t>Правописание сложных имён</w:t>
            </w:r>
            <w:r w:rsidRPr="00E85698">
              <w:rPr>
                <w:spacing w:val="-57"/>
                <w:sz w:val="24"/>
              </w:rPr>
              <w:t xml:space="preserve"> </w:t>
            </w:r>
            <w:r w:rsidRPr="00E85698">
              <w:rPr>
                <w:sz w:val="24"/>
              </w:rPr>
              <w:t>прилагательных</w:t>
            </w:r>
            <w:r w:rsidRPr="00E85698">
              <w:rPr>
                <w:spacing w:val="1"/>
                <w:sz w:val="24"/>
              </w:rPr>
              <w:t xml:space="preserve"> </w:t>
            </w:r>
            <w:r w:rsidRPr="00E85698">
              <w:rPr>
                <w:sz w:val="24"/>
              </w:rPr>
              <w:t>(закрепление).</w:t>
            </w:r>
            <w:r w:rsidRPr="00E85698">
              <w:rPr>
                <w:spacing w:val="-2"/>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115.</w:t>
            </w:r>
          </w:p>
        </w:tc>
        <w:tc>
          <w:tcPr>
            <w:tcW w:w="3229" w:type="dxa"/>
          </w:tcPr>
          <w:p w:rsidR="007130C9" w:rsidRPr="00E85698" w:rsidRDefault="007130C9" w:rsidP="00911E24">
            <w:pPr>
              <w:pStyle w:val="TableParagraph"/>
              <w:spacing w:line="292" w:lineRule="auto"/>
              <w:ind w:right="257"/>
              <w:rPr>
                <w:sz w:val="24"/>
              </w:rPr>
            </w:pPr>
            <w:r w:rsidRPr="00E85698">
              <w:rPr>
                <w:sz w:val="24"/>
              </w:rPr>
              <w:t>Нормы произношения имен</w:t>
            </w:r>
            <w:r w:rsidRPr="00E85698">
              <w:rPr>
                <w:spacing w:val="-57"/>
                <w:sz w:val="24"/>
              </w:rPr>
              <w:t xml:space="preserve"> </w:t>
            </w:r>
            <w:r w:rsidRPr="00E85698">
              <w:rPr>
                <w:sz w:val="24"/>
              </w:rPr>
              <w:t>прилагательных, нормы</w:t>
            </w:r>
            <w:r w:rsidRPr="00E85698">
              <w:rPr>
                <w:spacing w:val="1"/>
                <w:sz w:val="24"/>
              </w:rPr>
              <w:t xml:space="preserve"> </w:t>
            </w:r>
            <w:r w:rsidRPr="00E85698">
              <w:rPr>
                <w:sz w:val="24"/>
              </w:rPr>
              <w:t>постановки</w:t>
            </w:r>
            <w:r w:rsidRPr="00E85698">
              <w:rPr>
                <w:spacing w:val="-1"/>
                <w:sz w:val="24"/>
              </w:rPr>
              <w:t xml:space="preserve"> </w:t>
            </w:r>
            <w:r w:rsidRPr="00E85698">
              <w:rPr>
                <w:sz w:val="24"/>
              </w:rPr>
              <w:t>ударения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116.</w:t>
            </w:r>
          </w:p>
        </w:tc>
        <w:tc>
          <w:tcPr>
            <w:tcW w:w="3229" w:type="dxa"/>
          </w:tcPr>
          <w:p w:rsidR="007130C9" w:rsidRPr="00E85698" w:rsidRDefault="007130C9" w:rsidP="00911E24">
            <w:pPr>
              <w:pStyle w:val="TableParagraph"/>
              <w:spacing w:line="292" w:lineRule="auto"/>
              <w:ind w:right="232"/>
              <w:rPr>
                <w:sz w:val="24"/>
              </w:rPr>
            </w:pPr>
            <w:r w:rsidRPr="00E85698">
              <w:rPr>
                <w:sz w:val="24"/>
              </w:rPr>
              <w:t>Обобщение изученного по</w:t>
            </w:r>
            <w:r w:rsidRPr="00E85698">
              <w:rPr>
                <w:spacing w:val="1"/>
                <w:sz w:val="24"/>
              </w:rPr>
              <w:t xml:space="preserve"> </w:t>
            </w:r>
            <w:r w:rsidRPr="00E85698">
              <w:rPr>
                <w:sz w:val="24"/>
              </w:rPr>
              <w:t>теме "Имя прилагательное".</w:t>
            </w:r>
            <w:r w:rsidRPr="00E85698">
              <w:rPr>
                <w:spacing w:val="-58"/>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117.</w:t>
            </w:r>
          </w:p>
        </w:tc>
        <w:tc>
          <w:tcPr>
            <w:tcW w:w="3229" w:type="dxa"/>
          </w:tcPr>
          <w:p w:rsidR="007130C9" w:rsidRPr="00E85698" w:rsidRDefault="007130C9" w:rsidP="00911E24">
            <w:pPr>
              <w:pStyle w:val="TableParagraph"/>
              <w:spacing w:line="292" w:lineRule="auto"/>
              <w:ind w:right="211"/>
              <w:rPr>
                <w:sz w:val="24"/>
              </w:rPr>
            </w:pPr>
            <w:r w:rsidRPr="00E85698">
              <w:rPr>
                <w:sz w:val="24"/>
              </w:rPr>
              <w:t>Контрольная работа по теме</w:t>
            </w:r>
            <w:r w:rsidRPr="00E85698">
              <w:rPr>
                <w:spacing w:val="-58"/>
                <w:sz w:val="24"/>
              </w:rPr>
              <w:t xml:space="preserve"> </w:t>
            </w:r>
            <w:r w:rsidRPr="00E85698">
              <w:rPr>
                <w:sz w:val="24"/>
              </w:rPr>
              <w:t>"Имя</w:t>
            </w:r>
            <w:r w:rsidRPr="00E85698">
              <w:rPr>
                <w:spacing w:val="-2"/>
                <w:sz w:val="24"/>
              </w:rPr>
              <w:t xml:space="preserve"> </w:t>
            </w:r>
            <w:r w:rsidRPr="00E85698">
              <w:rPr>
                <w:sz w:val="24"/>
              </w:rPr>
              <w:t>прилагательное"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118.</w:t>
            </w:r>
          </w:p>
        </w:tc>
        <w:tc>
          <w:tcPr>
            <w:tcW w:w="3229" w:type="dxa"/>
          </w:tcPr>
          <w:p w:rsidR="007130C9" w:rsidRPr="00E85698" w:rsidRDefault="007130C9" w:rsidP="00911E24">
            <w:pPr>
              <w:pStyle w:val="TableParagraph"/>
              <w:spacing w:line="292" w:lineRule="auto"/>
              <w:ind w:right="123"/>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119.</w:t>
            </w:r>
          </w:p>
        </w:tc>
        <w:tc>
          <w:tcPr>
            <w:tcW w:w="3229" w:type="dxa"/>
          </w:tcPr>
          <w:p w:rsidR="007130C9" w:rsidRPr="00E85698" w:rsidRDefault="007130C9" w:rsidP="00911E24">
            <w:pPr>
              <w:pStyle w:val="TableParagraph"/>
              <w:spacing w:line="292" w:lineRule="auto"/>
              <w:ind w:right="486"/>
              <w:jc w:val="both"/>
              <w:rPr>
                <w:sz w:val="24"/>
              </w:rPr>
            </w:pPr>
            <w:r w:rsidRPr="00E85698">
              <w:rPr>
                <w:sz w:val="24"/>
              </w:rPr>
              <w:t>Имя числительное как часть</w:t>
            </w:r>
            <w:r w:rsidRPr="00E85698">
              <w:rPr>
                <w:spacing w:val="1"/>
                <w:sz w:val="24"/>
              </w:rPr>
              <w:t xml:space="preserve"> </w:t>
            </w:r>
            <w:r w:rsidRPr="00E85698">
              <w:rPr>
                <w:sz w:val="24"/>
              </w:rPr>
              <w:t>речи. Общее грамматическое</w:t>
            </w:r>
            <w:r w:rsidRPr="00E85698">
              <w:rPr>
                <w:spacing w:val="-58"/>
                <w:sz w:val="24"/>
              </w:rPr>
              <w:t xml:space="preserve"> </w:t>
            </w:r>
            <w:r w:rsidRPr="00E85698">
              <w:rPr>
                <w:sz w:val="24"/>
              </w:rPr>
              <w:t>значение имени</w:t>
            </w:r>
            <w:r w:rsidRPr="00E85698">
              <w:rPr>
                <w:spacing w:val="1"/>
                <w:sz w:val="24"/>
              </w:rPr>
              <w:t xml:space="preserve"> ч</w:t>
            </w:r>
            <w:r w:rsidRPr="00E85698">
              <w:rPr>
                <w:sz w:val="24"/>
              </w:rPr>
              <w:t>ислительного. Синтаксические функции</w:t>
            </w:r>
            <w:r w:rsidRPr="00E85698">
              <w:rPr>
                <w:spacing w:val="-58"/>
                <w:sz w:val="24"/>
              </w:rPr>
              <w:t xml:space="preserve"> </w:t>
            </w:r>
            <w:r w:rsidRPr="00E85698">
              <w:rPr>
                <w:sz w:val="24"/>
              </w:rPr>
              <w:t>имён</w:t>
            </w:r>
            <w:r w:rsidRPr="00E85698">
              <w:rPr>
                <w:spacing w:val="-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lastRenderedPageBreak/>
              <w:t>120.</w:t>
            </w:r>
          </w:p>
        </w:tc>
        <w:tc>
          <w:tcPr>
            <w:tcW w:w="3229" w:type="dxa"/>
          </w:tcPr>
          <w:p w:rsidR="007130C9" w:rsidRPr="00E85698" w:rsidRDefault="007130C9" w:rsidP="00911E24">
            <w:pPr>
              <w:pStyle w:val="TableParagraph"/>
              <w:spacing w:line="292" w:lineRule="auto"/>
              <w:ind w:right="180"/>
              <w:rPr>
                <w:sz w:val="24"/>
              </w:rPr>
            </w:pPr>
            <w:r w:rsidRPr="00E85698">
              <w:rPr>
                <w:sz w:val="24"/>
              </w:rPr>
              <w:t>Разряды имён числительных</w:t>
            </w:r>
            <w:r w:rsidRPr="00E85698">
              <w:rPr>
                <w:spacing w:val="-58"/>
                <w:sz w:val="24"/>
              </w:rPr>
              <w:t xml:space="preserve"> </w:t>
            </w:r>
            <w:r w:rsidRPr="00E85698">
              <w:rPr>
                <w:sz w:val="24"/>
              </w:rPr>
              <w:t>по</w:t>
            </w:r>
            <w:r w:rsidRPr="00E85698">
              <w:rPr>
                <w:spacing w:val="-1"/>
                <w:sz w:val="24"/>
              </w:rPr>
              <w:t xml:space="preserve"> </w:t>
            </w:r>
            <w:r w:rsidRPr="00E85698">
              <w:rPr>
                <w:sz w:val="24"/>
              </w:rPr>
              <w:t>значению.</w:t>
            </w:r>
          </w:p>
          <w:p w:rsidR="007130C9" w:rsidRPr="00E85698" w:rsidRDefault="007130C9" w:rsidP="00911E24">
            <w:pPr>
              <w:pStyle w:val="TableParagraph"/>
              <w:spacing w:line="292" w:lineRule="auto"/>
              <w:ind w:right="1420"/>
              <w:rPr>
                <w:sz w:val="24"/>
              </w:rPr>
            </w:pPr>
            <w:r w:rsidRPr="00E85698">
              <w:rPr>
                <w:spacing w:val="-1"/>
                <w:sz w:val="24"/>
              </w:rPr>
              <w:t>Количественные</w:t>
            </w:r>
            <w:r w:rsidRPr="00E85698">
              <w:rPr>
                <w:spacing w:val="-57"/>
                <w:sz w:val="24"/>
              </w:rPr>
              <w:t xml:space="preserve"> </w:t>
            </w:r>
            <w:r w:rsidRPr="00E85698">
              <w:rPr>
                <w:sz w:val="24"/>
              </w:rPr>
              <w:t>числительные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121.</w:t>
            </w:r>
          </w:p>
        </w:tc>
        <w:tc>
          <w:tcPr>
            <w:tcW w:w="3229" w:type="dxa"/>
          </w:tcPr>
          <w:p w:rsidR="007130C9" w:rsidRPr="00E85698" w:rsidRDefault="007130C9" w:rsidP="00911E24">
            <w:pPr>
              <w:pStyle w:val="TableParagraph"/>
              <w:spacing w:line="292" w:lineRule="auto"/>
              <w:ind w:right="180"/>
              <w:rPr>
                <w:sz w:val="24"/>
              </w:rPr>
            </w:pPr>
            <w:r w:rsidRPr="00E85698">
              <w:rPr>
                <w:sz w:val="24"/>
              </w:rPr>
              <w:t>Разряды имён числительных</w:t>
            </w:r>
            <w:r w:rsidRPr="00E85698">
              <w:rPr>
                <w:spacing w:val="-58"/>
                <w:sz w:val="24"/>
              </w:rPr>
              <w:t xml:space="preserve"> </w:t>
            </w:r>
            <w:r w:rsidRPr="00E85698">
              <w:rPr>
                <w:sz w:val="24"/>
              </w:rPr>
              <w:t>по значению. Порядковые</w:t>
            </w:r>
            <w:r w:rsidRPr="00E85698">
              <w:rPr>
                <w:spacing w:val="1"/>
                <w:sz w:val="24"/>
              </w:rPr>
              <w:t xml:space="preserve"> </w:t>
            </w:r>
            <w:r w:rsidRPr="00E85698">
              <w:rPr>
                <w:sz w:val="24"/>
              </w:rPr>
              <w:t>числительные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122.</w:t>
            </w:r>
          </w:p>
        </w:tc>
        <w:tc>
          <w:tcPr>
            <w:tcW w:w="3229" w:type="dxa"/>
          </w:tcPr>
          <w:p w:rsidR="007130C9" w:rsidRPr="00E85698" w:rsidRDefault="007130C9" w:rsidP="00911E24">
            <w:pPr>
              <w:pStyle w:val="TableParagraph"/>
              <w:spacing w:line="292" w:lineRule="auto"/>
              <w:ind w:right="180"/>
              <w:rPr>
                <w:sz w:val="24"/>
              </w:rPr>
            </w:pPr>
            <w:r w:rsidRPr="00E85698">
              <w:rPr>
                <w:sz w:val="24"/>
              </w:rPr>
              <w:t>Разряды имён числительных</w:t>
            </w:r>
            <w:r w:rsidRPr="00E85698">
              <w:rPr>
                <w:spacing w:val="-58"/>
                <w:sz w:val="24"/>
              </w:rPr>
              <w:t xml:space="preserve"> </w:t>
            </w:r>
            <w:r w:rsidRPr="00E85698">
              <w:rPr>
                <w:sz w:val="24"/>
              </w:rPr>
              <w:t>по строению: простые,</w:t>
            </w:r>
            <w:r w:rsidRPr="00E85698">
              <w:rPr>
                <w:spacing w:val="1"/>
                <w:sz w:val="24"/>
              </w:rPr>
              <w:t xml:space="preserve"> </w:t>
            </w:r>
            <w:r w:rsidRPr="00E85698">
              <w:rPr>
                <w:sz w:val="24"/>
              </w:rPr>
              <w:t>сложные,</w:t>
            </w:r>
            <w:r w:rsidRPr="00E85698">
              <w:rPr>
                <w:spacing w:val="-1"/>
                <w:sz w:val="24"/>
              </w:rPr>
              <w:t xml:space="preserve"> </w:t>
            </w:r>
            <w:r w:rsidRPr="00E85698">
              <w:rPr>
                <w:sz w:val="24"/>
              </w:rPr>
              <w:t>составные.</w:t>
            </w:r>
          </w:p>
          <w:p w:rsidR="007130C9" w:rsidRPr="00E85698" w:rsidRDefault="007130C9" w:rsidP="00911E24">
            <w:pPr>
              <w:pStyle w:val="TableParagraph"/>
              <w:spacing w:line="292" w:lineRule="auto"/>
              <w:ind w:right="642"/>
              <w:rPr>
                <w:sz w:val="24"/>
              </w:rPr>
            </w:pPr>
            <w:r w:rsidRPr="00E85698">
              <w:rPr>
                <w:sz w:val="24"/>
              </w:rPr>
              <w:t>Словообразование имён</w:t>
            </w:r>
            <w:r w:rsidRPr="00E85698">
              <w:rPr>
                <w:spacing w:val="-58"/>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123.</w:t>
            </w:r>
          </w:p>
        </w:tc>
        <w:tc>
          <w:tcPr>
            <w:tcW w:w="3229" w:type="dxa"/>
          </w:tcPr>
          <w:p w:rsidR="007130C9" w:rsidRPr="00E85698" w:rsidRDefault="007130C9" w:rsidP="00911E24">
            <w:pPr>
              <w:pStyle w:val="TableParagraph"/>
              <w:spacing w:line="292" w:lineRule="auto"/>
              <w:ind w:right="261"/>
              <w:rPr>
                <w:sz w:val="24"/>
              </w:rPr>
            </w:pPr>
            <w:r w:rsidRPr="00E85698">
              <w:rPr>
                <w:sz w:val="24"/>
              </w:rPr>
              <w:t>Склонение количественных</w:t>
            </w:r>
            <w:r w:rsidRPr="00E85698">
              <w:rPr>
                <w:spacing w:val="-58"/>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124.</w:t>
            </w:r>
          </w:p>
        </w:tc>
        <w:tc>
          <w:tcPr>
            <w:tcW w:w="3229" w:type="dxa"/>
          </w:tcPr>
          <w:p w:rsidR="007130C9" w:rsidRPr="00E85698" w:rsidRDefault="007130C9" w:rsidP="00911E24">
            <w:pPr>
              <w:pStyle w:val="TableParagraph"/>
              <w:spacing w:line="292" w:lineRule="auto"/>
              <w:ind w:right="135"/>
              <w:rPr>
                <w:sz w:val="24"/>
              </w:rPr>
            </w:pPr>
            <w:r w:rsidRPr="00E85698">
              <w:rPr>
                <w:sz w:val="24"/>
              </w:rPr>
              <w:t>Склонение порядковых имён</w:t>
            </w:r>
            <w:r w:rsidRPr="00E85698">
              <w:rPr>
                <w:spacing w:val="-58"/>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125.</w:t>
            </w:r>
          </w:p>
        </w:tc>
        <w:tc>
          <w:tcPr>
            <w:tcW w:w="3229" w:type="dxa"/>
          </w:tcPr>
          <w:p w:rsidR="007130C9" w:rsidRPr="00E85698" w:rsidRDefault="007130C9" w:rsidP="00911E24">
            <w:pPr>
              <w:pStyle w:val="TableParagraph"/>
              <w:spacing w:line="292" w:lineRule="auto"/>
              <w:ind w:right="506"/>
              <w:rPr>
                <w:sz w:val="24"/>
              </w:rPr>
            </w:pPr>
            <w:r w:rsidRPr="00E85698">
              <w:rPr>
                <w:sz w:val="24"/>
              </w:rPr>
              <w:t>Количественные</w:t>
            </w:r>
            <w:r w:rsidRPr="00E85698">
              <w:rPr>
                <w:spacing w:val="1"/>
                <w:sz w:val="24"/>
              </w:rPr>
              <w:t xml:space="preserve"> </w:t>
            </w:r>
            <w:r w:rsidRPr="00E85698">
              <w:rPr>
                <w:sz w:val="24"/>
              </w:rPr>
              <w:t>числительные. Разряды</w:t>
            </w:r>
            <w:r w:rsidRPr="00E85698">
              <w:rPr>
                <w:spacing w:val="1"/>
                <w:sz w:val="24"/>
              </w:rPr>
              <w:t xml:space="preserve"> </w:t>
            </w:r>
            <w:r w:rsidRPr="00E85698">
              <w:rPr>
                <w:sz w:val="24"/>
              </w:rPr>
              <w:t>количественных</w:t>
            </w:r>
            <w:r w:rsidRPr="00E85698">
              <w:rPr>
                <w:spacing w:val="1"/>
                <w:sz w:val="24"/>
              </w:rPr>
              <w:t xml:space="preserve"> </w:t>
            </w:r>
            <w:r w:rsidRPr="00E85698">
              <w:rPr>
                <w:sz w:val="24"/>
              </w:rPr>
              <w:t>числительных (целые,</w:t>
            </w:r>
            <w:r w:rsidRPr="00E85698">
              <w:rPr>
                <w:spacing w:val="1"/>
                <w:sz w:val="24"/>
              </w:rPr>
              <w:t xml:space="preserve"> </w:t>
            </w:r>
            <w:r w:rsidRPr="00E85698">
              <w:rPr>
                <w:sz w:val="24"/>
              </w:rPr>
              <w:t>дробные,</w:t>
            </w:r>
            <w:r w:rsidRPr="00E85698">
              <w:rPr>
                <w:spacing w:val="-9"/>
                <w:sz w:val="24"/>
              </w:rPr>
              <w:t xml:space="preserve"> </w:t>
            </w:r>
            <w:r w:rsidRPr="00E85698">
              <w:rPr>
                <w:sz w:val="24"/>
              </w:rPr>
              <w:t>собирательные)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126.</w:t>
            </w:r>
          </w:p>
        </w:tc>
        <w:tc>
          <w:tcPr>
            <w:tcW w:w="3229" w:type="dxa"/>
          </w:tcPr>
          <w:p w:rsidR="007130C9" w:rsidRPr="00E85698" w:rsidRDefault="007130C9" w:rsidP="00911E24">
            <w:pPr>
              <w:pStyle w:val="TableParagraph"/>
              <w:spacing w:line="292" w:lineRule="auto"/>
              <w:ind w:right="215"/>
              <w:rPr>
                <w:sz w:val="24"/>
              </w:rPr>
            </w:pPr>
            <w:r w:rsidRPr="00E85698">
              <w:rPr>
                <w:sz w:val="24"/>
              </w:rPr>
              <w:t>Числительные,</w:t>
            </w:r>
            <w:r w:rsidRPr="00E85698">
              <w:rPr>
                <w:spacing w:val="1"/>
                <w:sz w:val="24"/>
              </w:rPr>
              <w:t xml:space="preserve"> </w:t>
            </w:r>
            <w:r w:rsidRPr="00E85698">
              <w:rPr>
                <w:sz w:val="24"/>
              </w:rPr>
              <w:t>обозначающие целые числа,</w:t>
            </w:r>
            <w:r w:rsidRPr="00E85698">
              <w:rPr>
                <w:spacing w:val="-57"/>
                <w:sz w:val="24"/>
              </w:rPr>
              <w:t xml:space="preserve"> </w:t>
            </w:r>
            <w:r w:rsidRPr="00E85698">
              <w:rPr>
                <w:sz w:val="24"/>
              </w:rPr>
              <w:t>их</w:t>
            </w:r>
            <w:r w:rsidRPr="00E85698">
              <w:rPr>
                <w:spacing w:val="-5"/>
                <w:sz w:val="24"/>
              </w:rPr>
              <w:t xml:space="preserve"> </w:t>
            </w:r>
            <w:r w:rsidRPr="00E85698">
              <w:rPr>
                <w:sz w:val="24"/>
              </w:rPr>
              <w:t>склонение,</w:t>
            </w:r>
            <w:r w:rsidRPr="00E85698">
              <w:rPr>
                <w:spacing w:val="-4"/>
                <w:sz w:val="24"/>
              </w:rPr>
              <w:t xml:space="preserve"> </w:t>
            </w:r>
            <w:r w:rsidRPr="00E85698">
              <w:rPr>
                <w:sz w:val="24"/>
              </w:rPr>
              <w:t>правописание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127.</w:t>
            </w:r>
          </w:p>
        </w:tc>
        <w:tc>
          <w:tcPr>
            <w:tcW w:w="3229" w:type="dxa"/>
          </w:tcPr>
          <w:p w:rsidR="007130C9" w:rsidRPr="00E85698" w:rsidRDefault="007130C9" w:rsidP="00911E24">
            <w:pPr>
              <w:pStyle w:val="TableParagraph"/>
              <w:spacing w:line="292" w:lineRule="auto"/>
              <w:ind w:right="326"/>
              <w:rPr>
                <w:sz w:val="24"/>
              </w:rPr>
            </w:pPr>
            <w:r w:rsidRPr="00E85698">
              <w:rPr>
                <w:sz w:val="24"/>
              </w:rPr>
              <w:t>Дробные числительные, их</w:t>
            </w:r>
            <w:r w:rsidRPr="00E85698">
              <w:rPr>
                <w:spacing w:val="-58"/>
                <w:sz w:val="24"/>
              </w:rPr>
              <w:t xml:space="preserve"> </w:t>
            </w:r>
            <w:r w:rsidRPr="00E85698">
              <w:rPr>
                <w:sz w:val="24"/>
              </w:rPr>
              <w:t>склонение,</w:t>
            </w:r>
            <w:r w:rsidRPr="00E85698">
              <w:rPr>
                <w:spacing w:val="-3"/>
                <w:sz w:val="24"/>
              </w:rPr>
              <w:t xml:space="preserve"> </w:t>
            </w:r>
            <w:r w:rsidRPr="00E85698">
              <w:rPr>
                <w:sz w:val="24"/>
              </w:rPr>
              <w:t>правописание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128.</w:t>
            </w:r>
          </w:p>
        </w:tc>
        <w:tc>
          <w:tcPr>
            <w:tcW w:w="3229" w:type="dxa"/>
          </w:tcPr>
          <w:p w:rsidR="007130C9" w:rsidRPr="00E85698" w:rsidRDefault="007130C9" w:rsidP="00911E24">
            <w:pPr>
              <w:pStyle w:val="TableParagraph"/>
              <w:spacing w:line="292" w:lineRule="auto"/>
              <w:ind w:right="198"/>
              <w:rPr>
                <w:sz w:val="24"/>
              </w:rPr>
            </w:pPr>
            <w:r w:rsidRPr="00E85698">
              <w:rPr>
                <w:sz w:val="24"/>
              </w:rPr>
              <w:t>Собирательные</w:t>
            </w:r>
            <w:r w:rsidRPr="00E85698">
              <w:rPr>
                <w:spacing w:val="1"/>
                <w:sz w:val="24"/>
              </w:rPr>
              <w:t xml:space="preserve"> </w:t>
            </w:r>
            <w:r w:rsidRPr="00E85698">
              <w:rPr>
                <w:sz w:val="24"/>
              </w:rPr>
              <w:t>числительные,</w:t>
            </w:r>
            <w:r w:rsidRPr="00E85698">
              <w:rPr>
                <w:spacing w:val="-6"/>
                <w:sz w:val="24"/>
              </w:rPr>
              <w:t xml:space="preserve"> </w:t>
            </w:r>
            <w:r w:rsidRPr="00E85698">
              <w:rPr>
                <w:sz w:val="24"/>
              </w:rPr>
              <w:t>их</w:t>
            </w:r>
            <w:r w:rsidRPr="00E85698">
              <w:rPr>
                <w:spacing w:val="-5"/>
                <w:sz w:val="24"/>
              </w:rPr>
              <w:t xml:space="preserve"> </w:t>
            </w:r>
            <w:r w:rsidRPr="00E85698">
              <w:rPr>
                <w:sz w:val="24"/>
              </w:rPr>
              <w:t>склонение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129.</w:t>
            </w:r>
          </w:p>
        </w:tc>
        <w:tc>
          <w:tcPr>
            <w:tcW w:w="3229" w:type="dxa"/>
          </w:tcPr>
          <w:p w:rsidR="007130C9" w:rsidRPr="00E85698" w:rsidRDefault="007130C9" w:rsidP="00911E24">
            <w:pPr>
              <w:pStyle w:val="TableParagraph"/>
              <w:spacing w:line="292" w:lineRule="auto"/>
              <w:ind w:right="60"/>
              <w:rPr>
                <w:sz w:val="24"/>
              </w:rPr>
            </w:pPr>
            <w:r w:rsidRPr="00E85698">
              <w:rPr>
                <w:sz w:val="24"/>
              </w:rPr>
              <w:t>Нормы употребления</w:t>
            </w:r>
            <w:r w:rsidRPr="00E85698">
              <w:rPr>
                <w:spacing w:val="1"/>
                <w:sz w:val="24"/>
              </w:rPr>
              <w:t xml:space="preserve"> </w:t>
            </w:r>
            <w:r w:rsidRPr="00E85698">
              <w:rPr>
                <w:sz w:val="24"/>
              </w:rPr>
              <w:t>собирательных</w:t>
            </w:r>
            <w:r w:rsidRPr="00E85698">
              <w:rPr>
                <w:spacing w:val="-1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130.</w:t>
            </w:r>
          </w:p>
        </w:tc>
        <w:tc>
          <w:tcPr>
            <w:tcW w:w="3229" w:type="dxa"/>
          </w:tcPr>
          <w:p w:rsidR="007130C9" w:rsidRPr="00E85698" w:rsidRDefault="007130C9" w:rsidP="00911E24">
            <w:pPr>
              <w:pStyle w:val="TableParagraph"/>
              <w:rPr>
                <w:sz w:val="24"/>
              </w:rPr>
            </w:pPr>
            <w:r w:rsidRPr="00E85698">
              <w:rPr>
                <w:sz w:val="24"/>
              </w:rPr>
              <w:t>Сочинение  (упр.419)</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131.</w:t>
            </w:r>
          </w:p>
        </w:tc>
        <w:tc>
          <w:tcPr>
            <w:tcW w:w="3229" w:type="dxa"/>
          </w:tcPr>
          <w:p w:rsidR="007130C9" w:rsidRPr="00E85698" w:rsidRDefault="007130C9" w:rsidP="00911E24">
            <w:pPr>
              <w:pStyle w:val="TableParagraph"/>
              <w:spacing w:line="292" w:lineRule="auto"/>
              <w:ind w:right="485"/>
              <w:rPr>
                <w:sz w:val="24"/>
              </w:rPr>
            </w:pPr>
            <w:r w:rsidRPr="00E85698">
              <w:rPr>
                <w:sz w:val="24"/>
              </w:rPr>
              <w:t>Нормы словообразование</w:t>
            </w:r>
            <w:r w:rsidRPr="00E85698">
              <w:rPr>
                <w:spacing w:val="-57"/>
                <w:sz w:val="24"/>
              </w:rPr>
              <w:t xml:space="preserve"> </w:t>
            </w:r>
            <w:r w:rsidRPr="00E85698">
              <w:rPr>
                <w:sz w:val="24"/>
              </w:rPr>
              <w:t>имён</w:t>
            </w:r>
            <w:r w:rsidRPr="00E85698">
              <w:rPr>
                <w:spacing w:val="-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132.</w:t>
            </w:r>
          </w:p>
        </w:tc>
        <w:tc>
          <w:tcPr>
            <w:tcW w:w="3229" w:type="dxa"/>
          </w:tcPr>
          <w:p w:rsidR="007130C9" w:rsidRPr="00E85698" w:rsidRDefault="007130C9" w:rsidP="00911E24">
            <w:pPr>
              <w:pStyle w:val="TableParagraph"/>
              <w:spacing w:line="292" w:lineRule="auto"/>
              <w:ind w:right="297"/>
              <w:rPr>
                <w:sz w:val="24"/>
              </w:rPr>
            </w:pPr>
            <w:r w:rsidRPr="00E85698">
              <w:rPr>
                <w:sz w:val="24"/>
              </w:rPr>
              <w:t>Особенности употребления</w:t>
            </w:r>
            <w:r w:rsidRPr="00E85698">
              <w:rPr>
                <w:spacing w:val="-57"/>
                <w:sz w:val="24"/>
              </w:rPr>
              <w:t xml:space="preserve"> </w:t>
            </w:r>
            <w:r w:rsidRPr="00E85698">
              <w:rPr>
                <w:sz w:val="24"/>
              </w:rPr>
              <w:t>числительных в научных</w:t>
            </w:r>
            <w:r w:rsidRPr="00E85698">
              <w:rPr>
                <w:spacing w:val="1"/>
                <w:sz w:val="24"/>
              </w:rPr>
              <w:t xml:space="preserve"> </w:t>
            </w:r>
            <w:r w:rsidRPr="00E85698">
              <w:rPr>
                <w:sz w:val="24"/>
              </w:rPr>
              <w:t>текстах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133.</w:t>
            </w:r>
          </w:p>
        </w:tc>
        <w:tc>
          <w:tcPr>
            <w:tcW w:w="3229" w:type="dxa"/>
          </w:tcPr>
          <w:p w:rsidR="007130C9" w:rsidRPr="00E85698" w:rsidRDefault="007130C9" w:rsidP="00911E24">
            <w:pPr>
              <w:pStyle w:val="TableParagraph"/>
              <w:spacing w:line="292" w:lineRule="auto"/>
              <w:ind w:right="77"/>
              <w:rPr>
                <w:sz w:val="24"/>
              </w:rPr>
            </w:pPr>
            <w:r w:rsidRPr="00E85698">
              <w:rPr>
                <w:sz w:val="24"/>
              </w:rPr>
              <w:t>Особенности употребления</w:t>
            </w:r>
            <w:r w:rsidRPr="00E85698">
              <w:rPr>
                <w:spacing w:val="1"/>
                <w:sz w:val="24"/>
              </w:rPr>
              <w:t xml:space="preserve"> </w:t>
            </w:r>
            <w:r w:rsidRPr="00E85698">
              <w:rPr>
                <w:sz w:val="24"/>
              </w:rPr>
              <w:t>числительных</w:t>
            </w:r>
            <w:r w:rsidRPr="00E85698">
              <w:rPr>
                <w:spacing w:val="-4"/>
                <w:sz w:val="24"/>
              </w:rPr>
              <w:t xml:space="preserve"> </w:t>
            </w:r>
            <w:r w:rsidRPr="00E85698">
              <w:rPr>
                <w:sz w:val="24"/>
              </w:rPr>
              <w:t>в</w:t>
            </w:r>
            <w:r w:rsidRPr="00E85698">
              <w:rPr>
                <w:spacing w:val="-5"/>
                <w:sz w:val="24"/>
              </w:rPr>
              <w:t xml:space="preserve"> </w:t>
            </w:r>
            <w:r w:rsidRPr="00E85698">
              <w:rPr>
                <w:sz w:val="24"/>
              </w:rPr>
              <w:t>деловой</w:t>
            </w:r>
            <w:r w:rsidRPr="00E85698">
              <w:rPr>
                <w:spacing w:val="-4"/>
                <w:sz w:val="24"/>
              </w:rPr>
              <w:t xml:space="preserve"> </w:t>
            </w:r>
            <w:r w:rsidRPr="00E85698">
              <w:rPr>
                <w:sz w:val="24"/>
              </w:rPr>
              <w:t>речи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lastRenderedPageBreak/>
              <w:t>134.</w:t>
            </w:r>
          </w:p>
        </w:tc>
        <w:tc>
          <w:tcPr>
            <w:tcW w:w="3229" w:type="dxa"/>
          </w:tcPr>
          <w:p w:rsidR="007130C9" w:rsidRPr="00E85698" w:rsidRDefault="007130C9" w:rsidP="00911E24">
            <w:pPr>
              <w:pStyle w:val="TableParagraph"/>
              <w:spacing w:line="292" w:lineRule="auto"/>
              <w:ind w:right="167"/>
              <w:rPr>
                <w:sz w:val="24"/>
              </w:rPr>
            </w:pPr>
            <w:r w:rsidRPr="00E85698">
              <w:rPr>
                <w:sz w:val="24"/>
              </w:rPr>
              <w:t>Устное научное сообщение -</w:t>
            </w:r>
            <w:r w:rsidRPr="00E85698">
              <w:rPr>
                <w:spacing w:val="-57"/>
                <w:sz w:val="24"/>
              </w:rPr>
              <w:t xml:space="preserve"> </w:t>
            </w:r>
            <w:r w:rsidRPr="00E85698">
              <w:rPr>
                <w:sz w:val="24"/>
              </w:rPr>
              <w:t>представление содержания</w:t>
            </w:r>
            <w:r w:rsidRPr="00E85698">
              <w:rPr>
                <w:spacing w:val="1"/>
                <w:sz w:val="24"/>
              </w:rPr>
              <w:t xml:space="preserve"> </w:t>
            </w:r>
            <w:r w:rsidRPr="00E85698">
              <w:rPr>
                <w:sz w:val="24"/>
              </w:rPr>
              <w:t>таблиц и схем в виде текста,</w:t>
            </w:r>
            <w:r w:rsidRPr="00E85698">
              <w:rPr>
                <w:spacing w:val="-57"/>
                <w:sz w:val="24"/>
              </w:rPr>
              <w:t xml:space="preserve"> </w:t>
            </w:r>
            <w:r w:rsidRPr="00E85698">
              <w:rPr>
                <w:sz w:val="24"/>
              </w:rPr>
              <w:t>содержащего имена</w:t>
            </w:r>
            <w:r w:rsidRPr="00E85698">
              <w:rPr>
                <w:spacing w:val="1"/>
                <w:sz w:val="24"/>
              </w:rPr>
              <w:t xml:space="preserve"> </w:t>
            </w:r>
            <w:r w:rsidRPr="00E85698">
              <w:rPr>
                <w:sz w:val="24"/>
              </w:rPr>
              <w:t>числительные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135.</w:t>
            </w:r>
          </w:p>
        </w:tc>
        <w:tc>
          <w:tcPr>
            <w:tcW w:w="3229" w:type="dxa"/>
          </w:tcPr>
          <w:p w:rsidR="007130C9" w:rsidRPr="00E85698" w:rsidRDefault="007130C9" w:rsidP="00911E24">
            <w:pPr>
              <w:pStyle w:val="TableParagraph"/>
              <w:spacing w:line="292" w:lineRule="auto"/>
              <w:ind w:right="470"/>
              <w:rPr>
                <w:sz w:val="24"/>
              </w:rPr>
            </w:pPr>
            <w:r w:rsidRPr="00E85698">
              <w:rPr>
                <w:sz w:val="24"/>
              </w:rPr>
              <w:t>Морфологический анализ</w:t>
            </w:r>
            <w:r w:rsidRPr="00E85698">
              <w:rPr>
                <w:spacing w:val="-58"/>
                <w:sz w:val="24"/>
              </w:rPr>
              <w:t xml:space="preserve"> </w:t>
            </w:r>
            <w:r w:rsidRPr="00E85698">
              <w:rPr>
                <w:sz w:val="24"/>
              </w:rPr>
              <w:t>имён</w:t>
            </w:r>
            <w:r w:rsidRPr="00E85698">
              <w:rPr>
                <w:spacing w:val="-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136.</w:t>
            </w:r>
          </w:p>
        </w:tc>
        <w:tc>
          <w:tcPr>
            <w:tcW w:w="3229" w:type="dxa"/>
          </w:tcPr>
          <w:p w:rsidR="007130C9" w:rsidRPr="00E85698" w:rsidRDefault="007130C9" w:rsidP="00911E24">
            <w:pPr>
              <w:pStyle w:val="TableParagraph"/>
              <w:spacing w:line="292" w:lineRule="auto"/>
              <w:ind w:right="860"/>
              <w:rPr>
                <w:sz w:val="24"/>
              </w:rPr>
            </w:pPr>
            <w:r w:rsidRPr="00E85698">
              <w:rPr>
                <w:sz w:val="24"/>
              </w:rPr>
              <w:t>Написание ь в именах</w:t>
            </w:r>
            <w:r w:rsidRPr="00E85698">
              <w:rPr>
                <w:spacing w:val="-57"/>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137.</w:t>
            </w:r>
          </w:p>
        </w:tc>
        <w:tc>
          <w:tcPr>
            <w:tcW w:w="3229" w:type="dxa"/>
          </w:tcPr>
          <w:p w:rsidR="007130C9" w:rsidRPr="00E85698" w:rsidRDefault="007130C9" w:rsidP="00911E24">
            <w:pPr>
              <w:pStyle w:val="TableParagraph"/>
              <w:spacing w:line="292" w:lineRule="auto"/>
              <w:ind w:right="1068"/>
              <w:jc w:val="both"/>
              <w:rPr>
                <w:sz w:val="24"/>
              </w:rPr>
            </w:pPr>
            <w:r w:rsidRPr="00E85698">
              <w:rPr>
                <w:sz w:val="24"/>
              </w:rPr>
              <w:t>Написание двойных</w:t>
            </w:r>
            <w:r w:rsidRPr="00E85698">
              <w:rPr>
                <w:spacing w:val="-57"/>
                <w:sz w:val="24"/>
              </w:rPr>
              <w:t xml:space="preserve"> </w:t>
            </w:r>
            <w:r w:rsidRPr="00E85698">
              <w:rPr>
                <w:sz w:val="24"/>
              </w:rPr>
              <w:t>согласных в именах</w:t>
            </w:r>
            <w:r w:rsidRPr="00E85698">
              <w:rPr>
                <w:spacing w:val="-57"/>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138.</w:t>
            </w:r>
          </w:p>
        </w:tc>
        <w:tc>
          <w:tcPr>
            <w:tcW w:w="3229" w:type="dxa"/>
          </w:tcPr>
          <w:p w:rsidR="007130C9" w:rsidRPr="00E85698" w:rsidRDefault="007130C9" w:rsidP="00911E24">
            <w:pPr>
              <w:pStyle w:val="TableParagraph"/>
              <w:spacing w:line="292" w:lineRule="auto"/>
              <w:ind w:right="935"/>
              <w:rPr>
                <w:sz w:val="24"/>
              </w:rPr>
            </w:pPr>
            <w:r w:rsidRPr="00E85698">
              <w:rPr>
                <w:sz w:val="24"/>
              </w:rPr>
              <w:t>Слитное, раздельное,</w:t>
            </w:r>
            <w:r w:rsidRPr="00E85698">
              <w:rPr>
                <w:spacing w:val="-58"/>
                <w:sz w:val="24"/>
              </w:rPr>
              <w:t xml:space="preserve"> </w:t>
            </w:r>
            <w:r w:rsidRPr="00E85698">
              <w:rPr>
                <w:sz w:val="24"/>
              </w:rPr>
              <w:t>дефисное написание</w:t>
            </w:r>
            <w:r w:rsidRPr="00E85698">
              <w:rPr>
                <w:spacing w:val="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139.</w:t>
            </w:r>
          </w:p>
        </w:tc>
        <w:tc>
          <w:tcPr>
            <w:tcW w:w="3229" w:type="dxa"/>
          </w:tcPr>
          <w:p w:rsidR="007130C9" w:rsidRPr="00E85698" w:rsidRDefault="007130C9" w:rsidP="00911E24">
            <w:pPr>
              <w:pStyle w:val="TableParagraph"/>
              <w:spacing w:line="292" w:lineRule="auto"/>
              <w:ind w:right="515"/>
              <w:rPr>
                <w:sz w:val="24"/>
              </w:rPr>
            </w:pPr>
            <w:r w:rsidRPr="00E85698">
              <w:rPr>
                <w:sz w:val="24"/>
              </w:rPr>
              <w:t>Нормы правописания</w:t>
            </w:r>
            <w:r w:rsidRPr="00E85698">
              <w:rPr>
                <w:spacing w:val="1"/>
                <w:sz w:val="24"/>
              </w:rPr>
              <w:t xml:space="preserve"> </w:t>
            </w:r>
            <w:r w:rsidRPr="00E85698">
              <w:rPr>
                <w:sz w:val="24"/>
              </w:rPr>
              <w:t>окончаний</w:t>
            </w:r>
            <w:r w:rsidRPr="00E85698">
              <w:rPr>
                <w:spacing w:val="-9"/>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140.</w:t>
            </w:r>
          </w:p>
        </w:tc>
        <w:tc>
          <w:tcPr>
            <w:tcW w:w="3229" w:type="dxa"/>
          </w:tcPr>
          <w:p w:rsidR="007130C9" w:rsidRPr="00E85698" w:rsidRDefault="007130C9" w:rsidP="00911E24">
            <w:pPr>
              <w:pStyle w:val="TableParagraph"/>
              <w:spacing w:line="292" w:lineRule="auto"/>
              <w:ind w:right="488"/>
              <w:rPr>
                <w:sz w:val="24"/>
              </w:rPr>
            </w:pPr>
            <w:r w:rsidRPr="00E85698">
              <w:rPr>
                <w:sz w:val="24"/>
              </w:rPr>
              <w:t>Орфографический анализ</w:t>
            </w:r>
            <w:r w:rsidRPr="00E85698">
              <w:rPr>
                <w:spacing w:val="-57"/>
                <w:sz w:val="24"/>
              </w:rPr>
              <w:t xml:space="preserve"> </w:t>
            </w:r>
            <w:r w:rsidRPr="00E85698">
              <w:rPr>
                <w:sz w:val="24"/>
              </w:rPr>
              <w:t>имён</w:t>
            </w:r>
            <w:r w:rsidRPr="00E85698">
              <w:rPr>
                <w:spacing w:val="-1"/>
                <w:sz w:val="24"/>
              </w:rPr>
              <w:t xml:space="preserve"> </w:t>
            </w:r>
            <w:r w:rsidRPr="00E85698">
              <w:rPr>
                <w:sz w:val="24"/>
              </w:rPr>
              <w:t>числительных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141.</w:t>
            </w:r>
          </w:p>
        </w:tc>
        <w:tc>
          <w:tcPr>
            <w:tcW w:w="3229" w:type="dxa"/>
          </w:tcPr>
          <w:p w:rsidR="007130C9" w:rsidRPr="00E85698" w:rsidRDefault="007130C9" w:rsidP="00911E24">
            <w:pPr>
              <w:pStyle w:val="TableParagraph"/>
              <w:spacing w:line="292" w:lineRule="auto"/>
              <w:ind w:right="408"/>
              <w:jc w:val="both"/>
              <w:rPr>
                <w:sz w:val="24"/>
              </w:rPr>
            </w:pPr>
            <w:r w:rsidRPr="00E85698">
              <w:rPr>
                <w:sz w:val="24"/>
              </w:rPr>
              <w:t>Обобщение изученного по</w:t>
            </w:r>
            <w:r w:rsidRPr="00E85698">
              <w:rPr>
                <w:spacing w:val="-57"/>
                <w:sz w:val="24"/>
              </w:rPr>
              <w:t xml:space="preserve"> </w:t>
            </w:r>
            <w:r w:rsidRPr="00E85698">
              <w:rPr>
                <w:sz w:val="24"/>
              </w:rPr>
              <w:t>теме "Имя числительное".</w:t>
            </w:r>
            <w:r w:rsidRPr="00E85698">
              <w:rPr>
                <w:spacing w:val="-57"/>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142.</w:t>
            </w:r>
          </w:p>
        </w:tc>
        <w:tc>
          <w:tcPr>
            <w:tcW w:w="3229" w:type="dxa"/>
          </w:tcPr>
          <w:p w:rsidR="007130C9" w:rsidRPr="00E85698" w:rsidRDefault="007130C9" w:rsidP="00911E24">
            <w:pPr>
              <w:pStyle w:val="TableParagraph"/>
              <w:spacing w:line="292" w:lineRule="auto"/>
              <w:ind w:right="211"/>
              <w:rPr>
                <w:sz w:val="24"/>
              </w:rPr>
            </w:pPr>
            <w:r w:rsidRPr="00E85698">
              <w:rPr>
                <w:sz w:val="24"/>
              </w:rPr>
              <w:t>Контрольная работа по теме</w:t>
            </w:r>
            <w:r w:rsidRPr="00E85698">
              <w:rPr>
                <w:spacing w:val="-58"/>
                <w:sz w:val="24"/>
              </w:rPr>
              <w:t xml:space="preserve"> </w:t>
            </w:r>
            <w:r w:rsidRPr="00E85698">
              <w:rPr>
                <w:sz w:val="24"/>
              </w:rPr>
              <w:t>"Имя</w:t>
            </w:r>
            <w:r w:rsidRPr="00E85698">
              <w:rPr>
                <w:spacing w:val="-2"/>
                <w:sz w:val="24"/>
              </w:rPr>
              <w:t xml:space="preserve"> </w:t>
            </w:r>
            <w:r w:rsidRPr="00E85698">
              <w:rPr>
                <w:sz w:val="24"/>
              </w:rPr>
              <w:t>числительное"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143.</w:t>
            </w:r>
          </w:p>
        </w:tc>
        <w:tc>
          <w:tcPr>
            <w:tcW w:w="3229" w:type="dxa"/>
          </w:tcPr>
          <w:p w:rsidR="007130C9" w:rsidRPr="00E85698" w:rsidRDefault="007130C9" w:rsidP="00911E24">
            <w:pPr>
              <w:pStyle w:val="TableParagraph"/>
              <w:spacing w:line="292" w:lineRule="auto"/>
              <w:ind w:right="112"/>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Практическая работа;</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144.</w:t>
            </w:r>
          </w:p>
        </w:tc>
        <w:tc>
          <w:tcPr>
            <w:tcW w:w="3229" w:type="dxa"/>
          </w:tcPr>
          <w:p w:rsidR="007130C9" w:rsidRPr="00E85698" w:rsidRDefault="007130C9" w:rsidP="00911E24">
            <w:pPr>
              <w:pStyle w:val="TableParagraph"/>
              <w:spacing w:line="292" w:lineRule="auto"/>
              <w:ind w:right="486"/>
              <w:rPr>
                <w:sz w:val="24"/>
              </w:rPr>
            </w:pPr>
            <w:r w:rsidRPr="00E85698">
              <w:rPr>
                <w:sz w:val="24"/>
              </w:rPr>
              <w:t>Местоимение как часть речи.</w:t>
            </w:r>
            <w:r w:rsidRPr="00E85698">
              <w:rPr>
                <w:spacing w:val="-58"/>
                <w:sz w:val="24"/>
              </w:rPr>
              <w:t xml:space="preserve"> </w:t>
            </w:r>
            <w:r w:rsidRPr="00E85698">
              <w:rPr>
                <w:sz w:val="24"/>
              </w:rPr>
              <w:t>Общее грамматическое</w:t>
            </w:r>
            <w:r w:rsidRPr="00E85698">
              <w:rPr>
                <w:spacing w:val="1"/>
                <w:sz w:val="24"/>
              </w:rPr>
              <w:t xml:space="preserve"> </w:t>
            </w:r>
            <w:r w:rsidRPr="00E85698">
              <w:rPr>
                <w:sz w:val="24"/>
              </w:rPr>
              <w:t>значение</w:t>
            </w:r>
            <w:r w:rsidRPr="00E85698">
              <w:rPr>
                <w:spacing w:val="-1"/>
                <w:sz w:val="24"/>
              </w:rPr>
              <w:t xml:space="preserve"> </w:t>
            </w:r>
            <w:r w:rsidRPr="00E85698">
              <w:rPr>
                <w:sz w:val="24"/>
              </w:rPr>
              <w:t>местоимений. Синтаксические функции</w:t>
            </w:r>
            <w:r w:rsidRPr="00E85698">
              <w:rPr>
                <w:spacing w:val="-58"/>
                <w:sz w:val="24"/>
              </w:rPr>
              <w:t xml:space="preserve"> </w:t>
            </w:r>
            <w:r w:rsidRPr="00E85698">
              <w:rPr>
                <w:sz w:val="24"/>
              </w:rPr>
              <w:t>местоимений</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145.</w:t>
            </w:r>
          </w:p>
        </w:tc>
        <w:tc>
          <w:tcPr>
            <w:tcW w:w="3229" w:type="dxa"/>
          </w:tcPr>
          <w:p w:rsidR="007130C9" w:rsidRPr="00E85698" w:rsidRDefault="007130C9" w:rsidP="00911E24">
            <w:pPr>
              <w:pStyle w:val="TableParagraph"/>
              <w:spacing w:line="292" w:lineRule="auto"/>
              <w:ind w:right="787"/>
              <w:rPr>
                <w:sz w:val="24"/>
              </w:rPr>
            </w:pPr>
            <w:r w:rsidRPr="00E85698">
              <w:rPr>
                <w:sz w:val="24"/>
              </w:rPr>
              <w:t>Разряды местоимений.</w:t>
            </w:r>
            <w:r w:rsidRPr="00E85698">
              <w:rPr>
                <w:spacing w:val="-57"/>
                <w:sz w:val="24"/>
              </w:rPr>
              <w:t xml:space="preserve"> </w:t>
            </w:r>
            <w:r w:rsidRPr="00E85698">
              <w:rPr>
                <w:sz w:val="24"/>
              </w:rPr>
              <w:t>Личные</w:t>
            </w:r>
            <w:r w:rsidRPr="00E85698">
              <w:rPr>
                <w:spacing w:val="-2"/>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4510"/>
        </w:trPr>
        <w:tc>
          <w:tcPr>
            <w:tcW w:w="576" w:type="dxa"/>
          </w:tcPr>
          <w:p w:rsidR="007130C9" w:rsidRPr="00E85698" w:rsidRDefault="007130C9" w:rsidP="00911E24">
            <w:pPr>
              <w:pStyle w:val="TableParagraph"/>
              <w:ind w:left="56" w:right="44"/>
              <w:jc w:val="center"/>
              <w:rPr>
                <w:sz w:val="24"/>
              </w:rPr>
            </w:pPr>
            <w:r w:rsidRPr="00E85698">
              <w:rPr>
                <w:sz w:val="24"/>
              </w:rPr>
              <w:lastRenderedPageBreak/>
              <w:t>146.</w:t>
            </w:r>
          </w:p>
        </w:tc>
        <w:tc>
          <w:tcPr>
            <w:tcW w:w="3229" w:type="dxa"/>
          </w:tcPr>
          <w:p w:rsidR="007130C9" w:rsidRPr="00E85698" w:rsidRDefault="007130C9" w:rsidP="00911E24">
            <w:pPr>
              <w:pStyle w:val="TableParagraph"/>
              <w:spacing w:line="292" w:lineRule="auto"/>
              <w:ind w:right="78"/>
              <w:jc w:val="both"/>
              <w:rPr>
                <w:sz w:val="24"/>
              </w:rPr>
            </w:pPr>
            <w:r w:rsidRPr="00E85698">
              <w:rPr>
                <w:sz w:val="24"/>
              </w:rPr>
              <w:t>Употребление местоимений в</w:t>
            </w:r>
            <w:r w:rsidRPr="00E85698">
              <w:rPr>
                <w:spacing w:val="-57"/>
                <w:sz w:val="24"/>
              </w:rPr>
              <w:t xml:space="preserve"> </w:t>
            </w:r>
            <w:r w:rsidRPr="00E85698">
              <w:rPr>
                <w:sz w:val="24"/>
              </w:rPr>
              <w:t>соответствии с требованиями</w:t>
            </w:r>
            <w:r w:rsidRPr="00E85698">
              <w:rPr>
                <w:spacing w:val="-57"/>
                <w:sz w:val="24"/>
              </w:rPr>
              <w:t xml:space="preserve"> </w:t>
            </w:r>
            <w:r w:rsidRPr="00E85698">
              <w:rPr>
                <w:sz w:val="24"/>
              </w:rPr>
              <w:t>русского</w:t>
            </w:r>
            <w:r w:rsidRPr="00E85698">
              <w:rPr>
                <w:spacing w:val="-2"/>
                <w:sz w:val="24"/>
              </w:rPr>
              <w:t xml:space="preserve"> </w:t>
            </w:r>
            <w:r w:rsidRPr="00E85698">
              <w:rPr>
                <w:sz w:val="24"/>
              </w:rPr>
              <w:t>речевого</w:t>
            </w:r>
            <w:r w:rsidRPr="00E85698">
              <w:rPr>
                <w:spacing w:val="-2"/>
                <w:sz w:val="24"/>
              </w:rPr>
              <w:t xml:space="preserve"> </w:t>
            </w:r>
            <w:r w:rsidRPr="00E85698">
              <w:rPr>
                <w:sz w:val="24"/>
              </w:rPr>
              <w:t>этикета.</w:t>
            </w:r>
          </w:p>
          <w:p w:rsidR="007130C9" w:rsidRPr="00E85698" w:rsidRDefault="007130C9" w:rsidP="00911E24">
            <w:pPr>
              <w:pStyle w:val="TableParagraph"/>
              <w:spacing w:line="292" w:lineRule="auto"/>
              <w:ind w:right="449"/>
              <w:rPr>
                <w:sz w:val="24"/>
              </w:rPr>
            </w:pPr>
            <w:r w:rsidRPr="00E85698">
              <w:rPr>
                <w:sz w:val="24"/>
              </w:rPr>
              <w:t>Употребление</w:t>
            </w:r>
            <w:r w:rsidRPr="00E85698">
              <w:rPr>
                <w:spacing w:val="1"/>
                <w:sz w:val="24"/>
              </w:rPr>
              <w:t xml:space="preserve"> </w:t>
            </w:r>
            <w:r w:rsidRPr="00E85698">
              <w:rPr>
                <w:sz w:val="24"/>
              </w:rPr>
              <w:t>местоимения 3-го лица в</w:t>
            </w:r>
            <w:r w:rsidRPr="00E85698">
              <w:rPr>
                <w:spacing w:val="1"/>
                <w:sz w:val="24"/>
              </w:rPr>
              <w:t xml:space="preserve"> </w:t>
            </w:r>
            <w:r w:rsidRPr="00E85698">
              <w:rPr>
                <w:sz w:val="24"/>
              </w:rPr>
              <w:t>соответствии со смыслом</w:t>
            </w:r>
            <w:r w:rsidRPr="00E85698">
              <w:rPr>
                <w:spacing w:val="-57"/>
                <w:sz w:val="24"/>
              </w:rPr>
              <w:t xml:space="preserve"> </w:t>
            </w:r>
            <w:r w:rsidRPr="00E85698">
              <w:rPr>
                <w:sz w:val="24"/>
              </w:rPr>
              <w:t>предшествующего текста.</w:t>
            </w:r>
            <w:r w:rsidRPr="00E85698">
              <w:rPr>
                <w:spacing w:val="-58"/>
                <w:sz w:val="24"/>
              </w:rPr>
              <w:t xml:space="preserve"> </w:t>
            </w:r>
            <w:r w:rsidRPr="00E85698">
              <w:rPr>
                <w:sz w:val="24"/>
              </w:rPr>
              <w:t>Редактирование текстов,</w:t>
            </w:r>
            <w:r w:rsidRPr="00E85698">
              <w:rPr>
                <w:spacing w:val="1"/>
                <w:sz w:val="24"/>
              </w:rPr>
              <w:t xml:space="preserve"> </w:t>
            </w:r>
            <w:r w:rsidRPr="00E85698">
              <w:rPr>
                <w:sz w:val="24"/>
              </w:rPr>
              <w:t>устранение в них</w:t>
            </w:r>
            <w:r w:rsidRPr="00E85698">
              <w:rPr>
                <w:spacing w:val="1"/>
                <w:sz w:val="24"/>
              </w:rPr>
              <w:t xml:space="preserve"> </w:t>
            </w:r>
            <w:r w:rsidRPr="00E85698">
              <w:rPr>
                <w:sz w:val="24"/>
              </w:rPr>
              <w:t>двусмысленности,</w:t>
            </w:r>
            <w:r w:rsidRPr="00E85698">
              <w:rPr>
                <w:spacing w:val="1"/>
                <w:sz w:val="24"/>
              </w:rPr>
              <w:t xml:space="preserve"> </w:t>
            </w:r>
            <w:r w:rsidRPr="00E85698">
              <w:rPr>
                <w:sz w:val="24"/>
              </w:rPr>
              <w:t>неточности, связанных с</w:t>
            </w:r>
            <w:r w:rsidRPr="00E85698">
              <w:rPr>
                <w:spacing w:val="1"/>
                <w:sz w:val="24"/>
              </w:rPr>
              <w:t xml:space="preserve"> </w:t>
            </w:r>
            <w:r w:rsidRPr="00E85698">
              <w:rPr>
                <w:sz w:val="24"/>
              </w:rPr>
              <w:t>неверно употреблённым</w:t>
            </w:r>
            <w:r w:rsidRPr="00E85698">
              <w:rPr>
                <w:spacing w:val="1"/>
                <w:sz w:val="24"/>
              </w:rPr>
              <w:t xml:space="preserve"> </w:t>
            </w:r>
            <w:r w:rsidRPr="00E85698">
              <w:rPr>
                <w:sz w:val="24"/>
              </w:rPr>
              <w:t>местоимением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147.</w:t>
            </w:r>
          </w:p>
        </w:tc>
        <w:tc>
          <w:tcPr>
            <w:tcW w:w="3229" w:type="dxa"/>
          </w:tcPr>
          <w:p w:rsidR="007130C9" w:rsidRPr="00E85698" w:rsidRDefault="007130C9" w:rsidP="00911E24">
            <w:pPr>
              <w:pStyle w:val="TableParagraph"/>
              <w:spacing w:line="292" w:lineRule="auto"/>
              <w:ind w:right="543"/>
              <w:rPr>
                <w:sz w:val="24"/>
              </w:rPr>
            </w:pPr>
            <w:r w:rsidRPr="00E85698">
              <w:rPr>
                <w:sz w:val="24"/>
              </w:rPr>
              <w:t>Возвратное местоимение</w:t>
            </w:r>
            <w:r w:rsidRPr="00E85698">
              <w:rPr>
                <w:spacing w:val="-57"/>
                <w:sz w:val="24"/>
              </w:rPr>
              <w:t xml:space="preserve"> </w:t>
            </w:r>
            <w:r w:rsidRPr="00E85698">
              <w:rPr>
                <w:sz w:val="24"/>
              </w:rPr>
              <w:t>себя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148.</w:t>
            </w:r>
          </w:p>
        </w:tc>
        <w:tc>
          <w:tcPr>
            <w:tcW w:w="3229" w:type="dxa"/>
          </w:tcPr>
          <w:p w:rsidR="007130C9" w:rsidRPr="00E85698" w:rsidRDefault="007130C9" w:rsidP="00911E24">
            <w:pPr>
              <w:pStyle w:val="TableParagraph"/>
              <w:spacing w:line="292" w:lineRule="auto"/>
              <w:ind w:right="192"/>
              <w:rPr>
                <w:sz w:val="24"/>
              </w:rPr>
            </w:pPr>
            <w:r w:rsidRPr="00E85698">
              <w:rPr>
                <w:sz w:val="24"/>
              </w:rPr>
              <w:t>Притяжательные</w:t>
            </w:r>
            <w:r w:rsidRPr="00E85698">
              <w:rPr>
                <w:spacing w:val="1"/>
                <w:sz w:val="24"/>
              </w:rPr>
              <w:t xml:space="preserve"> </w:t>
            </w:r>
            <w:r w:rsidRPr="00E85698">
              <w:rPr>
                <w:sz w:val="24"/>
              </w:rPr>
              <w:t>местоимения. Употребление</w:t>
            </w:r>
            <w:r w:rsidRPr="00E85698">
              <w:rPr>
                <w:spacing w:val="-57"/>
                <w:sz w:val="24"/>
              </w:rPr>
              <w:t xml:space="preserve"> </w:t>
            </w:r>
            <w:r w:rsidRPr="00E85698">
              <w:rPr>
                <w:sz w:val="24"/>
              </w:rPr>
              <w:t>притяжательных</w:t>
            </w:r>
            <w:r w:rsidRPr="00E85698">
              <w:rPr>
                <w:spacing w:val="1"/>
                <w:sz w:val="24"/>
              </w:rPr>
              <w:t xml:space="preserve"> </w:t>
            </w:r>
            <w:r w:rsidRPr="00E85698">
              <w:rPr>
                <w:sz w:val="24"/>
              </w:rPr>
              <w:t>местоимений как средства</w:t>
            </w:r>
            <w:r w:rsidRPr="00E85698">
              <w:rPr>
                <w:spacing w:val="1"/>
                <w:sz w:val="24"/>
              </w:rPr>
              <w:t xml:space="preserve"> </w:t>
            </w:r>
            <w:r w:rsidRPr="00E85698">
              <w:rPr>
                <w:sz w:val="24"/>
              </w:rPr>
              <w:t>связи</w:t>
            </w:r>
            <w:r w:rsidRPr="00E85698">
              <w:rPr>
                <w:spacing w:val="-4"/>
                <w:sz w:val="24"/>
              </w:rPr>
              <w:t xml:space="preserve"> </w:t>
            </w:r>
            <w:r w:rsidRPr="00E85698">
              <w:rPr>
                <w:sz w:val="24"/>
              </w:rPr>
              <w:t>предложений</w:t>
            </w:r>
            <w:r w:rsidRPr="00E85698">
              <w:rPr>
                <w:spacing w:val="-3"/>
                <w:sz w:val="24"/>
              </w:rPr>
              <w:t xml:space="preserve"> </w:t>
            </w:r>
            <w:r w:rsidRPr="00E85698">
              <w:rPr>
                <w:sz w:val="24"/>
              </w:rPr>
              <w:t>в</w:t>
            </w:r>
            <w:r w:rsidRPr="00E85698">
              <w:rPr>
                <w:spacing w:val="-4"/>
                <w:sz w:val="24"/>
              </w:rPr>
              <w:t xml:space="preserve"> </w:t>
            </w:r>
            <w:r w:rsidRPr="00E85698">
              <w:rPr>
                <w:sz w:val="24"/>
              </w:rPr>
              <w:t>тексте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149.</w:t>
            </w:r>
          </w:p>
        </w:tc>
        <w:tc>
          <w:tcPr>
            <w:tcW w:w="3229" w:type="dxa"/>
          </w:tcPr>
          <w:p w:rsidR="007130C9" w:rsidRPr="00E85698" w:rsidRDefault="007130C9" w:rsidP="00911E24">
            <w:pPr>
              <w:pStyle w:val="TableParagraph"/>
              <w:spacing w:line="292" w:lineRule="auto"/>
              <w:ind w:right="201"/>
              <w:rPr>
                <w:sz w:val="24"/>
              </w:rPr>
            </w:pPr>
            <w:r w:rsidRPr="00E85698">
              <w:rPr>
                <w:sz w:val="24"/>
              </w:rPr>
              <w:t>Указательные местоимения.</w:t>
            </w:r>
            <w:r w:rsidRPr="00E85698">
              <w:rPr>
                <w:spacing w:val="-57"/>
                <w:sz w:val="24"/>
              </w:rPr>
              <w:t xml:space="preserve"> </w:t>
            </w:r>
            <w:r w:rsidRPr="00E85698">
              <w:rPr>
                <w:sz w:val="24"/>
              </w:rPr>
              <w:t>Употребление указательных</w:t>
            </w:r>
            <w:r w:rsidRPr="00E85698">
              <w:rPr>
                <w:spacing w:val="-58"/>
                <w:sz w:val="24"/>
              </w:rPr>
              <w:t xml:space="preserve"> </w:t>
            </w:r>
            <w:r w:rsidRPr="00E85698">
              <w:rPr>
                <w:sz w:val="24"/>
              </w:rPr>
              <w:t>местоимений как средства</w:t>
            </w:r>
            <w:r w:rsidRPr="00E85698">
              <w:rPr>
                <w:spacing w:val="1"/>
                <w:sz w:val="24"/>
              </w:rPr>
              <w:t xml:space="preserve"> </w:t>
            </w:r>
            <w:r w:rsidRPr="00E85698">
              <w:rPr>
                <w:sz w:val="24"/>
              </w:rPr>
              <w:t>связи</w:t>
            </w:r>
            <w:r w:rsidRPr="00E85698">
              <w:rPr>
                <w:spacing w:val="-4"/>
                <w:sz w:val="24"/>
              </w:rPr>
              <w:t xml:space="preserve"> </w:t>
            </w:r>
            <w:r w:rsidRPr="00E85698">
              <w:rPr>
                <w:sz w:val="24"/>
              </w:rPr>
              <w:t>предложений</w:t>
            </w:r>
            <w:r w:rsidRPr="00E85698">
              <w:rPr>
                <w:spacing w:val="-3"/>
                <w:sz w:val="24"/>
              </w:rPr>
              <w:t xml:space="preserve"> </w:t>
            </w:r>
            <w:r w:rsidRPr="00E85698">
              <w:rPr>
                <w:sz w:val="24"/>
              </w:rPr>
              <w:t>в</w:t>
            </w:r>
            <w:r w:rsidRPr="00E85698">
              <w:rPr>
                <w:spacing w:val="-5"/>
                <w:sz w:val="24"/>
              </w:rPr>
              <w:t xml:space="preserve"> </w:t>
            </w:r>
            <w:r w:rsidRPr="00E85698">
              <w:rPr>
                <w:sz w:val="24"/>
              </w:rPr>
              <w:t>тексте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150.</w:t>
            </w:r>
          </w:p>
        </w:tc>
        <w:tc>
          <w:tcPr>
            <w:tcW w:w="3229" w:type="dxa"/>
          </w:tcPr>
          <w:p w:rsidR="007130C9" w:rsidRPr="00E85698" w:rsidRDefault="007130C9" w:rsidP="00911E24">
            <w:pPr>
              <w:pStyle w:val="TableParagraph"/>
              <w:spacing w:line="292" w:lineRule="auto"/>
              <w:ind w:right="1291"/>
              <w:rPr>
                <w:sz w:val="24"/>
              </w:rPr>
            </w:pPr>
            <w:r w:rsidRPr="00E85698">
              <w:rPr>
                <w:spacing w:val="-1"/>
                <w:sz w:val="24"/>
              </w:rPr>
              <w:t>Определительные</w:t>
            </w:r>
            <w:r w:rsidRPr="00E85698">
              <w:rPr>
                <w:spacing w:val="-57"/>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151.</w:t>
            </w:r>
          </w:p>
        </w:tc>
        <w:tc>
          <w:tcPr>
            <w:tcW w:w="3229" w:type="dxa"/>
          </w:tcPr>
          <w:p w:rsidR="007130C9" w:rsidRPr="00E85698" w:rsidRDefault="007130C9" w:rsidP="00911E24">
            <w:pPr>
              <w:pStyle w:val="TableParagraph"/>
              <w:spacing w:line="292" w:lineRule="auto"/>
              <w:ind w:right="1411"/>
              <w:rPr>
                <w:sz w:val="24"/>
              </w:rPr>
            </w:pPr>
            <w:r w:rsidRPr="00E85698">
              <w:rPr>
                <w:spacing w:val="-1"/>
                <w:sz w:val="24"/>
              </w:rPr>
              <w:t>Вопросительные</w:t>
            </w:r>
            <w:r w:rsidRPr="00E85698">
              <w:rPr>
                <w:spacing w:val="-57"/>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152.</w:t>
            </w:r>
          </w:p>
        </w:tc>
        <w:tc>
          <w:tcPr>
            <w:tcW w:w="3229" w:type="dxa"/>
          </w:tcPr>
          <w:p w:rsidR="007130C9" w:rsidRPr="00E85698" w:rsidRDefault="007130C9" w:rsidP="00911E24">
            <w:pPr>
              <w:pStyle w:val="TableParagraph"/>
              <w:rPr>
                <w:sz w:val="24"/>
              </w:rPr>
            </w:pPr>
            <w:r w:rsidRPr="00E85698">
              <w:rPr>
                <w:sz w:val="24"/>
              </w:rPr>
              <w:t>Относительные</w:t>
            </w:r>
            <w:r w:rsidRPr="00E85698">
              <w:rPr>
                <w:spacing w:val="-5"/>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477"/>
        </w:trPr>
        <w:tc>
          <w:tcPr>
            <w:tcW w:w="576" w:type="dxa"/>
          </w:tcPr>
          <w:p w:rsidR="007130C9" w:rsidRPr="00E85698" w:rsidRDefault="007130C9" w:rsidP="00911E24">
            <w:pPr>
              <w:pStyle w:val="TableParagraph"/>
              <w:ind w:left="56" w:right="44"/>
              <w:jc w:val="center"/>
              <w:rPr>
                <w:sz w:val="24"/>
              </w:rPr>
            </w:pPr>
            <w:r w:rsidRPr="00E85698">
              <w:rPr>
                <w:sz w:val="24"/>
              </w:rPr>
              <w:t>153.</w:t>
            </w:r>
          </w:p>
        </w:tc>
        <w:tc>
          <w:tcPr>
            <w:tcW w:w="3229" w:type="dxa"/>
          </w:tcPr>
          <w:p w:rsidR="007130C9" w:rsidRPr="00E85698" w:rsidRDefault="007130C9" w:rsidP="00911E24">
            <w:pPr>
              <w:pStyle w:val="TableParagraph"/>
              <w:rPr>
                <w:sz w:val="24"/>
              </w:rPr>
            </w:pPr>
            <w:r w:rsidRPr="00E85698">
              <w:rPr>
                <w:sz w:val="24"/>
              </w:rPr>
              <w:t xml:space="preserve"> Сочинение – рассуждение  (упр.480)</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Изложение;</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154.</w:t>
            </w:r>
          </w:p>
        </w:tc>
        <w:tc>
          <w:tcPr>
            <w:tcW w:w="3229" w:type="dxa"/>
          </w:tcPr>
          <w:p w:rsidR="007130C9" w:rsidRPr="00E85698" w:rsidRDefault="007130C9" w:rsidP="00911E24">
            <w:pPr>
              <w:pStyle w:val="TableParagraph"/>
              <w:spacing w:line="292" w:lineRule="auto"/>
              <w:ind w:right="1383"/>
              <w:rPr>
                <w:sz w:val="24"/>
              </w:rPr>
            </w:pPr>
            <w:r w:rsidRPr="00E85698">
              <w:rPr>
                <w:sz w:val="24"/>
              </w:rPr>
              <w:t>Неопределённые</w:t>
            </w:r>
            <w:r w:rsidRPr="00E85698">
              <w:rPr>
                <w:spacing w:val="-57"/>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155.</w:t>
            </w:r>
          </w:p>
        </w:tc>
        <w:tc>
          <w:tcPr>
            <w:tcW w:w="3229" w:type="dxa"/>
          </w:tcPr>
          <w:p w:rsidR="007130C9" w:rsidRPr="00E85698" w:rsidRDefault="007130C9" w:rsidP="00911E24">
            <w:pPr>
              <w:pStyle w:val="TableParagraph"/>
              <w:rPr>
                <w:sz w:val="24"/>
              </w:rPr>
            </w:pPr>
            <w:r w:rsidRPr="00E85698">
              <w:rPr>
                <w:sz w:val="24"/>
              </w:rPr>
              <w:t>Отрицательные</w:t>
            </w:r>
            <w:r w:rsidRPr="00E85698">
              <w:rPr>
                <w:spacing w:val="-5"/>
                <w:sz w:val="24"/>
              </w:rPr>
              <w:t xml:space="preserve"> </w:t>
            </w:r>
            <w:r w:rsidRPr="00E85698">
              <w:rPr>
                <w:sz w:val="24"/>
              </w:rPr>
              <w:t>местоимения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2157"/>
        </w:trPr>
        <w:tc>
          <w:tcPr>
            <w:tcW w:w="576" w:type="dxa"/>
          </w:tcPr>
          <w:p w:rsidR="007130C9" w:rsidRPr="00E85698" w:rsidRDefault="007130C9" w:rsidP="00911E24">
            <w:pPr>
              <w:pStyle w:val="TableParagraph"/>
              <w:ind w:left="56" w:right="44"/>
              <w:jc w:val="center"/>
              <w:rPr>
                <w:sz w:val="24"/>
              </w:rPr>
            </w:pPr>
            <w:r w:rsidRPr="00E85698">
              <w:rPr>
                <w:sz w:val="24"/>
              </w:rPr>
              <w:t>156.</w:t>
            </w:r>
          </w:p>
        </w:tc>
        <w:tc>
          <w:tcPr>
            <w:tcW w:w="3229" w:type="dxa"/>
          </w:tcPr>
          <w:p w:rsidR="007130C9" w:rsidRPr="00E85698" w:rsidRDefault="007130C9" w:rsidP="00911E24">
            <w:pPr>
              <w:pStyle w:val="TableParagraph"/>
              <w:spacing w:line="292" w:lineRule="auto"/>
              <w:ind w:right="207"/>
              <w:rPr>
                <w:sz w:val="24"/>
              </w:rPr>
            </w:pPr>
            <w:r w:rsidRPr="00E85698">
              <w:rPr>
                <w:sz w:val="24"/>
              </w:rPr>
              <w:t>Нормы правописания</w:t>
            </w:r>
            <w:r w:rsidRPr="00E85698">
              <w:rPr>
                <w:spacing w:val="1"/>
                <w:sz w:val="24"/>
              </w:rPr>
              <w:t xml:space="preserve"> </w:t>
            </w:r>
            <w:r w:rsidRPr="00E85698">
              <w:rPr>
                <w:sz w:val="24"/>
              </w:rPr>
              <w:t>местоимений: правописание</w:t>
            </w:r>
            <w:r w:rsidRPr="00E85698">
              <w:rPr>
                <w:spacing w:val="-57"/>
                <w:sz w:val="24"/>
              </w:rPr>
              <w:t xml:space="preserve"> </w:t>
            </w:r>
            <w:r w:rsidRPr="00E85698">
              <w:rPr>
                <w:sz w:val="24"/>
              </w:rPr>
              <w:t>местоимений с НЕ и НИ;</w:t>
            </w:r>
            <w:r w:rsidRPr="00E85698">
              <w:rPr>
                <w:spacing w:val="1"/>
                <w:sz w:val="24"/>
              </w:rPr>
              <w:t xml:space="preserve"> </w:t>
            </w:r>
            <w:r w:rsidRPr="00E85698">
              <w:rPr>
                <w:sz w:val="24"/>
              </w:rPr>
              <w:t>слитное, раздельное и</w:t>
            </w:r>
            <w:r w:rsidRPr="00E85698">
              <w:rPr>
                <w:spacing w:val="1"/>
                <w:sz w:val="24"/>
              </w:rPr>
              <w:t xml:space="preserve"> </w:t>
            </w:r>
            <w:r w:rsidRPr="00E85698">
              <w:rPr>
                <w:sz w:val="24"/>
              </w:rPr>
              <w:t>дефисное написание</w:t>
            </w:r>
            <w:r w:rsidRPr="00E85698">
              <w:rPr>
                <w:spacing w:val="1"/>
                <w:sz w:val="24"/>
              </w:rPr>
              <w:t xml:space="preserve"> </w:t>
            </w:r>
            <w:r w:rsidRPr="00E85698">
              <w:rPr>
                <w:sz w:val="24"/>
              </w:rPr>
              <w:t>местоимений</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lastRenderedPageBreak/>
              <w:t>157.</w:t>
            </w:r>
          </w:p>
        </w:tc>
        <w:tc>
          <w:tcPr>
            <w:tcW w:w="3229" w:type="dxa"/>
          </w:tcPr>
          <w:p w:rsidR="007130C9" w:rsidRPr="00E85698" w:rsidRDefault="007130C9" w:rsidP="00911E24">
            <w:pPr>
              <w:pStyle w:val="TableParagraph"/>
              <w:spacing w:line="292" w:lineRule="auto"/>
              <w:ind w:right="1234"/>
              <w:rPr>
                <w:sz w:val="24"/>
              </w:rPr>
            </w:pPr>
            <w:r w:rsidRPr="00E85698">
              <w:rPr>
                <w:spacing w:val="-1"/>
                <w:sz w:val="24"/>
              </w:rPr>
              <w:t>Словообразование</w:t>
            </w:r>
            <w:r w:rsidRPr="00E85698">
              <w:rPr>
                <w:spacing w:val="-57"/>
                <w:sz w:val="24"/>
              </w:rPr>
              <w:t xml:space="preserve"> </w:t>
            </w:r>
            <w:r w:rsidRPr="00E85698">
              <w:rPr>
                <w:sz w:val="24"/>
              </w:rPr>
              <w:t>местоимений</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158.</w:t>
            </w:r>
          </w:p>
        </w:tc>
        <w:tc>
          <w:tcPr>
            <w:tcW w:w="3229" w:type="dxa"/>
          </w:tcPr>
          <w:p w:rsidR="007130C9" w:rsidRPr="00E85698" w:rsidRDefault="007130C9" w:rsidP="00911E24">
            <w:pPr>
              <w:pStyle w:val="TableParagraph"/>
              <w:spacing w:line="292" w:lineRule="auto"/>
              <w:ind w:right="470"/>
              <w:rPr>
                <w:sz w:val="24"/>
              </w:rPr>
            </w:pPr>
            <w:r w:rsidRPr="00E85698">
              <w:rPr>
                <w:sz w:val="24"/>
              </w:rPr>
              <w:t>Морфологический анализ</w:t>
            </w:r>
            <w:r w:rsidRPr="00E85698">
              <w:rPr>
                <w:spacing w:val="-58"/>
                <w:sz w:val="24"/>
              </w:rPr>
              <w:t xml:space="preserve"> </w:t>
            </w:r>
            <w:r w:rsidRPr="00E85698">
              <w:rPr>
                <w:sz w:val="24"/>
              </w:rPr>
              <w:t xml:space="preserve">местоимений. </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Письменная 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159.</w:t>
            </w:r>
          </w:p>
        </w:tc>
        <w:tc>
          <w:tcPr>
            <w:tcW w:w="3229" w:type="dxa"/>
          </w:tcPr>
          <w:p w:rsidR="007130C9" w:rsidRPr="00E85698" w:rsidRDefault="007130C9" w:rsidP="00911E24">
            <w:pPr>
              <w:pStyle w:val="TableParagraph"/>
              <w:spacing w:line="292" w:lineRule="auto"/>
              <w:ind w:right="320"/>
              <w:rPr>
                <w:sz w:val="24"/>
              </w:rPr>
            </w:pPr>
            <w:r w:rsidRPr="00E85698">
              <w:rPr>
                <w:sz w:val="24"/>
              </w:rPr>
              <w:t>Контрольная работа по теме «Местоимение»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Контрольная 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160.</w:t>
            </w:r>
          </w:p>
        </w:tc>
        <w:tc>
          <w:tcPr>
            <w:tcW w:w="3229" w:type="dxa"/>
          </w:tcPr>
          <w:p w:rsidR="007130C9" w:rsidRPr="00E85698" w:rsidRDefault="007130C9" w:rsidP="00911E24">
            <w:pPr>
              <w:pStyle w:val="TableParagraph"/>
              <w:spacing w:line="292" w:lineRule="auto"/>
              <w:ind w:right="320"/>
              <w:rPr>
                <w:sz w:val="24"/>
              </w:rPr>
            </w:pPr>
            <w:r w:rsidRPr="00E85698">
              <w:rPr>
                <w:sz w:val="24"/>
              </w:rPr>
              <w:t>Глагол как часть речи</w:t>
            </w:r>
            <w:r w:rsidRPr="00E85698">
              <w:rPr>
                <w:spacing w:val="1"/>
                <w:sz w:val="24"/>
              </w:rPr>
              <w:t xml:space="preserve"> </w:t>
            </w:r>
            <w:r w:rsidRPr="00E85698">
              <w:rPr>
                <w:sz w:val="24"/>
              </w:rPr>
              <w:t>(обобщение изученного в 5</w:t>
            </w:r>
            <w:r w:rsidRPr="00E85698">
              <w:rPr>
                <w:spacing w:val="-57"/>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161.</w:t>
            </w:r>
          </w:p>
        </w:tc>
        <w:tc>
          <w:tcPr>
            <w:tcW w:w="3229" w:type="dxa"/>
          </w:tcPr>
          <w:p w:rsidR="007130C9" w:rsidRPr="00E85698" w:rsidRDefault="007130C9" w:rsidP="00911E24">
            <w:pPr>
              <w:pStyle w:val="TableParagraph"/>
              <w:rPr>
                <w:sz w:val="24"/>
              </w:rPr>
            </w:pPr>
            <w:r w:rsidRPr="00E85698">
              <w:rPr>
                <w:sz w:val="24"/>
              </w:rPr>
              <w:t>Глагол как часть речи</w:t>
            </w:r>
            <w:r w:rsidRPr="00E85698">
              <w:rPr>
                <w:spacing w:val="1"/>
                <w:sz w:val="24"/>
              </w:rPr>
              <w:t xml:space="preserve"> </w:t>
            </w:r>
            <w:r w:rsidRPr="00E85698">
              <w:rPr>
                <w:sz w:val="24"/>
              </w:rPr>
              <w:t>(обобщение изученного в 5</w:t>
            </w:r>
            <w:r w:rsidRPr="00E85698">
              <w:rPr>
                <w:spacing w:val="-57"/>
                <w:sz w:val="24"/>
              </w:rPr>
              <w:t xml:space="preserve"> </w:t>
            </w:r>
            <w:r w:rsidRPr="00E85698">
              <w:rPr>
                <w:sz w:val="24"/>
              </w:rPr>
              <w:t>классе).</w:t>
            </w:r>
            <w:r w:rsidRPr="00E85698">
              <w:rPr>
                <w:spacing w:val="-1"/>
                <w:sz w:val="24"/>
              </w:rPr>
              <w:t xml:space="preserve"> </w:t>
            </w:r>
            <w:r w:rsidRPr="00E85698">
              <w:rPr>
                <w:sz w:val="24"/>
              </w:rPr>
              <w:t>Практикум Словообразование</w:t>
            </w:r>
            <w:r w:rsidRPr="00E85698">
              <w:rPr>
                <w:spacing w:val="-5"/>
                <w:sz w:val="24"/>
              </w:rPr>
              <w:t xml:space="preserve"> </w:t>
            </w:r>
            <w:r w:rsidRPr="00E85698">
              <w:rPr>
                <w:sz w:val="24"/>
              </w:rPr>
              <w:t>глаголов</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162.</w:t>
            </w:r>
          </w:p>
        </w:tc>
        <w:tc>
          <w:tcPr>
            <w:tcW w:w="3229" w:type="dxa"/>
          </w:tcPr>
          <w:p w:rsidR="007130C9" w:rsidRPr="00E85698" w:rsidRDefault="007130C9" w:rsidP="00911E24">
            <w:pPr>
              <w:pStyle w:val="TableParagraph"/>
              <w:spacing w:line="292" w:lineRule="auto"/>
              <w:ind w:right="150"/>
              <w:rPr>
                <w:sz w:val="24"/>
              </w:rPr>
            </w:pPr>
            <w:r w:rsidRPr="00E85698">
              <w:rPr>
                <w:sz w:val="24"/>
              </w:rPr>
              <w:t>Переходные и непереходные</w:t>
            </w:r>
            <w:r w:rsidRPr="00E85698">
              <w:rPr>
                <w:spacing w:val="-57"/>
                <w:sz w:val="24"/>
              </w:rPr>
              <w:t xml:space="preserve"> </w:t>
            </w:r>
            <w:r w:rsidRPr="00E85698">
              <w:rPr>
                <w:sz w:val="24"/>
              </w:rPr>
              <w:t>глаголы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163.</w:t>
            </w:r>
          </w:p>
        </w:tc>
        <w:tc>
          <w:tcPr>
            <w:tcW w:w="3229" w:type="dxa"/>
          </w:tcPr>
          <w:p w:rsidR="007130C9" w:rsidRPr="00E85698" w:rsidRDefault="007130C9" w:rsidP="00911E24">
            <w:pPr>
              <w:pStyle w:val="TableParagraph"/>
              <w:spacing w:line="292" w:lineRule="auto"/>
              <w:ind w:right="150"/>
              <w:rPr>
                <w:sz w:val="24"/>
              </w:rPr>
            </w:pPr>
            <w:r w:rsidRPr="00E85698">
              <w:rPr>
                <w:sz w:val="24"/>
              </w:rPr>
              <w:t>Переходные и непереходные</w:t>
            </w:r>
            <w:r w:rsidRPr="00E85698">
              <w:rPr>
                <w:spacing w:val="-57"/>
                <w:sz w:val="24"/>
              </w:rPr>
              <w:t xml:space="preserve"> </w:t>
            </w:r>
            <w:r w:rsidRPr="00E85698">
              <w:rPr>
                <w:sz w:val="24"/>
              </w:rPr>
              <w:t>глаголы.</w:t>
            </w:r>
            <w:r w:rsidRPr="00E85698">
              <w:rPr>
                <w:spacing w:val="-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164.</w:t>
            </w:r>
          </w:p>
        </w:tc>
        <w:tc>
          <w:tcPr>
            <w:tcW w:w="3229" w:type="dxa"/>
          </w:tcPr>
          <w:p w:rsidR="007130C9" w:rsidRPr="00E85698" w:rsidRDefault="007130C9" w:rsidP="00911E24">
            <w:pPr>
              <w:pStyle w:val="TableParagraph"/>
              <w:rPr>
                <w:sz w:val="24"/>
              </w:rPr>
            </w:pPr>
            <w:r w:rsidRPr="00E85698">
              <w:rPr>
                <w:sz w:val="24"/>
              </w:rPr>
              <w:t>Возвратные</w:t>
            </w:r>
            <w:r w:rsidRPr="00E85698">
              <w:rPr>
                <w:spacing w:val="-4"/>
                <w:sz w:val="24"/>
              </w:rPr>
              <w:t xml:space="preserve"> </w:t>
            </w:r>
            <w:r w:rsidRPr="00E85698">
              <w:rPr>
                <w:sz w:val="24"/>
              </w:rPr>
              <w:t>глаголы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165.</w:t>
            </w:r>
          </w:p>
        </w:tc>
        <w:tc>
          <w:tcPr>
            <w:tcW w:w="3229" w:type="dxa"/>
          </w:tcPr>
          <w:p w:rsidR="007130C9" w:rsidRPr="00E85698" w:rsidRDefault="007130C9" w:rsidP="00911E24">
            <w:pPr>
              <w:pStyle w:val="TableParagraph"/>
              <w:spacing w:line="292" w:lineRule="auto"/>
              <w:ind w:right="958"/>
              <w:rPr>
                <w:sz w:val="24"/>
              </w:rPr>
            </w:pPr>
            <w:r w:rsidRPr="00E85698">
              <w:rPr>
                <w:sz w:val="24"/>
              </w:rPr>
              <w:t>Возвратные глаголы.</w:t>
            </w:r>
            <w:r w:rsidRPr="00E85698">
              <w:rPr>
                <w:spacing w:val="-58"/>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166.</w:t>
            </w:r>
          </w:p>
        </w:tc>
        <w:tc>
          <w:tcPr>
            <w:tcW w:w="3229" w:type="dxa"/>
          </w:tcPr>
          <w:p w:rsidR="007130C9" w:rsidRPr="00E85698" w:rsidRDefault="007130C9" w:rsidP="00911E24">
            <w:pPr>
              <w:pStyle w:val="TableParagraph"/>
              <w:spacing w:line="292" w:lineRule="auto"/>
              <w:ind w:right="593"/>
              <w:rPr>
                <w:sz w:val="24"/>
              </w:rPr>
            </w:pPr>
            <w:r w:rsidRPr="00E85698">
              <w:rPr>
                <w:sz w:val="24"/>
              </w:rPr>
              <w:t>Спряжение глагола</w:t>
            </w:r>
            <w:r w:rsidRPr="00E85698">
              <w:rPr>
                <w:spacing w:val="1"/>
                <w:sz w:val="24"/>
              </w:rPr>
              <w:t xml:space="preserve"> </w:t>
            </w:r>
            <w:r w:rsidRPr="00E85698">
              <w:rPr>
                <w:sz w:val="24"/>
              </w:rPr>
              <w:t>(повторение)</w:t>
            </w:r>
            <w:r w:rsidRPr="00E85698">
              <w:rPr>
                <w:spacing w:val="-10"/>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167.</w:t>
            </w:r>
          </w:p>
        </w:tc>
        <w:tc>
          <w:tcPr>
            <w:tcW w:w="3229" w:type="dxa"/>
          </w:tcPr>
          <w:p w:rsidR="007130C9" w:rsidRPr="00E85698" w:rsidRDefault="007130C9" w:rsidP="00911E24">
            <w:pPr>
              <w:pStyle w:val="TableParagraph"/>
              <w:rPr>
                <w:sz w:val="24"/>
              </w:rPr>
            </w:pPr>
            <w:r w:rsidRPr="00E85698">
              <w:rPr>
                <w:sz w:val="24"/>
              </w:rPr>
              <w:t>Разноспрягаемые</w:t>
            </w:r>
            <w:r w:rsidRPr="00E85698">
              <w:rPr>
                <w:spacing w:val="-5"/>
                <w:sz w:val="24"/>
              </w:rPr>
              <w:t xml:space="preserve"> </w:t>
            </w:r>
            <w:r w:rsidRPr="00E85698">
              <w:rPr>
                <w:sz w:val="24"/>
              </w:rPr>
              <w:t>глаголы</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168.</w:t>
            </w:r>
          </w:p>
        </w:tc>
        <w:tc>
          <w:tcPr>
            <w:tcW w:w="3229" w:type="dxa"/>
          </w:tcPr>
          <w:p w:rsidR="007130C9" w:rsidRPr="00E85698" w:rsidRDefault="007130C9" w:rsidP="00911E24">
            <w:pPr>
              <w:pStyle w:val="TableParagraph"/>
              <w:spacing w:line="292" w:lineRule="auto"/>
              <w:ind w:right="448"/>
              <w:rPr>
                <w:sz w:val="24"/>
              </w:rPr>
            </w:pPr>
            <w:r w:rsidRPr="00E85698">
              <w:rPr>
                <w:sz w:val="24"/>
              </w:rPr>
              <w:t>Разноспрягаемые глаголы</w:t>
            </w:r>
            <w:r w:rsidRPr="00E85698">
              <w:rPr>
                <w:spacing w:val="-57"/>
                <w:sz w:val="24"/>
              </w:rPr>
              <w:t xml:space="preserve"> </w:t>
            </w:r>
            <w:r w:rsidRPr="00E85698">
              <w:rPr>
                <w:sz w:val="24"/>
              </w:rPr>
              <w:t>(закрепление).</w:t>
            </w:r>
            <w:r w:rsidRPr="00E85698">
              <w:rPr>
                <w:spacing w:val="-1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169.</w:t>
            </w:r>
          </w:p>
        </w:tc>
        <w:tc>
          <w:tcPr>
            <w:tcW w:w="3229" w:type="dxa"/>
          </w:tcPr>
          <w:p w:rsidR="007130C9" w:rsidRPr="00E85698" w:rsidRDefault="007130C9" w:rsidP="00911E24">
            <w:pPr>
              <w:pStyle w:val="TableParagraph"/>
              <w:spacing w:line="292" w:lineRule="auto"/>
              <w:ind w:right="723"/>
              <w:rPr>
                <w:sz w:val="24"/>
              </w:rPr>
            </w:pPr>
            <w:r w:rsidRPr="00E85698">
              <w:rPr>
                <w:sz w:val="24"/>
              </w:rPr>
              <w:t>Безличные глаголы.</w:t>
            </w:r>
            <w:r w:rsidRPr="00E85698">
              <w:rPr>
                <w:spacing w:val="1"/>
                <w:sz w:val="24"/>
              </w:rPr>
              <w:t xml:space="preserve"> </w:t>
            </w:r>
            <w:r w:rsidRPr="00E85698">
              <w:rPr>
                <w:sz w:val="24"/>
              </w:rPr>
              <w:t>Использование личных</w:t>
            </w:r>
            <w:r w:rsidRPr="00E85698">
              <w:rPr>
                <w:spacing w:val="-58"/>
                <w:sz w:val="24"/>
              </w:rPr>
              <w:t xml:space="preserve"> </w:t>
            </w:r>
            <w:r w:rsidRPr="00E85698">
              <w:rPr>
                <w:sz w:val="24"/>
              </w:rPr>
              <w:t>глаголов в безличном</w:t>
            </w:r>
            <w:r w:rsidRPr="00E85698">
              <w:rPr>
                <w:spacing w:val="1"/>
                <w:sz w:val="24"/>
              </w:rPr>
              <w:t xml:space="preserve"> </w:t>
            </w:r>
            <w:r w:rsidRPr="00E85698">
              <w:rPr>
                <w:sz w:val="24"/>
              </w:rPr>
              <w:t>значении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170.</w:t>
            </w:r>
          </w:p>
        </w:tc>
        <w:tc>
          <w:tcPr>
            <w:tcW w:w="3229" w:type="dxa"/>
          </w:tcPr>
          <w:p w:rsidR="007130C9" w:rsidRPr="00E85698" w:rsidRDefault="007130C9" w:rsidP="00911E24">
            <w:pPr>
              <w:pStyle w:val="TableParagraph"/>
              <w:spacing w:line="292" w:lineRule="auto"/>
              <w:ind w:right="723"/>
              <w:rPr>
                <w:sz w:val="24"/>
              </w:rPr>
            </w:pPr>
            <w:r w:rsidRPr="00E85698">
              <w:rPr>
                <w:sz w:val="24"/>
              </w:rPr>
              <w:t>Безличные глаголы.</w:t>
            </w:r>
            <w:r w:rsidRPr="00E85698">
              <w:rPr>
                <w:spacing w:val="1"/>
                <w:sz w:val="24"/>
              </w:rPr>
              <w:t xml:space="preserve"> </w:t>
            </w:r>
            <w:r w:rsidRPr="00E85698">
              <w:rPr>
                <w:sz w:val="24"/>
              </w:rPr>
              <w:t>Использование личных</w:t>
            </w:r>
            <w:r w:rsidRPr="00E85698">
              <w:rPr>
                <w:spacing w:val="-58"/>
                <w:sz w:val="24"/>
              </w:rPr>
              <w:t xml:space="preserve"> </w:t>
            </w:r>
            <w:r w:rsidRPr="00E85698">
              <w:rPr>
                <w:sz w:val="24"/>
              </w:rPr>
              <w:t>глаголов в безличном</w:t>
            </w:r>
            <w:r w:rsidRPr="00E85698">
              <w:rPr>
                <w:spacing w:val="1"/>
                <w:sz w:val="24"/>
              </w:rPr>
              <w:t xml:space="preserve"> </w:t>
            </w:r>
            <w:r w:rsidRPr="00E85698">
              <w:rPr>
                <w:sz w:val="24"/>
              </w:rPr>
              <w:t>значении.</w:t>
            </w:r>
            <w:r w:rsidRPr="00E85698">
              <w:rPr>
                <w:spacing w:val="-3"/>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171.</w:t>
            </w:r>
          </w:p>
        </w:tc>
        <w:tc>
          <w:tcPr>
            <w:tcW w:w="3229" w:type="dxa"/>
          </w:tcPr>
          <w:p w:rsidR="007130C9" w:rsidRPr="00E85698" w:rsidRDefault="007130C9" w:rsidP="00911E24">
            <w:pPr>
              <w:pStyle w:val="TableParagraph"/>
              <w:spacing w:line="292" w:lineRule="auto"/>
              <w:ind w:right="339"/>
              <w:rPr>
                <w:sz w:val="24"/>
              </w:rPr>
            </w:pPr>
            <w:r w:rsidRPr="00E85698">
              <w:rPr>
                <w:sz w:val="24"/>
              </w:rPr>
              <w:t>Наклонение глагола.</w:t>
            </w:r>
            <w:r w:rsidRPr="00E85698">
              <w:rPr>
                <w:spacing w:val="1"/>
                <w:sz w:val="24"/>
              </w:rPr>
              <w:t xml:space="preserve"> </w:t>
            </w:r>
            <w:r w:rsidRPr="00E85698">
              <w:rPr>
                <w:sz w:val="24"/>
              </w:rPr>
              <w:t>Изъявительное</w:t>
            </w:r>
            <w:r w:rsidRPr="00E85698">
              <w:rPr>
                <w:spacing w:val="-11"/>
                <w:sz w:val="24"/>
              </w:rPr>
              <w:t xml:space="preserve"> </w:t>
            </w:r>
            <w:r w:rsidRPr="00E85698">
              <w:rPr>
                <w:sz w:val="24"/>
              </w:rPr>
              <w:t>наклонение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172.</w:t>
            </w:r>
          </w:p>
        </w:tc>
        <w:tc>
          <w:tcPr>
            <w:tcW w:w="3229" w:type="dxa"/>
          </w:tcPr>
          <w:p w:rsidR="007130C9" w:rsidRPr="00E85698" w:rsidRDefault="007130C9" w:rsidP="00911E24">
            <w:pPr>
              <w:pStyle w:val="TableParagraph"/>
              <w:spacing w:line="292" w:lineRule="auto"/>
              <w:ind w:right="328"/>
              <w:rPr>
                <w:sz w:val="24"/>
              </w:rPr>
            </w:pPr>
            <w:r w:rsidRPr="00E85698">
              <w:rPr>
                <w:sz w:val="24"/>
              </w:rPr>
              <w:t>Изъявительное наклонение</w:t>
            </w:r>
            <w:r w:rsidRPr="00E85698">
              <w:rPr>
                <w:spacing w:val="-58"/>
                <w:sz w:val="24"/>
              </w:rPr>
              <w:t xml:space="preserve"> </w:t>
            </w:r>
            <w:r w:rsidRPr="00E85698">
              <w:rPr>
                <w:sz w:val="24"/>
              </w:rPr>
              <w:t>(закрепление).</w:t>
            </w:r>
            <w:r w:rsidRPr="00E85698">
              <w:rPr>
                <w:spacing w:val="-5"/>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lastRenderedPageBreak/>
              <w:t>173.</w:t>
            </w:r>
          </w:p>
        </w:tc>
        <w:tc>
          <w:tcPr>
            <w:tcW w:w="3229" w:type="dxa"/>
          </w:tcPr>
          <w:p w:rsidR="007130C9" w:rsidRPr="00E85698" w:rsidRDefault="007130C9" w:rsidP="00911E24">
            <w:pPr>
              <w:pStyle w:val="TableParagraph"/>
              <w:rPr>
                <w:sz w:val="24"/>
              </w:rPr>
            </w:pPr>
            <w:r w:rsidRPr="00E85698">
              <w:rPr>
                <w:sz w:val="24"/>
              </w:rPr>
              <w:t>Условное</w:t>
            </w:r>
            <w:r w:rsidRPr="00E85698">
              <w:rPr>
                <w:spacing w:val="-4"/>
                <w:sz w:val="24"/>
              </w:rPr>
              <w:t xml:space="preserve"> </w:t>
            </w:r>
            <w:r w:rsidRPr="00E85698">
              <w:rPr>
                <w:sz w:val="24"/>
              </w:rPr>
              <w:t>наклонение</w:t>
            </w:r>
            <w:r w:rsidRPr="00E85698">
              <w:rPr>
                <w:spacing w:val="-3"/>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174.</w:t>
            </w:r>
          </w:p>
        </w:tc>
        <w:tc>
          <w:tcPr>
            <w:tcW w:w="3229" w:type="dxa"/>
          </w:tcPr>
          <w:p w:rsidR="007130C9" w:rsidRPr="00E85698" w:rsidRDefault="007130C9" w:rsidP="00911E24">
            <w:pPr>
              <w:pStyle w:val="TableParagraph"/>
              <w:spacing w:line="292" w:lineRule="auto"/>
              <w:ind w:right="54"/>
              <w:rPr>
                <w:sz w:val="24"/>
              </w:rPr>
            </w:pPr>
            <w:r w:rsidRPr="00E85698">
              <w:rPr>
                <w:sz w:val="24"/>
              </w:rPr>
              <w:t>Условное наклонение глагола</w:t>
            </w:r>
            <w:r w:rsidRPr="00E85698">
              <w:rPr>
                <w:spacing w:val="-57"/>
                <w:sz w:val="24"/>
              </w:rPr>
              <w:t xml:space="preserve"> </w:t>
            </w:r>
            <w:r w:rsidRPr="00E85698">
              <w:rPr>
                <w:sz w:val="24"/>
              </w:rPr>
              <w:t>(закрепление).</w:t>
            </w:r>
            <w:r w:rsidRPr="00E85698">
              <w:rPr>
                <w:spacing w:val="-2"/>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477"/>
        </w:trPr>
        <w:tc>
          <w:tcPr>
            <w:tcW w:w="576" w:type="dxa"/>
          </w:tcPr>
          <w:p w:rsidR="007130C9" w:rsidRPr="00E85698" w:rsidRDefault="007130C9" w:rsidP="00911E24">
            <w:pPr>
              <w:pStyle w:val="TableParagraph"/>
              <w:ind w:left="56" w:right="44"/>
              <w:jc w:val="center"/>
              <w:rPr>
                <w:sz w:val="24"/>
              </w:rPr>
            </w:pPr>
            <w:r w:rsidRPr="00E85698">
              <w:rPr>
                <w:sz w:val="24"/>
              </w:rPr>
              <w:t>175.</w:t>
            </w:r>
          </w:p>
        </w:tc>
        <w:tc>
          <w:tcPr>
            <w:tcW w:w="3229" w:type="dxa"/>
          </w:tcPr>
          <w:p w:rsidR="007130C9" w:rsidRPr="00E85698" w:rsidRDefault="007130C9" w:rsidP="00911E24">
            <w:pPr>
              <w:pStyle w:val="TableParagraph"/>
              <w:rPr>
                <w:sz w:val="24"/>
              </w:rPr>
            </w:pPr>
            <w:r w:rsidRPr="00E85698">
              <w:rPr>
                <w:sz w:val="24"/>
              </w:rPr>
              <w:t>Изложение (упр.541-542)</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Изложение;</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176.</w:t>
            </w:r>
          </w:p>
        </w:tc>
        <w:tc>
          <w:tcPr>
            <w:tcW w:w="3229" w:type="dxa"/>
          </w:tcPr>
          <w:p w:rsidR="007130C9" w:rsidRPr="00E85698" w:rsidRDefault="007130C9" w:rsidP="00911E24">
            <w:pPr>
              <w:pStyle w:val="TableParagraph"/>
              <w:spacing w:line="292" w:lineRule="auto"/>
              <w:ind w:right="311"/>
              <w:rPr>
                <w:sz w:val="24"/>
              </w:rPr>
            </w:pPr>
            <w:r w:rsidRPr="00E85698">
              <w:rPr>
                <w:sz w:val="24"/>
              </w:rPr>
              <w:t>Повелительное наклонение</w:t>
            </w:r>
            <w:r w:rsidRPr="00E85698">
              <w:rPr>
                <w:spacing w:val="-57"/>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177.</w:t>
            </w:r>
          </w:p>
        </w:tc>
        <w:tc>
          <w:tcPr>
            <w:tcW w:w="3229" w:type="dxa"/>
          </w:tcPr>
          <w:p w:rsidR="007130C9" w:rsidRPr="00E85698" w:rsidRDefault="007130C9" w:rsidP="00911E24">
            <w:pPr>
              <w:pStyle w:val="TableParagraph"/>
              <w:spacing w:line="292" w:lineRule="auto"/>
              <w:ind w:right="311"/>
              <w:rPr>
                <w:sz w:val="24"/>
              </w:rPr>
            </w:pPr>
            <w:r w:rsidRPr="00E85698">
              <w:rPr>
                <w:sz w:val="24"/>
              </w:rPr>
              <w:t>Повелительное наклонение</w:t>
            </w:r>
            <w:r w:rsidRPr="00E85698">
              <w:rPr>
                <w:spacing w:val="-57"/>
                <w:sz w:val="24"/>
              </w:rPr>
              <w:t xml:space="preserve"> </w:t>
            </w:r>
            <w:r w:rsidRPr="00E85698">
              <w:rPr>
                <w:sz w:val="24"/>
              </w:rPr>
              <w:t>глагола</w:t>
            </w:r>
            <w:r w:rsidRPr="00E85698">
              <w:rPr>
                <w:spacing w:val="-2"/>
                <w:sz w:val="24"/>
              </w:rPr>
              <w:t xml:space="preserve"> </w:t>
            </w:r>
            <w:r w:rsidRPr="00E85698">
              <w:rPr>
                <w:sz w:val="24"/>
              </w:rPr>
              <w:t>(закрепление).</w:t>
            </w:r>
          </w:p>
          <w:p w:rsidR="007130C9" w:rsidRPr="00E85698" w:rsidRDefault="007130C9" w:rsidP="00911E24">
            <w:pPr>
              <w:pStyle w:val="TableParagraph"/>
              <w:spacing w:line="275" w:lineRule="exact"/>
              <w:rPr>
                <w:sz w:val="24"/>
              </w:rPr>
            </w:pP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178.</w:t>
            </w:r>
          </w:p>
        </w:tc>
        <w:tc>
          <w:tcPr>
            <w:tcW w:w="3229" w:type="dxa"/>
          </w:tcPr>
          <w:p w:rsidR="007130C9" w:rsidRPr="00E85698" w:rsidRDefault="007130C9" w:rsidP="00911E24">
            <w:pPr>
              <w:pStyle w:val="TableParagraph"/>
              <w:spacing w:line="292" w:lineRule="auto"/>
              <w:rPr>
                <w:sz w:val="24"/>
              </w:rPr>
            </w:pPr>
            <w:r w:rsidRPr="00E85698">
              <w:rPr>
                <w:sz w:val="24"/>
              </w:rPr>
              <w:t>Контрольная</w:t>
            </w:r>
            <w:r w:rsidRPr="00E85698">
              <w:rPr>
                <w:spacing w:val="1"/>
                <w:sz w:val="24"/>
              </w:rPr>
              <w:t xml:space="preserve"> </w:t>
            </w:r>
            <w:r w:rsidRPr="00E85698">
              <w:rPr>
                <w:sz w:val="24"/>
              </w:rPr>
              <w:t>работа по теме</w:t>
            </w:r>
            <w:r w:rsidRPr="00E85698">
              <w:rPr>
                <w:spacing w:val="-58"/>
                <w:sz w:val="24"/>
              </w:rPr>
              <w:t xml:space="preserve"> </w:t>
            </w:r>
            <w:r w:rsidRPr="00E85698">
              <w:rPr>
                <w:sz w:val="24"/>
              </w:rPr>
              <w:t>"Наклонения</w:t>
            </w:r>
            <w:r w:rsidRPr="00E85698">
              <w:rPr>
                <w:spacing w:val="-2"/>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179.</w:t>
            </w:r>
          </w:p>
        </w:tc>
        <w:tc>
          <w:tcPr>
            <w:tcW w:w="3229" w:type="dxa"/>
          </w:tcPr>
          <w:p w:rsidR="007130C9" w:rsidRPr="00E85698" w:rsidRDefault="007130C9" w:rsidP="00911E24">
            <w:pPr>
              <w:pStyle w:val="TableParagraph"/>
              <w:spacing w:line="292" w:lineRule="auto"/>
              <w:ind w:right="276"/>
              <w:rPr>
                <w:sz w:val="24"/>
              </w:rPr>
            </w:pPr>
            <w:r w:rsidRPr="00E85698">
              <w:rPr>
                <w:sz w:val="24"/>
              </w:rPr>
              <w:t>Использование Ь как</w:t>
            </w:r>
            <w:r w:rsidRPr="00E85698">
              <w:rPr>
                <w:spacing w:val="1"/>
                <w:sz w:val="24"/>
              </w:rPr>
              <w:t xml:space="preserve"> </w:t>
            </w:r>
            <w:r w:rsidRPr="00E85698">
              <w:rPr>
                <w:sz w:val="24"/>
              </w:rPr>
              <w:t>показателя грамматической</w:t>
            </w:r>
            <w:r w:rsidRPr="00E85698">
              <w:rPr>
                <w:spacing w:val="-57"/>
                <w:sz w:val="24"/>
              </w:rPr>
              <w:t xml:space="preserve"> </w:t>
            </w:r>
            <w:r w:rsidRPr="00E85698">
              <w:rPr>
                <w:sz w:val="24"/>
              </w:rPr>
              <w:t>формы повелительного</w:t>
            </w:r>
            <w:r w:rsidRPr="00E85698">
              <w:rPr>
                <w:spacing w:val="1"/>
                <w:sz w:val="24"/>
              </w:rPr>
              <w:t xml:space="preserve"> </w:t>
            </w:r>
            <w:r w:rsidRPr="00E85698">
              <w:rPr>
                <w:sz w:val="24"/>
              </w:rPr>
              <w:t>наклонения</w:t>
            </w:r>
            <w:r w:rsidRPr="00E85698">
              <w:rPr>
                <w:spacing w:val="-2"/>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180.</w:t>
            </w:r>
          </w:p>
        </w:tc>
        <w:tc>
          <w:tcPr>
            <w:tcW w:w="3229" w:type="dxa"/>
          </w:tcPr>
          <w:p w:rsidR="007130C9" w:rsidRPr="00E85698" w:rsidRDefault="007130C9" w:rsidP="00911E24">
            <w:pPr>
              <w:pStyle w:val="TableParagraph"/>
              <w:spacing w:line="292" w:lineRule="auto"/>
              <w:ind w:right="276"/>
              <w:rPr>
                <w:sz w:val="24"/>
              </w:rPr>
            </w:pPr>
            <w:r w:rsidRPr="00E85698">
              <w:rPr>
                <w:sz w:val="24"/>
              </w:rPr>
              <w:t>Использование Ь как</w:t>
            </w:r>
            <w:r w:rsidRPr="00E85698">
              <w:rPr>
                <w:spacing w:val="1"/>
                <w:sz w:val="24"/>
              </w:rPr>
              <w:t xml:space="preserve"> </w:t>
            </w:r>
            <w:r w:rsidRPr="00E85698">
              <w:rPr>
                <w:sz w:val="24"/>
              </w:rPr>
              <w:t>показателя грамматической</w:t>
            </w:r>
            <w:r w:rsidRPr="00E85698">
              <w:rPr>
                <w:spacing w:val="-57"/>
                <w:sz w:val="24"/>
              </w:rPr>
              <w:t xml:space="preserve"> </w:t>
            </w:r>
            <w:r w:rsidRPr="00E85698">
              <w:rPr>
                <w:sz w:val="24"/>
              </w:rPr>
              <w:t>формы повелительного</w:t>
            </w:r>
            <w:r w:rsidRPr="00E85698">
              <w:rPr>
                <w:spacing w:val="1"/>
                <w:sz w:val="24"/>
              </w:rPr>
              <w:t xml:space="preserve"> </w:t>
            </w:r>
            <w:r w:rsidRPr="00E85698">
              <w:rPr>
                <w:sz w:val="24"/>
              </w:rPr>
              <w:t>наклонения</w:t>
            </w:r>
            <w:r w:rsidRPr="00E85698">
              <w:rPr>
                <w:spacing w:val="-2"/>
                <w:sz w:val="24"/>
              </w:rPr>
              <w:t xml:space="preserve"> </w:t>
            </w:r>
            <w:r w:rsidRPr="00E85698">
              <w:rPr>
                <w:sz w:val="24"/>
              </w:rPr>
              <w:t>глагола.</w:t>
            </w:r>
          </w:p>
          <w:p w:rsidR="007130C9" w:rsidRPr="00E85698" w:rsidRDefault="007130C9" w:rsidP="00911E24">
            <w:pPr>
              <w:pStyle w:val="TableParagraph"/>
              <w:spacing w:line="274" w:lineRule="exact"/>
              <w:rPr>
                <w:sz w:val="24"/>
              </w:rPr>
            </w:pP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181.</w:t>
            </w:r>
          </w:p>
        </w:tc>
        <w:tc>
          <w:tcPr>
            <w:tcW w:w="3229" w:type="dxa"/>
          </w:tcPr>
          <w:p w:rsidR="007130C9" w:rsidRPr="00E85698" w:rsidRDefault="007130C9" w:rsidP="00911E24">
            <w:pPr>
              <w:pStyle w:val="TableParagraph"/>
              <w:spacing w:line="292" w:lineRule="auto"/>
              <w:ind w:right="240"/>
              <w:rPr>
                <w:sz w:val="24"/>
              </w:rPr>
            </w:pPr>
            <w:r w:rsidRPr="00E85698">
              <w:rPr>
                <w:sz w:val="24"/>
              </w:rPr>
              <w:t>Нормы образования форм</w:t>
            </w:r>
            <w:r w:rsidRPr="00E85698">
              <w:rPr>
                <w:spacing w:val="1"/>
                <w:sz w:val="24"/>
              </w:rPr>
              <w:t xml:space="preserve"> </w:t>
            </w:r>
            <w:r w:rsidRPr="00E85698">
              <w:rPr>
                <w:sz w:val="24"/>
              </w:rPr>
              <w:t>повелительного наклонения</w:t>
            </w:r>
            <w:r w:rsidRPr="00E85698">
              <w:rPr>
                <w:spacing w:val="-57"/>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182.</w:t>
            </w:r>
          </w:p>
        </w:tc>
        <w:tc>
          <w:tcPr>
            <w:tcW w:w="3229" w:type="dxa"/>
          </w:tcPr>
          <w:p w:rsidR="007130C9" w:rsidRPr="00E85698" w:rsidRDefault="007130C9" w:rsidP="00911E24">
            <w:pPr>
              <w:pStyle w:val="TableParagraph"/>
              <w:spacing w:line="292" w:lineRule="auto"/>
              <w:ind w:right="240"/>
              <w:rPr>
                <w:sz w:val="24"/>
              </w:rPr>
            </w:pPr>
            <w:r w:rsidRPr="00E85698">
              <w:rPr>
                <w:sz w:val="24"/>
              </w:rPr>
              <w:t>Нормы образования форм</w:t>
            </w:r>
            <w:r w:rsidRPr="00E85698">
              <w:rPr>
                <w:spacing w:val="1"/>
                <w:sz w:val="24"/>
              </w:rPr>
              <w:t xml:space="preserve"> </w:t>
            </w:r>
            <w:r w:rsidRPr="00E85698">
              <w:rPr>
                <w:sz w:val="24"/>
              </w:rPr>
              <w:t>повелительного наклонения</w:t>
            </w:r>
            <w:r w:rsidRPr="00E85698">
              <w:rPr>
                <w:spacing w:val="-57"/>
                <w:sz w:val="24"/>
              </w:rPr>
              <w:t xml:space="preserve"> </w:t>
            </w:r>
            <w:r w:rsidRPr="00E85698">
              <w:rPr>
                <w:sz w:val="24"/>
              </w:rPr>
              <w:t>глагола</w:t>
            </w:r>
            <w:r w:rsidRPr="00E85698">
              <w:rPr>
                <w:spacing w:val="-2"/>
                <w:sz w:val="24"/>
              </w:rPr>
              <w:t xml:space="preserve"> </w:t>
            </w:r>
            <w:r w:rsidRPr="00E85698">
              <w:rPr>
                <w:sz w:val="24"/>
              </w:rPr>
              <w:t>(закрепление).</w:t>
            </w:r>
          </w:p>
          <w:p w:rsidR="007130C9" w:rsidRPr="00E85698" w:rsidRDefault="007130C9" w:rsidP="00911E24">
            <w:pPr>
              <w:pStyle w:val="TableParagraph"/>
              <w:spacing w:line="274" w:lineRule="exact"/>
              <w:rPr>
                <w:sz w:val="24"/>
              </w:rPr>
            </w:pP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183.</w:t>
            </w:r>
          </w:p>
        </w:tc>
        <w:tc>
          <w:tcPr>
            <w:tcW w:w="3229" w:type="dxa"/>
          </w:tcPr>
          <w:p w:rsidR="007130C9" w:rsidRPr="00E85698" w:rsidRDefault="007130C9" w:rsidP="00911E24">
            <w:pPr>
              <w:pStyle w:val="TableParagraph"/>
              <w:spacing w:line="292" w:lineRule="auto"/>
              <w:ind w:right="748"/>
              <w:rPr>
                <w:sz w:val="24"/>
              </w:rPr>
            </w:pPr>
            <w:r w:rsidRPr="00E85698">
              <w:rPr>
                <w:sz w:val="24"/>
              </w:rPr>
              <w:t>Употребление одного</w:t>
            </w:r>
            <w:r w:rsidRPr="00E85698">
              <w:rPr>
                <w:spacing w:val="1"/>
                <w:sz w:val="24"/>
              </w:rPr>
              <w:t xml:space="preserve"> </w:t>
            </w:r>
            <w:r w:rsidRPr="00E85698">
              <w:rPr>
                <w:sz w:val="24"/>
              </w:rPr>
              <w:t>наклонения в значении</w:t>
            </w:r>
            <w:r w:rsidRPr="00E85698">
              <w:rPr>
                <w:spacing w:val="-58"/>
                <w:sz w:val="24"/>
              </w:rPr>
              <w:t xml:space="preserve"> </w:t>
            </w:r>
            <w:r w:rsidRPr="00E85698">
              <w:rPr>
                <w:sz w:val="24"/>
              </w:rPr>
              <w:t>другого.</w:t>
            </w:r>
            <w:r w:rsidRPr="00E85698">
              <w:rPr>
                <w:spacing w:val="-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r w:rsidRPr="00E85698">
              <w:rPr>
                <w:sz w:val="24"/>
              </w:rPr>
              <w:t>08.05.2023</w:t>
            </w: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184.</w:t>
            </w:r>
          </w:p>
        </w:tc>
        <w:tc>
          <w:tcPr>
            <w:tcW w:w="3229" w:type="dxa"/>
          </w:tcPr>
          <w:p w:rsidR="007130C9" w:rsidRPr="00E85698" w:rsidRDefault="007130C9" w:rsidP="00911E24">
            <w:pPr>
              <w:pStyle w:val="TableParagraph"/>
              <w:spacing w:line="292" w:lineRule="auto"/>
              <w:ind w:right="1115"/>
              <w:rPr>
                <w:sz w:val="24"/>
              </w:rPr>
            </w:pPr>
            <w:r w:rsidRPr="00E85698">
              <w:rPr>
                <w:sz w:val="24"/>
              </w:rPr>
              <w:t>Нормы ударения в</w:t>
            </w:r>
            <w:r w:rsidRPr="00E85698">
              <w:rPr>
                <w:spacing w:val="1"/>
                <w:sz w:val="24"/>
              </w:rPr>
              <w:t xml:space="preserve"> </w:t>
            </w:r>
            <w:r w:rsidRPr="00E85698">
              <w:rPr>
                <w:sz w:val="24"/>
              </w:rPr>
              <w:t>глагольных</w:t>
            </w:r>
            <w:r w:rsidRPr="00E85698">
              <w:rPr>
                <w:spacing w:val="-13"/>
                <w:sz w:val="24"/>
              </w:rPr>
              <w:t xml:space="preserve"> </w:t>
            </w:r>
            <w:r w:rsidRPr="00E85698">
              <w:rPr>
                <w:sz w:val="24"/>
              </w:rPr>
              <w:t>формах</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r w:rsidRPr="00E85698">
              <w:rPr>
                <w:sz w:val="24"/>
              </w:rPr>
              <w:t>09.05.2023</w:t>
            </w: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185.</w:t>
            </w:r>
          </w:p>
        </w:tc>
        <w:tc>
          <w:tcPr>
            <w:tcW w:w="3229" w:type="dxa"/>
          </w:tcPr>
          <w:p w:rsidR="007130C9" w:rsidRPr="00E85698" w:rsidRDefault="007130C9" w:rsidP="00911E24">
            <w:pPr>
              <w:pStyle w:val="TableParagraph"/>
              <w:spacing w:line="292" w:lineRule="auto"/>
              <w:ind w:right="516"/>
              <w:rPr>
                <w:sz w:val="24"/>
              </w:rPr>
            </w:pPr>
            <w:r w:rsidRPr="00E85698">
              <w:rPr>
                <w:sz w:val="24"/>
              </w:rPr>
              <w:t>Нормы ударения в</w:t>
            </w:r>
            <w:r w:rsidRPr="00E85698">
              <w:rPr>
                <w:spacing w:val="1"/>
                <w:sz w:val="24"/>
              </w:rPr>
              <w:t xml:space="preserve"> </w:t>
            </w:r>
            <w:r w:rsidRPr="00E85698">
              <w:rPr>
                <w:sz w:val="24"/>
              </w:rPr>
              <w:t>глагольных формах.</w:t>
            </w:r>
            <w:r w:rsidRPr="00E85698">
              <w:rPr>
                <w:spacing w:val="1"/>
                <w:sz w:val="24"/>
              </w:rPr>
              <w:t xml:space="preserve"> </w:t>
            </w:r>
            <w:r w:rsidRPr="00E85698">
              <w:rPr>
                <w:sz w:val="24"/>
              </w:rPr>
              <w:t>Практикум. Работа с</w:t>
            </w:r>
            <w:r w:rsidRPr="00E85698">
              <w:rPr>
                <w:spacing w:val="1"/>
                <w:sz w:val="24"/>
              </w:rPr>
              <w:t xml:space="preserve"> </w:t>
            </w:r>
            <w:r w:rsidRPr="00E85698">
              <w:rPr>
                <w:sz w:val="24"/>
              </w:rPr>
              <w:t>орфоэпическим</w:t>
            </w:r>
            <w:r w:rsidRPr="00E85698">
              <w:rPr>
                <w:spacing w:val="-9"/>
                <w:sz w:val="24"/>
              </w:rPr>
              <w:t xml:space="preserve"> </w:t>
            </w:r>
            <w:r w:rsidRPr="00E85698">
              <w:rPr>
                <w:sz w:val="24"/>
              </w:rPr>
              <w:t>словарём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r w:rsidRPr="00E85698">
              <w:rPr>
                <w:sz w:val="24"/>
              </w:rPr>
              <w:t>10.05.2023</w:t>
            </w: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186.</w:t>
            </w:r>
          </w:p>
        </w:tc>
        <w:tc>
          <w:tcPr>
            <w:tcW w:w="3229" w:type="dxa"/>
          </w:tcPr>
          <w:p w:rsidR="007130C9" w:rsidRPr="00E85698" w:rsidRDefault="007130C9" w:rsidP="00911E24">
            <w:pPr>
              <w:pStyle w:val="TableParagraph"/>
              <w:spacing w:line="292" w:lineRule="auto"/>
              <w:ind w:right="282"/>
              <w:rPr>
                <w:sz w:val="24"/>
              </w:rPr>
            </w:pPr>
            <w:r w:rsidRPr="00E85698">
              <w:rPr>
                <w:sz w:val="24"/>
              </w:rPr>
              <w:t>Нормы словоизменения</w:t>
            </w:r>
            <w:r w:rsidRPr="00E85698">
              <w:rPr>
                <w:spacing w:val="1"/>
                <w:sz w:val="24"/>
              </w:rPr>
              <w:t xml:space="preserve"> </w:t>
            </w:r>
            <w:r w:rsidRPr="00E85698">
              <w:rPr>
                <w:sz w:val="24"/>
              </w:rPr>
              <w:t>глаголов (глаголы, не</w:t>
            </w:r>
            <w:r w:rsidRPr="00E85698">
              <w:rPr>
                <w:spacing w:val="1"/>
                <w:sz w:val="24"/>
              </w:rPr>
              <w:t xml:space="preserve"> </w:t>
            </w:r>
            <w:r w:rsidRPr="00E85698">
              <w:rPr>
                <w:sz w:val="24"/>
              </w:rPr>
              <w:t>имеющие</w:t>
            </w:r>
            <w:r w:rsidRPr="00E85698">
              <w:rPr>
                <w:spacing w:val="-2"/>
                <w:sz w:val="24"/>
              </w:rPr>
              <w:t xml:space="preserve"> </w:t>
            </w:r>
            <w:r w:rsidRPr="00E85698">
              <w:rPr>
                <w:sz w:val="24"/>
              </w:rPr>
              <w:t>формы</w:t>
            </w:r>
            <w:r w:rsidRPr="00E85698">
              <w:rPr>
                <w:spacing w:val="-2"/>
                <w:sz w:val="24"/>
              </w:rPr>
              <w:t xml:space="preserve"> </w:t>
            </w:r>
            <w:r w:rsidRPr="00E85698">
              <w:rPr>
                <w:sz w:val="24"/>
              </w:rPr>
              <w:t>1</w:t>
            </w:r>
            <w:r w:rsidRPr="00E85698">
              <w:rPr>
                <w:spacing w:val="-1"/>
                <w:sz w:val="24"/>
              </w:rPr>
              <w:t xml:space="preserve"> </w:t>
            </w:r>
            <w:r w:rsidRPr="00E85698">
              <w:rPr>
                <w:sz w:val="24"/>
              </w:rPr>
              <w:t>л.</w:t>
            </w:r>
            <w:r w:rsidRPr="00E85698">
              <w:rPr>
                <w:spacing w:val="-2"/>
                <w:sz w:val="24"/>
              </w:rPr>
              <w:t xml:space="preserve"> </w:t>
            </w:r>
            <w:r w:rsidRPr="00E85698">
              <w:rPr>
                <w:sz w:val="24"/>
              </w:rPr>
              <w:t>ед.</w:t>
            </w:r>
            <w:r w:rsidRPr="00E85698">
              <w:rPr>
                <w:spacing w:val="-1"/>
                <w:sz w:val="24"/>
              </w:rPr>
              <w:t xml:space="preserve"> </w:t>
            </w:r>
            <w:r w:rsidRPr="00E85698">
              <w:rPr>
                <w:sz w:val="24"/>
              </w:rPr>
              <w:t>ч.)</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r w:rsidRPr="00E85698">
              <w:rPr>
                <w:sz w:val="24"/>
              </w:rPr>
              <w:t>11.05.2023</w:t>
            </w: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lastRenderedPageBreak/>
              <w:t>187.</w:t>
            </w:r>
          </w:p>
        </w:tc>
        <w:tc>
          <w:tcPr>
            <w:tcW w:w="3229" w:type="dxa"/>
          </w:tcPr>
          <w:p w:rsidR="007130C9" w:rsidRPr="00E85698" w:rsidRDefault="007130C9" w:rsidP="00911E24">
            <w:pPr>
              <w:pStyle w:val="TableParagraph"/>
              <w:spacing w:line="292" w:lineRule="auto"/>
              <w:ind w:right="123"/>
              <w:rPr>
                <w:sz w:val="24"/>
              </w:rPr>
            </w:pPr>
            <w:r w:rsidRPr="00E85698">
              <w:rPr>
                <w:sz w:val="24"/>
              </w:rPr>
              <w:t>Нормы словоизменения</w:t>
            </w:r>
            <w:r w:rsidRPr="00E85698">
              <w:rPr>
                <w:spacing w:val="1"/>
                <w:sz w:val="24"/>
              </w:rPr>
              <w:t xml:space="preserve"> </w:t>
            </w:r>
            <w:r w:rsidRPr="00E85698">
              <w:rPr>
                <w:sz w:val="24"/>
              </w:rPr>
              <w:t>глаголов (поласкает -</w:t>
            </w:r>
            <w:r w:rsidRPr="00E85698">
              <w:rPr>
                <w:spacing w:val="1"/>
                <w:sz w:val="24"/>
              </w:rPr>
              <w:t xml:space="preserve"> </w:t>
            </w:r>
            <w:r w:rsidRPr="00E85698">
              <w:rPr>
                <w:sz w:val="24"/>
              </w:rPr>
              <w:t>полощет, брызгает - брызжет</w:t>
            </w:r>
            <w:r w:rsidRPr="00E85698">
              <w:rPr>
                <w:spacing w:val="-58"/>
                <w:sz w:val="24"/>
              </w:rPr>
              <w:t xml:space="preserve"> </w:t>
            </w:r>
            <w:r w:rsidRPr="00E85698">
              <w:rPr>
                <w:sz w:val="24"/>
              </w:rPr>
              <w:t>и</w:t>
            </w:r>
            <w:r w:rsidRPr="00E85698">
              <w:rPr>
                <w:spacing w:val="-1"/>
                <w:sz w:val="24"/>
              </w:rPr>
              <w:t xml:space="preserve"> </w:t>
            </w:r>
            <w:r w:rsidRPr="00E85698">
              <w:rPr>
                <w:sz w:val="24"/>
              </w:rPr>
              <w:t>т. п.).  Нормы словоизменения</w:t>
            </w:r>
            <w:r w:rsidRPr="00E85698">
              <w:rPr>
                <w:spacing w:val="-57"/>
                <w:sz w:val="24"/>
              </w:rPr>
              <w:t xml:space="preserve"> </w:t>
            </w:r>
            <w:r w:rsidRPr="00E85698">
              <w:rPr>
                <w:sz w:val="24"/>
              </w:rPr>
              <w:t>глаголов (обобщение).</w:t>
            </w:r>
            <w:r w:rsidRPr="00E85698">
              <w:rPr>
                <w:spacing w:val="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188.</w:t>
            </w:r>
          </w:p>
        </w:tc>
        <w:tc>
          <w:tcPr>
            <w:tcW w:w="3229" w:type="dxa"/>
          </w:tcPr>
          <w:p w:rsidR="007130C9" w:rsidRPr="00E85698" w:rsidRDefault="007130C9" w:rsidP="00911E24">
            <w:pPr>
              <w:pStyle w:val="TableParagraph"/>
              <w:spacing w:line="292" w:lineRule="auto"/>
              <w:ind w:right="668"/>
              <w:rPr>
                <w:sz w:val="24"/>
              </w:rPr>
            </w:pPr>
            <w:proofErr w:type="spellStart"/>
            <w:r w:rsidRPr="00E85698">
              <w:rPr>
                <w:sz w:val="24"/>
              </w:rPr>
              <w:t>Видо</w:t>
            </w:r>
            <w:proofErr w:type="spellEnd"/>
            <w:r w:rsidRPr="00E85698">
              <w:rPr>
                <w:sz w:val="24"/>
              </w:rPr>
              <w:t>-временная</w:t>
            </w:r>
            <w:r w:rsidRPr="00E85698">
              <w:rPr>
                <w:spacing w:val="1"/>
                <w:sz w:val="24"/>
              </w:rPr>
              <w:t xml:space="preserve"> </w:t>
            </w:r>
            <w:r w:rsidRPr="00E85698">
              <w:rPr>
                <w:sz w:val="24"/>
              </w:rPr>
              <w:t>соотнесённость глагольных</w:t>
            </w:r>
            <w:r w:rsidRPr="00E85698">
              <w:rPr>
                <w:spacing w:val="-58"/>
                <w:sz w:val="24"/>
              </w:rPr>
              <w:t xml:space="preserve"> </w:t>
            </w:r>
            <w:r w:rsidRPr="00E85698">
              <w:rPr>
                <w:sz w:val="24"/>
              </w:rPr>
              <w:t>форм</w:t>
            </w:r>
            <w:r w:rsidRPr="00E85698">
              <w:rPr>
                <w:spacing w:val="-1"/>
                <w:sz w:val="24"/>
              </w:rPr>
              <w:t xml:space="preserve"> </w:t>
            </w:r>
            <w:r w:rsidRPr="00E85698">
              <w:rPr>
                <w:sz w:val="24"/>
              </w:rPr>
              <w:t>в</w:t>
            </w:r>
            <w:r w:rsidRPr="00E85698">
              <w:rPr>
                <w:spacing w:val="-1"/>
                <w:sz w:val="24"/>
              </w:rPr>
              <w:t xml:space="preserve"> </w:t>
            </w:r>
            <w:r w:rsidRPr="00E85698">
              <w:rPr>
                <w:sz w:val="24"/>
              </w:rPr>
              <w:t>тексте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189.</w:t>
            </w:r>
          </w:p>
        </w:tc>
        <w:tc>
          <w:tcPr>
            <w:tcW w:w="3229" w:type="dxa"/>
          </w:tcPr>
          <w:p w:rsidR="007130C9" w:rsidRPr="00E85698" w:rsidRDefault="007130C9" w:rsidP="00911E24">
            <w:pPr>
              <w:pStyle w:val="TableParagraph"/>
              <w:spacing w:line="292" w:lineRule="auto"/>
              <w:ind w:right="278"/>
              <w:rPr>
                <w:sz w:val="24"/>
              </w:rPr>
            </w:pPr>
            <w:proofErr w:type="spellStart"/>
            <w:proofErr w:type="gramStart"/>
            <w:r w:rsidRPr="00E85698">
              <w:rPr>
                <w:sz w:val="24"/>
              </w:rPr>
              <w:t>Видо</w:t>
            </w:r>
            <w:proofErr w:type="spellEnd"/>
            <w:r w:rsidRPr="00E85698">
              <w:rPr>
                <w:sz w:val="24"/>
              </w:rPr>
              <w:t>-временная</w:t>
            </w:r>
            <w:proofErr w:type="gramEnd"/>
            <w:r w:rsidRPr="00E85698">
              <w:rPr>
                <w:spacing w:val="1"/>
                <w:sz w:val="24"/>
              </w:rPr>
              <w:t xml:space="preserve"> </w:t>
            </w:r>
            <w:r w:rsidRPr="00E85698">
              <w:rPr>
                <w:sz w:val="24"/>
              </w:rPr>
              <w:t>соотнесённость глагольных</w:t>
            </w:r>
            <w:r w:rsidRPr="00E85698">
              <w:rPr>
                <w:spacing w:val="1"/>
                <w:sz w:val="24"/>
              </w:rPr>
              <w:t xml:space="preserve"> </w:t>
            </w:r>
            <w:r w:rsidRPr="00E85698">
              <w:rPr>
                <w:sz w:val="24"/>
              </w:rPr>
              <w:t>форм в тексте (закрепление).</w:t>
            </w:r>
            <w:r w:rsidRPr="00E85698">
              <w:rPr>
                <w:spacing w:val="-58"/>
                <w:sz w:val="24"/>
              </w:rPr>
              <w:t xml:space="preserve"> </w:t>
            </w:r>
            <w:r w:rsidRPr="00E85698">
              <w:rPr>
                <w:sz w:val="24"/>
              </w:rPr>
              <w:t>Практикум. Рассказ на основе услышанного (упр577-578)</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076"/>
        </w:trPr>
        <w:tc>
          <w:tcPr>
            <w:tcW w:w="576" w:type="dxa"/>
          </w:tcPr>
          <w:p w:rsidR="007130C9" w:rsidRPr="00E85698" w:rsidRDefault="007130C9" w:rsidP="00911E24">
            <w:pPr>
              <w:pStyle w:val="TableParagraph"/>
              <w:ind w:left="56" w:right="44"/>
              <w:jc w:val="center"/>
              <w:rPr>
                <w:sz w:val="24"/>
              </w:rPr>
            </w:pPr>
            <w:r w:rsidRPr="00E85698">
              <w:rPr>
                <w:sz w:val="24"/>
              </w:rPr>
              <w:t>190.</w:t>
            </w:r>
          </w:p>
        </w:tc>
        <w:tc>
          <w:tcPr>
            <w:tcW w:w="3229" w:type="dxa"/>
          </w:tcPr>
          <w:p w:rsidR="007130C9" w:rsidRPr="00E85698" w:rsidRDefault="007130C9" w:rsidP="00911E24">
            <w:pPr>
              <w:pStyle w:val="TableParagraph"/>
              <w:spacing w:line="292" w:lineRule="auto"/>
              <w:ind w:right="148"/>
              <w:rPr>
                <w:sz w:val="24"/>
              </w:rPr>
            </w:pPr>
            <w:r w:rsidRPr="00E85698">
              <w:rPr>
                <w:sz w:val="24"/>
              </w:rPr>
              <w:t>Морфологический анализ</w:t>
            </w:r>
            <w:r w:rsidRPr="00E85698">
              <w:rPr>
                <w:spacing w:val="-58"/>
                <w:sz w:val="24"/>
              </w:rPr>
              <w:t xml:space="preserve"> </w:t>
            </w:r>
            <w:r w:rsidRPr="00E85698">
              <w:rPr>
                <w:sz w:val="24"/>
              </w:rPr>
              <w:t>глагола</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191.</w:t>
            </w:r>
          </w:p>
        </w:tc>
        <w:tc>
          <w:tcPr>
            <w:tcW w:w="3229" w:type="dxa"/>
          </w:tcPr>
          <w:p w:rsidR="007130C9" w:rsidRPr="00E85698" w:rsidRDefault="007130C9" w:rsidP="00911E24">
            <w:pPr>
              <w:pStyle w:val="TableParagraph"/>
              <w:spacing w:line="292" w:lineRule="auto"/>
              <w:ind w:right="470"/>
              <w:rPr>
                <w:sz w:val="24"/>
              </w:rPr>
            </w:pPr>
            <w:r w:rsidRPr="00E85698">
              <w:rPr>
                <w:sz w:val="24"/>
              </w:rPr>
              <w:t>Морфологический анализ</w:t>
            </w:r>
            <w:r w:rsidRPr="00E85698">
              <w:rPr>
                <w:spacing w:val="-58"/>
                <w:sz w:val="24"/>
              </w:rPr>
              <w:t xml:space="preserve"> </w:t>
            </w:r>
            <w:r w:rsidRPr="00E85698">
              <w:rPr>
                <w:sz w:val="24"/>
              </w:rPr>
              <w:t>глагола</w:t>
            </w:r>
            <w:r w:rsidRPr="00E85698">
              <w:rPr>
                <w:spacing w:val="-2"/>
                <w:sz w:val="24"/>
              </w:rPr>
              <w:t xml:space="preserve"> </w:t>
            </w:r>
            <w:r w:rsidRPr="00E85698">
              <w:rPr>
                <w:sz w:val="24"/>
              </w:rPr>
              <w:t>(закрепление).</w:t>
            </w:r>
          </w:p>
          <w:p w:rsidR="007130C9" w:rsidRPr="00E85698" w:rsidRDefault="007130C9" w:rsidP="00911E24">
            <w:pPr>
              <w:pStyle w:val="TableParagraph"/>
              <w:spacing w:line="292" w:lineRule="auto"/>
              <w:ind w:right="470"/>
              <w:rPr>
                <w:sz w:val="24"/>
              </w:rPr>
            </w:pP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192.</w:t>
            </w:r>
          </w:p>
        </w:tc>
        <w:tc>
          <w:tcPr>
            <w:tcW w:w="3229" w:type="dxa"/>
          </w:tcPr>
          <w:p w:rsidR="007130C9" w:rsidRPr="00E85698" w:rsidRDefault="007130C9" w:rsidP="00911E24">
            <w:pPr>
              <w:pStyle w:val="TableParagraph"/>
              <w:spacing w:line="275" w:lineRule="exact"/>
              <w:rPr>
                <w:sz w:val="24"/>
              </w:rPr>
            </w:pPr>
            <w:r w:rsidRPr="00E85698">
              <w:rPr>
                <w:sz w:val="24"/>
              </w:rPr>
              <w:t>Орфографический анализ</w:t>
            </w:r>
            <w:r w:rsidRPr="00E85698">
              <w:rPr>
                <w:spacing w:val="1"/>
                <w:sz w:val="24"/>
              </w:rPr>
              <w:t xml:space="preserve"> </w:t>
            </w:r>
            <w:r w:rsidRPr="00E85698">
              <w:rPr>
                <w:sz w:val="24"/>
              </w:rPr>
              <w:t>глаголов с орфограммами</w:t>
            </w:r>
            <w:r w:rsidRPr="00E85698">
              <w:rPr>
                <w:spacing w:val="1"/>
                <w:sz w:val="24"/>
              </w:rPr>
              <w:t xml:space="preserve"> </w:t>
            </w:r>
            <w:r w:rsidRPr="00E85698">
              <w:rPr>
                <w:sz w:val="24"/>
              </w:rPr>
              <w:t>(обобщение изученного в 5</w:t>
            </w:r>
            <w:r w:rsidRPr="00E85698">
              <w:rPr>
                <w:spacing w:val="-57"/>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Практикум;</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193.</w:t>
            </w:r>
          </w:p>
        </w:tc>
        <w:tc>
          <w:tcPr>
            <w:tcW w:w="3229" w:type="dxa"/>
          </w:tcPr>
          <w:p w:rsidR="007130C9" w:rsidRPr="00E85698" w:rsidRDefault="007130C9" w:rsidP="00911E24">
            <w:pPr>
              <w:pStyle w:val="TableParagraph"/>
              <w:spacing w:line="292" w:lineRule="auto"/>
              <w:ind w:right="320"/>
              <w:rPr>
                <w:sz w:val="24"/>
              </w:rPr>
            </w:pPr>
            <w:r w:rsidRPr="00E85698">
              <w:rPr>
                <w:sz w:val="24"/>
              </w:rPr>
              <w:t>Орфографический анализ</w:t>
            </w:r>
            <w:r w:rsidRPr="00E85698">
              <w:rPr>
                <w:spacing w:val="1"/>
                <w:sz w:val="24"/>
              </w:rPr>
              <w:t xml:space="preserve"> </w:t>
            </w:r>
            <w:r w:rsidRPr="00E85698">
              <w:rPr>
                <w:sz w:val="24"/>
              </w:rPr>
              <w:t>глаголов с Ь в формах</w:t>
            </w:r>
            <w:r w:rsidRPr="00E85698">
              <w:rPr>
                <w:spacing w:val="1"/>
                <w:sz w:val="24"/>
              </w:rPr>
              <w:t xml:space="preserve"> </w:t>
            </w:r>
            <w:r w:rsidRPr="00E85698">
              <w:rPr>
                <w:sz w:val="24"/>
              </w:rPr>
              <w:t>повелительного</w:t>
            </w:r>
            <w:r w:rsidRPr="00E85698">
              <w:rPr>
                <w:spacing w:val="-9"/>
                <w:sz w:val="24"/>
              </w:rPr>
              <w:t xml:space="preserve"> </w:t>
            </w:r>
            <w:r w:rsidRPr="00E85698">
              <w:rPr>
                <w:sz w:val="24"/>
              </w:rPr>
              <w:t>наклонения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194.</w:t>
            </w:r>
          </w:p>
        </w:tc>
        <w:tc>
          <w:tcPr>
            <w:tcW w:w="3229" w:type="dxa"/>
          </w:tcPr>
          <w:p w:rsidR="007130C9" w:rsidRPr="00E85698" w:rsidRDefault="007130C9" w:rsidP="00911E24">
            <w:pPr>
              <w:pStyle w:val="TableParagraph"/>
              <w:spacing w:line="292" w:lineRule="auto"/>
              <w:ind w:right="249"/>
              <w:rPr>
                <w:sz w:val="24"/>
              </w:rPr>
            </w:pPr>
            <w:r w:rsidRPr="00E85698">
              <w:rPr>
                <w:sz w:val="24"/>
              </w:rPr>
              <w:t>Нормы правописания</w:t>
            </w:r>
            <w:r w:rsidRPr="00E85698">
              <w:rPr>
                <w:spacing w:val="1"/>
                <w:sz w:val="24"/>
              </w:rPr>
              <w:t xml:space="preserve"> </w:t>
            </w:r>
            <w:r w:rsidRPr="00E85698">
              <w:rPr>
                <w:sz w:val="24"/>
              </w:rPr>
              <w:t>глаголов с изученными</w:t>
            </w:r>
            <w:r w:rsidRPr="00E85698">
              <w:rPr>
                <w:spacing w:val="1"/>
                <w:sz w:val="24"/>
              </w:rPr>
              <w:t xml:space="preserve"> </w:t>
            </w:r>
            <w:r w:rsidRPr="00E85698">
              <w:rPr>
                <w:sz w:val="24"/>
              </w:rPr>
              <w:t>орфограммами (обобщение</w:t>
            </w:r>
            <w:r w:rsidRPr="00E85698">
              <w:rPr>
                <w:spacing w:val="-57"/>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2"/>
                <w:sz w:val="24"/>
              </w:rPr>
              <w:t xml:space="preserve"> </w:t>
            </w:r>
            <w:r w:rsidRPr="00E85698">
              <w:rPr>
                <w:sz w:val="24"/>
              </w:rPr>
              <w:t>6</w:t>
            </w:r>
            <w:r w:rsidRPr="00E85698">
              <w:rPr>
                <w:spacing w:val="-1"/>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195.</w:t>
            </w:r>
          </w:p>
        </w:tc>
        <w:tc>
          <w:tcPr>
            <w:tcW w:w="3229" w:type="dxa"/>
          </w:tcPr>
          <w:p w:rsidR="007130C9" w:rsidRPr="00E85698" w:rsidRDefault="007130C9" w:rsidP="00911E24">
            <w:pPr>
              <w:pStyle w:val="TableParagraph"/>
              <w:spacing w:line="292" w:lineRule="auto"/>
              <w:ind w:right="308"/>
              <w:rPr>
                <w:sz w:val="24"/>
              </w:rPr>
            </w:pPr>
            <w:r w:rsidRPr="00E85698">
              <w:rPr>
                <w:sz w:val="24"/>
              </w:rPr>
              <w:t>Орфографический анализ</w:t>
            </w:r>
            <w:r w:rsidRPr="00E85698">
              <w:rPr>
                <w:spacing w:val="-57"/>
                <w:sz w:val="24"/>
              </w:rPr>
              <w:t xml:space="preserve"> </w:t>
            </w:r>
            <w:r w:rsidRPr="00E85698">
              <w:rPr>
                <w:sz w:val="24"/>
              </w:rPr>
              <w:t>глагола.</w:t>
            </w:r>
            <w:r w:rsidRPr="00E85698">
              <w:rPr>
                <w:spacing w:val="-1"/>
                <w:sz w:val="24"/>
              </w:rPr>
              <w:t xml:space="preserve"> </w:t>
            </w:r>
            <w:r w:rsidRPr="00E85698">
              <w:rPr>
                <w:sz w:val="24"/>
              </w:rPr>
              <w:t>Практикум</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196.</w:t>
            </w:r>
          </w:p>
        </w:tc>
        <w:tc>
          <w:tcPr>
            <w:tcW w:w="3229" w:type="dxa"/>
          </w:tcPr>
          <w:p w:rsidR="007130C9" w:rsidRPr="00E85698" w:rsidRDefault="007130C9" w:rsidP="00911E24">
            <w:pPr>
              <w:pStyle w:val="TableParagraph"/>
              <w:spacing w:line="292" w:lineRule="auto"/>
              <w:ind w:right="488"/>
              <w:rPr>
                <w:sz w:val="24"/>
              </w:rPr>
            </w:pPr>
            <w:r w:rsidRPr="00E85698">
              <w:rPr>
                <w:sz w:val="24"/>
              </w:rPr>
              <w:t>Контрольная работа</w:t>
            </w:r>
            <w:r w:rsidRPr="00E85698">
              <w:rPr>
                <w:spacing w:val="1"/>
                <w:sz w:val="24"/>
              </w:rPr>
              <w:t xml:space="preserve"> </w:t>
            </w:r>
            <w:r w:rsidRPr="00E85698">
              <w:rPr>
                <w:sz w:val="24"/>
              </w:rPr>
              <w:t>по</w:t>
            </w:r>
            <w:r w:rsidRPr="00E85698">
              <w:rPr>
                <w:spacing w:val="1"/>
                <w:sz w:val="24"/>
              </w:rPr>
              <w:t xml:space="preserve"> </w:t>
            </w:r>
            <w:r w:rsidRPr="00E85698">
              <w:rPr>
                <w:sz w:val="24"/>
              </w:rPr>
              <w:t xml:space="preserve">теме "Глагол" </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Контрольная 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197.</w:t>
            </w:r>
          </w:p>
        </w:tc>
        <w:tc>
          <w:tcPr>
            <w:tcW w:w="3229" w:type="dxa"/>
          </w:tcPr>
          <w:p w:rsidR="007130C9" w:rsidRPr="00E85698" w:rsidRDefault="007130C9" w:rsidP="00911E24">
            <w:pPr>
              <w:pStyle w:val="TableParagraph"/>
              <w:spacing w:line="292" w:lineRule="auto"/>
              <w:ind w:right="423"/>
              <w:rPr>
                <w:sz w:val="24"/>
              </w:rPr>
            </w:pPr>
            <w:r w:rsidRPr="00E85698">
              <w:rPr>
                <w:sz w:val="24"/>
              </w:rPr>
              <w:t>Анализ контрольной работы. Работа над ошибками.</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ind w:left="78"/>
              <w:rPr>
                <w:sz w:val="24"/>
              </w:rPr>
            </w:pPr>
            <w:r w:rsidRPr="00E85698">
              <w:rPr>
                <w:sz w:val="24"/>
              </w:rPr>
              <w:t>Практическая 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lastRenderedPageBreak/>
              <w:t>198.</w:t>
            </w:r>
          </w:p>
        </w:tc>
        <w:tc>
          <w:tcPr>
            <w:tcW w:w="3229" w:type="dxa"/>
          </w:tcPr>
          <w:p w:rsidR="007130C9" w:rsidRPr="00E85698" w:rsidRDefault="007130C9" w:rsidP="00911E24">
            <w:pPr>
              <w:pStyle w:val="TableParagraph"/>
              <w:spacing w:line="292" w:lineRule="auto"/>
              <w:ind w:right="282"/>
              <w:rPr>
                <w:sz w:val="24"/>
              </w:rPr>
            </w:pPr>
            <w:r w:rsidRPr="00E85698">
              <w:rPr>
                <w:sz w:val="24"/>
              </w:rPr>
              <w:t>Повторение. Лексикология.</w:t>
            </w:r>
            <w:r w:rsidRPr="00E85698">
              <w:rPr>
                <w:spacing w:val="-57"/>
                <w:sz w:val="24"/>
              </w:rPr>
              <w:t xml:space="preserve"> </w:t>
            </w:r>
            <w:r w:rsidRPr="00E85698">
              <w:rPr>
                <w:sz w:val="24"/>
              </w:rPr>
              <w:t>Фразеология (повторение</w:t>
            </w:r>
            <w:r w:rsidRPr="00E85698">
              <w:rPr>
                <w:spacing w:val="1"/>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2"/>
                <w:sz w:val="24"/>
              </w:rPr>
              <w:t xml:space="preserve"> </w:t>
            </w:r>
            <w:r w:rsidRPr="00E85698">
              <w:rPr>
                <w:sz w:val="24"/>
              </w:rPr>
              <w:t>6</w:t>
            </w:r>
            <w:r w:rsidRPr="00E85698">
              <w:rPr>
                <w:spacing w:val="-1"/>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485"/>
        </w:trPr>
        <w:tc>
          <w:tcPr>
            <w:tcW w:w="576" w:type="dxa"/>
          </w:tcPr>
          <w:p w:rsidR="007130C9" w:rsidRPr="00E85698" w:rsidRDefault="007130C9" w:rsidP="00911E24">
            <w:pPr>
              <w:pStyle w:val="TableParagraph"/>
              <w:ind w:left="56" w:right="44"/>
              <w:jc w:val="center"/>
              <w:rPr>
                <w:sz w:val="24"/>
              </w:rPr>
            </w:pPr>
            <w:r w:rsidRPr="00E85698">
              <w:rPr>
                <w:sz w:val="24"/>
              </w:rPr>
              <w:t>199.</w:t>
            </w:r>
          </w:p>
        </w:tc>
        <w:tc>
          <w:tcPr>
            <w:tcW w:w="3229" w:type="dxa"/>
          </w:tcPr>
          <w:p w:rsidR="007130C9" w:rsidRPr="00E85698" w:rsidRDefault="007130C9" w:rsidP="00911E24">
            <w:pPr>
              <w:pStyle w:val="TableParagraph"/>
              <w:spacing w:line="292" w:lineRule="auto"/>
              <w:ind w:right="497"/>
              <w:rPr>
                <w:sz w:val="24"/>
              </w:rPr>
            </w:pPr>
            <w:r w:rsidRPr="00E85698">
              <w:rPr>
                <w:sz w:val="24"/>
              </w:rPr>
              <w:t xml:space="preserve">Повторение. </w:t>
            </w:r>
            <w:proofErr w:type="spellStart"/>
            <w:r w:rsidRPr="00E85698">
              <w:rPr>
                <w:sz w:val="24"/>
              </w:rPr>
              <w:t>Морфемика</w:t>
            </w:r>
            <w:proofErr w:type="spellEnd"/>
            <w:r w:rsidRPr="00E85698">
              <w:rPr>
                <w:sz w:val="24"/>
              </w:rPr>
              <w:t>.</w:t>
            </w:r>
            <w:r w:rsidRPr="00E85698">
              <w:rPr>
                <w:spacing w:val="-57"/>
                <w:sz w:val="24"/>
              </w:rPr>
              <w:t xml:space="preserve"> </w:t>
            </w:r>
            <w:r w:rsidRPr="00E85698">
              <w:rPr>
                <w:sz w:val="24"/>
              </w:rPr>
              <w:t>Словообразование.</w:t>
            </w:r>
          </w:p>
          <w:p w:rsidR="007130C9" w:rsidRPr="00E85698" w:rsidRDefault="007130C9" w:rsidP="00911E24">
            <w:pPr>
              <w:pStyle w:val="TableParagraph"/>
              <w:spacing w:line="292" w:lineRule="auto"/>
              <w:ind w:right="513"/>
              <w:rPr>
                <w:sz w:val="24"/>
              </w:rPr>
            </w:pPr>
            <w:r w:rsidRPr="00E85698">
              <w:rPr>
                <w:sz w:val="24"/>
              </w:rPr>
              <w:t>Орфография (повторение</w:t>
            </w:r>
            <w:r w:rsidRPr="00E85698">
              <w:rPr>
                <w:spacing w:val="-57"/>
                <w:sz w:val="24"/>
              </w:rPr>
              <w:t xml:space="preserve"> </w:t>
            </w:r>
            <w:r w:rsidRPr="00E85698">
              <w:rPr>
                <w:sz w:val="24"/>
              </w:rPr>
              <w:t>изученного</w:t>
            </w:r>
            <w:r w:rsidRPr="00E85698">
              <w:rPr>
                <w:spacing w:val="-2"/>
                <w:sz w:val="24"/>
              </w:rPr>
              <w:t xml:space="preserve"> </w:t>
            </w:r>
            <w:r w:rsidRPr="00E85698">
              <w:rPr>
                <w:sz w:val="24"/>
              </w:rPr>
              <w:t>в</w:t>
            </w:r>
            <w:r w:rsidRPr="00E85698">
              <w:rPr>
                <w:spacing w:val="-2"/>
                <w:sz w:val="24"/>
              </w:rPr>
              <w:t xml:space="preserve"> </w:t>
            </w:r>
            <w:r w:rsidRPr="00E85698">
              <w:rPr>
                <w:sz w:val="24"/>
              </w:rPr>
              <w:t>6</w:t>
            </w:r>
            <w:r w:rsidRPr="00E85698">
              <w:rPr>
                <w:spacing w:val="-1"/>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200.</w:t>
            </w:r>
          </w:p>
        </w:tc>
        <w:tc>
          <w:tcPr>
            <w:tcW w:w="3229" w:type="dxa"/>
          </w:tcPr>
          <w:p w:rsidR="007130C9" w:rsidRPr="00E85698" w:rsidRDefault="007130C9" w:rsidP="00911E24">
            <w:pPr>
              <w:pStyle w:val="TableParagraph"/>
              <w:spacing w:line="292" w:lineRule="auto"/>
              <w:ind w:right="282"/>
              <w:rPr>
                <w:sz w:val="24"/>
              </w:rPr>
            </w:pPr>
            <w:r w:rsidRPr="00E85698">
              <w:rPr>
                <w:sz w:val="24"/>
              </w:rPr>
              <w:t>Повторение. Морфология</w:t>
            </w:r>
            <w:r w:rsidRPr="00E85698">
              <w:rPr>
                <w:spacing w:val="1"/>
                <w:sz w:val="24"/>
              </w:rPr>
              <w:t xml:space="preserve"> </w:t>
            </w:r>
            <w:r w:rsidRPr="00E85698">
              <w:rPr>
                <w:sz w:val="24"/>
              </w:rPr>
              <w:t>(повторение изученного в 6</w:t>
            </w:r>
            <w:r w:rsidRPr="00E85698">
              <w:rPr>
                <w:spacing w:val="-57"/>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201.</w:t>
            </w:r>
          </w:p>
        </w:tc>
        <w:tc>
          <w:tcPr>
            <w:tcW w:w="3229" w:type="dxa"/>
          </w:tcPr>
          <w:p w:rsidR="007130C9" w:rsidRPr="00E85698" w:rsidRDefault="007130C9" w:rsidP="00911E24">
            <w:pPr>
              <w:pStyle w:val="TableParagraph"/>
              <w:spacing w:line="292" w:lineRule="auto"/>
              <w:ind w:right="143"/>
              <w:rPr>
                <w:sz w:val="24"/>
              </w:rPr>
            </w:pPr>
            <w:r w:rsidRPr="00E85698">
              <w:rPr>
                <w:sz w:val="24"/>
              </w:rPr>
              <w:t>Повторение. Орфография.</w:t>
            </w:r>
            <w:r w:rsidRPr="00E85698">
              <w:rPr>
                <w:spacing w:val="1"/>
                <w:sz w:val="24"/>
              </w:rPr>
              <w:t xml:space="preserve"> </w:t>
            </w:r>
            <w:r w:rsidRPr="00E85698">
              <w:rPr>
                <w:sz w:val="24"/>
              </w:rPr>
              <w:t>Правописание имён</w:t>
            </w:r>
            <w:r w:rsidRPr="00E85698">
              <w:rPr>
                <w:spacing w:val="1"/>
                <w:sz w:val="24"/>
              </w:rPr>
              <w:t xml:space="preserve"> </w:t>
            </w:r>
            <w:r w:rsidRPr="00E85698">
              <w:rPr>
                <w:sz w:val="24"/>
              </w:rPr>
              <w:t>существительных, имён</w:t>
            </w:r>
            <w:r w:rsidRPr="00E85698">
              <w:rPr>
                <w:spacing w:val="1"/>
                <w:sz w:val="24"/>
              </w:rPr>
              <w:t xml:space="preserve"> </w:t>
            </w:r>
            <w:r w:rsidRPr="00E85698">
              <w:rPr>
                <w:sz w:val="24"/>
              </w:rPr>
              <w:t>прилагательных (повторение</w:t>
            </w:r>
            <w:r w:rsidRPr="00E85698">
              <w:rPr>
                <w:spacing w:val="-57"/>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2"/>
                <w:sz w:val="24"/>
              </w:rPr>
              <w:t xml:space="preserve"> </w:t>
            </w:r>
            <w:r w:rsidRPr="00E85698">
              <w:rPr>
                <w:sz w:val="24"/>
              </w:rPr>
              <w:t>6 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1821"/>
        </w:trPr>
        <w:tc>
          <w:tcPr>
            <w:tcW w:w="576" w:type="dxa"/>
          </w:tcPr>
          <w:p w:rsidR="007130C9" w:rsidRPr="00E85698" w:rsidRDefault="007130C9" w:rsidP="00911E24">
            <w:pPr>
              <w:pStyle w:val="TableParagraph"/>
              <w:ind w:left="56" w:right="44"/>
              <w:jc w:val="center"/>
              <w:rPr>
                <w:sz w:val="24"/>
              </w:rPr>
            </w:pPr>
            <w:r w:rsidRPr="00E85698">
              <w:rPr>
                <w:sz w:val="24"/>
              </w:rPr>
              <w:t>202.</w:t>
            </w:r>
          </w:p>
        </w:tc>
        <w:tc>
          <w:tcPr>
            <w:tcW w:w="3229" w:type="dxa"/>
          </w:tcPr>
          <w:p w:rsidR="007130C9" w:rsidRPr="00E85698" w:rsidRDefault="007130C9" w:rsidP="00911E24">
            <w:pPr>
              <w:pStyle w:val="TableParagraph"/>
              <w:spacing w:line="292" w:lineRule="auto"/>
              <w:ind w:right="121"/>
              <w:rPr>
                <w:sz w:val="24"/>
              </w:rPr>
            </w:pPr>
            <w:r w:rsidRPr="00E85698">
              <w:rPr>
                <w:sz w:val="24"/>
              </w:rPr>
              <w:t>Повторение. Орфография.</w:t>
            </w:r>
            <w:r w:rsidRPr="00E85698">
              <w:rPr>
                <w:spacing w:val="1"/>
                <w:sz w:val="24"/>
              </w:rPr>
              <w:t xml:space="preserve"> </w:t>
            </w:r>
            <w:r w:rsidRPr="00E85698">
              <w:rPr>
                <w:sz w:val="24"/>
              </w:rPr>
              <w:t>Правописание имён</w:t>
            </w:r>
            <w:r w:rsidRPr="00E85698">
              <w:rPr>
                <w:spacing w:val="1"/>
                <w:sz w:val="24"/>
              </w:rPr>
              <w:t xml:space="preserve"> </w:t>
            </w:r>
            <w:r w:rsidRPr="00E85698">
              <w:rPr>
                <w:sz w:val="24"/>
              </w:rPr>
              <w:t>числительных, местоимений,</w:t>
            </w:r>
            <w:r w:rsidRPr="00E85698">
              <w:rPr>
                <w:spacing w:val="-58"/>
                <w:sz w:val="24"/>
              </w:rPr>
              <w:t xml:space="preserve"> </w:t>
            </w:r>
            <w:r w:rsidRPr="00E85698">
              <w:rPr>
                <w:sz w:val="24"/>
              </w:rPr>
              <w:t>глаголов (повторение</w:t>
            </w:r>
            <w:r w:rsidRPr="00E85698">
              <w:rPr>
                <w:spacing w:val="1"/>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2"/>
                <w:sz w:val="24"/>
              </w:rPr>
              <w:t xml:space="preserve"> </w:t>
            </w:r>
            <w:r w:rsidRPr="00E85698">
              <w:rPr>
                <w:sz w:val="24"/>
              </w:rPr>
              <w:t>6 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576" w:type="dxa"/>
          </w:tcPr>
          <w:p w:rsidR="007130C9" w:rsidRPr="00E85698" w:rsidRDefault="007130C9" w:rsidP="00911E24">
            <w:pPr>
              <w:pStyle w:val="TableParagraph"/>
              <w:ind w:left="56" w:right="44"/>
              <w:jc w:val="center"/>
              <w:rPr>
                <w:sz w:val="24"/>
              </w:rPr>
            </w:pPr>
            <w:r w:rsidRPr="00E85698">
              <w:rPr>
                <w:sz w:val="24"/>
              </w:rPr>
              <w:t>203.</w:t>
            </w:r>
          </w:p>
        </w:tc>
        <w:tc>
          <w:tcPr>
            <w:tcW w:w="3229" w:type="dxa"/>
          </w:tcPr>
          <w:p w:rsidR="007130C9" w:rsidRPr="00E85698" w:rsidRDefault="007130C9" w:rsidP="00911E24">
            <w:pPr>
              <w:pStyle w:val="TableParagraph"/>
              <w:rPr>
                <w:sz w:val="24"/>
              </w:rPr>
            </w:pPr>
            <w:r w:rsidRPr="00E85698">
              <w:rPr>
                <w:sz w:val="24"/>
              </w:rPr>
              <w:t>Итоговая</w:t>
            </w:r>
            <w:r w:rsidRPr="00E85698">
              <w:rPr>
                <w:spacing w:val="-5"/>
                <w:sz w:val="24"/>
              </w:rPr>
              <w:t xml:space="preserve"> </w:t>
            </w:r>
            <w:r w:rsidRPr="00E85698">
              <w:rPr>
                <w:sz w:val="24"/>
              </w:rPr>
              <w:t>контрольная</w:t>
            </w:r>
            <w:r w:rsidRPr="00E85698">
              <w:rPr>
                <w:spacing w:val="-5"/>
                <w:sz w:val="24"/>
              </w:rPr>
              <w:t xml:space="preserve"> </w:t>
            </w:r>
            <w:r w:rsidRPr="00E85698">
              <w:rPr>
                <w:sz w:val="24"/>
              </w:rPr>
              <w:t>работа</w:t>
            </w:r>
          </w:p>
          <w:p w:rsidR="007130C9" w:rsidRPr="00E85698" w:rsidRDefault="007130C9" w:rsidP="00911E24">
            <w:pPr>
              <w:pStyle w:val="TableParagraph"/>
              <w:rPr>
                <w:sz w:val="24"/>
              </w:rPr>
            </w:pPr>
            <w:r w:rsidRPr="00E85698">
              <w:rPr>
                <w:sz w:val="24"/>
              </w:rPr>
              <w:t>(Промежуточная аттестация)</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1</w:t>
            </w:r>
          </w:p>
        </w:tc>
        <w:tc>
          <w:tcPr>
            <w:tcW w:w="1668" w:type="dxa"/>
          </w:tcPr>
          <w:p w:rsidR="007130C9" w:rsidRPr="00E85698" w:rsidRDefault="007130C9" w:rsidP="00911E24">
            <w:pPr>
              <w:pStyle w:val="TableParagraph"/>
              <w:ind w:left="77"/>
              <w:rPr>
                <w:sz w:val="24"/>
              </w:rPr>
            </w:pPr>
            <w:r w:rsidRPr="00E85698">
              <w:rPr>
                <w:sz w:val="24"/>
              </w:rPr>
              <w:t>0</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8"/>
              <w:rPr>
                <w:sz w:val="24"/>
              </w:rPr>
            </w:pPr>
            <w:r w:rsidRPr="00E85698">
              <w:rPr>
                <w:spacing w:val="-1"/>
                <w:sz w:val="24"/>
              </w:rPr>
              <w:t>Контрольная</w:t>
            </w:r>
            <w:r w:rsidRPr="00E85698">
              <w:rPr>
                <w:spacing w:val="-57"/>
                <w:sz w:val="24"/>
              </w:rPr>
              <w:t xml:space="preserve"> </w:t>
            </w:r>
            <w:r w:rsidRPr="00E85698">
              <w:rPr>
                <w:sz w:val="24"/>
              </w:rPr>
              <w:t>работа;</w:t>
            </w:r>
          </w:p>
        </w:tc>
      </w:tr>
      <w:tr w:rsidR="007130C9" w:rsidRPr="00E85698" w:rsidTr="00911E24">
        <w:trPr>
          <w:trHeight w:val="1149"/>
        </w:trPr>
        <w:tc>
          <w:tcPr>
            <w:tcW w:w="576" w:type="dxa"/>
          </w:tcPr>
          <w:p w:rsidR="007130C9" w:rsidRPr="00E85698" w:rsidRDefault="007130C9" w:rsidP="00911E24">
            <w:pPr>
              <w:pStyle w:val="TableParagraph"/>
              <w:ind w:left="56" w:right="44"/>
              <w:jc w:val="center"/>
              <w:rPr>
                <w:sz w:val="24"/>
              </w:rPr>
            </w:pPr>
            <w:r w:rsidRPr="00E85698">
              <w:rPr>
                <w:sz w:val="24"/>
              </w:rPr>
              <w:t>204.</w:t>
            </w:r>
          </w:p>
        </w:tc>
        <w:tc>
          <w:tcPr>
            <w:tcW w:w="3229" w:type="dxa"/>
          </w:tcPr>
          <w:p w:rsidR="007130C9" w:rsidRPr="00E85698" w:rsidRDefault="007130C9" w:rsidP="00911E24">
            <w:pPr>
              <w:pStyle w:val="TableParagraph"/>
              <w:spacing w:line="292" w:lineRule="auto"/>
              <w:ind w:right="324"/>
              <w:rPr>
                <w:sz w:val="24"/>
              </w:rPr>
            </w:pPr>
            <w:r w:rsidRPr="00E85698">
              <w:rPr>
                <w:sz w:val="24"/>
              </w:rPr>
              <w:t>Повторение. Текст. Анализ</w:t>
            </w:r>
            <w:r w:rsidRPr="00E85698">
              <w:rPr>
                <w:spacing w:val="-57"/>
                <w:sz w:val="24"/>
              </w:rPr>
              <w:t xml:space="preserve"> </w:t>
            </w:r>
            <w:r w:rsidRPr="00E85698">
              <w:rPr>
                <w:sz w:val="24"/>
              </w:rPr>
              <w:t>текста (повторение</w:t>
            </w:r>
            <w:r w:rsidRPr="00E85698">
              <w:rPr>
                <w:spacing w:val="1"/>
                <w:sz w:val="24"/>
              </w:rPr>
              <w:t xml:space="preserve"> </w:t>
            </w:r>
            <w:r w:rsidRPr="00E85698">
              <w:rPr>
                <w:sz w:val="24"/>
              </w:rPr>
              <w:t>изученного</w:t>
            </w:r>
            <w:r w:rsidRPr="00E85698">
              <w:rPr>
                <w:spacing w:val="-1"/>
                <w:sz w:val="24"/>
              </w:rPr>
              <w:t xml:space="preserve"> </w:t>
            </w:r>
            <w:r w:rsidRPr="00E85698">
              <w:rPr>
                <w:sz w:val="24"/>
              </w:rPr>
              <w:t>в</w:t>
            </w:r>
            <w:r w:rsidRPr="00E85698">
              <w:rPr>
                <w:spacing w:val="-2"/>
                <w:sz w:val="24"/>
              </w:rPr>
              <w:t xml:space="preserve"> </w:t>
            </w:r>
            <w:r w:rsidRPr="00E85698">
              <w:rPr>
                <w:sz w:val="24"/>
              </w:rPr>
              <w:t>6</w:t>
            </w:r>
            <w:r w:rsidRPr="00E85698">
              <w:rPr>
                <w:spacing w:val="-1"/>
                <w:sz w:val="24"/>
              </w:rPr>
              <w:t xml:space="preserve"> </w:t>
            </w:r>
            <w:r w:rsidRPr="00E85698">
              <w:rPr>
                <w:sz w:val="24"/>
              </w:rPr>
              <w:t>классе)</w:t>
            </w:r>
          </w:p>
        </w:tc>
        <w:tc>
          <w:tcPr>
            <w:tcW w:w="732" w:type="dxa"/>
          </w:tcPr>
          <w:p w:rsidR="007130C9" w:rsidRPr="00E85698" w:rsidRDefault="007130C9" w:rsidP="00911E24">
            <w:pPr>
              <w:pStyle w:val="TableParagraph"/>
              <w:rPr>
                <w:sz w:val="24"/>
              </w:rPr>
            </w:pPr>
            <w:r w:rsidRPr="00E85698">
              <w:rPr>
                <w:sz w:val="24"/>
              </w:rPr>
              <w:t>1</w:t>
            </w:r>
          </w:p>
        </w:tc>
        <w:tc>
          <w:tcPr>
            <w:tcW w:w="1620" w:type="dxa"/>
          </w:tcPr>
          <w:p w:rsidR="007130C9" w:rsidRPr="00E85698" w:rsidRDefault="007130C9" w:rsidP="00911E24">
            <w:pPr>
              <w:pStyle w:val="TableParagraph"/>
              <w:rPr>
                <w:sz w:val="24"/>
              </w:rPr>
            </w:pPr>
            <w:r w:rsidRPr="00E85698">
              <w:rPr>
                <w:sz w:val="24"/>
              </w:rPr>
              <w:t>0</w:t>
            </w:r>
          </w:p>
        </w:tc>
        <w:tc>
          <w:tcPr>
            <w:tcW w:w="1668" w:type="dxa"/>
          </w:tcPr>
          <w:p w:rsidR="007130C9" w:rsidRPr="00E85698" w:rsidRDefault="007130C9" w:rsidP="00911E24">
            <w:pPr>
              <w:pStyle w:val="TableParagraph"/>
              <w:ind w:left="77"/>
              <w:rPr>
                <w:sz w:val="24"/>
              </w:rPr>
            </w:pPr>
            <w:r w:rsidRPr="00E85698">
              <w:rPr>
                <w:sz w:val="24"/>
              </w:rPr>
              <w:t>1</w:t>
            </w:r>
          </w:p>
        </w:tc>
        <w:tc>
          <w:tcPr>
            <w:tcW w:w="1236" w:type="dxa"/>
          </w:tcPr>
          <w:p w:rsidR="007130C9" w:rsidRPr="00E85698" w:rsidRDefault="007130C9" w:rsidP="00911E24">
            <w:pPr>
              <w:pStyle w:val="TableParagraph"/>
              <w:ind w:left="57" w:right="43"/>
              <w:jc w:val="center"/>
              <w:rPr>
                <w:sz w:val="24"/>
              </w:rPr>
            </w:pPr>
          </w:p>
        </w:tc>
        <w:tc>
          <w:tcPr>
            <w:tcW w:w="1488" w:type="dxa"/>
          </w:tcPr>
          <w:p w:rsidR="007130C9" w:rsidRPr="00E85698" w:rsidRDefault="007130C9" w:rsidP="00911E24">
            <w:pPr>
              <w:pStyle w:val="TableParagraph"/>
              <w:spacing w:line="292" w:lineRule="auto"/>
              <w:ind w:left="78" w:right="575"/>
              <w:rPr>
                <w:sz w:val="24"/>
              </w:rPr>
            </w:pPr>
            <w:r w:rsidRPr="00E85698">
              <w:rPr>
                <w:sz w:val="24"/>
              </w:rPr>
              <w:t>Устный</w:t>
            </w:r>
            <w:r w:rsidRPr="00E85698">
              <w:rPr>
                <w:spacing w:val="-58"/>
                <w:sz w:val="24"/>
              </w:rPr>
              <w:t xml:space="preserve"> </w:t>
            </w:r>
            <w:r w:rsidRPr="00E85698">
              <w:rPr>
                <w:sz w:val="24"/>
              </w:rPr>
              <w:t>опрос;</w:t>
            </w:r>
          </w:p>
        </w:tc>
      </w:tr>
      <w:tr w:rsidR="007130C9" w:rsidRPr="00E85698" w:rsidTr="00911E24">
        <w:trPr>
          <w:trHeight w:val="813"/>
        </w:trPr>
        <w:tc>
          <w:tcPr>
            <w:tcW w:w="3805" w:type="dxa"/>
            <w:gridSpan w:val="2"/>
          </w:tcPr>
          <w:p w:rsidR="007130C9" w:rsidRPr="00E85698" w:rsidRDefault="007130C9" w:rsidP="00911E24">
            <w:pPr>
              <w:pStyle w:val="TableParagraph"/>
              <w:spacing w:line="292" w:lineRule="auto"/>
              <w:ind w:right="308"/>
              <w:rPr>
                <w:sz w:val="24"/>
              </w:rPr>
            </w:pPr>
            <w:r w:rsidRPr="00E85698">
              <w:rPr>
                <w:sz w:val="24"/>
              </w:rPr>
              <w:t>ОБЩЕЕ</w:t>
            </w:r>
            <w:r w:rsidRPr="00E85698">
              <w:rPr>
                <w:spacing w:val="-8"/>
                <w:sz w:val="24"/>
              </w:rPr>
              <w:t xml:space="preserve"> </w:t>
            </w:r>
            <w:r w:rsidRPr="00E85698">
              <w:rPr>
                <w:sz w:val="24"/>
              </w:rPr>
              <w:t>КОЛИЧЕСТВО</w:t>
            </w:r>
            <w:r w:rsidRPr="00E85698">
              <w:rPr>
                <w:spacing w:val="-8"/>
                <w:sz w:val="24"/>
              </w:rPr>
              <w:t xml:space="preserve"> </w:t>
            </w:r>
            <w:r w:rsidRPr="00E85698">
              <w:rPr>
                <w:sz w:val="24"/>
              </w:rPr>
              <w:t>ЧАСОВ</w:t>
            </w:r>
            <w:r w:rsidRPr="00E85698">
              <w:rPr>
                <w:spacing w:val="-57"/>
                <w:sz w:val="24"/>
              </w:rPr>
              <w:t xml:space="preserve"> </w:t>
            </w:r>
            <w:r w:rsidRPr="00E85698">
              <w:rPr>
                <w:sz w:val="24"/>
              </w:rPr>
              <w:t>ПО</w:t>
            </w:r>
            <w:r w:rsidRPr="00E85698">
              <w:rPr>
                <w:spacing w:val="-2"/>
                <w:sz w:val="24"/>
              </w:rPr>
              <w:t xml:space="preserve"> </w:t>
            </w:r>
            <w:r w:rsidRPr="00E85698">
              <w:rPr>
                <w:sz w:val="24"/>
              </w:rPr>
              <w:t>ПРОГРАММЕ</w:t>
            </w:r>
          </w:p>
        </w:tc>
        <w:tc>
          <w:tcPr>
            <w:tcW w:w="732" w:type="dxa"/>
          </w:tcPr>
          <w:p w:rsidR="007130C9" w:rsidRPr="00E85698" w:rsidRDefault="007130C9" w:rsidP="00911E24">
            <w:pPr>
              <w:pStyle w:val="TableParagraph"/>
              <w:rPr>
                <w:sz w:val="24"/>
              </w:rPr>
            </w:pPr>
            <w:r w:rsidRPr="00E85698">
              <w:rPr>
                <w:sz w:val="24"/>
              </w:rPr>
              <w:t>204</w:t>
            </w:r>
          </w:p>
        </w:tc>
        <w:tc>
          <w:tcPr>
            <w:tcW w:w="1620" w:type="dxa"/>
          </w:tcPr>
          <w:p w:rsidR="007130C9" w:rsidRPr="00E85698" w:rsidRDefault="007130C9" w:rsidP="00911E24">
            <w:pPr>
              <w:pStyle w:val="TableParagraph"/>
              <w:rPr>
                <w:sz w:val="24"/>
              </w:rPr>
            </w:pPr>
            <w:r w:rsidRPr="00E85698">
              <w:rPr>
                <w:sz w:val="24"/>
              </w:rPr>
              <w:t>11</w:t>
            </w:r>
          </w:p>
        </w:tc>
        <w:tc>
          <w:tcPr>
            <w:tcW w:w="4392" w:type="dxa"/>
            <w:gridSpan w:val="3"/>
          </w:tcPr>
          <w:p w:rsidR="007130C9" w:rsidRPr="00E85698" w:rsidRDefault="007130C9" w:rsidP="00911E24">
            <w:pPr>
              <w:pStyle w:val="TableParagraph"/>
              <w:ind w:left="77"/>
              <w:rPr>
                <w:sz w:val="24"/>
              </w:rPr>
            </w:pPr>
          </w:p>
        </w:tc>
      </w:tr>
    </w:tbl>
    <w:p w:rsidR="007130C9" w:rsidRPr="00E85698" w:rsidRDefault="007130C9" w:rsidP="007130C9">
      <w:pPr>
        <w:pStyle w:val="a7"/>
        <w:numPr>
          <w:ilvl w:val="0"/>
          <w:numId w:val="4"/>
        </w:numPr>
        <w:rPr>
          <w:sz w:val="24"/>
        </w:rPr>
        <w:sectPr w:rsidR="007130C9" w:rsidRPr="00E85698">
          <w:pgSz w:w="11900" w:h="16840"/>
          <w:pgMar w:top="560" w:right="560" w:bottom="280" w:left="560" w:header="720" w:footer="720" w:gutter="0"/>
          <w:cols w:space="720"/>
        </w:sectPr>
      </w:pPr>
    </w:p>
    <w:p w:rsidR="007130C9" w:rsidRPr="00E85698" w:rsidRDefault="00942243" w:rsidP="007130C9">
      <w:pPr>
        <w:pStyle w:val="a7"/>
        <w:spacing w:before="66"/>
        <w:ind w:firstLine="0"/>
        <w:rPr>
          <w:b/>
          <w:sz w:val="24"/>
        </w:rPr>
      </w:pPr>
      <w:r>
        <w:lastRenderedPageBreak/>
        <w:pict>
          <v:rect id="_x0000_s1044" style="position:absolute;left:0;text-align:left;margin-left:33.3pt;margin-top:22.9pt;width:528.15pt;height:.6pt;z-index:-15712768;mso-wrap-distance-left:0;mso-wrap-distance-right:0;mso-position-horizontal-relative:page" fillcolor="black" stroked="f">
            <w10:wrap type="topAndBottom" anchorx="page"/>
          </v:rect>
        </w:pict>
      </w:r>
      <w:r w:rsidR="007130C9" w:rsidRPr="00E85698">
        <w:rPr>
          <w:b/>
          <w:sz w:val="24"/>
        </w:rPr>
        <w:t>УЧЕБНО-МЕТОДИЧЕСКОЕ</w:t>
      </w:r>
      <w:r w:rsidR="007130C9" w:rsidRPr="00E85698">
        <w:rPr>
          <w:b/>
          <w:spacing w:val="-13"/>
          <w:sz w:val="24"/>
        </w:rPr>
        <w:t xml:space="preserve"> </w:t>
      </w:r>
      <w:r w:rsidR="007130C9" w:rsidRPr="00E85698">
        <w:rPr>
          <w:b/>
          <w:sz w:val="24"/>
        </w:rPr>
        <w:t>ОБЕСПЕЧЕНИЕ</w:t>
      </w:r>
      <w:r w:rsidR="007130C9" w:rsidRPr="00E85698">
        <w:rPr>
          <w:b/>
          <w:spacing w:val="-12"/>
          <w:sz w:val="24"/>
        </w:rPr>
        <w:t xml:space="preserve"> </w:t>
      </w:r>
      <w:r w:rsidR="007130C9" w:rsidRPr="00E85698">
        <w:rPr>
          <w:b/>
          <w:sz w:val="24"/>
        </w:rPr>
        <w:t>ОБРАЗОВАТЕЛЬНОГО</w:t>
      </w:r>
      <w:r w:rsidR="007130C9" w:rsidRPr="00E85698">
        <w:rPr>
          <w:b/>
          <w:spacing w:val="-13"/>
          <w:sz w:val="24"/>
        </w:rPr>
        <w:t xml:space="preserve"> </w:t>
      </w:r>
      <w:r w:rsidR="007130C9" w:rsidRPr="00E85698">
        <w:rPr>
          <w:b/>
          <w:sz w:val="24"/>
        </w:rPr>
        <w:t>ПРОЦЕССА</w:t>
      </w:r>
    </w:p>
    <w:p w:rsidR="007130C9" w:rsidRPr="00E85698" w:rsidRDefault="007130C9" w:rsidP="007130C9">
      <w:pPr>
        <w:pStyle w:val="11"/>
        <w:spacing w:before="179"/>
      </w:pPr>
      <w:r w:rsidRPr="00E85698">
        <w:t>ОБЯЗАТЕЛЬНЫЕ</w:t>
      </w:r>
      <w:r w:rsidRPr="00E85698">
        <w:rPr>
          <w:spacing w:val="-8"/>
        </w:rPr>
        <w:t xml:space="preserve"> </w:t>
      </w:r>
      <w:r w:rsidRPr="00E85698">
        <w:t>УЧЕБНЫЕ</w:t>
      </w:r>
      <w:r w:rsidRPr="00E85698">
        <w:rPr>
          <w:spacing w:val="-7"/>
        </w:rPr>
        <w:t xml:space="preserve"> </w:t>
      </w:r>
      <w:r w:rsidRPr="00E85698">
        <w:t>МАТЕРИАЛЫ</w:t>
      </w:r>
      <w:r w:rsidRPr="00E85698">
        <w:rPr>
          <w:spacing w:val="-7"/>
        </w:rPr>
        <w:t xml:space="preserve"> </w:t>
      </w:r>
      <w:r w:rsidRPr="00E85698">
        <w:t>ДЛЯ</w:t>
      </w:r>
      <w:r w:rsidRPr="00E85698">
        <w:rPr>
          <w:spacing w:val="-7"/>
        </w:rPr>
        <w:t xml:space="preserve"> </w:t>
      </w:r>
      <w:r w:rsidRPr="00E85698">
        <w:t>УЧЕНИКА</w:t>
      </w:r>
    </w:p>
    <w:p w:rsidR="007130C9" w:rsidRPr="00E85698" w:rsidRDefault="007130C9" w:rsidP="007130C9">
      <w:pPr>
        <w:pStyle w:val="a5"/>
        <w:spacing w:before="156" w:line="292" w:lineRule="auto"/>
        <w:ind w:left="286"/>
      </w:pPr>
      <w:r w:rsidRPr="00E85698">
        <w:t>Баранов</w:t>
      </w:r>
      <w:r w:rsidRPr="00E85698">
        <w:rPr>
          <w:spacing w:val="-4"/>
        </w:rPr>
        <w:t xml:space="preserve"> </w:t>
      </w:r>
      <w:r w:rsidRPr="00E85698">
        <w:t>М.Т.,</w:t>
      </w:r>
      <w:r w:rsidRPr="00E85698">
        <w:rPr>
          <w:spacing w:val="-3"/>
        </w:rPr>
        <w:t xml:space="preserve"> </w:t>
      </w:r>
      <w:proofErr w:type="spellStart"/>
      <w:r w:rsidRPr="00E85698">
        <w:t>Ладыженская</w:t>
      </w:r>
      <w:proofErr w:type="spellEnd"/>
      <w:r w:rsidRPr="00E85698">
        <w:rPr>
          <w:spacing w:val="-4"/>
        </w:rPr>
        <w:t xml:space="preserve"> </w:t>
      </w:r>
      <w:r w:rsidRPr="00E85698">
        <w:t>Т.А.,</w:t>
      </w:r>
      <w:r w:rsidRPr="00E85698">
        <w:rPr>
          <w:spacing w:val="-3"/>
        </w:rPr>
        <w:t xml:space="preserve"> </w:t>
      </w:r>
      <w:proofErr w:type="spellStart"/>
      <w:r w:rsidRPr="00E85698">
        <w:t>Тростенцова</w:t>
      </w:r>
      <w:proofErr w:type="spellEnd"/>
      <w:r w:rsidRPr="00E85698">
        <w:rPr>
          <w:spacing w:val="-2"/>
        </w:rPr>
        <w:t xml:space="preserve"> </w:t>
      </w:r>
      <w:r w:rsidRPr="00E85698">
        <w:t>Л.А.</w:t>
      </w:r>
      <w:r w:rsidRPr="00E85698">
        <w:rPr>
          <w:spacing w:val="-3"/>
        </w:rPr>
        <w:t xml:space="preserve"> </w:t>
      </w:r>
      <w:r w:rsidRPr="00E85698">
        <w:t>и</w:t>
      </w:r>
      <w:r w:rsidRPr="00E85698">
        <w:rPr>
          <w:spacing w:val="-3"/>
        </w:rPr>
        <w:t xml:space="preserve"> </w:t>
      </w:r>
      <w:r w:rsidRPr="00E85698">
        <w:t>другие.</w:t>
      </w:r>
      <w:r w:rsidRPr="00E85698">
        <w:rPr>
          <w:spacing w:val="-3"/>
        </w:rPr>
        <w:t xml:space="preserve"> </w:t>
      </w:r>
      <w:r w:rsidRPr="00E85698">
        <w:t>Русский</w:t>
      </w:r>
      <w:r w:rsidRPr="00E85698">
        <w:rPr>
          <w:spacing w:val="-2"/>
        </w:rPr>
        <w:t xml:space="preserve"> </w:t>
      </w:r>
      <w:r w:rsidRPr="00E85698">
        <w:t>язык</w:t>
      </w:r>
      <w:r w:rsidRPr="00E85698">
        <w:rPr>
          <w:spacing w:val="-4"/>
        </w:rPr>
        <w:t xml:space="preserve"> </w:t>
      </w:r>
      <w:r w:rsidRPr="00E85698">
        <w:t>(в</w:t>
      </w:r>
      <w:r w:rsidRPr="00E85698">
        <w:rPr>
          <w:spacing w:val="-4"/>
        </w:rPr>
        <w:t xml:space="preserve"> </w:t>
      </w:r>
      <w:r w:rsidRPr="00E85698">
        <w:t>2</w:t>
      </w:r>
      <w:r w:rsidRPr="00E85698">
        <w:rPr>
          <w:spacing w:val="-3"/>
        </w:rPr>
        <w:t xml:space="preserve"> </w:t>
      </w:r>
      <w:r w:rsidRPr="00E85698">
        <w:t>частях),</w:t>
      </w:r>
      <w:r w:rsidRPr="00E85698">
        <w:rPr>
          <w:spacing w:val="-3"/>
        </w:rPr>
        <w:t xml:space="preserve"> </w:t>
      </w:r>
      <w:r w:rsidRPr="00E85698">
        <w:t>6</w:t>
      </w:r>
      <w:r w:rsidRPr="00E85698">
        <w:rPr>
          <w:spacing w:val="-2"/>
        </w:rPr>
        <w:t xml:space="preserve"> </w:t>
      </w:r>
      <w:r w:rsidRPr="00E85698">
        <w:t>класс/Акционерное</w:t>
      </w:r>
      <w:r w:rsidRPr="00E85698">
        <w:rPr>
          <w:spacing w:val="-1"/>
        </w:rPr>
        <w:t xml:space="preserve"> </w:t>
      </w:r>
      <w:r w:rsidRPr="00E85698">
        <w:t>общество «Издательство</w:t>
      </w:r>
      <w:r w:rsidRPr="00E85698">
        <w:rPr>
          <w:spacing w:val="-1"/>
        </w:rPr>
        <w:t xml:space="preserve"> </w:t>
      </w:r>
      <w:r w:rsidRPr="00E85698">
        <w:t>«Просвещение»;</w:t>
      </w:r>
    </w:p>
    <w:p w:rsidR="007130C9" w:rsidRPr="00E85698" w:rsidRDefault="007130C9" w:rsidP="007130C9">
      <w:pPr>
        <w:pStyle w:val="a5"/>
        <w:spacing w:before="10"/>
        <w:ind w:left="286"/>
        <w:rPr>
          <w:sz w:val="21"/>
        </w:rPr>
      </w:pPr>
    </w:p>
    <w:p w:rsidR="007130C9" w:rsidRPr="00E85698" w:rsidRDefault="007130C9" w:rsidP="007130C9">
      <w:pPr>
        <w:pStyle w:val="11"/>
        <w:spacing w:before="1"/>
        <w:ind w:left="105"/>
      </w:pPr>
      <w:r w:rsidRPr="00E85698">
        <w:t>МЕТОДИЧЕСКИЕ</w:t>
      </w:r>
      <w:r w:rsidRPr="00E85698">
        <w:rPr>
          <w:spacing w:val="-8"/>
        </w:rPr>
        <w:t xml:space="preserve"> </w:t>
      </w:r>
      <w:r w:rsidRPr="00E85698">
        <w:t>МАТЕРИАЛЫ</w:t>
      </w:r>
      <w:r w:rsidRPr="00E85698">
        <w:rPr>
          <w:spacing w:val="-7"/>
        </w:rPr>
        <w:t xml:space="preserve"> </w:t>
      </w:r>
      <w:r w:rsidRPr="00E85698">
        <w:t>ДЛЯ</w:t>
      </w:r>
      <w:r w:rsidRPr="00E85698">
        <w:rPr>
          <w:spacing w:val="-7"/>
        </w:rPr>
        <w:t xml:space="preserve"> </w:t>
      </w:r>
      <w:r w:rsidRPr="00E85698">
        <w:t>УЧИТЕЛЯ</w:t>
      </w:r>
    </w:p>
    <w:p w:rsidR="007130C9" w:rsidRPr="00E85698" w:rsidRDefault="007130C9" w:rsidP="007130C9">
      <w:pPr>
        <w:pStyle w:val="a5"/>
        <w:spacing w:before="156" w:line="292" w:lineRule="auto"/>
        <w:ind w:left="286" w:right="263"/>
      </w:pPr>
      <w:r w:rsidRPr="00E85698">
        <w:t>Рабочие программы, поурочные разработки, тематические тесты, диагностические работы, диктанты</w:t>
      </w:r>
      <w:r w:rsidRPr="00E85698">
        <w:rPr>
          <w:spacing w:val="-58"/>
        </w:rPr>
        <w:t xml:space="preserve"> </w:t>
      </w:r>
      <w:r w:rsidRPr="00E85698">
        <w:t>и</w:t>
      </w:r>
      <w:r w:rsidRPr="00E85698">
        <w:rPr>
          <w:spacing w:val="-1"/>
        </w:rPr>
        <w:t xml:space="preserve"> </w:t>
      </w:r>
      <w:r w:rsidRPr="00E85698">
        <w:t>изложения</w:t>
      </w:r>
    </w:p>
    <w:p w:rsidR="007130C9" w:rsidRPr="00E85698" w:rsidRDefault="007130C9" w:rsidP="007130C9">
      <w:pPr>
        <w:pStyle w:val="11"/>
        <w:spacing w:before="191"/>
      </w:pPr>
      <w:r w:rsidRPr="00E85698">
        <w:t>ЦИФРОВЫЕ</w:t>
      </w:r>
      <w:r w:rsidRPr="00E85698">
        <w:rPr>
          <w:spacing w:val="-7"/>
        </w:rPr>
        <w:t xml:space="preserve"> </w:t>
      </w:r>
      <w:r w:rsidRPr="00E85698">
        <w:t>ОБРАЗОВАТЕЛЬНЫЕ</w:t>
      </w:r>
      <w:r w:rsidRPr="00E85698">
        <w:rPr>
          <w:spacing w:val="-7"/>
        </w:rPr>
        <w:t xml:space="preserve"> </w:t>
      </w:r>
      <w:r w:rsidRPr="00E85698">
        <w:t>РЕСУРСЫ</w:t>
      </w:r>
      <w:r w:rsidRPr="00E85698">
        <w:rPr>
          <w:spacing w:val="-7"/>
        </w:rPr>
        <w:t xml:space="preserve"> </w:t>
      </w:r>
      <w:r w:rsidRPr="00E85698">
        <w:t>И</w:t>
      </w:r>
      <w:r w:rsidRPr="00E85698">
        <w:rPr>
          <w:spacing w:val="-7"/>
        </w:rPr>
        <w:t xml:space="preserve"> </w:t>
      </w:r>
      <w:r w:rsidRPr="00E85698">
        <w:t>РЕСУРСЫ</w:t>
      </w:r>
      <w:r w:rsidRPr="00E85698">
        <w:rPr>
          <w:spacing w:val="-7"/>
        </w:rPr>
        <w:t xml:space="preserve"> </w:t>
      </w:r>
      <w:r w:rsidRPr="00E85698">
        <w:t>СЕТИ</w:t>
      </w:r>
      <w:r w:rsidRPr="00E85698">
        <w:rPr>
          <w:spacing w:val="-7"/>
        </w:rPr>
        <w:t xml:space="preserve"> </w:t>
      </w:r>
      <w:r w:rsidRPr="00E85698">
        <w:t>ИНТЕРНЕТ</w:t>
      </w:r>
    </w:p>
    <w:p w:rsidR="007130C9" w:rsidRPr="00E85698" w:rsidRDefault="007130C9" w:rsidP="007130C9">
      <w:pPr>
        <w:pStyle w:val="a5"/>
        <w:spacing w:before="156" w:line="292" w:lineRule="auto"/>
        <w:ind w:left="105" w:right="7474"/>
      </w:pPr>
      <w:r w:rsidRPr="00E85698">
        <w:t>Российская</w:t>
      </w:r>
      <w:r w:rsidRPr="00E85698">
        <w:rPr>
          <w:spacing w:val="-8"/>
        </w:rPr>
        <w:t xml:space="preserve"> </w:t>
      </w:r>
      <w:r w:rsidRPr="00E85698">
        <w:t>электронная</w:t>
      </w:r>
      <w:r w:rsidRPr="00E85698">
        <w:rPr>
          <w:spacing w:val="-8"/>
        </w:rPr>
        <w:t xml:space="preserve"> </w:t>
      </w:r>
      <w:r w:rsidRPr="00E85698">
        <w:t>школа</w:t>
      </w:r>
      <w:r w:rsidRPr="00E85698">
        <w:rPr>
          <w:spacing w:val="-57"/>
        </w:rPr>
        <w:t xml:space="preserve"> </w:t>
      </w:r>
      <w:r w:rsidRPr="00E85698">
        <w:t>resh.edu.ru</w:t>
      </w:r>
    </w:p>
    <w:p w:rsidR="007130C9" w:rsidRPr="00E85698" w:rsidRDefault="007130C9" w:rsidP="007130C9">
      <w:pPr>
        <w:pStyle w:val="a5"/>
        <w:spacing w:line="292" w:lineRule="auto"/>
        <w:ind w:left="286" w:right="5099"/>
      </w:pPr>
      <w:r w:rsidRPr="00E85698">
        <w:t xml:space="preserve">Дистанционное образование для </w:t>
      </w:r>
      <w:proofErr w:type="gramStart"/>
      <w:r w:rsidRPr="00E85698">
        <w:t>школьников .</w:t>
      </w:r>
      <w:proofErr w:type="gramEnd"/>
      <w:r w:rsidRPr="00E85698">
        <w:t xml:space="preserve"> Учи </w:t>
      </w:r>
      <w:proofErr w:type="spellStart"/>
      <w:r w:rsidRPr="00E85698">
        <w:t>ру</w:t>
      </w:r>
      <w:proofErr w:type="spellEnd"/>
      <w:r w:rsidRPr="00E85698">
        <w:rPr>
          <w:spacing w:val="-58"/>
        </w:rPr>
        <w:t xml:space="preserve"> </w:t>
      </w:r>
      <w:r w:rsidRPr="00E85698">
        <w:t>uchi.ru</w:t>
      </w:r>
    </w:p>
    <w:p w:rsidR="007130C9" w:rsidRPr="00E85698" w:rsidRDefault="007130C9" w:rsidP="007130C9">
      <w:pPr>
        <w:pStyle w:val="a7"/>
        <w:numPr>
          <w:ilvl w:val="0"/>
          <w:numId w:val="4"/>
        </w:numPr>
        <w:spacing w:line="292" w:lineRule="auto"/>
        <w:sectPr w:rsidR="007130C9" w:rsidRPr="00E85698">
          <w:pgSz w:w="11900" w:h="16840"/>
          <w:pgMar w:top="520" w:right="560" w:bottom="280" w:left="560" w:header="720" w:footer="720" w:gutter="0"/>
          <w:cols w:space="720"/>
        </w:sectPr>
      </w:pPr>
    </w:p>
    <w:p w:rsidR="00624C8A" w:rsidRPr="00E85698" w:rsidRDefault="00CB6516">
      <w:pPr>
        <w:pStyle w:val="a7"/>
        <w:numPr>
          <w:ilvl w:val="0"/>
          <w:numId w:val="4"/>
        </w:numPr>
        <w:tabs>
          <w:tab w:val="left" w:pos="287"/>
        </w:tabs>
        <w:spacing w:before="90"/>
        <w:rPr>
          <w:b/>
          <w:sz w:val="24"/>
        </w:rPr>
      </w:pPr>
      <w:r w:rsidRPr="00E85698">
        <w:rPr>
          <w:b/>
          <w:sz w:val="24"/>
        </w:rPr>
        <w:lastRenderedPageBreak/>
        <w:t>КЛАСС</w:t>
      </w:r>
    </w:p>
    <w:p w:rsidR="00624C8A" w:rsidRPr="00E85698" w:rsidRDefault="00624C8A">
      <w:pPr>
        <w:pStyle w:val="a5"/>
        <w:spacing w:before="2"/>
        <w:ind w:left="0"/>
        <w:rPr>
          <w:b/>
          <w:sz w:val="12"/>
        </w:rPr>
      </w:pP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454"/>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6"/>
            </w:pPr>
            <w:r w:rsidRPr="00E85698">
              <w:rPr>
                <w:b/>
                <w:color w:val="000000"/>
              </w:rPr>
              <w:t>№</w:t>
            </w:r>
            <w:r w:rsidRPr="00E85698">
              <w:br/>
            </w:r>
            <w:r w:rsidRPr="00E85698">
              <w:rPr>
                <w:b/>
                <w:color w:val="000000"/>
              </w:rPr>
              <w:t>п/п</w:t>
            </w:r>
          </w:p>
        </w:tc>
        <w:tc>
          <w:tcPr>
            <w:tcW w:w="33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b/>
                <w:color w:val="000000"/>
              </w:rPr>
              <w:t>Тема урока</w:t>
            </w:r>
          </w:p>
        </w:tc>
        <w:tc>
          <w:tcPr>
            <w:tcW w:w="370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b/>
                <w:color w:val="000000"/>
              </w:rPr>
              <w:t>Количество часов</w:t>
            </w:r>
          </w:p>
        </w:tc>
        <w:tc>
          <w:tcPr>
            <w:tcW w:w="11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6"/>
            </w:pPr>
            <w:r w:rsidRPr="00E85698">
              <w:rPr>
                <w:b/>
                <w:color w:val="000000"/>
              </w:rPr>
              <w:t xml:space="preserve">Дата </w:t>
            </w:r>
            <w:r w:rsidRPr="00E85698">
              <w:br/>
            </w:r>
            <w:r w:rsidRPr="00E85698">
              <w:rPr>
                <w:b/>
                <w:color w:val="000000"/>
              </w:rPr>
              <w:t>изучения</w:t>
            </w:r>
          </w:p>
        </w:tc>
        <w:tc>
          <w:tcPr>
            <w:tcW w:w="19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432"/>
            </w:pPr>
            <w:r w:rsidRPr="00E85698">
              <w:rPr>
                <w:b/>
                <w:color w:val="000000"/>
              </w:rPr>
              <w:t>Виды, формы контроля</w:t>
            </w:r>
          </w:p>
        </w:tc>
      </w:tr>
      <w:tr w:rsidR="007130C9" w:rsidRPr="00E85698" w:rsidTr="00911E24">
        <w:trPr>
          <w:trHeight w:hRule="exact" w:val="762"/>
        </w:trPr>
        <w:tc>
          <w:tcPr>
            <w:tcW w:w="532" w:type="dxa"/>
            <w:vMerge/>
            <w:tcBorders>
              <w:top w:val="single" w:sz="4" w:space="0" w:color="000000"/>
              <w:left w:val="single" w:sz="4" w:space="0" w:color="000000"/>
              <w:bottom w:val="single" w:sz="4" w:space="0" w:color="000000"/>
              <w:right w:val="single" w:sz="4" w:space="0" w:color="000000"/>
            </w:tcBorders>
          </w:tcPr>
          <w:p w:rsidR="007130C9" w:rsidRPr="00E85698" w:rsidRDefault="007130C9" w:rsidP="00911E24"/>
        </w:tc>
        <w:tc>
          <w:tcPr>
            <w:tcW w:w="3318" w:type="dxa"/>
            <w:vMerge/>
            <w:tcBorders>
              <w:top w:val="single" w:sz="4" w:space="0" w:color="000000"/>
              <w:left w:val="single" w:sz="4" w:space="0" w:color="000000"/>
              <w:bottom w:val="single" w:sz="4" w:space="0" w:color="000000"/>
              <w:right w:val="single" w:sz="4" w:space="0" w:color="000000"/>
            </w:tcBorders>
          </w:tcPr>
          <w:p w:rsidR="007130C9" w:rsidRPr="00E85698" w:rsidRDefault="007130C9" w:rsidP="00911E24"/>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b/>
                <w:color w:val="000000"/>
              </w:rPr>
              <w:t xml:space="preserve">всего </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6"/>
            </w:pPr>
            <w:r w:rsidRPr="00E85698">
              <w:rPr>
                <w:b/>
                <w:color w:val="000000"/>
              </w:rPr>
              <w:t>контрольные работы</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b/>
                <w:color w:val="000000"/>
              </w:rPr>
              <w:t>практические работы</w:t>
            </w:r>
          </w:p>
        </w:tc>
        <w:tc>
          <w:tcPr>
            <w:tcW w:w="1140" w:type="dxa"/>
            <w:vMerge/>
            <w:tcBorders>
              <w:top w:val="single" w:sz="4" w:space="0" w:color="000000"/>
              <w:left w:val="single" w:sz="4" w:space="0" w:color="000000"/>
              <w:bottom w:val="single" w:sz="4" w:space="0" w:color="000000"/>
              <w:right w:val="single" w:sz="4" w:space="0" w:color="000000"/>
            </w:tcBorders>
          </w:tcPr>
          <w:p w:rsidR="007130C9" w:rsidRPr="00E85698" w:rsidRDefault="007130C9" w:rsidP="00911E24"/>
        </w:tc>
        <w:tc>
          <w:tcPr>
            <w:tcW w:w="1958" w:type="dxa"/>
            <w:vMerge/>
            <w:tcBorders>
              <w:top w:val="single" w:sz="4" w:space="0" w:color="000000"/>
              <w:left w:val="single" w:sz="4" w:space="0" w:color="000000"/>
              <w:bottom w:val="single" w:sz="4" w:space="0" w:color="000000"/>
              <w:right w:val="single" w:sz="4" w:space="0" w:color="000000"/>
            </w:tcBorders>
          </w:tcPr>
          <w:p w:rsidR="007130C9" w:rsidRPr="00E85698" w:rsidRDefault="007130C9" w:rsidP="00911E24"/>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8"/>
            </w:pPr>
            <w:r w:rsidRPr="00E85698">
              <w:rPr>
                <w:color w:val="000000"/>
              </w:rPr>
              <w:t xml:space="preserve">Язык как развивающееся явление </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 xml:space="preserve">01.09.2022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144"/>
            </w:pPr>
            <w:r w:rsidRPr="00E85698">
              <w:rPr>
                <w:color w:val="000000"/>
              </w:rPr>
              <w:t>Повторение. Словообразование самостоятельных частей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02.09.2022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576"/>
            </w:pPr>
            <w:r w:rsidRPr="00E85698">
              <w:rPr>
                <w:color w:val="000000"/>
              </w:rPr>
              <w:t>Повторение. Правописание корней, приставок</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06.06.2022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Практикум;</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576"/>
            </w:pPr>
            <w:r w:rsidRPr="00E85698">
              <w:rPr>
                <w:color w:val="000000"/>
              </w:rPr>
              <w:t>Повторение. Правописание суффиксов, окончаний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rPr>
                <w:lang w:val="en-US"/>
              </w:rPr>
            </w:pPr>
            <w:r w:rsidRPr="00E85698">
              <w:rPr>
                <w:color w:val="000000"/>
                <w:lang w:val="en-US"/>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08.09.2022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Практикум</w:t>
            </w:r>
          </w:p>
        </w:tc>
      </w:tr>
      <w:tr w:rsidR="007130C9" w:rsidRPr="00E85698" w:rsidTr="00911E24">
        <w:trPr>
          <w:trHeight w:hRule="exact" w:val="138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ind w:left="68" w:right="432"/>
            </w:pPr>
            <w:r w:rsidRPr="00E85698">
              <w:rPr>
                <w:color w:val="000000"/>
              </w:rPr>
              <w:t>Повторение: грамматические (морфологические) нормы. Грамматические словари и справочники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09.09.2022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Практикум</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Монолог и его виды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12.09.2022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Диалог и его виды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13.09.2022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t>Входная контрольная работа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14.09.2022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Контрольная работа;</w:t>
            </w:r>
          </w:p>
        </w:tc>
      </w:tr>
      <w:tr w:rsidR="007130C9" w:rsidRPr="00E85698" w:rsidTr="00911E24">
        <w:trPr>
          <w:trHeight w:hRule="exact" w:val="135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71" w:lineRule="auto"/>
              <w:ind w:left="68" w:right="144"/>
            </w:pPr>
            <w:r w:rsidRPr="00E85698">
              <w:rPr>
                <w:color w:val="000000"/>
              </w:rPr>
              <w:t>Повторение. Основные признаки текста Рассуждение как функционально-смысловой тип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 xml:space="preserve">15.09.2022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4"/>
            </w:pPr>
            <w:r w:rsidRPr="00E85698">
              <w:rPr>
                <w:color w:val="000000"/>
              </w:rPr>
              <w:t>Устный опрос;</w:t>
            </w:r>
          </w:p>
        </w:tc>
      </w:tr>
      <w:tr w:rsidR="007130C9" w:rsidRPr="00E85698" w:rsidTr="00911E24">
        <w:trPr>
          <w:trHeight w:hRule="exact" w:val="169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Структурные особенности текста-рассуждения.</w:t>
            </w:r>
          </w:p>
          <w:p w:rsidR="007130C9" w:rsidRPr="00E85698" w:rsidRDefault="007130C9" w:rsidP="00911E24">
            <w:pPr>
              <w:spacing w:before="66" w:line="271" w:lineRule="auto"/>
              <w:ind w:left="68" w:right="432"/>
            </w:pPr>
            <w:r w:rsidRPr="00E85698">
              <w:rPr>
                <w:color w:val="000000"/>
              </w:rPr>
              <w:t xml:space="preserve">Рассуждение-доказательство, рассуждение-объяснение, </w:t>
            </w:r>
            <w:r w:rsidRPr="00E85698">
              <w:br/>
            </w:r>
            <w:r w:rsidRPr="00E85698">
              <w:rPr>
                <w:color w:val="000000"/>
              </w:rPr>
              <w:t>рассуждение-размышление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19.09.2022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Работа с текстами;</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68" w:right="144"/>
            </w:pPr>
            <w:r w:rsidRPr="00E85698">
              <w:rPr>
                <w:color w:val="000000"/>
              </w:rPr>
              <w:t xml:space="preserve">Информационная переработка текста: план текста (простой, </w:t>
            </w:r>
            <w:r w:rsidRPr="00E85698">
              <w:br/>
            </w:r>
            <w:r w:rsidRPr="00E85698">
              <w:rPr>
                <w:color w:val="000000"/>
              </w:rPr>
              <w:t>сложный; назывной, вопросный, тезисный)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20.09.2022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Главная и второстепенная информация текста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21.09.2022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38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288"/>
            </w:pPr>
            <w:r w:rsidRPr="00E85698">
              <w:rPr>
                <w:color w:val="000000"/>
              </w:rPr>
              <w:t xml:space="preserve">Композиционные особенности текста; </w:t>
            </w:r>
            <w:proofErr w:type="spellStart"/>
            <w:r w:rsidRPr="00E85698">
              <w:rPr>
                <w:color w:val="000000"/>
              </w:rPr>
              <w:t>микротемы</w:t>
            </w:r>
            <w:proofErr w:type="spellEnd"/>
            <w:r w:rsidRPr="00E85698">
              <w:rPr>
                <w:color w:val="000000"/>
              </w:rPr>
              <w:t xml:space="preserve"> и абзацы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22.09.2022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ind w:left="64" w:right="288"/>
            </w:pPr>
            <w:r w:rsidRPr="00E85698">
              <w:rPr>
                <w:color w:val="000000"/>
              </w:rPr>
              <w:t>Практикум</w:t>
            </w:r>
          </w:p>
        </w:tc>
      </w:tr>
      <w:tr w:rsidR="007130C9" w:rsidRPr="00E85698" w:rsidTr="00911E24">
        <w:trPr>
          <w:trHeight w:hRule="exact" w:val="9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720"/>
            </w:pPr>
            <w:r w:rsidRPr="00E85698">
              <w:rPr>
                <w:color w:val="000000"/>
              </w:rPr>
              <w:t>Способы и средства связи предложений в тексте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8"/>
              <w:rPr>
                <w:lang w:val="en-US"/>
              </w:rPr>
            </w:pPr>
            <w:r w:rsidRPr="00E85698">
              <w:rPr>
                <w:color w:val="000000"/>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 xml:space="preserve">26.09.2022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4"/>
            </w:pPr>
            <w:r w:rsidRPr="00E85698">
              <w:rPr>
                <w:color w:val="000000"/>
              </w:rPr>
              <w:t>Устный опрос;</w:t>
            </w:r>
          </w:p>
        </w:tc>
      </w:tr>
    </w:tbl>
    <w:p w:rsidR="007130C9" w:rsidRPr="00E85698" w:rsidRDefault="007130C9" w:rsidP="007130C9">
      <w:pPr>
        <w:pStyle w:val="a7"/>
        <w:numPr>
          <w:ilvl w:val="0"/>
          <w:numId w:val="4"/>
        </w:numPr>
        <w:spacing w:line="14" w:lineRule="exact"/>
        <w:sectPr w:rsidR="007130C9" w:rsidRPr="00E85698">
          <w:pgSz w:w="11900" w:h="16840"/>
          <w:pgMar w:top="298" w:right="556" w:bottom="560" w:left="658" w:header="720" w:footer="720" w:gutter="0"/>
          <w:cols w:space="720" w:equalWidth="0">
            <w:col w:w="10686" w:space="0"/>
          </w:cols>
          <w:docGrid w:linePitch="360"/>
        </w:sectPr>
      </w:pPr>
    </w:p>
    <w:p w:rsidR="007130C9" w:rsidRPr="00E85698" w:rsidRDefault="007130C9" w:rsidP="007130C9">
      <w:pPr>
        <w:pStyle w:val="a7"/>
        <w:spacing w:after="66" w:line="220" w:lineRule="exact"/>
        <w:ind w:firstLine="0"/>
      </w:pP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200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81" w:lineRule="auto"/>
              <w:ind w:left="68" w:right="576"/>
            </w:pPr>
            <w:r w:rsidRPr="00E85698">
              <w:rPr>
                <w:color w:val="000000"/>
              </w:rPr>
              <w:t xml:space="preserve">Смысловой анализ </w:t>
            </w:r>
            <w:r w:rsidRPr="00E85698">
              <w:br/>
            </w:r>
            <w:r w:rsidRPr="00E85698">
              <w:rPr>
                <w:color w:val="000000"/>
              </w:rPr>
              <w:t xml:space="preserve">текста. Языковые средства выразительности в тексте: фонетические (звукопись), словообразовательные, </w:t>
            </w:r>
            <w:r w:rsidRPr="00E85698">
              <w:br/>
            </w:r>
            <w:r w:rsidRPr="00E85698">
              <w:rPr>
                <w:color w:val="000000"/>
              </w:rPr>
              <w:t>лексические (обобщение)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27.09.2022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8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Контрольное подробное изложение текста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28.09.2022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Изложение;</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Публицистический стиль.</w:t>
            </w:r>
          </w:p>
          <w:p w:rsidR="007130C9" w:rsidRPr="00E85698" w:rsidRDefault="007130C9" w:rsidP="00911E24">
            <w:pPr>
              <w:spacing w:before="64" w:line="271" w:lineRule="auto"/>
              <w:ind w:left="68" w:right="720"/>
            </w:pPr>
            <w:r w:rsidRPr="00E85698">
              <w:rPr>
                <w:color w:val="000000"/>
              </w:rPr>
              <w:t xml:space="preserve">Языковые средства </w:t>
            </w:r>
            <w:r w:rsidRPr="00E85698">
              <w:br/>
            </w:r>
            <w:r w:rsidRPr="00E85698">
              <w:rPr>
                <w:color w:val="000000"/>
              </w:rPr>
              <w:t>выразительности в тексте публицистического стиля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29.09.2022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 xml:space="preserve">Основные жанры </w:t>
            </w:r>
            <w:r w:rsidRPr="00E85698">
              <w:br/>
            </w:r>
            <w:r w:rsidRPr="00E85698">
              <w:rPr>
                <w:color w:val="000000"/>
              </w:rPr>
              <w:t>публицистического стиля.</w:t>
            </w:r>
          </w:p>
          <w:p w:rsidR="007130C9" w:rsidRPr="00E85698" w:rsidRDefault="007130C9" w:rsidP="00911E24">
            <w:pPr>
              <w:spacing w:before="64" w:line="233" w:lineRule="auto"/>
              <w:ind w:left="68"/>
            </w:pPr>
            <w:r w:rsidRPr="00E85698">
              <w:rPr>
                <w:color w:val="000000"/>
              </w:rPr>
              <w:t>Статья. Очерк</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03.10.2022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720"/>
            </w:pPr>
            <w:r w:rsidRPr="00E85698">
              <w:rPr>
                <w:color w:val="000000"/>
              </w:rPr>
              <w:t xml:space="preserve">Работа по </w:t>
            </w:r>
            <w:r w:rsidRPr="00E85698">
              <w:br/>
            </w:r>
            <w:r w:rsidRPr="00E85698">
              <w:rPr>
                <w:color w:val="000000"/>
              </w:rPr>
              <w:t>карточкам;</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 xml:space="preserve">Основные жанры </w:t>
            </w:r>
            <w:r w:rsidRPr="00E85698">
              <w:br/>
            </w:r>
            <w:r w:rsidRPr="00E85698">
              <w:rPr>
                <w:color w:val="000000"/>
              </w:rPr>
              <w:t>публицистического стиля.</w:t>
            </w:r>
          </w:p>
          <w:p w:rsidR="007130C9" w:rsidRPr="00E85698" w:rsidRDefault="007130C9" w:rsidP="00911E24">
            <w:pPr>
              <w:spacing w:before="64" w:line="233" w:lineRule="auto"/>
              <w:ind w:left="68"/>
            </w:pPr>
            <w:r w:rsidRPr="00E85698">
              <w:rPr>
                <w:color w:val="000000"/>
              </w:rPr>
              <w:t>Интервью. Репортаж</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04.10.2022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20.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 xml:space="preserve">Создание текста </w:t>
            </w:r>
            <w:r w:rsidRPr="00E85698">
              <w:br/>
            </w:r>
            <w:r w:rsidRPr="00E85698">
              <w:rPr>
                <w:color w:val="000000"/>
              </w:rPr>
              <w:t>публицистического стиля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05.10.2022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144"/>
            </w:pPr>
            <w:r w:rsidRPr="00E85698">
              <w:rPr>
                <w:color w:val="000000"/>
              </w:rPr>
              <w:t>Индивидуальные задания;</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21.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Официально-деловой стиль</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06.10.2022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right="720"/>
              <w:jc w:val="center"/>
            </w:pPr>
            <w:r w:rsidRPr="00E85698">
              <w:rPr>
                <w:color w:val="000000"/>
              </w:rPr>
              <w:t>Написание заявления;</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22.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576"/>
            </w:pPr>
            <w:r w:rsidRPr="00E85698">
              <w:rPr>
                <w:color w:val="000000"/>
              </w:rPr>
              <w:t xml:space="preserve">Инструкция как жанр </w:t>
            </w:r>
            <w:r w:rsidRPr="00E85698">
              <w:br/>
            </w:r>
            <w:r w:rsidRPr="00E85698">
              <w:rPr>
                <w:color w:val="000000"/>
              </w:rPr>
              <w:t>официально-делового стиля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10.10.2022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right="864"/>
              <w:jc w:val="center"/>
            </w:pPr>
            <w:r w:rsidRPr="00E85698">
              <w:rPr>
                <w:color w:val="000000"/>
              </w:rPr>
              <w:t xml:space="preserve">Работа по </w:t>
            </w:r>
            <w:r w:rsidRPr="00E85698">
              <w:br/>
            </w:r>
            <w:r w:rsidRPr="00E85698">
              <w:rPr>
                <w:color w:val="000000"/>
              </w:rPr>
              <w:t>шаблону;</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23.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color w:val="000000"/>
              </w:rPr>
              <w:t>Морфология как раздел науки о языке (повторение и обобщение)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11.10.2022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4" w:right="288"/>
            </w:pPr>
            <w:r w:rsidRPr="00E85698">
              <w:rPr>
                <w:color w:val="000000"/>
              </w:rPr>
              <w:t xml:space="preserve">Заполнение </w:t>
            </w:r>
            <w:r w:rsidRPr="00E85698">
              <w:br/>
            </w:r>
            <w:r w:rsidRPr="00E85698">
              <w:rPr>
                <w:color w:val="000000"/>
              </w:rPr>
              <w:t>таблицы "Части речи";</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24.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ind w:left="68" w:right="432"/>
            </w:pPr>
            <w:r w:rsidRPr="00E85698">
              <w:rPr>
                <w:color w:val="000000"/>
              </w:rPr>
              <w:t xml:space="preserve">Причастие как особая форма глагола. Признаки глагола и имени прилагательного в </w:t>
            </w:r>
            <w:r w:rsidRPr="00E85698">
              <w:br/>
            </w:r>
            <w:r w:rsidRPr="00E85698">
              <w:rPr>
                <w:color w:val="000000"/>
              </w:rPr>
              <w:t>причастии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12.10.2022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4" w:right="576"/>
            </w:pPr>
            <w:r w:rsidRPr="00E85698">
              <w:rPr>
                <w:color w:val="000000"/>
              </w:rPr>
              <w:t>Практическая работа;</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25.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Роль причастий в предложении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13.10.2022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26.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pPr>
            <w:r w:rsidRPr="00E85698">
              <w:rPr>
                <w:color w:val="000000"/>
              </w:rPr>
              <w:t xml:space="preserve">Склонение причастий, </w:t>
            </w:r>
            <w:r w:rsidRPr="00E85698">
              <w:br/>
            </w:r>
            <w:r w:rsidRPr="00E85698">
              <w:rPr>
                <w:color w:val="000000"/>
              </w:rPr>
              <w:t xml:space="preserve">правописание гласных в </w:t>
            </w:r>
            <w:r w:rsidRPr="00E85698">
              <w:br/>
            </w:r>
            <w:r w:rsidRPr="00E85698">
              <w:rPr>
                <w:color w:val="000000"/>
              </w:rPr>
              <w:t>падежных окончаниях 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17.10.2022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27.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144"/>
            </w:pPr>
            <w:r w:rsidRPr="00E85698">
              <w:rPr>
                <w:color w:val="000000"/>
              </w:rPr>
              <w:t>Нормы согласования причастий с существительными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18.10.2022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152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lastRenderedPageBreak/>
              <w:t>28.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288"/>
            </w:pPr>
            <w:r w:rsidRPr="00E85698">
              <w:rPr>
                <w:color w:val="000000"/>
              </w:rPr>
              <w:t xml:space="preserve">Причастный оборот. Знаки </w:t>
            </w:r>
            <w:r w:rsidRPr="00E85698">
              <w:br/>
            </w:r>
            <w:r w:rsidRPr="00E85698">
              <w:rPr>
                <w:color w:val="000000"/>
              </w:rPr>
              <w:t>препинания в предложениях с причастным оборотом</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19.10.2022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64" w:right="288"/>
            </w:pPr>
            <w:r w:rsidRPr="00E85698">
              <w:rPr>
                <w:color w:val="000000"/>
              </w:rPr>
              <w:t>Практическая работа»;</w:t>
            </w:r>
          </w:p>
        </w:tc>
      </w:tr>
      <w:tr w:rsidR="007130C9" w:rsidRPr="00E85698" w:rsidTr="00911E24">
        <w:trPr>
          <w:trHeight w:hRule="exact" w:val="10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29.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Pr>
                <w:color w:val="FF0000"/>
              </w:rPr>
            </w:pPr>
            <w:r w:rsidRPr="00E85698">
              <w:rPr>
                <w:color w:val="000000"/>
              </w:rPr>
              <w:t>Сочинение-рассуждение</w:t>
            </w:r>
            <w:r w:rsidRPr="00E85698">
              <w:rPr>
                <w:color w:val="FF0000"/>
              </w:rPr>
              <w:t xml:space="preserve"> </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20.10.2022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Сочинение;</w:t>
            </w:r>
          </w:p>
        </w:tc>
      </w:tr>
    </w:tbl>
    <w:p w:rsidR="007130C9" w:rsidRPr="00E85698" w:rsidRDefault="007130C9" w:rsidP="007130C9">
      <w:pPr>
        <w:pStyle w:val="a7"/>
        <w:numPr>
          <w:ilvl w:val="0"/>
          <w:numId w:val="4"/>
        </w:numPr>
        <w:spacing w:line="14" w:lineRule="exact"/>
      </w:pPr>
      <w:r w:rsidRPr="00E85698">
        <w:t>1</w:t>
      </w: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30.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pPr>
            <w:r w:rsidRPr="00E85698">
              <w:rPr>
                <w:color w:val="000000"/>
              </w:rPr>
              <w:t xml:space="preserve">Действительные и страдательные причастия настоящего и </w:t>
            </w:r>
            <w:r w:rsidRPr="00E85698">
              <w:br/>
            </w:r>
            <w:r w:rsidRPr="00E85698">
              <w:rPr>
                <w:color w:val="000000"/>
              </w:rPr>
              <w:t>прошедшего времени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24.10.2022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Практикум;</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31.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62" w:lineRule="auto"/>
              <w:ind w:left="68" w:right="720"/>
            </w:pPr>
            <w:r w:rsidRPr="00E85698">
              <w:rPr>
                <w:color w:val="000000"/>
              </w:rPr>
              <w:t>Полные и краткие формы 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 xml:space="preserve">25.10.2022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4"/>
            </w:pPr>
            <w:r w:rsidRPr="00E85698">
              <w:rPr>
                <w:color w:val="000000"/>
              </w:rPr>
              <w:t>Взаимопроверка;</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32.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Действительные причастия настоящего времени, их </w:t>
            </w:r>
            <w:r w:rsidRPr="00E85698">
              <w:br/>
            </w:r>
            <w:r w:rsidRPr="00E85698">
              <w:rPr>
                <w:color w:val="000000"/>
              </w:rPr>
              <w:t>образование и правописание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26.10.2022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33.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Действительные причастия прошедшего времени, их </w:t>
            </w:r>
            <w:r w:rsidRPr="00E85698">
              <w:br/>
            </w:r>
            <w:r w:rsidRPr="00E85698">
              <w:rPr>
                <w:color w:val="000000"/>
              </w:rPr>
              <w:t>образование и правописание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27.10.2022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34.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Страдательные причастия настоящего времени, их </w:t>
            </w:r>
            <w:r w:rsidRPr="00E85698">
              <w:br/>
            </w:r>
            <w:r w:rsidRPr="00E85698">
              <w:rPr>
                <w:color w:val="000000"/>
              </w:rPr>
              <w:t>образование и правописание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07.11.2022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864"/>
            </w:pPr>
            <w:r w:rsidRPr="00E85698">
              <w:rPr>
                <w:color w:val="000000"/>
              </w:rPr>
              <w:t xml:space="preserve">Работа на </w:t>
            </w:r>
            <w:r w:rsidRPr="00E85698">
              <w:br/>
            </w:r>
            <w:r w:rsidRPr="00E85698">
              <w:rPr>
                <w:color w:val="000000"/>
              </w:rPr>
              <w:t>карточках;</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35.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Страдательные причастия прошедшего времени, их </w:t>
            </w:r>
            <w:r w:rsidRPr="00E85698">
              <w:br/>
            </w:r>
            <w:r w:rsidRPr="00E85698">
              <w:rPr>
                <w:color w:val="000000"/>
              </w:rPr>
              <w:t>образование и правописание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08.11.2022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36.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Морфологический анализ 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09.11.2022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Практикум;</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37.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71" w:lineRule="auto"/>
              <w:ind w:left="68"/>
            </w:pPr>
            <w:r w:rsidRPr="00E85698">
              <w:rPr>
                <w:color w:val="000000"/>
              </w:rPr>
              <w:t xml:space="preserve">Правописание гласных перед Н в суффиксах страдательных </w:t>
            </w:r>
            <w:r w:rsidRPr="00E85698">
              <w:br/>
            </w:r>
            <w:r w:rsidRPr="00E85698">
              <w:rPr>
                <w:color w:val="000000"/>
              </w:rPr>
              <w:t>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3" w:lineRule="auto"/>
              <w:ind w:left="66"/>
            </w:pPr>
            <w:r w:rsidRPr="00E85698">
              <w:rPr>
                <w:color w:val="000000"/>
              </w:rPr>
              <w:t xml:space="preserve">10.11.2022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4" w:right="576"/>
            </w:pPr>
            <w:r w:rsidRPr="00E85698">
              <w:rPr>
                <w:color w:val="000000"/>
              </w:rPr>
              <w:t>Практическая работа;</w:t>
            </w:r>
          </w:p>
        </w:tc>
      </w:tr>
      <w:tr w:rsidR="007130C9" w:rsidRPr="00E85698" w:rsidTr="00911E24">
        <w:trPr>
          <w:trHeight w:hRule="exact" w:val="85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38.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Выборочное изложение текста (упр.151)</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14.11.2022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Изложение;</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39.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8"/>
            </w:pPr>
            <w:r w:rsidRPr="00E85698">
              <w:rPr>
                <w:color w:val="000000"/>
              </w:rPr>
              <w:t xml:space="preserve">Одна и две буквы Н в суффиксах страдательных причастий </w:t>
            </w:r>
            <w:r w:rsidRPr="00E85698">
              <w:br/>
            </w:r>
            <w:r w:rsidRPr="00E85698">
              <w:rPr>
                <w:color w:val="000000"/>
              </w:rPr>
              <w:t xml:space="preserve">прошедшего времени и </w:t>
            </w:r>
            <w:r w:rsidRPr="00E85698">
              <w:br/>
            </w:r>
            <w:r w:rsidRPr="00E85698">
              <w:rPr>
                <w:color w:val="000000"/>
              </w:rPr>
              <w:t>отглагольных прилагательных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15.11.2022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40.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864"/>
            </w:pPr>
            <w:r w:rsidRPr="00E85698">
              <w:rPr>
                <w:color w:val="000000"/>
              </w:rPr>
              <w:t>Уместное использование причастий в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16.11.2022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41.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color w:val="000000"/>
              </w:rPr>
              <w:t>Слитное и раздельное написание НЕ с причастиями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17.11.2022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Письменный контроль;</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lastRenderedPageBreak/>
              <w:t>42.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8" w:right="144"/>
            </w:pPr>
            <w:r w:rsidRPr="00E85698">
              <w:rPr>
                <w:color w:val="000000"/>
              </w:rPr>
              <w:t xml:space="preserve">Буква Ё после шипящих в </w:t>
            </w:r>
            <w:r w:rsidRPr="00E85698">
              <w:br/>
            </w:r>
            <w:r w:rsidRPr="00E85698">
              <w:rPr>
                <w:color w:val="000000"/>
              </w:rPr>
              <w:t xml:space="preserve">суффиксах страдательных </w:t>
            </w:r>
            <w:r w:rsidRPr="00E85698">
              <w:br/>
            </w:r>
            <w:r w:rsidRPr="00E85698">
              <w:rPr>
                <w:color w:val="000000"/>
              </w:rPr>
              <w:t>причастий прошедшего времени и отглагольных прилагательных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21.11.2022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Письменный контроль;</w:t>
            </w:r>
          </w:p>
        </w:tc>
      </w:tr>
      <w:tr w:rsidR="007130C9" w:rsidRPr="00E85698" w:rsidTr="00911E24">
        <w:trPr>
          <w:trHeight w:hRule="exact" w:val="9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43.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Правописание причастий. Практикум. Повторение темы "Причастие".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22.11.2022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44.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144"/>
            </w:pPr>
            <w:r w:rsidRPr="00E85698">
              <w:rPr>
                <w:color w:val="000000"/>
              </w:rPr>
              <w:t xml:space="preserve"> Контрольная  работа по теме «Причастие»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23.11.2022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Контрольная работа;</w:t>
            </w:r>
          </w:p>
        </w:tc>
      </w:tr>
      <w:tr w:rsidR="007130C9" w:rsidRPr="00E85698" w:rsidTr="00911E24">
        <w:trPr>
          <w:trHeight w:hRule="exact" w:val="10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45.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144"/>
            </w:pPr>
            <w:r w:rsidRPr="00E85698">
              <w:rPr>
                <w:color w:val="000000"/>
              </w:rPr>
              <w:t xml:space="preserve">Деепричастие как особая форма глагола. Признаки глагола и </w:t>
            </w:r>
            <w:r w:rsidRPr="00E85698">
              <w:br/>
            </w:r>
            <w:r w:rsidRPr="00E85698">
              <w:rPr>
                <w:color w:val="000000"/>
              </w:rPr>
              <w:t>наречия в деепричастии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24.11.2022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bl>
    <w:p w:rsidR="007130C9" w:rsidRPr="00E85698" w:rsidRDefault="007130C9" w:rsidP="007130C9">
      <w:pPr>
        <w:pStyle w:val="a7"/>
        <w:numPr>
          <w:ilvl w:val="0"/>
          <w:numId w:val="4"/>
        </w:numPr>
        <w:spacing w:line="14" w:lineRule="exact"/>
      </w:pPr>
      <w:r w:rsidRPr="00E85698">
        <w:t>1</w:t>
      </w: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46.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pPr>
            <w:r w:rsidRPr="00E85698">
              <w:rPr>
                <w:color w:val="000000"/>
              </w:rPr>
              <w:t>Деепричастия совершенного и несовершенного вида. Суффиксы деепричастий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28.11.2022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47.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62" w:lineRule="auto"/>
              <w:ind w:left="68" w:right="1296"/>
            </w:pPr>
            <w:r w:rsidRPr="00E85698">
              <w:rPr>
                <w:color w:val="000000"/>
              </w:rPr>
              <w:t>Нормы образования деепричастий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 xml:space="preserve">29.11.2022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48.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864"/>
            </w:pPr>
            <w:r w:rsidRPr="00E85698">
              <w:rPr>
                <w:color w:val="000000"/>
              </w:rPr>
              <w:t>Обособление одиночных деепричастий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30.11.2022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15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49.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 xml:space="preserve">Деепричастный оборот Пунктуационное оформление предложений с одиночными деепричастиями и </w:t>
            </w:r>
            <w:r w:rsidRPr="00E85698">
              <w:br/>
            </w:r>
            <w:r w:rsidRPr="00E85698">
              <w:rPr>
                <w:color w:val="000000"/>
              </w:rPr>
              <w:t>деепричастными оборотами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01.12.2022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76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50.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1296"/>
            </w:pPr>
            <w:r w:rsidRPr="00E85698">
              <w:rPr>
                <w:color w:val="000000"/>
              </w:rPr>
              <w:t>Роль деепричастия в предложении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05.12.2022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92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51.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68" w:right="432"/>
            </w:pPr>
            <w:r w:rsidRPr="00E85698">
              <w:rPr>
                <w:color w:val="000000"/>
              </w:rPr>
              <w:t>Повествование с элементами рассуждения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06.12.2022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64" w:right="288"/>
            </w:pPr>
            <w:r w:rsidRPr="00E85698">
              <w:rPr>
                <w:color w:val="000000"/>
              </w:rPr>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52.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432"/>
            </w:pPr>
            <w:r w:rsidRPr="00E85698">
              <w:rPr>
                <w:color w:val="000000"/>
              </w:rPr>
              <w:t>Морфологический анализ деепричастий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07.12.2022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Сочинение;</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53.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8" w:right="720"/>
            </w:pPr>
            <w:r w:rsidRPr="00E85698">
              <w:rPr>
                <w:color w:val="000000"/>
              </w:rPr>
              <w:t>Слитное и раздельное написание НЕ с деепричастиями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08.12.2022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4"/>
            </w:pPr>
            <w:r w:rsidRPr="00E85698">
              <w:rPr>
                <w:color w:val="000000"/>
              </w:rPr>
              <w:t>Практикум;</w:t>
            </w:r>
          </w:p>
        </w:tc>
      </w:tr>
      <w:tr w:rsidR="007130C9" w:rsidRPr="00E85698" w:rsidTr="00911E24">
        <w:trPr>
          <w:trHeight w:hRule="exact" w:val="144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54.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color w:val="000000"/>
              </w:rPr>
              <w:t xml:space="preserve">Уместное использование </w:t>
            </w:r>
            <w:r w:rsidRPr="00E85698">
              <w:br/>
            </w:r>
            <w:r w:rsidRPr="00E85698">
              <w:rPr>
                <w:color w:val="000000"/>
              </w:rPr>
              <w:t xml:space="preserve">деепричастий в речи. Нормы произношения и </w:t>
            </w:r>
            <w:r w:rsidRPr="00E85698">
              <w:br/>
            </w:r>
            <w:r w:rsidRPr="00E85698">
              <w:rPr>
                <w:color w:val="000000"/>
              </w:rPr>
              <w:t>употребления деепричастий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12.12.2022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Устный опрос;</w:t>
            </w:r>
          </w:p>
        </w:tc>
      </w:tr>
      <w:tr w:rsidR="007130C9" w:rsidRPr="00E85698" w:rsidTr="00911E24">
        <w:trPr>
          <w:trHeight w:hRule="exact" w:val="84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55.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 xml:space="preserve">Повторение темы </w:t>
            </w:r>
            <w:r w:rsidRPr="00E85698">
              <w:br/>
            </w:r>
            <w:r w:rsidRPr="00E85698">
              <w:rPr>
                <w:color w:val="000000"/>
              </w:rPr>
              <w:t>"Деепричастие". Проверочная работа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13.12.2022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99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56.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288"/>
            </w:pPr>
            <w:r w:rsidRPr="00E85698">
              <w:t>Контрольная работа по теме «</w:t>
            </w:r>
            <w:proofErr w:type="spellStart"/>
            <w:r w:rsidRPr="00E85698">
              <w:t>Дееепричастие</w:t>
            </w:r>
            <w:proofErr w:type="spellEnd"/>
            <w:r w:rsidRPr="00E85698">
              <w:t>»</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14.12.2022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Письменный контроль;</w:t>
            </w:r>
          </w:p>
        </w:tc>
      </w:tr>
      <w:tr w:rsidR="007130C9" w:rsidRPr="00E85698" w:rsidTr="00911E24">
        <w:trPr>
          <w:trHeight w:hRule="exact" w:val="71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lastRenderedPageBreak/>
              <w:t>57.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t>Анализ работ. Работа над ошибками.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15.12.2022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Практическая работа;</w:t>
            </w:r>
          </w:p>
        </w:tc>
      </w:tr>
      <w:tr w:rsidR="007130C9" w:rsidRPr="00E85698" w:rsidTr="00911E24">
        <w:trPr>
          <w:trHeight w:hRule="exact" w:val="170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58.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288"/>
            </w:pPr>
            <w:r w:rsidRPr="00E85698">
              <w:t>Контрольное  сочинение - описание картины с использованием деепричастий и деепричастных оборотов (упр.209)</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19.12.2022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 xml:space="preserve">Сочинение </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59.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432"/>
            </w:pPr>
            <w:r w:rsidRPr="00E85698">
              <w:rPr>
                <w:color w:val="000000"/>
              </w:rPr>
              <w:t>Наречие как самостоятельная неизменяемая часть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20.12.2022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8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60.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Разряды наречий по значению</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21.12.2022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138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61.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Словообразование наречий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22.12.2022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ind w:left="64" w:right="288"/>
            </w:pPr>
            <w:r w:rsidRPr="00E85698">
              <w:rPr>
                <w:color w:val="000000"/>
              </w:rPr>
              <w:t xml:space="preserve">Самооценка с </w:t>
            </w:r>
            <w:r w:rsidRPr="00E85698">
              <w:br/>
            </w:r>
            <w:r w:rsidRPr="00E85698">
              <w:rPr>
                <w:color w:val="000000"/>
              </w:rPr>
              <w:t xml:space="preserve">использованием«Оценочного </w:t>
            </w:r>
            <w:r w:rsidRPr="00E85698">
              <w:br/>
            </w:r>
            <w:r w:rsidRPr="00E85698">
              <w:rPr>
                <w:color w:val="000000"/>
              </w:rPr>
              <w:t>листа»;</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62.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Роль наречий в тексте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09.01.2023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63.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144"/>
            </w:pPr>
            <w:r w:rsidRPr="00E85698">
              <w:rPr>
                <w:color w:val="000000"/>
              </w:rPr>
              <w:t xml:space="preserve">Выражение различных </w:t>
            </w:r>
            <w:r w:rsidRPr="00E85698">
              <w:br/>
            </w:r>
            <w:r w:rsidRPr="00E85698">
              <w:rPr>
                <w:color w:val="000000"/>
              </w:rPr>
              <w:t>обстоятельственных значений с помощью наречий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10.01.2023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64.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rPr>
                <w:color w:val="000000"/>
              </w:rPr>
            </w:pPr>
            <w:r w:rsidRPr="00E85698">
              <w:rPr>
                <w:color w:val="000000"/>
              </w:rPr>
              <w:t xml:space="preserve">Сочинение-описание картины </w:t>
            </w:r>
          </w:p>
          <w:p w:rsidR="007130C9" w:rsidRPr="00E85698" w:rsidRDefault="007130C9" w:rsidP="00911E24">
            <w:pPr>
              <w:spacing w:before="92" w:line="230" w:lineRule="auto"/>
              <w:ind w:left="68"/>
            </w:pPr>
            <w:r w:rsidRPr="00E85698">
              <w:rPr>
                <w:color w:val="000000"/>
              </w:rPr>
              <w:t>( упр. 233)</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11.01.2023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Сочинение;</w:t>
            </w:r>
          </w:p>
        </w:tc>
      </w:tr>
    </w:tbl>
    <w:p w:rsidR="007130C9" w:rsidRPr="00E85698" w:rsidRDefault="007130C9" w:rsidP="007130C9">
      <w:pPr>
        <w:pStyle w:val="a7"/>
        <w:numPr>
          <w:ilvl w:val="0"/>
          <w:numId w:val="4"/>
        </w:numPr>
        <w:spacing w:line="14" w:lineRule="exact"/>
      </w:pP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65.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Степени сравнения наречий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12.01.2023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66.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144"/>
            </w:pPr>
            <w:r w:rsidRPr="00E85698">
              <w:rPr>
                <w:color w:val="000000"/>
              </w:rPr>
              <w:t xml:space="preserve">Нормы произношения и </w:t>
            </w:r>
            <w:r w:rsidRPr="00E85698">
              <w:br/>
            </w:r>
            <w:r w:rsidRPr="00E85698">
              <w:rPr>
                <w:color w:val="000000"/>
              </w:rPr>
              <w:t>постановки ударения в наречиях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16.01.2023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67.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Морфологический анализ наречия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17.01.2023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t>Практическая работа</w:t>
            </w:r>
            <w:r w:rsidRPr="00E85698">
              <w:rPr>
                <w:color w:val="000000"/>
              </w:rPr>
              <w:t>;</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68.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720"/>
            </w:pPr>
            <w:r w:rsidRPr="00E85698">
              <w:rPr>
                <w:color w:val="000000"/>
              </w:rPr>
              <w:t>Устный пересказ текста с использованием наречий в различных функциях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18.01.2023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6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69.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pPr>
            <w:r w:rsidRPr="00E85698">
              <w:rPr>
                <w:color w:val="000000"/>
              </w:rPr>
              <w:t>Слитное и раздельное написание НЕ с наречиями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19.01.2023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Тестирование;</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70.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288"/>
            </w:pPr>
            <w:r w:rsidRPr="00E85698">
              <w:rPr>
                <w:color w:val="000000"/>
              </w:rPr>
              <w:t>Дефис между частями слова в наречиях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23.01.2023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720"/>
            </w:pPr>
            <w:r w:rsidRPr="00E85698">
              <w:rPr>
                <w:color w:val="000000"/>
              </w:rPr>
              <w:t xml:space="preserve">Работа по </w:t>
            </w:r>
            <w:r w:rsidRPr="00E85698">
              <w:br/>
            </w:r>
            <w:r w:rsidRPr="00E85698">
              <w:rPr>
                <w:color w:val="000000"/>
              </w:rPr>
              <w:t>карточкам;</w:t>
            </w:r>
          </w:p>
        </w:tc>
      </w:tr>
      <w:tr w:rsidR="007130C9" w:rsidRPr="00E85698" w:rsidTr="00911E24">
        <w:trPr>
          <w:trHeight w:hRule="exact" w:val="138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71.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8"/>
            </w:pPr>
            <w:r w:rsidRPr="00E85698">
              <w:rPr>
                <w:color w:val="000000"/>
              </w:rPr>
              <w:t xml:space="preserve">Слитное и раздельное написание наречий, образованных от </w:t>
            </w:r>
            <w:r w:rsidRPr="00E85698">
              <w:br/>
            </w:r>
            <w:r w:rsidRPr="00E85698">
              <w:rPr>
                <w:color w:val="000000"/>
              </w:rPr>
              <w:t xml:space="preserve">существительных и </w:t>
            </w:r>
            <w:r w:rsidRPr="00E85698">
              <w:br/>
            </w:r>
            <w:r w:rsidRPr="00E85698">
              <w:rPr>
                <w:color w:val="000000"/>
              </w:rPr>
              <w:t>количественных числительных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24.01.2023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Словарная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72.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8" w:right="576"/>
            </w:pPr>
            <w:r w:rsidRPr="00E85698">
              <w:rPr>
                <w:color w:val="000000"/>
              </w:rPr>
              <w:t>Правописание НЕ- и НИ- в наречиях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25.01.2023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4" w:right="576"/>
            </w:pPr>
            <w:r w:rsidRPr="00E85698">
              <w:rPr>
                <w:color w:val="000000"/>
              </w:rPr>
              <w:t>Письменный контроль;</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lastRenderedPageBreak/>
              <w:t>73.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864"/>
            </w:pPr>
            <w:r w:rsidRPr="00E85698">
              <w:rPr>
                <w:color w:val="000000"/>
              </w:rPr>
              <w:t>Правописание Н и НН в суффиксах наречий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26.01.2023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144"/>
            </w:pPr>
            <w:r w:rsidRPr="00E85698">
              <w:rPr>
                <w:color w:val="000000"/>
              </w:rPr>
              <w:t>Работа в парах с взаимопроверкой;</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74.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288"/>
            </w:pPr>
            <w:r w:rsidRPr="00E85698">
              <w:rPr>
                <w:color w:val="000000"/>
              </w:rPr>
              <w:t>Сочинение – описание действий  (упр.264, 263)</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30.01.2023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Сочинение;</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75.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Наречие как средство </w:t>
            </w:r>
            <w:r w:rsidRPr="00E85698">
              <w:br/>
            </w:r>
            <w:r w:rsidRPr="00E85698">
              <w:rPr>
                <w:color w:val="000000"/>
              </w:rPr>
              <w:t xml:space="preserve">грамматической связи </w:t>
            </w:r>
            <w:r w:rsidRPr="00E85698">
              <w:br/>
            </w:r>
            <w:r w:rsidRPr="00E85698">
              <w:rPr>
                <w:color w:val="000000"/>
              </w:rPr>
              <w:t>предложений и частей текста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31.01.2023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76.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144"/>
            </w:pPr>
            <w:r w:rsidRPr="00E85698">
              <w:rPr>
                <w:color w:val="000000"/>
              </w:rPr>
              <w:t xml:space="preserve">Правописание О – Е после </w:t>
            </w:r>
            <w:r w:rsidRPr="00E85698">
              <w:br/>
            </w:r>
            <w:r w:rsidRPr="00E85698">
              <w:rPr>
                <w:color w:val="000000"/>
              </w:rPr>
              <w:t>шипящих в суффиксах наречий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01.02.2023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t>Практическая работа</w:t>
            </w:r>
          </w:p>
        </w:tc>
      </w:tr>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77.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8" w:right="288"/>
            </w:pPr>
            <w:r w:rsidRPr="00E85698">
              <w:rPr>
                <w:color w:val="000000"/>
              </w:rPr>
              <w:t xml:space="preserve">Правописание гласных О и А в суффиксах наречий с </w:t>
            </w:r>
            <w:r w:rsidRPr="00E85698">
              <w:br/>
            </w:r>
            <w:r w:rsidRPr="00E85698">
              <w:rPr>
                <w:color w:val="000000"/>
              </w:rPr>
              <w:t>приставками ИЗ-, ДО-, С-, В-, ЗА-, НА-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02.02.2023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78.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720"/>
            </w:pPr>
            <w:r w:rsidRPr="00E85698">
              <w:rPr>
                <w:color w:val="000000"/>
              </w:rPr>
              <w:t>Употребление Ь на конце наречий после шипящих</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06.02.2023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t>Практическая работа</w:t>
            </w:r>
            <w:r w:rsidRPr="00E85698">
              <w:rPr>
                <w:color w:val="000000"/>
              </w:rPr>
              <w:t>;</w:t>
            </w:r>
          </w:p>
        </w:tc>
      </w:tr>
      <w:tr w:rsidR="007130C9" w:rsidRPr="00E85698" w:rsidTr="00911E24">
        <w:trPr>
          <w:trHeight w:hRule="exact" w:val="107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79.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864"/>
            </w:pPr>
            <w:r w:rsidRPr="00E85698">
              <w:rPr>
                <w:color w:val="000000"/>
              </w:rPr>
              <w:t>Правописание наречий. Повторение темы "Наречие".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07.02.2023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4" w:right="576"/>
            </w:pPr>
            <w:r w:rsidRPr="00E85698">
              <w:rPr>
                <w:color w:val="000000"/>
              </w:rPr>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80.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432"/>
            </w:pPr>
            <w:r w:rsidRPr="00E85698">
              <w:rPr>
                <w:color w:val="000000"/>
              </w:rPr>
              <w:t>Контрольная работа по теме «Наречие»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08.02.2023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Контрольная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81.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144"/>
            </w:pPr>
            <w:r w:rsidRPr="00E85698">
              <w:t xml:space="preserve"> Анализ работы. Работа над ошибками.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09.02.2023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Практическая работа;</w:t>
            </w:r>
          </w:p>
        </w:tc>
      </w:tr>
      <w:tr w:rsidR="007130C9" w:rsidRPr="00E85698" w:rsidTr="00911E24">
        <w:trPr>
          <w:trHeight w:hRule="exact" w:val="89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82.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144"/>
            </w:pPr>
            <w:r w:rsidRPr="00E85698">
              <w:rPr>
                <w:color w:val="000000"/>
              </w:rPr>
              <w:t xml:space="preserve">Вопрос о словах категории </w:t>
            </w:r>
            <w:r w:rsidRPr="00E85698">
              <w:br/>
            </w:r>
            <w:r w:rsidRPr="00E85698">
              <w:rPr>
                <w:color w:val="000000"/>
              </w:rPr>
              <w:t>состояния в системе частей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13.02.2023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bl>
    <w:p w:rsidR="007130C9" w:rsidRPr="00E85698" w:rsidRDefault="007130C9" w:rsidP="007130C9">
      <w:pPr>
        <w:pStyle w:val="a7"/>
        <w:numPr>
          <w:ilvl w:val="0"/>
          <w:numId w:val="4"/>
        </w:numPr>
        <w:spacing w:line="14" w:lineRule="exact"/>
      </w:pP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110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83.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color w:val="000000"/>
              </w:rPr>
              <w:t xml:space="preserve">Роль слов категории состояния в речи. Различение наречий и слов </w:t>
            </w:r>
            <w:r w:rsidRPr="00E85698">
              <w:br/>
            </w:r>
            <w:r w:rsidRPr="00E85698">
              <w:rPr>
                <w:color w:val="000000"/>
              </w:rPr>
              <w:t>категории состояния. Практикум</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14.02.2023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Практикум;</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84.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71" w:lineRule="auto"/>
              <w:ind w:left="68" w:right="432"/>
            </w:pPr>
            <w:r w:rsidRPr="00E85698">
              <w:rPr>
                <w:color w:val="000000"/>
              </w:rPr>
              <w:t>Служебные части речи и их отличия от самостоятельных частей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15.02.2023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106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85.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288"/>
            </w:pPr>
            <w:r w:rsidRPr="00E85698">
              <w:rPr>
                <w:color w:val="000000"/>
              </w:rPr>
              <w:t>Сжатое изложение текста с сочетанием разных типов речи (упр.322)</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16.02.2023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Изложение;</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86.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432"/>
            </w:pPr>
            <w:r w:rsidRPr="00E85698">
              <w:rPr>
                <w:color w:val="000000"/>
              </w:rPr>
              <w:t>Предлог как служебная часть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20.02.2023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76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87.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8" w:right="720"/>
            </w:pPr>
            <w:r w:rsidRPr="00E85698">
              <w:rPr>
                <w:color w:val="000000"/>
              </w:rPr>
              <w:t>Грамматические функции предлогов</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21.02.2023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85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88.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pPr>
            <w:r w:rsidRPr="00E85698">
              <w:rPr>
                <w:color w:val="000000"/>
              </w:rPr>
              <w:t>Разряды предлогов по строению: простые, сложные, составные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22.02.2023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81" w:lineRule="auto"/>
              <w:ind w:left="64"/>
            </w:pPr>
            <w:r w:rsidRPr="00E85698">
              <w:t>Практическая работа</w:t>
            </w:r>
            <w:r w:rsidRPr="00E85698">
              <w:rPr>
                <w:color w:val="000000"/>
              </w:rPr>
              <w:t>;</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lastRenderedPageBreak/>
              <w:t>89.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864"/>
            </w:pPr>
            <w:r w:rsidRPr="00E85698">
              <w:rPr>
                <w:color w:val="000000"/>
              </w:rPr>
              <w:t>Правописание сложных предлогов</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24.02.2023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t>Практическая работа</w:t>
            </w:r>
            <w:r w:rsidRPr="00E85698">
              <w:rPr>
                <w:color w:val="000000"/>
              </w:rPr>
              <w:t>;</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90.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8" w:right="144"/>
            </w:pPr>
            <w:r w:rsidRPr="00E85698">
              <w:rPr>
                <w:color w:val="000000"/>
              </w:rPr>
              <w:t>Производные и непроизводные предлоги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27.02.2023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4" w:right="720"/>
            </w:pPr>
            <w:r w:rsidRPr="00E85698">
              <w:rPr>
                <w:color w:val="000000"/>
              </w:rPr>
              <w:t>Словарный диктант;</w:t>
            </w:r>
          </w:p>
        </w:tc>
      </w:tr>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91.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right="576"/>
              <w:jc w:val="center"/>
            </w:pPr>
            <w:r w:rsidRPr="00E85698">
              <w:rPr>
                <w:color w:val="000000"/>
              </w:rPr>
              <w:t>Правильное использование непроизводных предлогов.</w:t>
            </w:r>
          </w:p>
          <w:p w:rsidR="007130C9" w:rsidRPr="00E85698" w:rsidRDefault="007130C9" w:rsidP="00911E24">
            <w:pPr>
              <w:spacing w:before="64" w:line="233" w:lineRule="auto"/>
              <w:ind w:left="68"/>
            </w:pPr>
            <w:r w:rsidRPr="00E85698">
              <w:rPr>
                <w:color w:val="000000"/>
              </w:rPr>
              <w:t>Практикум</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28.02.2023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Практикум;</w:t>
            </w:r>
          </w:p>
        </w:tc>
      </w:tr>
      <w:tr w:rsidR="007130C9" w:rsidRPr="00E85698" w:rsidTr="00911E24">
        <w:trPr>
          <w:trHeight w:hRule="exact" w:val="107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92.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68" w:right="432"/>
            </w:pPr>
            <w:r w:rsidRPr="00E85698">
              <w:rPr>
                <w:color w:val="000000"/>
              </w:rPr>
              <w:t xml:space="preserve">Правильное образование </w:t>
            </w:r>
            <w:r w:rsidRPr="00E85698">
              <w:br/>
            </w:r>
            <w:r w:rsidRPr="00E85698">
              <w:rPr>
                <w:color w:val="000000"/>
              </w:rPr>
              <w:t>предложно-падежных форм с производными предлогами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01.03.2023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Практикум;</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93.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62" w:lineRule="auto"/>
              <w:ind w:left="68"/>
            </w:pPr>
            <w:r w:rsidRPr="00E85698">
              <w:rPr>
                <w:color w:val="000000"/>
              </w:rPr>
              <w:t>Слитное написание производных предлогов</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02.03.2023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94.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864"/>
            </w:pPr>
            <w:r w:rsidRPr="00E85698">
              <w:rPr>
                <w:color w:val="000000"/>
              </w:rPr>
              <w:t>Раздельное написание производных предлогов</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06.03.2023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t>Практическая работа</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95.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Употребление предлогов в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07.03.2023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99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96.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720"/>
            </w:pPr>
            <w:r w:rsidRPr="00E85698">
              <w:rPr>
                <w:color w:val="000000"/>
              </w:rPr>
              <w:t>Морфологический анализ предлога. Повторение темы "Предлог"</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09.03.2023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6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97.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t>Контрольная работа по теме «Предлог»</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10.03.2023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t>Контрольная работа</w:t>
            </w:r>
            <w:r w:rsidRPr="00E85698">
              <w:rPr>
                <w:color w:val="000000"/>
              </w:rPr>
              <w:t>;</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98.</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144"/>
            </w:pPr>
            <w:r w:rsidRPr="00E85698">
              <w:rPr>
                <w:color w:val="000000"/>
              </w:rPr>
              <w:t>Сочинение с сочетанием разных типов речи (упр.353)</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13.03.2023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Сочинение;</w:t>
            </w:r>
          </w:p>
        </w:tc>
      </w:tr>
      <w:tr w:rsidR="007130C9" w:rsidRPr="00E85698" w:rsidTr="00911E24">
        <w:trPr>
          <w:trHeight w:hRule="exact" w:val="154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99.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 xml:space="preserve">Союз как служебная часть речи Разряды союзов по строению (простые и составные) и </w:t>
            </w:r>
            <w:r w:rsidRPr="00E85698">
              <w:br/>
            </w:r>
            <w:r w:rsidRPr="00E85698">
              <w:rPr>
                <w:color w:val="000000"/>
              </w:rPr>
              <w:t>значению (сочинительные и подчинительные)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14.03.2023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3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100.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532" w:right="432" w:hanging="532"/>
              <w:jc w:val="both"/>
            </w:pPr>
            <w:r w:rsidRPr="00E85698">
              <w:rPr>
                <w:color w:val="000000"/>
              </w:rPr>
              <w:t xml:space="preserve">Разряды союзов по </w:t>
            </w:r>
            <w:r w:rsidRPr="00E85698">
              <w:br/>
            </w:r>
            <w:r w:rsidRPr="00E85698">
              <w:rPr>
                <w:color w:val="000000"/>
              </w:rPr>
              <w:t>значению (сочинительные и подчинительные)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15.03.2023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Работа по таблице;</w:t>
            </w:r>
          </w:p>
        </w:tc>
      </w:tr>
    </w:tbl>
    <w:p w:rsidR="007130C9" w:rsidRPr="00E85698" w:rsidRDefault="007130C9" w:rsidP="007130C9">
      <w:pPr>
        <w:pStyle w:val="a7"/>
        <w:numPr>
          <w:ilvl w:val="0"/>
          <w:numId w:val="4"/>
        </w:numPr>
        <w:spacing w:line="14" w:lineRule="exact"/>
      </w:pPr>
      <w:r w:rsidRPr="00E85698">
        <w:t>1</w:t>
      </w: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13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101.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532" w:right="864" w:hanging="532"/>
            </w:pPr>
            <w:r w:rsidRPr="00E85698">
              <w:rPr>
                <w:color w:val="000000"/>
              </w:rPr>
              <w:t xml:space="preserve"> Сочинительные </w:t>
            </w:r>
            <w:r w:rsidRPr="00E85698">
              <w:br/>
            </w:r>
            <w:r w:rsidRPr="00E85698">
              <w:rPr>
                <w:color w:val="000000"/>
              </w:rPr>
              <w:t xml:space="preserve">(соединительные, </w:t>
            </w:r>
            <w:r w:rsidRPr="00E85698">
              <w:br/>
            </w:r>
            <w:r w:rsidRPr="00E85698">
              <w:rPr>
                <w:color w:val="000000"/>
              </w:rPr>
              <w:t xml:space="preserve">противительные, </w:t>
            </w:r>
            <w:r w:rsidRPr="00E85698">
              <w:br/>
            </w:r>
            <w:r w:rsidRPr="00E85698">
              <w:rPr>
                <w:color w:val="000000"/>
              </w:rPr>
              <w:t>разделительные) союзы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16.03.2023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4" w:right="288"/>
            </w:pPr>
            <w:r w:rsidRPr="00E85698">
              <w:rPr>
                <w:color w:val="000000"/>
              </w:rPr>
              <w:t>Практическая работа»;</w:t>
            </w:r>
          </w:p>
        </w:tc>
      </w:tr>
      <w:tr w:rsidR="007130C9" w:rsidRPr="00E85698" w:rsidTr="00911E24">
        <w:trPr>
          <w:trHeight w:hRule="exact" w:val="169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102.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532" w:right="144" w:hanging="532"/>
            </w:pPr>
            <w:r w:rsidRPr="00E85698">
              <w:rPr>
                <w:color w:val="000000"/>
              </w:rPr>
              <w:t xml:space="preserve">Одиночные, двойные и </w:t>
            </w:r>
            <w:r w:rsidRPr="00E85698">
              <w:br/>
            </w:r>
            <w:r w:rsidRPr="00E85698">
              <w:rPr>
                <w:color w:val="000000"/>
              </w:rPr>
              <w:t xml:space="preserve">повторяющиеся сочинительные союзы, знаки препинания в </w:t>
            </w:r>
            <w:r w:rsidRPr="00E85698">
              <w:br/>
            </w:r>
            <w:r w:rsidRPr="00E85698">
              <w:rPr>
                <w:color w:val="000000"/>
              </w:rPr>
              <w:t>предложениях с ними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20.03.2023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8" w:lineRule="auto"/>
              <w:ind w:left="64" w:right="288"/>
            </w:pPr>
            <w:r w:rsidRPr="00E85698">
              <w:rPr>
                <w:color w:val="000000"/>
              </w:rPr>
              <w:t>Практическая работа</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103.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pPr>
            <w:r w:rsidRPr="00E85698">
              <w:rPr>
                <w:color w:val="000000"/>
              </w:rPr>
              <w:t>Подчинительные союзы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21.03.2023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720"/>
            </w:pPr>
            <w:r w:rsidRPr="00E85698">
              <w:rPr>
                <w:color w:val="000000"/>
              </w:rPr>
              <w:t xml:space="preserve">Работа по </w:t>
            </w:r>
            <w:r w:rsidRPr="00E85698">
              <w:br/>
            </w:r>
            <w:r w:rsidRPr="00E85698">
              <w:rPr>
                <w:color w:val="000000"/>
              </w:rPr>
              <w:t>перфокарте;</w:t>
            </w:r>
          </w:p>
        </w:tc>
      </w:tr>
      <w:tr w:rsidR="007130C9" w:rsidRPr="00E85698" w:rsidTr="00911E24">
        <w:trPr>
          <w:trHeight w:hRule="exact" w:val="110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jc w:val="center"/>
            </w:pPr>
            <w:r w:rsidRPr="00E85698">
              <w:rPr>
                <w:color w:val="000000"/>
              </w:rPr>
              <w:lastRenderedPageBreak/>
              <w:t>104.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4" w:line="262" w:lineRule="auto"/>
              <w:ind w:right="720"/>
            </w:pPr>
            <w:r w:rsidRPr="00E85698">
              <w:rPr>
                <w:color w:val="000000"/>
              </w:rPr>
              <w:t xml:space="preserve">Сжатое изложение </w:t>
            </w:r>
            <w:r w:rsidRPr="00E85698">
              <w:br/>
            </w:r>
            <w:r w:rsidRPr="00E85698">
              <w:tab/>
            </w:r>
            <w:r w:rsidRPr="00E85698">
              <w:rPr>
                <w:color w:val="000000"/>
              </w:rPr>
              <w:t>публицистического текста( с аудио записью)</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22.03.2023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4"/>
            </w:pPr>
            <w:r w:rsidRPr="00E85698">
              <w:rPr>
                <w:color w:val="000000"/>
              </w:rPr>
              <w:t>Изложение;</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105.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 xml:space="preserve"> Употребление союзов в тексте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23.03.2023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36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106.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532" w:right="288" w:hanging="532"/>
            </w:pPr>
            <w:r w:rsidRPr="00E85698">
              <w:rPr>
                <w:color w:val="000000"/>
              </w:rPr>
              <w:t xml:space="preserve">Использование союзов как </w:t>
            </w:r>
            <w:r w:rsidRPr="00E85698">
              <w:br/>
            </w:r>
            <w:r w:rsidRPr="00E85698">
              <w:rPr>
                <w:color w:val="000000"/>
              </w:rPr>
              <w:t>средства связи предложений и частей текста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03.04.2023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1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107.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144"/>
            </w:pPr>
            <w:r w:rsidRPr="00E85698">
              <w:rPr>
                <w:color w:val="000000"/>
              </w:rPr>
              <w:t xml:space="preserve"> Слитное написание союзов </w:t>
            </w:r>
            <w:r w:rsidRPr="00E85698">
              <w:br/>
            </w:r>
            <w:r w:rsidRPr="00E85698">
              <w:tab/>
            </w:r>
            <w:r w:rsidRPr="00E85698">
              <w:rPr>
                <w:color w:val="000000"/>
                <w:sz w:val="20"/>
                <w:szCs w:val="20"/>
              </w:rPr>
              <w:t>ТОЖЕ, ТАКЖЕ, ЧТОБЫ, ЗАТО</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04.04.2023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8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108.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pPr>
            <w:r w:rsidRPr="00E85698">
              <w:rPr>
                <w:color w:val="000000"/>
              </w:rPr>
              <w:t xml:space="preserve"> Правописание составных союзов</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05.04.2023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76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109.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pPr>
            <w:r w:rsidRPr="00E85698">
              <w:rPr>
                <w:color w:val="000000"/>
              </w:rPr>
              <w:t xml:space="preserve"> Морфологический анализ союза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06.04.2023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4" w:right="576"/>
            </w:pPr>
            <w:r w:rsidRPr="00E85698">
              <w:rPr>
                <w:color w:val="000000"/>
              </w:rPr>
              <w:t>Практическая работа;</w:t>
            </w:r>
          </w:p>
        </w:tc>
      </w:tr>
      <w:tr w:rsidR="007130C9" w:rsidRPr="00E85698" w:rsidTr="00911E24">
        <w:trPr>
          <w:trHeight w:hRule="exact" w:val="45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110.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Повторение по теме "Союз"</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10.04.2023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6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111.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t>Контрольная работа по теме «Союз»</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11.04.2023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Тестирование;</w:t>
            </w:r>
          </w:p>
        </w:tc>
      </w:tr>
      <w:tr w:rsidR="007130C9" w:rsidRPr="00E85698" w:rsidTr="00911E24">
        <w:trPr>
          <w:trHeight w:hRule="exact" w:val="102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112.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720"/>
            </w:pPr>
            <w:r w:rsidRPr="00E85698">
              <w:rPr>
                <w:color w:val="000000"/>
              </w:rPr>
              <w:t xml:space="preserve"> Контрольное сочинение с </w:t>
            </w:r>
            <w:r w:rsidRPr="00E85698">
              <w:tab/>
            </w:r>
            <w:r w:rsidRPr="00E85698">
              <w:rPr>
                <w:color w:val="000000"/>
              </w:rPr>
              <w:t>элементами рассуждения (по упр.384)</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12.04.2023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Сочинение;</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113.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2" w:line="262" w:lineRule="auto"/>
              <w:ind w:right="432"/>
            </w:pPr>
            <w:r w:rsidRPr="00E85698">
              <w:rPr>
                <w:color w:val="000000"/>
              </w:rPr>
              <w:t xml:space="preserve">Частица как служебная часть </w:t>
            </w:r>
            <w:r w:rsidRPr="00E85698">
              <w:tab/>
            </w:r>
            <w:r w:rsidRPr="00E85698">
              <w:rPr>
                <w:color w:val="000000"/>
              </w:rPr>
              <w:t>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13.04.2023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Устный опрос;</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114.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Роль частиц в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17.04.2023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19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115.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8" w:right="288"/>
            </w:pPr>
            <w:r w:rsidRPr="00E85698">
              <w:rPr>
                <w:color w:val="000000"/>
              </w:rPr>
              <w:t>Разряды частиц по значению и употреблению.</w:t>
            </w:r>
          </w:p>
          <w:p w:rsidR="007130C9" w:rsidRPr="00E85698" w:rsidRDefault="007130C9" w:rsidP="00911E24">
            <w:pPr>
              <w:spacing w:before="64" w:line="233" w:lineRule="auto"/>
              <w:ind w:left="68"/>
            </w:pPr>
            <w:r w:rsidRPr="00E85698">
              <w:rPr>
                <w:color w:val="000000"/>
              </w:rPr>
              <w:t>Формообразующие частицы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18.04.2023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pPr>
            <w:r w:rsidRPr="00E85698">
              <w:rPr>
                <w:color w:val="000000"/>
              </w:rPr>
              <w:t>Распределительное письмо;</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116.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pPr>
            <w:r w:rsidRPr="00E85698">
              <w:rPr>
                <w:color w:val="000000"/>
              </w:rPr>
              <w:t>Смысловые частицы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19.04.2023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110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117.</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432"/>
            </w:pPr>
            <w:r w:rsidRPr="00E85698">
              <w:rPr>
                <w:color w:val="000000"/>
              </w:rPr>
              <w:t xml:space="preserve"> Интонационные особенности </w:t>
            </w:r>
            <w:r w:rsidRPr="00E85698">
              <w:tab/>
            </w:r>
            <w:r w:rsidRPr="00E85698">
              <w:rPr>
                <w:color w:val="000000"/>
              </w:rPr>
              <w:t>предложений с частицами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20.04.2023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118.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144"/>
              </w:tabs>
              <w:spacing w:before="92" w:line="262" w:lineRule="auto"/>
              <w:ind w:right="144"/>
            </w:pPr>
            <w:r w:rsidRPr="00E85698">
              <w:rPr>
                <w:color w:val="000000"/>
              </w:rPr>
              <w:t xml:space="preserve"> Смысловые различия частиц НЕ </w:t>
            </w:r>
            <w:r w:rsidRPr="00E85698">
              <w:tab/>
            </w:r>
            <w:r w:rsidRPr="00E85698">
              <w:rPr>
                <w:color w:val="000000"/>
              </w:rPr>
              <w:t>и НИ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24.04.2023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74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119.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432"/>
            </w:pPr>
            <w:r w:rsidRPr="00E85698">
              <w:rPr>
                <w:color w:val="000000"/>
              </w:rPr>
              <w:t xml:space="preserve">Различение приставки НЕ- и </w:t>
            </w:r>
            <w:r w:rsidRPr="00E85698">
              <w:tab/>
            </w:r>
            <w:r w:rsidRPr="00E85698">
              <w:rPr>
                <w:color w:val="000000"/>
              </w:rPr>
              <w:t>частицы НЕ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25.04.2023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bl>
    <w:p w:rsidR="007130C9" w:rsidRPr="00E85698" w:rsidRDefault="007130C9" w:rsidP="007130C9">
      <w:pPr>
        <w:pStyle w:val="a7"/>
        <w:numPr>
          <w:ilvl w:val="0"/>
          <w:numId w:val="4"/>
        </w:numPr>
        <w:spacing w:line="14" w:lineRule="exact"/>
      </w:pPr>
    </w:p>
    <w:tbl>
      <w:tblPr>
        <w:tblW w:w="0" w:type="auto"/>
        <w:tblInd w:w="6" w:type="dxa"/>
        <w:tblLayout w:type="fixed"/>
        <w:tblLook w:val="04A0" w:firstRow="1" w:lastRow="0" w:firstColumn="1" w:lastColumn="0" w:noHBand="0" w:noVBand="1"/>
      </w:tblPr>
      <w:tblGrid>
        <w:gridCol w:w="532"/>
        <w:gridCol w:w="3318"/>
        <w:gridCol w:w="676"/>
        <w:gridCol w:w="1492"/>
        <w:gridCol w:w="1540"/>
        <w:gridCol w:w="1140"/>
        <w:gridCol w:w="1958"/>
      </w:tblGrid>
      <w:tr w:rsidR="007130C9" w:rsidRPr="00E85698" w:rsidTr="00911E24">
        <w:trPr>
          <w:trHeight w:hRule="exact" w:val="107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120.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144" w:hanging="144"/>
            </w:pPr>
            <w:r w:rsidRPr="00E85698">
              <w:rPr>
                <w:color w:val="000000"/>
              </w:rPr>
              <w:t xml:space="preserve"> Слитное и раздельное написание НЕ с разными частями речи </w:t>
            </w:r>
            <w:r w:rsidRPr="00E85698">
              <w:br/>
            </w:r>
            <w:r w:rsidRPr="00E85698">
              <w:rPr>
                <w:color w:val="000000"/>
              </w:rPr>
              <w:t>(обобщение)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26.04.2023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720"/>
            </w:pPr>
            <w:r w:rsidRPr="00E85698">
              <w:rPr>
                <w:color w:val="000000"/>
              </w:rPr>
              <w:t xml:space="preserve">Работа по </w:t>
            </w:r>
            <w:r w:rsidRPr="00E85698">
              <w:br/>
            </w:r>
            <w:r w:rsidRPr="00E85698">
              <w:rPr>
                <w:color w:val="000000"/>
              </w:rPr>
              <w:t>карточкам;</w:t>
            </w:r>
          </w:p>
        </w:tc>
      </w:tr>
      <w:tr w:rsidR="007130C9" w:rsidRPr="00E85698" w:rsidTr="00911E24">
        <w:trPr>
          <w:trHeight w:hRule="exact" w:val="88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jc w:val="center"/>
            </w:pPr>
            <w:r w:rsidRPr="00E85698">
              <w:rPr>
                <w:color w:val="000000"/>
              </w:rPr>
              <w:lastRenderedPageBreak/>
              <w:t>121.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62" w:lineRule="auto"/>
              <w:ind w:right="1008"/>
              <w:jc w:val="center"/>
            </w:pPr>
            <w:r w:rsidRPr="00E85698">
              <w:rPr>
                <w:color w:val="000000"/>
              </w:rPr>
              <w:t>Раздельное и дефисное написание частиц</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33" w:lineRule="auto"/>
              <w:ind w:left="66"/>
            </w:pPr>
            <w:r w:rsidRPr="00E85698">
              <w:rPr>
                <w:color w:val="000000"/>
              </w:rPr>
              <w:t xml:space="preserve">27.04.2023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88" w:line="262" w:lineRule="auto"/>
              <w:ind w:left="64" w:right="576"/>
            </w:pPr>
            <w:r w:rsidRPr="00E85698">
              <w:rPr>
                <w:color w:val="000000"/>
              </w:rPr>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122.</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720"/>
            </w:pPr>
            <w:r w:rsidRPr="00E85698">
              <w:rPr>
                <w:color w:val="000000"/>
              </w:rPr>
              <w:t xml:space="preserve"> Морфологический анализ </w:t>
            </w:r>
            <w:r w:rsidRPr="00E85698">
              <w:tab/>
            </w:r>
            <w:r w:rsidRPr="00E85698">
              <w:rPr>
                <w:color w:val="000000"/>
              </w:rPr>
              <w:t>частицы</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02.05.2023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134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123.</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71" w:lineRule="auto"/>
              <w:ind w:left="532" w:right="576" w:hanging="532"/>
            </w:pPr>
            <w:r w:rsidRPr="00E85698">
              <w:rPr>
                <w:color w:val="000000"/>
              </w:rPr>
              <w:t>Сочинение-описание  с использованием смысловых частиц (по упр.426)</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03.05.2023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Сочинение;</w:t>
            </w:r>
          </w:p>
        </w:tc>
      </w:tr>
      <w:tr w:rsidR="007130C9" w:rsidRPr="00E85698" w:rsidTr="00911E24">
        <w:trPr>
          <w:trHeight w:hRule="exact" w:val="99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jc w:val="center"/>
            </w:pPr>
            <w:r w:rsidRPr="00E85698">
              <w:rPr>
                <w:color w:val="000000"/>
              </w:rPr>
              <w:t>124.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pPr>
            <w:r w:rsidRPr="00E85698">
              <w:rPr>
                <w:color w:val="000000"/>
              </w:rPr>
              <w:t xml:space="preserve">Повторение темы "Частица" Повторение темы "Служебные </w:t>
            </w:r>
            <w:r w:rsidRPr="00E85698">
              <w:tab/>
            </w:r>
            <w:r w:rsidRPr="00E85698">
              <w:rPr>
                <w:color w:val="000000"/>
              </w:rPr>
              <w:t>части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 xml:space="preserve">04.05.2023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4"/>
            </w:pPr>
            <w:r w:rsidRPr="00E85698">
              <w:rPr>
                <w:color w:val="000000"/>
              </w:rPr>
              <w:t>Тестирование;</w:t>
            </w:r>
          </w:p>
        </w:tc>
      </w:tr>
      <w:tr w:rsidR="007130C9" w:rsidRPr="00E85698" w:rsidTr="00911E24">
        <w:trPr>
          <w:trHeight w:hRule="exact" w:val="76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125.</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144"/>
              </w:tabs>
              <w:spacing w:before="90" w:line="262" w:lineRule="auto"/>
            </w:pPr>
            <w:r w:rsidRPr="00E85698">
              <w:rPr>
                <w:color w:val="000000"/>
              </w:rPr>
              <w:t xml:space="preserve"> Контрольная  работа по теме «Служебные части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08.05.2023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Контрольная работа;</w:t>
            </w:r>
          </w:p>
        </w:tc>
      </w:tr>
      <w:tr w:rsidR="007130C9" w:rsidRPr="00E85698" w:rsidTr="00911E24">
        <w:trPr>
          <w:trHeight w:hRule="exact" w:val="138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126.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ind w:left="68" w:right="144"/>
            </w:pPr>
            <w:r w:rsidRPr="00E85698">
              <w:rPr>
                <w:color w:val="000000"/>
              </w:rPr>
              <w:t xml:space="preserve">Междометия как особая группа слов. Разряды междометий. </w:t>
            </w:r>
            <w:r w:rsidRPr="00E85698">
              <w:br/>
            </w:r>
            <w:r w:rsidRPr="00E85698">
              <w:rPr>
                <w:color w:val="000000"/>
              </w:rPr>
              <w:t xml:space="preserve">Морфологический анализ </w:t>
            </w:r>
            <w:r w:rsidRPr="00E85698">
              <w:br/>
            </w:r>
            <w:r w:rsidRPr="00E85698">
              <w:rPr>
                <w:color w:val="000000"/>
              </w:rPr>
              <w:t>междометий</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10.05.2023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6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127.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pPr>
            <w:r w:rsidRPr="00E85698">
              <w:rPr>
                <w:color w:val="000000"/>
              </w:rPr>
              <w:t xml:space="preserve"> Роль междометий в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6"/>
            </w:pPr>
            <w:r w:rsidRPr="00E85698">
              <w:rPr>
                <w:color w:val="000000"/>
              </w:rPr>
              <w:t xml:space="preserve">11.05.2023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4" w:line="230" w:lineRule="auto"/>
              <w:ind w:left="64"/>
            </w:pPr>
            <w:r w:rsidRPr="00E85698">
              <w:rPr>
                <w:color w:val="000000"/>
              </w:rPr>
              <w:t>Устный опрос;</w:t>
            </w:r>
          </w:p>
        </w:tc>
      </w:tr>
      <w:tr w:rsidR="007130C9" w:rsidRPr="00E85698" w:rsidTr="00911E24">
        <w:trPr>
          <w:trHeight w:hRule="exact" w:val="200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128.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Звукоподражательные слова.</w:t>
            </w:r>
          </w:p>
          <w:p w:rsidR="007130C9" w:rsidRPr="00E85698" w:rsidRDefault="007130C9" w:rsidP="00911E24">
            <w:pPr>
              <w:spacing w:before="64" w:line="262" w:lineRule="auto"/>
              <w:ind w:left="68" w:right="576"/>
            </w:pPr>
            <w:r w:rsidRPr="00E85698">
              <w:rPr>
                <w:color w:val="000000"/>
              </w:rPr>
              <w:t>Морфологический анализ звукоподражательных слов.</w:t>
            </w:r>
          </w:p>
          <w:p w:rsidR="007130C9" w:rsidRPr="00E85698" w:rsidRDefault="007130C9" w:rsidP="00911E24">
            <w:pPr>
              <w:spacing w:before="64" w:line="271" w:lineRule="auto"/>
              <w:ind w:left="68" w:right="432"/>
            </w:pPr>
            <w:r w:rsidRPr="00E85698">
              <w:rPr>
                <w:color w:val="000000"/>
              </w:rPr>
              <w:t xml:space="preserve">Употребление </w:t>
            </w:r>
            <w:r w:rsidRPr="00E85698">
              <w:br/>
            </w:r>
            <w:r w:rsidRPr="00E85698">
              <w:rPr>
                <w:color w:val="000000"/>
              </w:rPr>
              <w:t>звукоподражательных слов в речи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12.05.2023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169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t>129.</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81" w:lineRule="auto"/>
              <w:ind w:left="176" w:right="432"/>
            </w:pPr>
            <w:r w:rsidRPr="00E85698">
              <w:rPr>
                <w:color w:val="000000"/>
              </w:rPr>
              <w:t xml:space="preserve"> Интонационное и пунктуационное выделение междометий и </w:t>
            </w:r>
            <w:r w:rsidRPr="00E85698">
              <w:br/>
            </w:r>
            <w:r w:rsidRPr="00E85698">
              <w:rPr>
                <w:color w:val="000000"/>
              </w:rPr>
              <w:t>звукоподражательных слов в предложении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15.05.2023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130.</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Сочинение-рассуждение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16.05.2023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Сочинение;</w:t>
            </w:r>
          </w:p>
        </w:tc>
      </w:tr>
      <w:tr w:rsidR="007130C9" w:rsidRPr="00E85698" w:rsidTr="00911E24">
        <w:trPr>
          <w:trHeight w:hRule="exact" w:val="45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131.</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Грамматическая омонимия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17.05.2023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4"/>
            </w:pPr>
            <w:r w:rsidRPr="00E85698">
              <w:rPr>
                <w:color w:val="000000"/>
              </w:rPr>
              <w:t>Устный опрос;</w:t>
            </w:r>
          </w:p>
        </w:tc>
      </w:tr>
      <w:tr w:rsidR="007130C9" w:rsidRPr="00E85698" w:rsidTr="00911E24">
        <w:trPr>
          <w:trHeight w:hRule="exact" w:val="79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132.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1008"/>
            </w:pPr>
            <w:r w:rsidRPr="00E85698">
              <w:rPr>
                <w:color w:val="000000"/>
              </w:rPr>
              <w:t xml:space="preserve"> Повторение. Лексика и </w:t>
            </w:r>
            <w:r w:rsidRPr="00E85698">
              <w:tab/>
            </w:r>
            <w:r w:rsidRPr="00E85698">
              <w:rPr>
                <w:color w:val="000000"/>
              </w:rPr>
              <w:t>фразеология</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18.05.2023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70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133.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576"/>
            </w:pPr>
            <w:r w:rsidRPr="00E85698">
              <w:rPr>
                <w:color w:val="000000"/>
              </w:rPr>
              <w:t xml:space="preserve">Повторение. </w:t>
            </w:r>
            <w:proofErr w:type="spellStart"/>
            <w:r w:rsidRPr="00E85698">
              <w:rPr>
                <w:color w:val="000000"/>
              </w:rPr>
              <w:t>Морфемика</w:t>
            </w:r>
            <w:proofErr w:type="spellEnd"/>
            <w:r w:rsidRPr="00E85698">
              <w:rPr>
                <w:color w:val="000000"/>
              </w:rPr>
              <w:t xml:space="preserve"> и </w:t>
            </w:r>
            <w:r w:rsidRPr="00E85698">
              <w:tab/>
            </w:r>
            <w:r w:rsidRPr="00E85698">
              <w:rPr>
                <w:color w:val="000000"/>
              </w:rPr>
              <w:t>словообразование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22.05.2023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r w:rsidRPr="00E85698">
              <w:rPr>
                <w:color w:val="000000"/>
              </w:rPr>
              <w:t>Практическая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jc w:val="center"/>
            </w:pPr>
            <w:r w:rsidRPr="00E85698">
              <w:rPr>
                <w:color w:val="000000"/>
              </w:rPr>
              <w:t>134.</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532"/>
              </w:tabs>
              <w:spacing w:before="90" w:line="262" w:lineRule="auto"/>
              <w:ind w:right="720"/>
            </w:pPr>
            <w:r w:rsidRPr="00E85698">
              <w:rPr>
                <w:color w:val="000000"/>
              </w:rPr>
              <w:t xml:space="preserve">Повторение. Морфология. </w:t>
            </w:r>
            <w:r w:rsidRPr="00E85698">
              <w:tab/>
            </w:r>
            <w:r w:rsidRPr="00E85698">
              <w:rPr>
                <w:color w:val="000000"/>
              </w:rPr>
              <w:t>Синтаксис</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23.05.2023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Практическая работа</w:t>
            </w:r>
          </w:p>
        </w:tc>
      </w:tr>
      <w:tr w:rsidR="007130C9" w:rsidRPr="00E85698" w:rsidTr="00911E24">
        <w:trPr>
          <w:trHeight w:hRule="exact" w:val="74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135. </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pPr>
            <w:r w:rsidRPr="00E85698">
              <w:rPr>
                <w:color w:val="000000"/>
              </w:rPr>
              <w:t xml:space="preserve"> Итоговая контрольная работа</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1</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8"/>
            </w:pPr>
            <w:r w:rsidRPr="00E85698">
              <w:rPr>
                <w:color w:val="000000"/>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3" w:lineRule="auto"/>
              <w:ind w:left="66"/>
            </w:pPr>
            <w:r w:rsidRPr="00E85698">
              <w:rPr>
                <w:color w:val="000000"/>
              </w:rPr>
              <w:t xml:space="preserve">24.05.2023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62" w:lineRule="auto"/>
              <w:ind w:left="64" w:right="576"/>
            </w:pPr>
            <w:r w:rsidRPr="00E85698">
              <w:rPr>
                <w:color w:val="000000"/>
              </w:rPr>
              <w:t>Контрольная работа;</w:t>
            </w:r>
          </w:p>
        </w:tc>
      </w:tr>
      <w:tr w:rsidR="007130C9" w:rsidRPr="00E85698" w:rsidTr="00911E24">
        <w:trPr>
          <w:trHeight w:hRule="exact" w:val="76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jc w:val="center"/>
            </w:pPr>
            <w:r w:rsidRPr="00E85698">
              <w:rPr>
                <w:color w:val="000000"/>
              </w:rPr>
              <w:lastRenderedPageBreak/>
              <w:t>136.</w:t>
            </w:r>
          </w:p>
        </w:tc>
        <w:tc>
          <w:tcPr>
            <w:tcW w:w="331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tabs>
                <w:tab w:val="left" w:pos="144"/>
              </w:tabs>
              <w:spacing w:before="90" w:line="262" w:lineRule="auto"/>
              <w:ind w:right="144"/>
            </w:pPr>
            <w:r w:rsidRPr="00E85698">
              <w:rPr>
                <w:color w:val="000000"/>
              </w:rPr>
              <w:t xml:space="preserve"> Повторение. Основные разделы </w:t>
            </w:r>
            <w:r w:rsidRPr="00E85698">
              <w:tab/>
            </w:r>
            <w:r w:rsidRPr="00E85698">
              <w:rPr>
                <w:color w:val="000000"/>
              </w:rPr>
              <w:t>лингвистики</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1</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0</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8"/>
            </w:pPr>
            <w:r w:rsidRPr="00E85698">
              <w:rPr>
                <w:color w:val="000000"/>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6"/>
            </w:pPr>
            <w:r w:rsidRPr="00E85698">
              <w:rPr>
                <w:color w:val="000000"/>
              </w:rPr>
              <w:t xml:space="preserve">25.05.2023 </w:t>
            </w:r>
          </w:p>
        </w:tc>
        <w:tc>
          <w:tcPr>
            <w:tcW w:w="1958"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0" w:line="230" w:lineRule="auto"/>
              <w:ind w:left="64"/>
            </w:pPr>
            <w:r w:rsidRPr="00E85698">
              <w:rPr>
                <w:color w:val="000000"/>
              </w:rPr>
              <w:t>Устный опрос;</w:t>
            </w:r>
          </w:p>
        </w:tc>
      </w:tr>
      <w:tr w:rsidR="007130C9" w:rsidRPr="00E85698" w:rsidTr="00911E24">
        <w:trPr>
          <w:trHeight w:hRule="exact" w:val="742"/>
        </w:trPr>
        <w:tc>
          <w:tcPr>
            <w:tcW w:w="38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62" w:lineRule="auto"/>
              <w:ind w:left="66" w:right="144"/>
            </w:pPr>
            <w:r w:rsidRPr="00E85698">
              <w:rPr>
                <w:color w:val="000000"/>
              </w:rPr>
              <w:t>ОБЩЕЕ КОЛИЧЕСТВО ЧАСОВ ПО ПРОГРАММЕ</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136</w:t>
            </w:r>
          </w:p>
        </w:tc>
        <w:tc>
          <w:tcPr>
            <w:tcW w:w="1492" w:type="dxa"/>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6"/>
            </w:pPr>
            <w:r w:rsidRPr="00E85698">
              <w:rPr>
                <w:color w:val="000000"/>
              </w:rPr>
              <w:t>11</w:t>
            </w:r>
          </w:p>
        </w:tc>
        <w:tc>
          <w:tcPr>
            <w:tcW w:w="46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7130C9" w:rsidRPr="00E85698" w:rsidRDefault="007130C9" w:rsidP="00911E24">
            <w:pPr>
              <w:spacing w:before="92" w:line="230" w:lineRule="auto"/>
              <w:ind w:left="68"/>
            </w:pPr>
          </w:p>
        </w:tc>
      </w:tr>
    </w:tbl>
    <w:p w:rsidR="007130C9" w:rsidRPr="00E85698" w:rsidRDefault="007130C9" w:rsidP="007130C9">
      <w:pPr>
        <w:spacing w:line="14" w:lineRule="exact"/>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spacing w:line="230" w:lineRule="auto"/>
      </w:pPr>
      <w:r w:rsidRPr="00E85698">
        <w:rPr>
          <w:b/>
          <w:color w:val="000000"/>
          <w:sz w:val="24"/>
        </w:rPr>
        <w:t xml:space="preserve">УЧЕБНО-МЕТОДИЧЕСКОЕ ОБЕСПЕЧЕНИЕ ОБРАЗОВАТЕЛЬНОГО ПРОЦЕССА </w:t>
      </w:r>
    </w:p>
    <w:p w:rsidR="007130C9" w:rsidRPr="00E85698" w:rsidRDefault="007130C9" w:rsidP="007130C9">
      <w:pPr>
        <w:spacing w:before="346" w:line="230" w:lineRule="auto"/>
      </w:pPr>
      <w:r w:rsidRPr="00E85698">
        <w:rPr>
          <w:b/>
          <w:color w:val="000000"/>
          <w:sz w:val="24"/>
        </w:rPr>
        <w:t>ОБЯЗАТЕЛЬНЫЕ УЧЕБНЫЕ МАТЕРИАЛЫ ДЛЯ УЧЕНИКА</w:t>
      </w:r>
    </w:p>
    <w:p w:rsidR="007130C9" w:rsidRPr="00E85698" w:rsidRDefault="007130C9" w:rsidP="007130C9">
      <w:pPr>
        <w:spacing w:before="166" w:line="271" w:lineRule="auto"/>
        <w:ind w:right="576"/>
      </w:pPr>
      <w:r w:rsidRPr="00E85698">
        <w:rPr>
          <w:color w:val="000000"/>
          <w:sz w:val="24"/>
        </w:rPr>
        <w:t xml:space="preserve">Баранов М.Т., </w:t>
      </w:r>
      <w:proofErr w:type="spellStart"/>
      <w:r w:rsidRPr="00E85698">
        <w:rPr>
          <w:color w:val="000000"/>
          <w:sz w:val="24"/>
        </w:rPr>
        <w:t>Ладыженская</w:t>
      </w:r>
      <w:proofErr w:type="spellEnd"/>
      <w:r w:rsidRPr="00E85698">
        <w:rPr>
          <w:color w:val="000000"/>
          <w:sz w:val="24"/>
        </w:rPr>
        <w:t xml:space="preserve"> Т.А., </w:t>
      </w:r>
      <w:proofErr w:type="spellStart"/>
      <w:r w:rsidRPr="00E85698">
        <w:rPr>
          <w:color w:val="000000"/>
          <w:sz w:val="24"/>
        </w:rPr>
        <w:t>Тростенцова</w:t>
      </w:r>
      <w:proofErr w:type="spellEnd"/>
      <w:r w:rsidRPr="00E85698">
        <w:rPr>
          <w:color w:val="000000"/>
          <w:sz w:val="24"/>
        </w:rPr>
        <w:t xml:space="preserve"> Л.А. и другие. Русский язык (в 2 частях), 7 класс/ Акционерное общество «Издательство «Просвещение»; </w:t>
      </w:r>
      <w:r w:rsidRPr="00E85698">
        <w:br/>
      </w:r>
      <w:r w:rsidRPr="00E85698">
        <w:rPr>
          <w:color w:val="000000"/>
          <w:sz w:val="24"/>
        </w:rPr>
        <w:t>Введите свой вариант:</w:t>
      </w:r>
    </w:p>
    <w:p w:rsidR="007130C9" w:rsidRPr="00E85698" w:rsidRDefault="007130C9" w:rsidP="007130C9">
      <w:pPr>
        <w:spacing w:before="262" w:line="230" w:lineRule="auto"/>
      </w:pPr>
      <w:r w:rsidRPr="00E85698">
        <w:rPr>
          <w:b/>
          <w:color w:val="000000"/>
          <w:sz w:val="24"/>
        </w:rPr>
        <w:t>МЕТОДИЧЕСКИЕ МАТЕРИАЛЫ ДЛЯ УЧИТЕЛЯ</w:t>
      </w:r>
    </w:p>
    <w:p w:rsidR="007130C9" w:rsidRPr="00E85698" w:rsidRDefault="007130C9" w:rsidP="007130C9">
      <w:pPr>
        <w:spacing w:before="166" w:line="230" w:lineRule="auto"/>
      </w:pPr>
      <w:r w:rsidRPr="00E85698">
        <w:rPr>
          <w:color w:val="000000"/>
          <w:sz w:val="24"/>
        </w:rPr>
        <w:lastRenderedPageBreak/>
        <w:t xml:space="preserve">1. Г.А. Богданова. Уроки русского языка в 7 </w:t>
      </w:r>
      <w:proofErr w:type="spellStart"/>
      <w:r w:rsidRPr="00E85698">
        <w:rPr>
          <w:color w:val="000000"/>
          <w:sz w:val="24"/>
        </w:rPr>
        <w:t>кл</w:t>
      </w:r>
      <w:proofErr w:type="spellEnd"/>
      <w:r w:rsidRPr="00E85698">
        <w:rPr>
          <w:color w:val="000000"/>
          <w:sz w:val="24"/>
        </w:rPr>
        <w:t>. / Г. А. Богданова. - СПб, 2021.</w:t>
      </w:r>
    </w:p>
    <w:p w:rsidR="007130C9" w:rsidRPr="00E85698" w:rsidRDefault="007130C9" w:rsidP="007130C9">
      <w:pPr>
        <w:spacing w:before="70" w:line="262" w:lineRule="auto"/>
        <w:ind w:right="1008"/>
      </w:pPr>
      <w:r w:rsidRPr="00E85698">
        <w:rPr>
          <w:color w:val="000000"/>
          <w:sz w:val="24"/>
        </w:rPr>
        <w:t>2. Г.А. Богданова Сборник диктантов по русскому языку: 5-9 классы. / Г. А. Богданова. - М.: Просвещение, 2019.</w:t>
      </w:r>
    </w:p>
    <w:p w:rsidR="007130C9" w:rsidRPr="00E85698" w:rsidRDefault="007130C9" w:rsidP="007130C9">
      <w:pPr>
        <w:spacing w:before="72" w:line="262" w:lineRule="auto"/>
        <w:ind w:right="720"/>
      </w:pPr>
      <w:r w:rsidRPr="00E85698">
        <w:rPr>
          <w:color w:val="000000"/>
          <w:sz w:val="24"/>
        </w:rPr>
        <w:t xml:space="preserve">3. М.Г. </w:t>
      </w:r>
      <w:proofErr w:type="spellStart"/>
      <w:r w:rsidRPr="00E85698">
        <w:rPr>
          <w:color w:val="000000"/>
          <w:sz w:val="24"/>
        </w:rPr>
        <w:t>Бройде</w:t>
      </w:r>
      <w:proofErr w:type="spellEnd"/>
      <w:r w:rsidRPr="00E85698">
        <w:rPr>
          <w:color w:val="000000"/>
          <w:sz w:val="24"/>
        </w:rPr>
        <w:t xml:space="preserve">. Занимательные упражнения по русскому языку: 5-9 классы. – М.: ВАКО, 2016. 4. П.Ф. </w:t>
      </w:r>
      <w:proofErr w:type="spellStart"/>
      <w:r w:rsidRPr="00E85698">
        <w:rPr>
          <w:color w:val="000000"/>
          <w:sz w:val="24"/>
        </w:rPr>
        <w:t>Ивченков</w:t>
      </w:r>
      <w:proofErr w:type="spellEnd"/>
      <w:r w:rsidRPr="00E85698">
        <w:rPr>
          <w:color w:val="000000"/>
          <w:sz w:val="24"/>
        </w:rPr>
        <w:t xml:space="preserve">. Обучающее изложение: 5-9 </w:t>
      </w:r>
      <w:proofErr w:type="spellStart"/>
      <w:r w:rsidRPr="00E85698">
        <w:rPr>
          <w:color w:val="000000"/>
          <w:sz w:val="24"/>
        </w:rPr>
        <w:t>кл</w:t>
      </w:r>
      <w:proofErr w:type="spellEnd"/>
      <w:r w:rsidRPr="00E85698">
        <w:rPr>
          <w:color w:val="000000"/>
          <w:sz w:val="24"/>
        </w:rPr>
        <w:t xml:space="preserve">. / П. Ф. </w:t>
      </w:r>
      <w:proofErr w:type="spellStart"/>
      <w:r w:rsidRPr="00E85698">
        <w:rPr>
          <w:color w:val="000000"/>
          <w:sz w:val="24"/>
        </w:rPr>
        <w:t>Ивченков</w:t>
      </w:r>
      <w:proofErr w:type="spellEnd"/>
      <w:r w:rsidRPr="00E85698">
        <w:rPr>
          <w:color w:val="000000"/>
          <w:sz w:val="24"/>
        </w:rPr>
        <w:t>. - М., 2018.</w:t>
      </w:r>
    </w:p>
    <w:p w:rsidR="007130C9" w:rsidRPr="00E85698" w:rsidRDefault="007130C9" w:rsidP="007130C9">
      <w:pPr>
        <w:spacing w:before="70" w:line="262" w:lineRule="auto"/>
        <w:ind w:right="432"/>
      </w:pPr>
      <w:r w:rsidRPr="00E85698">
        <w:rPr>
          <w:color w:val="000000"/>
          <w:sz w:val="24"/>
        </w:rPr>
        <w:t>5. Н.А. Сенина. Русский язык. Тесты для промежуточного контроля. 7 класс – Ростов н/Д: Легион, 2020.</w:t>
      </w:r>
    </w:p>
    <w:p w:rsidR="007130C9" w:rsidRPr="00E85698" w:rsidRDefault="007130C9" w:rsidP="007130C9">
      <w:pPr>
        <w:spacing w:before="262" w:line="230" w:lineRule="auto"/>
      </w:pPr>
      <w:r w:rsidRPr="00E85698">
        <w:rPr>
          <w:b/>
          <w:color w:val="000000"/>
          <w:sz w:val="24"/>
        </w:rPr>
        <w:t>ЦИФРОВЫЕ ОБРАЗОВАТЕЛЬНЫЕ РЕСУРСЫ И РЕСУРСЫ СЕТИ ИНТЕРНЕТ</w:t>
      </w:r>
    </w:p>
    <w:p w:rsidR="007130C9" w:rsidRPr="00E85698" w:rsidRDefault="007130C9" w:rsidP="007130C9">
      <w:pPr>
        <w:spacing w:before="166" w:line="271" w:lineRule="auto"/>
        <w:ind w:right="432"/>
      </w:pPr>
      <w:r w:rsidRPr="00E85698">
        <w:rPr>
          <w:color w:val="000000"/>
          <w:sz w:val="24"/>
        </w:rPr>
        <w:t xml:space="preserve">http://ege.edu.ru Портал информационной поддержки ЕГЭ </w:t>
      </w:r>
      <w:r w:rsidRPr="00E85698">
        <w:br/>
      </w:r>
      <w:r w:rsidRPr="00E85698">
        <w:rPr>
          <w:color w:val="000000"/>
          <w:sz w:val="24"/>
        </w:rPr>
        <w:t>http://repetitor.1c.ru/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7130C9" w:rsidRPr="00E85698" w:rsidRDefault="007130C9" w:rsidP="007130C9">
      <w:pPr>
        <w:spacing w:before="70" w:line="286" w:lineRule="auto"/>
      </w:pPr>
      <w:r w:rsidRPr="00E85698">
        <w:rPr>
          <w:color w:val="000000"/>
          <w:sz w:val="24"/>
        </w:rPr>
        <w:t>http://www.1september.ru/ru/ - газета «Первое сентября»</w:t>
      </w:r>
      <w:r w:rsidRPr="00E85698">
        <w:br/>
      </w:r>
      <w:r w:rsidRPr="00E85698">
        <w:rPr>
          <w:color w:val="000000"/>
          <w:sz w:val="24"/>
        </w:rPr>
        <w:t xml:space="preserve">http://all.edu.ru/ - Все образование Интернета </w:t>
      </w:r>
      <w:r w:rsidRPr="00E85698">
        <w:br/>
      </w:r>
      <w:r w:rsidRPr="00E85698">
        <w:rPr>
          <w:color w:val="000000"/>
          <w:sz w:val="24"/>
        </w:rPr>
        <w:t xml:space="preserve">http://www.mediaterra.ru/ruslang/ - теория и практика русской орфографии и пунктуации </w:t>
      </w:r>
      <w:r w:rsidRPr="00E85698">
        <w:br/>
      </w:r>
      <w:r w:rsidRPr="00E85698">
        <w:rPr>
          <w:color w:val="000000"/>
          <w:sz w:val="24"/>
        </w:rPr>
        <w:t xml:space="preserve">Навигатор. Грамота. </w:t>
      </w:r>
      <w:proofErr w:type="spellStart"/>
      <w:r w:rsidRPr="00E85698">
        <w:rPr>
          <w:color w:val="000000"/>
          <w:sz w:val="24"/>
        </w:rPr>
        <w:t>ру</w:t>
      </w:r>
      <w:proofErr w:type="spellEnd"/>
      <w:r w:rsidRPr="00E85698">
        <w:rPr>
          <w:color w:val="000000"/>
          <w:sz w:val="24"/>
        </w:rPr>
        <w:t xml:space="preserve"> http://www.navigator.gramota.ru/ </w:t>
      </w:r>
      <w:r w:rsidRPr="00E85698">
        <w:br/>
      </w:r>
      <w:r w:rsidRPr="00E85698">
        <w:rPr>
          <w:color w:val="000000"/>
          <w:sz w:val="24"/>
        </w:rPr>
        <w:t xml:space="preserve">Новый словарь русского языка http://www.rubricon.ru/nsr_1.asp </w:t>
      </w:r>
      <w:r w:rsidRPr="00E85698">
        <w:br/>
      </w:r>
      <w:r w:rsidRPr="00E85698">
        <w:rPr>
          <w:color w:val="000000"/>
          <w:sz w:val="24"/>
        </w:rPr>
        <w:t xml:space="preserve">Опорный орфографический компакт по русскому языку (пособие по орфографии) http://yamal.org/ook/ Русский филологический портал http://www.philology.ru/default.htm </w:t>
      </w:r>
      <w:r w:rsidRPr="00E85698">
        <w:br/>
      </w:r>
      <w:r w:rsidRPr="00E85698">
        <w:rPr>
          <w:color w:val="000000"/>
          <w:sz w:val="24"/>
        </w:rPr>
        <w:t xml:space="preserve">Русский язык и культура речи http://www.sibupk.nsk.su/Public/Chairs/c_foreign/Russian/kr_rus.htm#4 Самый полный словарь сокращений русского языка http://www.sokr.ru/ </w:t>
      </w:r>
      <w:r w:rsidRPr="00E85698">
        <w:br/>
      </w:r>
      <w:r w:rsidRPr="00E85698">
        <w:rPr>
          <w:color w:val="000000"/>
          <w:sz w:val="24"/>
        </w:rPr>
        <w:t xml:space="preserve">Словарь русских фамилий http://www.rusfam.ru/ </w:t>
      </w:r>
      <w:r w:rsidRPr="00E85698">
        <w:br/>
      </w:r>
      <w:r w:rsidRPr="00E85698">
        <w:rPr>
          <w:color w:val="000000"/>
          <w:sz w:val="24"/>
        </w:rPr>
        <w:t xml:space="preserve">Уроки русского языка в школе Бабы-Яги http://sertolovo.narod.ru/1.htm </w:t>
      </w:r>
    </w:p>
    <w:p w:rsidR="007130C9" w:rsidRPr="00E85698" w:rsidRDefault="007130C9" w:rsidP="007130C9">
      <w:pPr>
        <w:sectPr w:rsidR="007130C9" w:rsidRPr="00E85698">
          <w:pgSz w:w="11900" w:h="16840"/>
          <w:pgMar w:top="298" w:right="650" w:bottom="1440" w:left="666" w:header="720" w:footer="720" w:gutter="0"/>
          <w:cols w:space="720" w:equalWidth="0">
            <w:col w:w="10584" w:space="0"/>
          </w:cols>
          <w:docGrid w:linePitch="360"/>
        </w:sectPr>
      </w:pPr>
    </w:p>
    <w:p w:rsidR="007130C9" w:rsidRPr="00E85698" w:rsidRDefault="007130C9" w:rsidP="007130C9">
      <w:pPr>
        <w:spacing w:after="78" w:line="220" w:lineRule="exact"/>
      </w:pPr>
    </w:p>
    <w:p w:rsidR="007130C9" w:rsidRPr="00E85698" w:rsidRDefault="007130C9" w:rsidP="007130C9">
      <w:pPr>
        <w:spacing w:before="179"/>
        <w:ind w:left="106"/>
        <w:rPr>
          <w:b/>
          <w:sz w:val="24"/>
        </w:rPr>
      </w:pPr>
      <w:r w:rsidRPr="00E85698">
        <w:rPr>
          <w:b/>
          <w:color w:val="000000"/>
          <w:sz w:val="24"/>
        </w:rPr>
        <w:t xml:space="preserve">МАТЕРИАЛЬНО-ТЕХНИЧЕСКОЕ ОБЕСПЕЧЕНИЕ ОБРАЗОВАТЕЛЬНОГО ПРОЦЕССА </w:t>
      </w:r>
      <w:r w:rsidRPr="00E85698">
        <w:rPr>
          <w:b/>
          <w:sz w:val="24"/>
        </w:rPr>
        <w:t>УЧЕБНОЕ</w:t>
      </w:r>
      <w:r w:rsidRPr="00E85698">
        <w:rPr>
          <w:b/>
          <w:spacing w:val="-9"/>
          <w:sz w:val="24"/>
        </w:rPr>
        <w:t xml:space="preserve"> </w:t>
      </w:r>
      <w:r w:rsidRPr="00E85698">
        <w:rPr>
          <w:b/>
          <w:sz w:val="24"/>
        </w:rPr>
        <w:t>ОБОРУДОВАНИЕ</w:t>
      </w:r>
    </w:p>
    <w:p w:rsidR="007130C9" w:rsidRPr="00E85698" w:rsidRDefault="007130C9" w:rsidP="007130C9">
      <w:pPr>
        <w:pStyle w:val="a5"/>
        <w:spacing w:before="156"/>
      </w:pPr>
      <w:r w:rsidRPr="00E85698">
        <w:t>Таблицы,</w:t>
      </w:r>
      <w:r w:rsidRPr="00E85698">
        <w:rPr>
          <w:spacing w:val="-5"/>
        </w:rPr>
        <w:t xml:space="preserve"> </w:t>
      </w:r>
      <w:r w:rsidRPr="00E85698">
        <w:t>плакаты,</w:t>
      </w:r>
      <w:r w:rsidRPr="00E85698">
        <w:rPr>
          <w:spacing w:val="-5"/>
        </w:rPr>
        <w:t xml:space="preserve"> </w:t>
      </w:r>
      <w:r w:rsidRPr="00E85698">
        <w:t>словари,</w:t>
      </w:r>
      <w:r w:rsidRPr="00E85698">
        <w:rPr>
          <w:spacing w:val="-4"/>
        </w:rPr>
        <w:t xml:space="preserve"> </w:t>
      </w:r>
      <w:r w:rsidRPr="00E85698">
        <w:t>портреты,</w:t>
      </w:r>
      <w:r w:rsidRPr="00E85698">
        <w:rPr>
          <w:spacing w:val="-5"/>
        </w:rPr>
        <w:t xml:space="preserve"> </w:t>
      </w:r>
      <w:r w:rsidRPr="00E85698">
        <w:t>дидактический</w:t>
      </w:r>
      <w:r w:rsidRPr="00E85698">
        <w:rPr>
          <w:spacing w:val="-4"/>
        </w:rPr>
        <w:t xml:space="preserve"> </w:t>
      </w:r>
      <w:r w:rsidRPr="00E85698">
        <w:t>материал</w:t>
      </w:r>
    </w:p>
    <w:p w:rsidR="007130C9" w:rsidRPr="00E85698" w:rsidRDefault="007130C9" w:rsidP="007130C9">
      <w:pPr>
        <w:pStyle w:val="a5"/>
        <w:spacing w:before="10"/>
        <w:ind w:left="0"/>
        <w:rPr>
          <w:sz w:val="21"/>
        </w:rPr>
      </w:pPr>
    </w:p>
    <w:p w:rsidR="007130C9" w:rsidRPr="00E85698" w:rsidRDefault="007130C9" w:rsidP="007130C9">
      <w:pPr>
        <w:pStyle w:val="11"/>
        <w:spacing w:before="1"/>
      </w:pPr>
      <w:r w:rsidRPr="00E85698">
        <w:t>ОБОРУДОВАНИЕ</w:t>
      </w:r>
      <w:r w:rsidRPr="00E85698">
        <w:rPr>
          <w:spacing w:val="-8"/>
        </w:rPr>
        <w:t xml:space="preserve"> </w:t>
      </w:r>
      <w:r w:rsidRPr="00E85698">
        <w:t>ДЛЯ</w:t>
      </w:r>
      <w:r w:rsidRPr="00E85698">
        <w:rPr>
          <w:spacing w:val="-8"/>
        </w:rPr>
        <w:t xml:space="preserve"> </w:t>
      </w:r>
      <w:r w:rsidRPr="00E85698">
        <w:t>ПРОВЕДЕНИЯ</w:t>
      </w:r>
      <w:r w:rsidRPr="00E85698">
        <w:rPr>
          <w:spacing w:val="-8"/>
        </w:rPr>
        <w:t xml:space="preserve"> </w:t>
      </w:r>
      <w:r w:rsidRPr="00E85698">
        <w:t>ПРАКТИЧЕСКИХ</w:t>
      </w:r>
      <w:r w:rsidRPr="00E85698">
        <w:rPr>
          <w:spacing w:val="-8"/>
        </w:rPr>
        <w:t xml:space="preserve"> </w:t>
      </w:r>
      <w:r w:rsidRPr="00E85698">
        <w:t>РАБОТ</w:t>
      </w:r>
    </w:p>
    <w:p w:rsidR="007130C9" w:rsidRPr="00E85698" w:rsidRDefault="007130C9" w:rsidP="007130C9">
      <w:pPr>
        <w:pStyle w:val="a5"/>
        <w:spacing w:before="156"/>
      </w:pPr>
      <w:r w:rsidRPr="00E85698">
        <w:t>Мультимедийный</w:t>
      </w:r>
      <w:r w:rsidRPr="00E85698">
        <w:rPr>
          <w:spacing w:val="-5"/>
        </w:rPr>
        <w:t xml:space="preserve"> </w:t>
      </w:r>
      <w:r w:rsidRPr="00E85698">
        <w:t>проектор,</w:t>
      </w:r>
      <w:r w:rsidRPr="00E85698">
        <w:rPr>
          <w:spacing w:val="-4"/>
        </w:rPr>
        <w:t xml:space="preserve"> </w:t>
      </w:r>
      <w:r w:rsidRPr="00E85698">
        <w:t>интерактивная</w:t>
      </w:r>
      <w:r w:rsidRPr="00E85698">
        <w:rPr>
          <w:spacing w:val="-6"/>
        </w:rPr>
        <w:t xml:space="preserve"> </w:t>
      </w:r>
      <w:r w:rsidRPr="00E85698">
        <w:t>доска</w:t>
      </w: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7130C9" w:rsidRPr="00E85698" w:rsidRDefault="007130C9" w:rsidP="007130C9">
      <w:pPr>
        <w:pStyle w:val="11"/>
        <w:tabs>
          <w:tab w:val="left" w:pos="287"/>
        </w:tabs>
        <w:spacing w:before="74"/>
        <w:ind w:left="105"/>
      </w:pPr>
    </w:p>
    <w:p w:rsidR="00624C8A" w:rsidRPr="00E85698" w:rsidRDefault="007130C9" w:rsidP="007130C9">
      <w:pPr>
        <w:pStyle w:val="11"/>
        <w:tabs>
          <w:tab w:val="left" w:pos="287"/>
        </w:tabs>
        <w:spacing w:before="74"/>
        <w:ind w:left="105"/>
      </w:pPr>
      <w:r w:rsidRPr="00E85698">
        <w:t xml:space="preserve">8 </w:t>
      </w:r>
      <w:r w:rsidR="00CB6516" w:rsidRPr="00E85698">
        <w:t>КЛАСС</w:t>
      </w:r>
    </w:p>
    <w:p w:rsidR="00624C8A" w:rsidRPr="00E85698" w:rsidRDefault="00624C8A">
      <w:pPr>
        <w:pStyle w:val="a5"/>
        <w:spacing w:before="2"/>
        <w:ind w:left="0"/>
        <w:rPr>
          <w:b/>
          <w:sz w:val="1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
        <w:gridCol w:w="836"/>
        <w:gridCol w:w="33"/>
        <w:gridCol w:w="2906"/>
        <w:gridCol w:w="17"/>
        <w:gridCol w:w="718"/>
        <w:gridCol w:w="17"/>
        <w:gridCol w:w="1603"/>
        <w:gridCol w:w="17"/>
        <w:gridCol w:w="1651"/>
        <w:gridCol w:w="17"/>
        <w:gridCol w:w="1148"/>
        <w:gridCol w:w="17"/>
        <w:gridCol w:w="1558"/>
        <w:gridCol w:w="24"/>
      </w:tblGrid>
      <w:tr w:rsidR="00A047B0" w:rsidRPr="00E85698" w:rsidTr="00A047B0">
        <w:trPr>
          <w:gridBefore w:val="1"/>
          <w:wBefore w:w="17" w:type="dxa"/>
          <w:trHeight w:val="482"/>
        </w:trPr>
        <w:tc>
          <w:tcPr>
            <w:tcW w:w="836" w:type="dxa"/>
            <w:vMerge w:val="restart"/>
          </w:tcPr>
          <w:p w:rsidR="00A047B0" w:rsidRPr="00E85698" w:rsidRDefault="00A047B0" w:rsidP="00A047B0">
            <w:pPr>
              <w:pStyle w:val="TableParagraph"/>
              <w:rPr>
                <w:b/>
                <w:sz w:val="24"/>
              </w:rPr>
            </w:pPr>
          </w:p>
          <w:p w:rsidR="00A047B0" w:rsidRPr="00E85698" w:rsidRDefault="00A047B0" w:rsidP="00A047B0">
            <w:pPr>
              <w:pStyle w:val="TableParagraph"/>
              <w:spacing w:before="147" w:line="264" w:lineRule="auto"/>
              <w:ind w:left="220" w:right="271" w:firstLine="48"/>
              <w:rPr>
                <w:b/>
              </w:rPr>
            </w:pPr>
            <w:r w:rsidRPr="00E85698">
              <w:rPr>
                <w:b/>
              </w:rPr>
              <w:t>№</w:t>
            </w:r>
            <w:r w:rsidRPr="00E85698">
              <w:rPr>
                <w:b/>
                <w:spacing w:val="-52"/>
              </w:rPr>
              <w:t xml:space="preserve"> </w:t>
            </w:r>
            <w:r w:rsidRPr="00E85698">
              <w:rPr>
                <w:b/>
              </w:rPr>
              <w:t>п/п</w:t>
            </w:r>
          </w:p>
        </w:tc>
        <w:tc>
          <w:tcPr>
            <w:tcW w:w="2956" w:type="dxa"/>
            <w:gridSpan w:val="3"/>
            <w:vMerge w:val="restart"/>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8"/>
              <w:rPr>
                <w:b/>
                <w:sz w:val="25"/>
              </w:rPr>
            </w:pPr>
          </w:p>
          <w:p w:rsidR="00A047B0" w:rsidRPr="00E85698" w:rsidRDefault="00A047B0" w:rsidP="00A047B0">
            <w:pPr>
              <w:pStyle w:val="TableParagraph"/>
              <w:spacing w:before="1"/>
              <w:ind w:left="942"/>
              <w:rPr>
                <w:b/>
              </w:rPr>
            </w:pPr>
            <w:r w:rsidRPr="00E85698">
              <w:rPr>
                <w:b/>
              </w:rPr>
              <w:t>Тема</w:t>
            </w:r>
            <w:r w:rsidRPr="00E85698">
              <w:rPr>
                <w:b/>
                <w:spacing w:val="-1"/>
              </w:rPr>
              <w:t xml:space="preserve"> </w:t>
            </w:r>
            <w:r w:rsidRPr="00E85698">
              <w:rPr>
                <w:b/>
              </w:rPr>
              <w:t>урока</w:t>
            </w:r>
          </w:p>
        </w:tc>
        <w:tc>
          <w:tcPr>
            <w:tcW w:w="4023" w:type="dxa"/>
            <w:gridSpan w:val="6"/>
            <w:tcBorders>
              <w:left w:val="single" w:sz="6" w:space="0" w:color="000000"/>
            </w:tcBorders>
          </w:tcPr>
          <w:p w:rsidR="00A047B0" w:rsidRPr="00E85698" w:rsidRDefault="00A047B0" w:rsidP="00A047B0">
            <w:pPr>
              <w:pStyle w:val="TableParagraph"/>
              <w:spacing w:before="159"/>
              <w:ind w:left="1147"/>
              <w:rPr>
                <w:b/>
              </w:rPr>
            </w:pPr>
            <w:r w:rsidRPr="00E85698">
              <w:rPr>
                <w:b/>
              </w:rPr>
              <w:t>Количество</w:t>
            </w:r>
            <w:r w:rsidRPr="00E85698">
              <w:rPr>
                <w:b/>
                <w:spacing w:val="-2"/>
              </w:rPr>
              <w:t xml:space="preserve"> </w:t>
            </w:r>
            <w:r w:rsidRPr="00E85698">
              <w:rPr>
                <w:b/>
              </w:rPr>
              <w:t>часов</w:t>
            </w:r>
          </w:p>
        </w:tc>
        <w:tc>
          <w:tcPr>
            <w:tcW w:w="1165" w:type="dxa"/>
            <w:gridSpan w:val="2"/>
            <w:vMerge w:val="restart"/>
          </w:tcPr>
          <w:p w:rsidR="00A047B0" w:rsidRPr="00E85698" w:rsidRDefault="00A047B0" w:rsidP="00A047B0">
            <w:pPr>
              <w:pStyle w:val="TableParagraph"/>
              <w:rPr>
                <w:b/>
                <w:sz w:val="24"/>
              </w:rPr>
            </w:pPr>
          </w:p>
          <w:p w:rsidR="00A047B0" w:rsidRPr="00E85698" w:rsidRDefault="00A047B0" w:rsidP="00A047B0">
            <w:pPr>
              <w:pStyle w:val="TableParagraph"/>
              <w:spacing w:before="147" w:line="264" w:lineRule="auto"/>
              <w:ind w:left="156" w:right="59" w:firstLine="218"/>
              <w:rPr>
                <w:b/>
              </w:rPr>
            </w:pPr>
            <w:r w:rsidRPr="00E85698">
              <w:rPr>
                <w:b/>
              </w:rPr>
              <w:t>Дата</w:t>
            </w:r>
            <w:r w:rsidRPr="00E85698">
              <w:rPr>
                <w:b/>
                <w:spacing w:val="1"/>
              </w:rPr>
              <w:t xml:space="preserve"> </w:t>
            </w:r>
            <w:r w:rsidRPr="00E85698">
              <w:rPr>
                <w:b/>
              </w:rPr>
              <w:t>изучения</w:t>
            </w:r>
          </w:p>
        </w:tc>
        <w:tc>
          <w:tcPr>
            <w:tcW w:w="1582" w:type="dxa"/>
            <w:gridSpan w:val="2"/>
            <w:vMerge w:val="restart"/>
          </w:tcPr>
          <w:p w:rsidR="00A047B0" w:rsidRPr="00E85698" w:rsidRDefault="00A047B0" w:rsidP="00A047B0">
            <w:pPr>
              <w:pStyle w:val="TableParagraph"/>
              <w:spacing w:before="7"/>
              <w:rPr>
                <w:b/>
                <w:sz w:val="23"/>
              </w:rPr>
            </w:pPr>
          </w:p>
          <w:p w:rsidR="00A047B0" w:rsidRPr="00E85698" w:rsidRDefault="00A047B0" w:rsidP="00A047B0">
            <w:pPr>
              <w:pStyle w:val="TableParagraph"/>
              <w:spacing w:line="271" w:lineRule="auto"/>
              <w:ind w:left="132" w:right="480" w:firstLine="165"/>
              <w:jc w:val="both"/>
              <w:rPr>
                <w:b/>
              </w:rPr>
            </w:pPr>
            <w:r w:rsidRPr="00E85698">
              <w:rPr>
                <w:b/>
              </w:rPr>
              <w:t>Виды,</w:t>
            </w:r>
            <w:r w:rsidRPr="00E85698">
              <w:rPr>
                <w:b/>
                <w:spacing w:val="1"/>
              </w:rPr>
              <w:t xml:space="preserve"> </w:t>
            </w:r>
            <w:r w:rsidRPr="00E85698">
              <w:rPr>
                <w:b/>
              </w:rPr>
              <w:t>формы</w:t>
            </w:r>
            <w:r w:rsidRPr="00E85698">
              <w:rPr>
                <w:b/>
                <w:spacing w:val="1"/>
              </w:rPr>
              <w:t xml:space="preserve"> </w:t>
            </w:r>
            <w:r w:rsidRPr="00E85698">
              <w:rPr>
                <w:b/>
              </w:rPr>
              <w:t>контроля</w:t>
            </w:r>
          </w:p>
        </w:tc>
      </w:tr>
      <w:tr w:rsidR="00A047B0" w:rsidRPr="00E85698" w:rsidTr="00A047B0">
        <w:trPr>
          <w:gridBefore w:val="1"/>
          <w:wBefore w:w="17" w:type="dxa"/>
          <w:trHeight w:val="818"/>
        </w:trPr>
        <w:tc>
          <w:tcPr>
            <w:tcW w:w="836" w:type="dxa"/>
            <w:vMerge/>
            <w:tcBorders>
              <w:top w:val="nil"/>
            </w:tcBorders>
          </w:tcPr>
          <w:p w:rsidR="00A047B0" w:rsidRPr="00E85698" w:rsidRDefault="00A047B0" w:rsidP="00A047B0">
            <w:pPr>
              <w:rPr>
                <w:sz w:val="2"/>
                <w:szCs w:val="2"/>
              </w:rPr>
            </w:pPr>
          </w:p>
        </w:tc>
        <w:tc>
          <w:tcPr>
            <w:tcW w:w="2956" w:type="dxa"/>
            <w:gridSpan w:val="3"/>
            <w:vMerge/>
            <w:tcBorders>
              <w:top w:val="nil"/>
              <w:right w:val="single" w:sz="6" w:space="0" w:color="000000"/>
            </w:tcBorders>
          </w:tcPr>
          <w:p w:rsidR="00A047B0" w:rsidRPr="00E85698" w:rsidRDefault="00A047B0" w:rsidP="00A047B0">
            <w:pPr>
              <w:rPr>
                <w:sz w:val="2"/>
                <w:szCs w:val="2"/>
              </w:rPr>
            </w:pPr>
          </w:p>
        </w:tc>
        <w:tc>
          <w:tcPr>
            <w:tcW w:w="735" w:type="dxa"/>
            <w:gridSpan w:val="2"/>
            <w:tcBorders>
              <w:left w:val="single" w:sz="6" w:space="0" w:color="000000"/>
            </w:tcBorders>
          </w:tcPr>
          <w:p w:rsidR="00A047B0" w:rsidRPr="00E85698" w:rsidRDefault="00A047B0" w:rsidP="00A047B0">
            <w:pPr>
              <w:pStyle w:val="TableParagraph"/>
              <w:spacing w:before="5"/>
              <w:rPr>
                <w:b/>
                <w:sz w:val="28"/>
              </w:rPr>
            </w:pPr>
          </w:p>
          <w:p w:rsidR="00A047B0" w:rsidRPr="00E85698" w:rsidRDefault="00A047B0" w:rsidP="00A047B0">
            <w:pPr>
              <w:pStyle w:val="TableParagraph"/>
              <w:ind w:left="120" w:right="38"/>
              <w:jc w:val="center"/>
              <w:rPr>
                <w:b/>
              </w:rPr>
            </w:pPr>
            <w:r w:rsidRPr="00E85698">
              <w:rPr>
                <w:b/>
              </w:rPr>
              <w:t>всего</w:t>
            </w:r>
          </w:p>
        </w:tc>
        <w:tc>
          <w:tcPr>
            <w:tcW w:w="1620" w:type="dxa"/>
            <w:gridSpan w:val="2"/>
          </w:tcPr>
          <w:p w:rsidR="00A047B0" w:rsidRPr="00E85698" w:rsidRDefault="00A047B0" w:rsidP="00A047B0">
            <w:pPr>
              <w:pStyle w:val="TableParagraph"/>
              <w:spacing w:before="179" w:line="264" w:lineRule="auto"/>
              <w:ind w:left="477" w:right="78" w:hanging="305"/>
              <w:rPr>
                <w:b/>
              </w:rPr>
            </w:pPr>
            <w:r w:rsidRPr="00E85698">
              <w:rPr>
                <w:b/>
              </w:rPr>
              <w:t>контрольные</w:t>
            </w:r>
            <w:r w:rsidRPr="00E85698">
              <w:rPr>
                <w:b/>
                <w:spacing w:val="-52"/>
              </w:rPr>
              <w:t xml:space="preserve"> </w:t>
            </w:r>
            <w:r w:rsidRPr="00E85698">
              <w:rPr>
                <w:b/>
              </w:rPr>
              <w:t>работы</w:t>
            </w:r>
          </w:p>
        </w:tc>
        <w:tc>
          <w:tcPr>
            <w:tcW w:w="1668" w:type="dxa"/>
            <w:gridSpan w:val="2"/>
          </w:tcPr>
          <w:p w:rsidR="00A047B0" w:rsidRPr="00E85698" w:rsidRDefault="00A047B0" w:rsidP="00A047B0">
            <w:pPr>
              <w:pStyle w:val="TableParagraph"/>
              <w:spacing w:before="179" w:line="264" w:lineRule="auto"/>
              <w:ind w:left="502" w:right="76" w:hanging="332"/>
              <w:rPr>
                <w:b/>
              </w:rPr>
            </w:pPr>
            <w:r w:rsidRPr="00E85698">
              <w:rPr>
                <w:b/>
              </w:rPr>
              <w:t>практические</w:t>
            </w:r>
            <w:r w:rsidRPr="00E85698">
              <w:rPr>
                <w:b/>
                <w:spacing w:val="-52"/>
              </w:rPr>
              <w:t xml:space="preserve"> </w:t>
            </w:r>
            <w:r w:rsidRPr="00E85698">
              <w:rPr>
                <w:b/>
              </w:rPr>
              <w:t>работы</w:t>
            </w:r>
          </w:p>
        </w:tc>
        <w:tc>
          <w:tcPr>
            <w:tcW w:w="1165" w:type="dxa"/>
            <w:gridSpan w:val="2"/>
            <w:vMerge/>
            <w:tcBorders>
              <w:top w:val="nil"/>
            </w:tcBorders>
          </w:tcPr>
          <w:p w:rsidR="00A047B0" w:rsidRPr="00E85698" w:rsidRDefault="00A047B0" w:rsidP="00A047B0">
            <w:pPr>
              <w:rPr>
                <w:sz w:val="2"/>
                <w:szCs w:val="2"/>
              </w:rPr>
            </w:pPr>
          </w:p>
        </w:tc>
        <w:tc>
          <w:tcPr>
            <w:tcW w:w="1582" w:type="dxa"/>
            <w:gridSpan w:val="2"/>
            <w:vMerge/>
            <w:tcBorders>
              <w:top w:val="nil"/>
            </w:tcBorders>
          </w:tcPr>
          <w:p w:rsidR="00A047B0" w:rsidRPr="00E85698" w:rsidRDefault="00A047B0" w:rsidP="00A047B0">
            <w:pPr>
              <w:rPr>
                <w:sz w:val="2"/>
                <w:szCs w:val="2"/>
              </w:rPr>
            </w:pPr>
          </w:p>
        </w:tc>
      </w:tr>
      <w:tr w:rsidR="00A047B0" w:rsidRPr="00E85698" w:rsidTr="00A047B0">
        <w:trPr>
          <w:gridBefore w:val="1"/>
          <w:wBefore w:w="17" w:type="dxa"/>
          <w:trHeight w:val="817"/>
        </w:trPr>
        <w:tc>
          <w:tcPr>
            <w:tcW w:w="836" w:type="dxa"/>
          </w:tcPr>
          <w:p w:rsidR="00A047B0" w:rsidRPr="00E85698" w:rsidRDefault="00A047B0" w:rsidP="00A047B0">
            <w:pPr>
              <w:pStyle w:val="TableParagraph"/>
              <w:rPr>
                <w:b/>
                <w:sz w:val="28"/>
              </w:rPr>
            </w:pPr>
          </w:p>
          <w:p w:rsidR="00A047B0" w:rsidRPr="00E85698" w:rsidRDefault="00A047B0" w:rsidP="00A047B0">
            <w:pPr>
              <w:pStyle w:val="TableParagraph"/>
              <w:ind w:right="160"/>
              <w:jc w:val="right"/>
              <w:rPr>
                <w:lang w:val="en-US"/>
              </w:rPr>
            </w:pPr>
            <w:r w:rsidRPr="00E85698">
              <w:t xml:space="preserve">1 </w:t>
            </w:r>
          </w:p>
        </w:tc>
        <w:tc>
          <w:tcPr>
            <w:tcW w:w="2956" w:type="dxa"/>
            <w:gridSpan w:val="3"/>
            <w:tcBorders>
              <w:right w:val="single" w:sz="6" w:space="0" w:color="000000"/>
            </w:tcBorders>
          </w:tcPr>
          <w:p w:rsidR="00A047B0" w:rsidRPr="00E85698" w:rsidRDefault="00A047B0" w:rsidP="00A047B0">
            <w:pPr>
              <w:pStyle w:val="TableParagraph"/>
              <w:spacing w:before="173" w:line="264" w:lineRule="auto"/>
              <w:ind w:left="73" w:right="136"/>
            </w:pPr>
            <w:r w:rsidRPr="00E85698">
              <w:t>Русский язык в кругу других</w:t>
            </w:r>
            <w:r w:rsidRPr="00E85698">
              <w:rPr>
                <w:spacing w:val="-53"/>
              </w:rPr>
              <w:t xml:space="preserve"> </w:t>
            </w:r>
            <w:r w:rsidRPr="00E85698">
              <w:t>славянских</w:t>
            </w:r>
            <w:r w:rsidRPr="00E85698">
              <w:rPr>
                <w:spacing w:val="-1"/>
              </w:rPr>
              <w:t xml:space="preserve"> </w:t>
            </w:r>
            <w:r w:rsidRPr="00E85698">
              <w:t>языков</w:t>
            </w:r>
          </w:p>
        </w:tc>
        <w:tc>
          <w:tcPr>
            <w:tcW w:w="735" w:type="dxa"/>
            <w:gridSpan w:val="2"/>
            <w:tcBorders>
              <w:left w:val="single" w:sz="6" w:space="0" w:color="000000"/>
            </w:tcBorders>
          </w:tcPr>
          <w:p w:rsidR="00A047B0" w:rsidRPr="00E85698" w:rsidRDefault="00A047B0" w:rsidP="00A047B0">
            <w:pPr>
              <w:pStyle w:val="TableParagraph"/>
              <w:rPr>
                <w:b/>
                <w:sz w:val="28"/>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8"/>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8"/>
              </w:rPr>
            </w:pPr>
          </w:p>
          <w:p w:rsidR="00A047B0" w:rsidRPr="00E85698" w:rsidRDefault="00A047B0" w:rsidP="00A047B0">
            <w:pPr>
              <w:pStyle w:val="TableParagraph"/>
              <w:ind w:right="733"/>
              <w:jc w:val="right"/>
            </w:pPr>
            <w:r w:rsidRPr="00E85698">
              <w:t>0</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173" w:line="264" w:lineRule="auto"/>
              <w:ind w:left="228" w:right="644" w:hanging="63"/>
            </w:pPr>
            <w:r w:rsidRPr="00E85698">
              <w:t>Устный</w:t>
            </w:r>
            <w:r w:rsidRPr="00E85698">
              <w:rPr>
                <w:spacing w:val="-52"/>
              </w:rPr>
              <w:t xml:space="preserve"> </w:t>
            </w:r>
            <w:r w:rsidRPr="00E85698">
              <w:t>опрос;</w:t>
            </w:r>
          </w:p>
        </w:tc>
      </w:tr>
      <w:tr w:rsidR="00A047B0" w:rsidRPr="00E85698" w:rsidTr="00A047B0">
        <w:trPr>
          <w:gridBefore w:val="1"/>
          <w:wBefore w:w="17" w:type="dxa"/>
          <w:trHeight w:val="1493"/>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160"/>
              <w:jc w:val="right"/>
              <w:rPr>
                <w:lang w:val="en-US"/>
              </w:rPr>
            </w:pPr>
            <w:r w:rsidRPr="00E85698">
              <w:t xml:space="preserve">2 </w:t>
            </w:r>
          </w:p>
        </w:tc>
        <w:tc>
          <w:tcPr>
            <w:tcW w:w="2956" w:type="dxa"/>
            <w:gridSpan w:val="3"/>
            <w:tcBorders>
              <w:right w:val="single" w:sz="6" w:space="0" w:color="000000"/>
            </w:tcBorders>
          </w:tcPr>
          <w:p w:rsidR="00A047B0" w:rsidRPr="00E85698" w:rsidRDefault="00A047B0" w:rsidP="00A047B0">
            <w:pPr>
              <w:pStyle w:val="TableParagraph"/>
              <w:spacing w:before="200" w:line="278" w:lineRule="auto"/>
              <w:ind w:left="73" w:right="81"/>
            </w:pPr>
            <w:r w:rsidRPr="00E85698">
              <w:t>Повторение. Правописание -</w:t>
            </w:r>
            <w:r w:rsidRPr="00E85698">
              <w:rPr>
                <w:spacing w:val="1"/>
              </w:rPr>
              <w:t xml:space="preserve"> </w:t>
            </w:r>
            <w:proofErr w:type="gramStart"/>
            <w:r w:rsidRPr="00E85698">
              <w:t>н- и</w:t>
            </w:r>
            <w:proofErr w:type="gramEnd"/>
            <w:r w:rsidRPr="00E85698">
              <w:t xml:space="preserve"> -</w:t>
            </w:r>
            <w:proofErr w:type="spellStart"/>
            <w:r w:rsidRPr="00E85698">
              <w:t>нн</w:t>
            </w:r>
            <w:proofErr w:type="spellEnd"/>
            <w:r w:rsidRPr="00E85698">
              <w:t>- в суффиксах</w:t>
            </w:r>
            <w:r w:rsidRPr="00E85698">
              <w:rPr>
                <w:spacing w:val="1"/>
              </w:rPr>
              <w:t xml:space="preserve"> </w:t>
            </w:r>
            <w:r w:rsidRPr="00E85698">
              <w:t>прилагательных, причастий и</w:t>
            </w:r>
            <w:r w:rsidRPr="00E85698">
              <w:rPr>
                <w:spacing w:val="-52"/>
              </w:rPr>
              <w:t xml:space="preserve"> </w:t>
            </w:r>
            <w:r w:rsidRPr="00E85698">
              <w:t>наречий.</w:t>
            </w:r>
            <w:r w:rsidRPr="00E85698">
              <w:rPr>
                <w:spacing w:val="-2"/>
              </w:rPr>
              <w:t xml:space="preserve"> </w:t>
            </w:r>
            <w:r w:rsidRPr="00E85698">
              <w:t>Практикум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33"/>
              <w:jc w:val="right"/>
            </w:pPr>
            <w:r w:rsidRPr="00E85698">
              <w:t>1</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200" w:line="278" w:lineRule="auto"/>
              <w:ind w:left="170" w:right="88"/>
              <w:jc w:val="center"/>
            </w:pPr>
            <w:r w:rsidRPr="00E85698">
              <w:t>Устный</w:t>
            </w:r>
            <w:r w:rsidRPr="00E85698">
              <w:rPr>
                <w:spacing w:val="1"/>
              </w:rPr>
              <w:t xml:space="preserve"> </w:t>
            </w:r>
            <w:r w:rsidRPr="00E85698">
              <w:t>опрос;</w:t>
            </w:r>
            <w:r w:rsidRPr="00E85698">
              <w:rPr>
                <w:spacing w:val="1"/>
              </w:rPr>
              <w:t xml:space="preserve"> </w:t>
            </w:r>
            <w:r w:rsidRPr="00E85698">
              <w:t>Практическая</w:t>
            </w:r>
            <w:r w:rsidRPr="00E85698">
              <w:rPr>
                <w:spacing w:val="-52"/>
              </w:rPr>
              <w:t xml:space="preserve"> </w:t>
            </w:r>
            <w:r w:rsidRPr="00E85698">
              <w:t>работа;</w:t>
            </w:r>
          </w:p>
        </w:tc>
      </w:tr>
      <w:tr w:rsidR="00A047B0" w:rsidRPr="00E85698" w:rsidTr="00A047B0">
        <w:trPr>
          <w:gridBefore w:val="1"/>
          <w:wBefore w:w="17" w:type="dxa"/>
          <w:trHeight w:val="1489"/>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160"/>
              <w:jc w:val="right"/>
              <w:rPr>
                <w:lang w:val="en-US"/>
              </w:rPr>
            </w:pPr>
            <w:r w:rsidRPr="00E85698">
              <w:t xml:space="preserve">3 </w:t>
            </w:r>
          </w:p>
        </w:tc>
        <w:tc>
          <w:tcPr>
            <w:tcW w:w="2956" w:type="dxa"/>
            <w:gridSpan w:val="3"/>
            <w:tcBorders>
              <w:right w:val="single" w:sz="6" w:space="0" w:color="000000"/>
            </w:tcBorders>
          </w:tcPr>
          <w:p w:rsidR="00A047B0" w:rsidRPr="00E85698" w:rsidRDefault="00A047B0" w:rsidP="00A047B0">
            <w:pPr>
              <w:pStyle w:val="TableParagraph"/>
              <w:spacing w:before="200" w:line="271" w:lineRule="auto"/>
              <w:ind w:left="73" w:right="154"/>
            </w:pPr>
            <w:r w:rsidRPr="00E85698">
              <w:t>Повторение. Слитное и</w:t>
            </w:r>
            <w:r w:rsidRPr="00E85698">
              <w:rPr>
                <w:spacing w:val="1"/>
              </w:rPr>
              <w:t xml:space="preserve"> </w:t>
            </w:r>
            <w:r w:rsidRPr="00E85698">
              <w:t>раздельное написание НЕ и</w:t>
            </w:r>
            <w:r w:rsidRPr="00E85698">
              <w:rPr>
                <w:spacing w:val="1"/>
              </w:rPr>
              <w:t xml:space="preserve"> </w:t>
            </w:r>
            <w:r w:rsidRPr="00E85698">
              <w:t>НИ</w:t>
            </w:r>
            <w:r w:rsidRPr="00E85698">
              <w:rPr>
                <w:spacing w:val="-3"/>
              </w:rPr>
              <w:t xml:space="preserve"> </w:t>
            </w:r>
            <w:r w:rsidRPr="00E85698">
              <w:t>с</w:t>
            </w:r>
            <w:r w:rsidRPr="00E85698">
              <w:rPr>
                <w:spacing w:val="-1"/>
              </w:rPr>
              <w:t xml:space="preserve"> </w:t>
            </w:r>
            <w:r w:rsidRPr="00E85698">
              <w:t>разными</w:t>
            </w:r>
            <w:r w:rsidRPr="00E85698">
              <w:rPr>
                <w:spacing w:val="-2"/>
              </w:rPr>
              <w:t xml:space="preserve"> </w:t>
            </w:r>
            <w:r w:rsidRPr="00E85698">
              <w:t>частями</w:t>
            </w:r>
            <w:r w:rsidRPr="00E85698">
              <w:rPr>
                <w:spacing w:val="-2"/>
              </w:rPr>
              <w:t xml:space="preserve"> </w:t>
            </w:r>
            <w:r w:rsidRPr="00E85698">
              <w:t>речи.</w:t>
            </w:r>
          </w:p>
          <w:p w:rsidR="00A047B0" w:rsidRPr="00E85698" w:rsidRDefault="00A047B0" w:rsidP="00A047B0">
            <w:pPr>
              <w:pStyle w:val="TableParagraph"/>
              <w:spacing w:before="64"/>
              <w:ind w:left="73"/>
            </w:pPr>
            <w:r w:rsidRPr="00E85698">
              <w:t>Практикум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33"/>
              <w:jc w:val="right"/>
            </w:pPr>
            <w:r w:rsidRPr="00E85698">
              <w:t>1</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205" w:line="276" w:lineRule="auto"/>
              <w:ind w:left="170" w:right="88"/>
              <w:jc w:val="center"/>
            </w:pPr>
            <w:r w:rsidRPr="00E85698">
              <w:t>Устный</w:t>
            </w:r>
            <w:r w:rsidRPr="00E85698">
              <w:rPr>
                <w:spacing w:val="1"/>
              </w:rPr>
              <w:t xml:space="preserve"> </w:t>
            </w:r>
            <w:r w:rsidRPr="00E85698">
              <w:t>опрос;</w:t>
            </w:r>
            <w:r w:rsidRPr="00E85698">
              <w:rPr>
                <w:spacing w:val="1"/>
              </w:rPr>
              <w:t xml:space="preserve"> </w:t>
            </w:r>
            <w:r w:rsidRPr="00E85698">
              <w:t>Практическая</w:t>
            </w:r>
            <w:r w:rsidRPr="00E85698">
              <w:rPr>
                <w:spacing w:val="-52"/>
              </w:rPr>
              <w:t xml:space="preserve"> </w:t>
            </w:r>
            <w:r w:rsidRPr="00E85698">
              <w:t>работа;</w:t>
            </w:r>
          </w:p>
        </w:tc>
      </w:tr>
      <w:tr w:rsidR="00A047B0" w:rsidRPr="00E85698" w:rsidTr="00A047B0">
        <w:trPr>
          <w:gridBefore w:val="1"/>
          <w:wBefore w:w="17" w:type="dxa"/>
          <w:trHeight w:val="1490"/>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160"/>
              <w:jc w:val="right"/>
              <w:rPr>
                <w:lang w:val="en-US"/>
              </w:rPr>
            </w:pPr>
            <w:r w:rsidRPr="00E85698">
              <w:t xml:space="preserve">4 </w:t>
            </w:r>
          </w:p>
        </w:tc>
        <w:tc>
          <w:tcPr>
            <w:tcW w:w="2956" w:type="dxa"/>
            <w:gridSpan w:val="3"/>
            <w:tcBorders>
              <w:right w:val="single" w:sz="6" w:space="0" w:color="000000"/>
            </w:tcBorders>
          </w:tcPr>
          <w:p w:rsidR="00A047B0" w:rsidRPr="00E85698" w:rsidRDefault="00A047B0" w:rsidP="00A047B0">
            <w:pPr>
              <w:pStyle w:val="TableParagraph"/>
              <w:spacing w:before="11"/>
              <w:rPr>
                <w:b/>
                <w:sz w:val="30"/>
              </w:rPr>
            </w:pPr>
          </w:p>
          <w:p w:rsidR="00A047B0" w:rsidRPr="00E85698" w:rsidRDefault="00A047B0" w:rsidP="00A047B0">
            <w:pPr>
              <w:pStyle w:val="TableParagraph"/>
              <w:spacing w:line="271" w:lineRule="auto"/>
              <w:ind w:left="73" w:right="131"/>
            </w:pPr>
            <w:r w:rsidRPr="00E85698">
              <w:t>Повторение. Правописание</w:t>
            </w:r>
            <w:r w:rsidRPr="00E85698">
              <w:rPr>
                <w:spacing w:val="1"/>
              </w:rPr>
              <w:t xml:space="preserve"> </w:t>
            </w:r>
            <w:r w:rsidRPr="00E85698">
              <w:t>сложных слов разных частей</w:t>
            </w:r>
            <w:r w:rsidRPr="00E85698">
              <w:rPr>
                <w:spacing w:val="-52"/>
              </w:rPr>
              <w:t xml:space="preserve"> </w:t>
            </w:r>
            <w:r w:rsidRPr="00E85698">
              <w:t>речи.</w:t>
            </w:r>
            <w:r w:rsidRPr="00E85698">
              <w:rPr>
                <w:spacing w:val="-1"/>
              </w:rPr>
              <w:t xml:space="preserve"> </w:t>
            </w:r>
            <w:r w:rsidRPr="00E85698">
              <w:t>Практикум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33"/>
              <w:jc w:val="right"/>
            </w:pPr>
            <w:r w:rsidRPr="00E85698">
              <w:t>1</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205" w:line="276" w:lineRule="auto"/>
              <w:ind w:left="170" w:right="88"/>
              <w:jc w:val="center"/>
            </w:pPr>
            <w:r w:rsidRPr="00E85698">
              <w:t>Устный</w:t>
            </w:r>
            <w:r w:rsidRPr="00E85698">
              <w:rPr>
                <w:spacing w:val="1"/>
              </w:rPr>
              <w:t xml:space="preserve"> </w:t>
            </w:r>
            <w:r w:rsidRPr="00E85698">
              <w:t>опрос;</w:t>
            </w:r>
            <w:r w:rsidRPr="00E85698">
              <w:rPr>
                <w:spacing w:val="1"/>
              </w:rPr>
              <w:t xml:space="preserve"> </w:t>
            </w:r>
            <w:r w:rsidRPr="00E85698">
              <w:t>Практическая</w:t>
            </w:r>
            <w:r w:rsidRPr="00E85698">
              <w:rPr>
                <w:spacing w:val="-52"/>
              </w:rPr>
              <w:t xml:space="preserve"> </w:t>
            </w:r>
            <w:r w:rsidRPr="00E85698">
              <w:t>работа;</w:t>
            </w:r>
          </w:p>
        </w:tc>
      </w:tr>
      <w:tr w:rsidR="00A047B0" w:rsidRPr="00E85698" w:rsidTr="00A047B0">
        <w:trPr>
          <w:gridBefore w:val="1"/>
          <w:wBefore w:w="17" w:type="dxa"/>
          <w:trHeight w:val="1825"/>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7"/>
              <w:rPr>
                <w:b/>
                <w:sz w:val="23"/>
              </w:rPr>
            </w:pPr>
          </w:p>
          <w:p w:rsidR="00A047B0" w:rsidRPr="00E85698" w:rsidRDefault="00A047B0" w:rsidP="00A047B0">
            <w:pPr>
              <w:pStyle w:val="TableParagraph"/>
              <w:ind w:right="160"/>
              <w:jc w:val="right"/>
              <w:rPr>
                <w:lang w:val="en-US"/>
              </w:rPr>
            </w:pPr>
            <w:r w:rsidRPr="00E85698">
              <w:t xml:space="preserve">5 </w:t>
            </w:r>
          </w:p>
        </w:tc>
        <w:tc>
          <w:tcPr>
            <w:tcW w:w="2956" w:type="dxa"/>
            <w:gridSpan w:val="3"/>
            <w:tcBorders>
              <w:right w:val="single" w:sz="6" w:space="0" w:color="000000"/>
            </w:tcBorders>
          </w:tcPr>
          <w:p w:rsidR="00A047B0" w:rsidRPr="00E85698" w:rsidRDefault="00A047B0" w:rsidP="00A047B0">
            <w:pPr>
              <w:pStyle w:val="TableParagraph"/>
              <w:spacing w:before="214" w:line="280" w:lineRule="auto"/>
              <w:ind w:left="73" w:right="690"/>
            </w:pPr>
            <w:r w:rsidRPr="00E85698">
              <w:t>Повторение. Слитное,</w:t>
            </w:r>
            <w:r w:rsidRPr="00E85698">
              <w:rPr>
                <w:spacing w:val="1"/>
              </w:rPr>
              <w:t xml:space="preserve"> </w:t>
            </w:r>
            <w:r w:rsidRPr="00E85698">
              <w:t>дефисное и раздельное</w:t>
            </w:r>
            <w:r w:rsidRPr="00E85698">
              <w:rPr>
                <w:spacing w:val="-52"/>
              </w:rPr>
              <w:t xml:space="preserve"> </w:t>
            </w:r>
            <w:r w:rsidRPr="00E85698">
              <w:t>написание</w:t>
            </w:r>
            <w:r w:rsidRPr="00E85698">
              <w:rPr>
                <w:spacing w:val="-2"/>
              </w:rPr>
              <w:t xml:space="preserve"> </w:t>
            </w:r>
            <w:r w:rsidRPr="00E85698">
              <w:t>наречий,</w:t>
            </w:r>
          </w:p>
          <w:p w:rsidR="00A047B0" w:rsidRPr="00E85698" w:rsidRDefault="00A047B0" w:rsidP="00A047B0">
            <w:pPr>
              <w:pStyle w:val="TableParagraph"/>
              <w:ind w:left="73"/>
            </w:pPr>
            <w:r w:rsidRPr="00E85698">
              <w:t>производных</w:t>
            </w:r>
            <w:r w:rsidRPr="00E85698">
              <w:rPr>
                <w:spacing w:val="-4"/>
              </w:rPr>
              <w:t xml:space="preserve"> </w:t>
            </w:r>
            <w:r w:rsidRPr="00E85698">
              <w:t>предлогов,</w:t>
            </w:r>
          </w:p>
          <w:p w:rsidR="00A047B0" w:rsidRPr="00E85698" w:rsidRDefault="00A047B0" w:rsidP="00A047B0">
            <w:pPr>
              <w:pStyle w:val="TableParagraph"/>
              <w:spacing w:before="45"/>
              <w:ind w:left="73"/>
            </w:pPr>
            <w:r w:rsidRPr="00E85698">
              <w:t>союзов</w:t>
            </w:r>
            <w:r w:rsidRPr="00E85698">
              <w:rPr>
                <w:spacing w:val="-3"/>
              </w:rPr>
              <w:t xml:space="preserve"> </w:t>
            </w:r>
            <w:r w:rsidRPr="00E85698">
              <w:t>и</w:t>
            </w:r>
            <w:r w:rsidRPr="00E85698">
              <w:rPr>
                <w:spacing w:val="-3"/>
              </w:rPr>
              <w:t xml:space="preserve"> </w:t>
            </w:r>
            <w:r w:rsidRPr="00E85698">
              <w:t>частиц.</w:t>
            </w:r>
            <w:r w:rsidRPr="00E85698">
              <w:rPr>
                <w:spacing w:val="-2"/>
              </w:rPr>
              <w:t xml:space="preserve"> </w:t>
            </w:r>
            <w:r w:rsidRPr="00E85698">
              <w:t>Практикум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7"/>
              <w:rPr>
                <w:b/>
                <w:sz w:val="23"/>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7"/>
              <w:rPr>
                <w:b/>
                <w:sz w:val="23"/>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7"/>
              <w:rPr>
                <w:b/>
                <w:sz w:val="23"/>
              </w:rPr>
            </w:pPr>
          </w:p>
          <w:p w:rsidR="00A047B0" w:rsidRPr="00E85698" w:rsidRDefault="00A047B0" w:rsidP="00A047B0">
            <w:pPr>
              <w:pStyle w:val="TableParagraph"/>
              <w:ind w:right="733"/>
              <w:jc w:val="right"/>
            </w:pPr>
            <w:r w:rsidRPr="00E85698">
              <w:t>1</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4"/>
              <w:rPr>
                <w:b/>
                <w:sz w:val="32"/>
              </w:rPr>
            </w:pPr>
          </w:p>
          <w:p w:rsidR="00A047B0" w:rsidRPr="00E85698" w:rsidRDefault="00A047B0" w:rsidP="00A047B0">
            <w:pPr>
              <w:pStyle w:val="TableParagraph"/>
              <w:spacing w:before="1" w:line="276" w:lineRule="auto"/>
              <w:ind w:left="170" w:right="88"/>
              <w:jc w:val="center"/>
            </w:pPr>
            <w:r w:rsidRPr="00E85698">
              <w:t>Устный</w:t>
            </w:r>
            <w:r w:rsidRPr="00E85698">
              <w:rPr>
                <w:spacing w:val="1"/>
              </w:rPr>
              <w:t xml:space="preserve"> </w:t>
            </w:r>
            <w:r w:rsidRPr="00E85698">
              <w:t>опрос;</w:t>
            </w:r>
            <w:r w:rsidRPr="00E85698">
              <w:rPr>
                <w:spacing w:val="1"/>
              </w:rPr>
              <w:t xml:space="preserve"> </w:t>
            </w:r>
            <w:r w:rsidRPr="00E85698">
              <w:t>Практическая</w:t>
            </w:r>
            <w:r w:rsidRPr="00E85698">
              <w:rPr>
                <w:spacing w:val="-52"/>
              </w:rPr>
              <w:t xml:space="preserve"> </w:t>
            </w:r>
            <w:r w:rsidRPr="00E85698">
              <w:t>работа;</w:t>
            </w:r>
          </w:p>
        </w:tc>
      </w:tr>
      <w:tr w:rsidR="00A047B0" w:rsidRPr="00E85698" w:rsidTr="00A047B0">
        <w:trPr>
          <w:gridBefore w:val="1"/>
          <w:wBefore w:w="17" w:type="dxa"/>
          <w:trHeight w:val="1154"/>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spacing w:before="212"/>
              <w:ind w:right="160"/>
              <w:jc w:val="right"/>
              <w:rPr>
                <w:lang w:val="en-US"/>
              </w:rPr>
            </w:pPr>
            <w:r w:rsidRPr="00E85698">
              <w:t xml:space="preserve">6 </w:t>
            </w:r>
          </w:p>
        </w:tc>
        <w:tc>
          <w:tcPr>
            <w:tcW w:w="2956" w:type="dxa"/>
            <w:gridSpan w:val="3"/>
            <w:tcBorders>
              <w:right w:val="single" w:sz="6" w:space="0" w:color="000000"/>
            </w:tcBorders>
          </w:tcPr>
          <w:p w:rsidR="00A047B0" w:rsidRPr="00E85698" w:rsidRDefault="00A047B0" w:rsidP="00A047B0">
            <w:pPr>
              <w:pStyle w:val="TableParagraph"/>
              <w:spacing w:before="89" w:line="273" w:lineRule="auto"/>
              <w:ind w:left="73" w:right="1081"/>
            </w:pPr>
            <w:r w:rsidRPr="00E85698">
              <w:t xml:space="preserve">Входной контроль </w:t>
            </w:r>
          </w:p>
          <w:p w:rsidR="00A047B0" w:rsidRPr="00E85698" w:rsidRDefault="00A047B0" w:rsidP="00A047B0">
            <w:pPr>
              <w:pStyle w:val="TableParagraph"/>
              <w:spacing w:before="34" w:line="185" w:lineRule="exact"/>
              <w:ind w:left="73"/>
            </w:pP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12"/>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2"/>
              <w:ind w:right="710"/>
              <w:jc w:val="right"/>
            </w:pPr>
            <w:r w:rsidRPr="00E85698">
              <w:t>1</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2"/>
              <w:ind w:right="733"/>
              <w:jc w:val="right"/>
            </w:pPr>
            <w:r w:rsidRPr="00E85698">
              <w:t>0</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8"/>
              <w:rPr>
                <w:b/>
                <w:sz w:val="29"/>
              </w:rPr>
            </w:pPr>
          </w:p>
          <w:p w:rsidR="00A047B0" w:rsidRPr="00E85698" w:rsidRDefault="00A047B0" w:rsidP="00A047B0">
            <w:pPr>
              <w:pStyle w:val="TableParagraph"/>
              <w:spacing w:line="264" w:lineRule="auto"/>
              <w:ind w:right="644"/>
            </w:pPr>
            <w:r w:rsidRPr="00E85698">
              <w:t>Контрольная работа</w:t>
            </w:r>
          </w:p>
        </w:tc>
      </w:tr>
      <w:tr w:rsidR="00A047B0" w:rsidRPr="00E85698" w:rsidTr="00A047B0">
        <w:trPr>
          <w:gridBefore w:val="1"/>
          <w:wBefore w:w="17" w:type="dxa"/>
          <w:trHeight w:val="1154"/>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spacing w:before="212"/>
              <w:ind w:right="160"/>
              <w:jc w:val="right"/>
              <w:rPr>
                <w:lang w:val="en-US"/>
              </w:rPr>
            </w:pPr>
            <w:r w:rsidRPr="00E85698">
              <w:t xml:space="preserve">7 </w:t>
            </w:r>
          </w:p>
        </w:tc>
        <w:tc>
          <w:tcPr>
            <w:tcW w:w="2956" w:type="dxa"/>
            <w:gridSpan w:val="3"/>
            <w:tcBorders>
              <w:right w:val="single" w:sz="6" w:space="0" w:color="000000"/>
            </w:tcBorders>
          </w:tcPr>
          <w:p w:rsidR="00A047B0" w:rsidRPr="00E85698" w:rsidRDefault="00A047B0" w:rsidP="00A047B0">
            <w:pPr>
              <w:pStyle w:val="TableParagraph"/>
              <w:spacing w:before="89" w:line="273" w:lineRule="auto"/>
              <w:ind w:left="73" w:right="1081"/>
            </w:pPr>
            <w:r w:rsidRPr="00E85698">
              <w:t>Язык и речь. Виды</w:t>
            </w:r>
            <w:r w:rsidRPr="00E85698">
              <w:rPr>
                <w:spacing w:val="-52"/>
              </w:rPr>
              <w:t xml:space="preserve"> </w:t>
            </w:r>
            <w:r w:rsidRPr="00E85698">
              <w:t>речи.</w:t>
            </w:r>
            <w:r w:rsidRPr="00E85698">
              <w:rPr>
                <w:spacing w:val="-1"/>
              </w:rPr>
              <w:t xml:space="preserve"> </w:t>
            </w:r>
            <w:r w:rsidRPr="00E85698">
              <w:t>Монолог и</w:t>
            </w:r>
          </w:p>
          <w:p w:rsidR="00A047B0" w:rsidRPr="00E85698" w:rsidRDefault="00A047B0" w:rsidP="00A047B0">
            <w:pPr>
              <w:pStyle w:val="TableParagraph"/>
              <w:spacing w:line="250" w:lineRule="exact"/>
              <w:ind w:left="73"/>
            </w:pPr>
            <w:r w:rsidRPr="00E85698">
              <w:t>диалог.</w:t>
            </w:r>
            <w:r w:rsidRPr="00E85698">
              <w:rPr>
                <w:spacing w:val="-1"/>
              </w:rPr>
              <w:t xml:space="preserve"> </w:t>
            </w:r>
            <w:r w:rsidRPr="00E85698">
              <w:t>Их разновидности</w:t>
            </w:r>
          </w:p>
        </w:tc>
        <w:tc>
          <w:tcPr>
            <w:tcW w:w="735" w:type="dxa"/>
            <w:gridSpan w:val="2"/>
            <w:tcBorders>
              <w:left w:val="single" w:sz="6" w:space="0" w:color="000000"/>
            </w:tcBorders>
          </w:tcPr>
          <w:p w:rsidR="00A047B0" w:rsidRPr="00E85698" w:rsidRDefault="00A047B0" w:rsidP="00A047B0">
            <w:pPr>
              <w:pStyle w:val="TableParagraph"/>
              <w:jc w:val="center"/>
              <w:rPr>
                <w:lang w:val="en-US"/>
              </w:rPr>
            </w:pPr>
            <w:r w:rsidRPr="00E85698">
              <w:rPr>
                <w:lang w:val="en-US"/>
              </w:rPr>
              <w:t>1</w:t>
            </w:r>
          </w:p>
        </w:tc>
        <w:tc>
          <w:tcPr>
            <w:tcW w:w="1620" w:type="dxa"/>
            <w:gridSpan w:val="2"/>
          </w:tcPr>
          <w:p w:rsidR="00A047B0" w:rsidRPr="00E85698" w:rsidRDefault="00A047B0" w:rsidP="00A047B0">
            <w:pPr>
              <w:pStyle w:val="TableParagraph"/>
              <w:jc w:val="center"/>
            </w:pPr>
            <w:r w:rsidRPr="00E85698">
              <w:t>0</w:t>
            </w:r>
          </w:p>
        </w:tc>
        <w:tc>
          <w:tcPr>
            <w:tcW w:w="1668" w:type="dxa"/>
            <w:gridSpan w:val="2"/>
          </w:tcPr>
          <w:p w:rsidR="00A047B0" w:rsidRPr="00E85698" w:rsidRDefault="00A047B0" w:rsidP="00A047B0">
            <w:pPr>
              <w:pStyle w:val="TableParagraph"/>
              <w:jc w:val="center"/>
            </w:pPr>
            <w:r w:rsidRPr="00E85698">
              <w:t>1</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pPr>
            <w:r w:rsidRPr="00E85698">
              <w:t>Устный</w:t>
            </w:r>
            <w:r w:rsidRPr="00E85698">
              <w:rPr>
                <w:spacing w:val="-52"/>
              </w:rPr>
              <w:t xml:space="preserve"> </w:t>
            </w:r>
            <w:r w:rsidRPr="00E85698">
              <w:t>опрос;</w:t>
            </w:r>
          </w:p>
        </w:tc>
      </w:tr>
      <w:tr w:rsidR="00A047B0" w:rsidRPr="00E85698" w:rsidTr="00A047B0">
        <w:trPr>
          <w:gridBefore w:val="1"/>
          <w:wBefore w:w="17" w:type="dxa"/>
          <w:trHeight w:val="818"/>
        </w:trPr>
        <w:tc>
          <w:tcPr>
            <w:tcW w:w="836" w:type="dxa"/>
          </w:tcPr>
          <w:p w:rsidR="00A047B0" w:rsidRPr="00E85698" w:rsidRDefault="00A047B0" w:rsidP="00A047B0">
            <w:pPr>
              <w:pStyle w:val="TableParagraph"/>
              <w:rPr>
                <w:b/>
                <w:sz w:val="28"/>
              </w:rPr>
            </w:pPr>
          </w:p>
          <w:p w:rsidR="00A047B0" w:rsidRPr="00E85698" w:rsidRDefault="00A047B0" w:rsidP="00A047B0">
            <w:pPr>
              <w:pStyle w:val="TableParagraph"/>
              <w:ind w:right="160"/>
              <w:jc w:val="right"/>
            </w:pPr>
            <w:r w:rsidRPr="00E85698">
              <w:t xml:space="preserve">8 </w:t>
            </w:r>
          </w:p>
        </w:tc>
        <w:tc>
          <w:tcPr>
            <w:tcW w:w="2956" w:type="dxa"/>
            <w:gridSpan w:val="3"/>
            <w:tcBorders>
              <w:right w:val="single" w:sz="6" w:space="0" w:color="000000"/>
            </w:tcBorders>
          </w:tcPr>
          <w:p w:rsidR="00A047B0" w:rsidRPr="00E85698" w:rsidRDefault="00A047B0" w:rsidP="00A047B0">
            <w:pPr>
              <w:pStyle w:val="TableParagraph"/>
              <w:spacing w:before="173" w:line="264" w:lineRule="auto"/>
              <w:ind w:left="73" w:right="89"/>
            </w:pPr>
            <w:r w:rsidRPr="00E85698">
              <w:t>Монолог-описание, монолог-</w:t>
            </w:r>
            <w:r w:rsidRPr="00E85698">
              <w:rPr>
                <w:spacing w:val="-52"/>
              </w:rPr>
              <w:t xml:space="preserve"> </w:t>
            </w:r>
            <w:r w:rsidRPr="00E85698">
              <w:t>повествование</w:t>
            </w:r>
          </w:p>
        </w:tc>
        <w:tc>
          <w:tcPr>
            <w:tcW w:w="735" w:type="dxa"/>
            <w:gridSpan w:val="2"/>
            <w:tcBorders>
              <w:left w:val="single" w:sz="6" w:space="0" w:color="000000"/>
            </w:tcBorders>
          </w:tcPr>
          <w:p w:rsidR="00A047B0" w:rsidRPr="00E85698" w:rsidRDefault="00A047B0" w:rsidP="00A047B0">
            <w:pPr>
              <w:pStyle w:val="TableParagraph"/>
              <w:rPr>
                <w:b/>
                <w:sz w:val="28"/>
              </w:rPr>
            </w:pPr>
          </w:p>
          <w:p w:rsidR="00A047B0" w:rsidRPr="00E85698" w:rsidRDefault="00A047B0" w:rsidP="00A047B0">
            <w:pPr>
              <w:pStyle w:val="TableParagraph"/>
              <w:ind w:left="80"/>
              <w:jc w:val="center"/>
            </w:pPr>
            <w:r w:rsidRPr="00E85698">
              <w:t>1</w:t>
            </w:r>
          </w:p>
        </w:tc>
        <w:tc>
          <w:tcPr>
            <w:tcW w:w="1620" w:type="dxa"/>
            <w:gridSpan w:val="2"/>
          </w:tcPr>
          <w:p w:rsidR="00A047B0" w:rsidRPr="00E85698" w:rsidRDefault="00A047B0" w:rsidP="00A047B0">
            <w:pPr>
              <w:pStyle w:val="TableParagraph"/>
              <w:rPr>
                <w:b/>
                <w:sz w:val="28"/>
              </w:rPr>
            </w:pPr>
          </w:p>
          <w:p w:rsidR="00A047B0" w:rsidRPr="00E85698" w:rsidRDefault="00A047B0" w:rsidP="00A047B0">
            <w:pPr>
              <w:pStyle w:val="TableParagraph"/>
              <w:ind w:right="710"/>
              <w:jc w:val="right"/>
            </w:pPr>
            <w:r w:rsidRPr="00E85698">
              <w:t>0</w:t>
            </w:r>
          </w:p>
        </w:tc>
        <w:tc>
          <w:tcPr>
            <w:tcW w:w="1668" w:type="dxa"/>
            <w:gridSpan w:val="2"/>
          </w:tcPr>
          <w:p w:rsidR="00A047B0" w:rsidRPr="00E85698" w:rsidRDefault="00A047B0" w:rsidP="00A047B0">
            <w:pPr>
              <w:pStyle w:val="TableParagraph"/>
              <w:rPr>
                <w:b/>
                <w:sz w:val="28"/>
              </w:rPr>
            </w:pPr>
          </w:p>
          <w:p w:rsidR="00A047B0" w:rsidRPr="00E85698" w:rsidRDefault="00A047B0" w:rsidP="00A047B0">
            <w:pPr>
              <w:pStyle w:val="TableParagraph"/>
              <w:ind w:right="733"/>
              <w:jc w:val="right"/>
            </w:pPr>
            <w:r w:rsidRPr="00E85698">
              <w:t>0</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173" w:line="264" w:lineRule="auto"/>
              <w:ind w:left="228" w:right="644" w:hanging="63"/>
            </w:pPr>
            <w:r w:rsidRPr="00E85698">
              <w:t>Устный</w:t>
            </w:r>
            <w:r w:rsidRPr="00E85698">
              <w:rPr>
                <w:spacing w:val="-52"/>
              </w:rPr>
              <w:t xml:space="preserve"> </w:t>
            </w:r>
            <w:r w:rsidRPr="00E85698">
              <w:t>опрос;</w:t>
            </w:r>
          </w:p>
        </w:tc>
      </w:tr>
      <w:tr w:rsidR="00A047B0" w:rsidRPr="00E85698" w:rsidTr="00A047B0">
        <w:trPr>
          <w:gridBefore w:val="1"/>
          <w:wBefore w:w="17" w:type="dxa"/>
          <w:trHeight w:val="1156"/>
        </w:trPr>
        <w:tc>
          <w:tcPr>
            <w:tcW w:w="836" w:type="dxa"/>
          </w:tcPr>
          <w:p w:rsidR="00A047B0" w:rsidRPr="00E85698" w:rsidRDefault="00A047B0" w:rsidP="00A047B0">
            <w:pPr>
              <w:pStyle w:val="TableParagraph"/>
              <w:rPr>
                <w:b/>
                <w:sz w:val="24"/>
              </w:rPr>
            </w:pPr>
          </w:p>
          <w:p w:rsidR="00A047B0" w:rsidRPr="00E85698" w:rsidRDefault="00A047B0" w:rsidP="00A047B0">
            <w:pPr>
              <w:pStyle w:val="TableParagraph"/>
              <w:spacing w:before="214"/>
              <w:ind w:right="160"/>
              <w:jc w:val="right"/>
            </w:pPr>
            <w:r w:rsidRPr="00E85698">
              <w:t xml:space="preserve">9 </w:t>
            </w:r>
          </w:p>
        </w:tc>
        <w:tc>
          <w:tcPr>
            <w:tcW w:w="2956" w:type="dxa"/>
            <w:gridSpan w:val="3"/>
            <w:tcBorders>
              <w:right w:val="single" w:sz="6" w:space="0" w:color="000000"/>
            </w:tcBorders>
          </w:tcPr>
          <w:p w:rsidR="00A047B0" w:rsidRPr="00E85698" w:rsidRDefault="00A047B0" w:rsidP="00A047B0">
            <w:pPr>
              <w:pStyle w:val="TableParagraph"/>
              <w:spacing w:before="190" w:line="271" w:lineRule="auto"/>
              <w:ind w:left="73" w:right="671"/>
            </w:pPr>
            <w:r w:rsidRPr="00E85698">
              <w:t>Монолог-рассуждение.</w:t>
            </w:r>
            <w:r w:rsidRPr="00E85698">
              <w:rPr>
                <w:spacing w:val="-52"/>
              </w:rPr>
              <w:t xml:space="preserve"> </w:t>
            </w:r>
            <w:r w:rsidRPr="00E85698">
              <w:t>Выступление с</w:t>
            </w:r>
            <w:r w:rsidRPr="00E85698">
              <w:rPr>
                <w:spacing w:val="1"/>
              </w:rPr>
              <w:t xml:space="preserve"> </w:t>
            </w:r>
            <w:r w:rsidRPr="00E85698">
              <w:t>научным</w:t>
            </w:r>
            <w:r w:rsidRPr="00E85698">
              <w:rPr>
                <w:spacing w:val="-3"/>
              </w:rPr>
              <w:t xml:space="preserve"> </w:t>
            </w:r>
            <w:r w:rsidRPr="00E85698">
              <w:t>сообщением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14"/>
              <w:ind w:left="80"/>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4"/>
              <w:ind w:right="710"/>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4"/>
              <w:ind w:right="733"/>
              <w:jc w:val="right"/>
            </w:pPr>
            <w:r w:rsidRPr="00E85698">
              <w:t>0</w:t>
            </w:r>
          </w:p>
        </w:tc>
        <w:tc>
          <w:tcPr>
            <w:tcW w:w="1165" w:type="dxa"/>
            <w:gridSpan w:val="2"/>
          </w:tcPr>
          <w:p w:rsidR="00A047B0" w:rsidRPr="00E85698" w:rsidRDefault="00A047B0" w:rsidP="00A047B0">
            <w:pPr>
              <w:pStyle w:val="TableParagraph"/>
            </w:pPr>
          </w:p>
        </w:tc>
        <w:tc>
          <w:tcPr>
            <w:tcW w:w="1582" w:type="dxa"/>
            <w:gridSpan w:val="2"/>
          </w:tcPr>
          <w:p w:rsidR="00A047B0" w:rsidRPr="00E85698" w:rsidRDefault="00A047B0" w:rsidP="00A047B0">
            <w:pPr>
              <w:pStyle w:val="TableParagraph"/>
              <w:spacing w:before="10"/>
              <w:rPr>
                <w:b/>
                <w:sz w:val="29"/>
              </w:rPr>
            </w:pPr>
          </w:p>
          <w:p w:rsidR="00A047B0" w:rsidRPr="00E85698" w:rsidRDefault="00A047B0" w:rsidP="00A047B0">
            <w:pPr>
              <w:pStyle w:val="TableParagraph"/>
              <w:spacing w:line="264" w:lineRule="auto"/>
              <w:ind w:left="228" w:right="644" w:hanging="63"/>
            </w:pPr>
            <w:r w:rsidRPr="00E85698">
              <w:t>Устный</w:t>
            </w:r>
            <w:r w:rsidRPr="00E85698">
              <w:rPr>
                <w:spacing w:val="-52"/>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46"/>
            </w:pPr>
            <w:r w:rsidRPr="00E85698">
              <w:t>10</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74"/>
            </w:pPr>
            <w:r w:rsidRPr="00E85698">
              <w:t>Диалог</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364"/>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10"/>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11"/>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45" w:right="174"/>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798"/>
        </w:trPr>
        <w:tc>
          <w:tcPr>
            <w:tcW w:w="853" w:type="dxa"/>
            <w:gridSpan w:val="2"/>
          </w:tcPr>
          <w:p w:rsidR="00A047B0" w:rsidRPr="00E85698" w:rsidRDefault="00A047B0" w:rsidP="00A047B0">
            <w:pPr>
              <w:pStyle w:val="TableParagraph"/>
              <w:spacing w:before="2"/>
              <w:rPr>
                <w:b/>
                <w:sz w:val="27"/>
              </w:rPr>
            </w:pPr>
          </w:p>
          <w:p w:rsidR="00A047B0" w:rsidRPr="00E85698" w:rsidRDefault="00A047B0" w:rsidP="00A047B0">
            <w:pPr>
              <w:pStyle w:val="TableParagraph"/>
              <w:ind w:left="146"/>
            </w:pPr>
            <w:r w:rsidRPr="00E85698">
              <w:t>11</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spacing w:before="164" w:line="264" w:lineRule="auto"/>
              <w:ind w:left="74" w:right="1007"/>
            </w:pPr>
            <w:r w:rsidRPr="00E85698">
              <w:t>Текст и его</w:t>
            </w:r>
            <w:r w:rsidRPr="00E85698">
              <w:rPr>
                <w:spacing w:val="1"/>
              </w:rPr>
              <w:t xml:space="preserve"> </w:t>
            </w:r>
            <w:r w:rsidRPr="00E85698">
              <w:t>основные</w:t>
            </w:r>
            <w:r w:rsidRPr="00E85698">
              <w:rPr>
                <w:spacing w:val="-5"/>
              </w:rPr>
              <w:t xml:space="preserve"> </w:t>
            </w:r>
            <w:r w:rsidRPr="00E85698">
              <w:t>признаки</w:t>
            </w:r>
          </w:p>
        </w:tc>
        <w:tc>
          <w:tcPr>
            <w:tcW w:w="735" w:type="dxa"/>
            <w:gridSpan w:val="2"/>
            <w:tcBorders>
              <w:left w:val="single" w:sz="6" w:space="0" w:color="000000"/>
            </w:tcBorders>
          </w:tcPr>
          <w:p w:rsidR="00A047B0" w:rsidRPr="00E85698" w:rsidRDefault="00A047B0" w:rsidP="00A047B0">
            <w:pPr>
              <w:pStyle w:val="TableParagraph"/>
              <w:spacing w:before="2"/>
              <w:rPr>
                <w:b/>
                <w:sz w:val="27"/>
              </w:rPr>
            </w:pPr>
          </w:p>
          <w:p w:rsidR="00A047B0" w:rsidRPr="00E85698" w:rsidRDefault="00A047B0" w:rsidP="00A047B0">
            <w:pPr>
              <w:pStyle w:val="TableParagraph"/>
              <w:ind w:left="364"/>
            </w:pPr>
            <w:r w:rsidRPr="00E85698">
              <w:t>1</w:t>
            </w:r>
          </w:p>
        </w:tc>
        <w:tc>
          <w:tcPr>
            <w:tcW w:w="1620" w:type="dxa"/>
            <w:gridSpan w:val="2"/>
          </w:tcPr>
          <w:p w:rsidR="00A047B0" w:rsidRPr="00E85698" w:rsidRDefault="00A047B0" w:rsidP="00A047B0">
            <w:pPr>
              <w:pStyle w:val="TableParagraph"/>
              <w:spacing w:before="2"/>
              <w:rPr>
                <w:b/>
                <w:sz w:val="27"/>
              </w:rPr>
            </w:pPr>
          </w:p>
          <w:p w:rsidR="00A047B0" w:rsidRPr="00E85698" w:rsidRDefault="00A047B0" w:rsidP="00A047B0">
            <w:pPr>
              <w:pStyle w:val="TableParagraph"/>
              <w:ind w:left="110"/>
              <w:jc w:val="center"/>
            </w:pPr>
            <w:r w:rsidRPr="00E85698">
              <w:t>0</w:t>
            </w:r>
          </w:p>
        </w:tc>
        <w:tc>
          <w:tcPr>
            <w:tcW w:w="1668" w:type="dxa"/>
            <w:gridSpan w:val="2"/>
          </w:tcPr>
          <w:p w:rsidR="00A047B0" w:rsidRPr="00E85698" w:rsidRDefault="00A047B0" w:rsidP="00A047B0">
            <w:pPr>
              <w:pStyle w:val="TableParagraph"/>
              <w:spacing w:before="2"/>
              <w:rPr>
                <w:b/>
                <w:sz w:val="27"/>
              </w:rPr>
            </w:pPr>
          </w:p>
          <w:p w:rsidR="00A047B0" w:rsidRPr="00E85698" w:rsidRDefault="00A047B0" w:rsidP="00A047B0">
            <w:pPr>
              <w:pStyle w:val="TableParagraph"/>
              <w:ind w:left="111"/>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64" w:line="264" w:lineRule="auto"/>
              <w:ind w:left="246" w:right="629" w:hanging="63"/>
            </w:pPr>
            <w:r w:rsidRPr="00E85698">
              <w:t>Устный</w:t>
            </w:r>
            <w:r w:rsidRPr="00E85698">
              <w:rPr>
                <w:spacing w:val="-52"/>
              </w:rPr>
              <w:t xml:space="preserve"> </w:t>
            </w:r>
            <w:r w:rsidRPr="00E85698">
              <w:t>опрос;</w:t>
            </w:r>
          </w:p>
        </w:tc>
      </w:tr>
      <w:tr w:rsidR="00A047B0" w:rsidRPr="00E85698" w:rsidTr="00A047B0">
        <w:trPr>
          <w:gridAfter w:val="1"/>
          <w:wAfter w:w="24" w:type="dxa"/>
          <w:trHeight w:val="1878"/>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0"/>
              <w:rPr>
                <w:b/>
                <w:sz w:val="25"/>
              </w:rPr>
            </w:pPr>
          </w:p>
          <w:p w:rsidR="00A047B0" w:rsidRPr="00E85698" w:rsidRDefault="00A047B0" w:rsidP="00A047B0">
            <w:pPr>
              <w:pStyle w:val="TableParagraph"/>
              <w:spacing w:before="1"/>
              <w:ind w:left="138"/>
            </w:pPr>
            <w:r w:rsidRPr="00E85698">
              <w:t>12</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spacing w:before="10"/>
              <w:rPr>
                <w:b/>
                <w:sz w:val="34"/>
              </w:rPr>
            </w:pPr>
          </w:p>
          <w:p w:rsidR="00A047B0" w:rsidRPr="00E85698" w:rsidRDefault="00A047B0" w:rsidP="00A047B0">
            <w:pPr>
              <w:pStyle w:val="TableParagraph"/>
              <w:spacing w:line="276" w:lineRule="auto"/>
              <w:ind w:left="74" w:right="145"/>
            </w:pPr>
            <w:r w:rsidRPr="00E85698">
              <w:t>Функционально- смысловые</w:t>
            </w:r>
            <w:r w:rsidRPr="00E85698">
              <w:rPr>
                <w:spacing w:val="-52"/>
              </w:rPr>
              <w:t xml:space="preserve"> </w:t>
            </w:r>
            <w:r w:rsidRPr="00E85698">
              <w:t>типы речи (повествование,</w:t>
            </w:r>
            <w:r w:rsidRPr="00E85698">
              <w:rPr>
                <w:spacing w:val="1"/>
              </w:rPr>
              <w:t xml:space="preserve"> </w:t>
            </w:r>
            <w:r w:rsidRPr="00E85698">
              <w:t>описание, рассуждение), их</w:t>
            </w:r>
            <w:r w:rsidRPr="00E85698">
              <w:rPr>
                <w:spacing w:val="1"/>
              </w:rPr>
              <w:t xml:space="preserve"> </w:t>
            </w:r>
            <w:r w:rsidRPr="00E85698">
              <w:t>особенности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0"/>
              <w:rPr>
                <w:b/>
                <w:sz w:val="25"/>
              </w:rPr>
            </w:pPr>
          </w:p>
          <w:p w:rsidR="00A047B0" w:rsidRPr="00E85698" w:rsidRDefault="00A047B0" w:rsidP="00A047B0">
            <w:pPr>
              <w:pStyle w:val="TableParagraph"/>
              <w:spacing w:before="1"/>
              <w:ind w:left="347"/>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0"/>
              <w:rPr>
                <w:b/>
                <w:sz w:val="25"/>
              </w:rPr>
            </w:pPr>
          </w:p>
          <w:p w:rsidR="00A047B0" w:rsidRPr="00E85698" w:rsidRDefault="00A047B0" w:rsidP="00A047B0">
            <w:pPr>
              <w:pStyle w:val="TableParagraph"/>
              <w:spacing w:before="1"/>
              <w:ind w:left="82"/>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0"/>
              <w:rPr>
                <w:b/>
                <w:sz w:val="25"/>
              </w:rPr>
            </w:pPr>
          </w:p>
          <w:p w:rsidR="00A047B0" w:rsidRPr="00E85698" w:rsidRDefault="00A047B0" w:rsidP="00A047B0">
            <w:pPr>
              <w:pStyle w:val="TableParagraph"/>
              <w:spacing w:before="1"/>
              <w:ind w:left="82"/>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0"/>
              <w:rPr>
                <w:b/>
                <w:sz w:val="34"/>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754"/>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0"/>
              </w:rPr>
            </w:pPr>
          </w:p>
          <w:p w:rsidR="00A047B0" w:rsidRPr="00E85698" w:rsidRDefault="00A047B0" w:rsidP="00A047B0">
            <w:pPr>
              <w:pStyle w:val="TableParagraph"/>
              <w:ind w:left="138"/>
            </w:pPr>
            <w:r w:rsidRPr="00E85698">
              <w:t>13</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spacing w:before="6"/>
              <w:rPr>
                <w:b/>
                <w:sz w:val="29"/>
              </w:rPr>
            </w:pPr>
          </w:p>
          <w:p w:rsidR="00A047B0" w:rsidRPr="00E85698" w:rsidRDefault="00A047B0" w:rsidP="00A047B0">
            <w:pPr>
              <w:pStyle w:val="TableParagraph"/>
              <w:spacing w:line="276" w:lineRule="auto"/>
              <w:ind w:left="74" w:right="982"/>
            </w:pPr>
            <w:r w:rsidRPr="00E85698">
              <w:t>Информационная</w:t>
            </w:r>
            <w:r w:rsidRPr="00E85698">
              <w:rPr>
                <w:spacing w:val="1"/>
              </w:rPr>
              <w:t xml:space="preserve"> </w:t>
            </w:r>
            <w:r w:rsidRPr="00E85698">
              <w:t>переработка</w:t>
            </w:r>
            <w:r w:rsidRPr="00E85698">
              <w:rPr>
                <w:spacing w:val="-12"/>
              </w:rPr>
              <w:t xml:space="preserve"> </w:t>
            </w:r>
            <w:r w:rsidRPr="00E85698">
              <w:t>текста:</w:t>
            </w:r>
          </w:p>
          <w:p w:rsidR="00A047B0" w:rsidRPr="00E85698" w:rsidRDefault="00A047B0" w:rsidP="00A047B0">
            <w:pPr>
              <w:pStyle w:val="TableParagraph"/>
              <w:spacing w:line="276" w:lineRule="auto"/>
              <w:ind w:left="74" w:right="272"/>
            </w:pPr>
            <w:r w:rsidRPr="00E85698">
              <w:t>извлечение информации из</w:t>
            </w:r>
            <w:r w:rsidRPr="00E85698">
              <w:rPr>
                <w:spacing w:val="-52"/>
              </w:rPr>
              <w:t xml:space="preserve"> </w:t>
            </w:r>
            <w:r w:rsidRPr="00E85698">
              <w:t>различных</w:t>
            </w:r>
            <w:r w:rsidRPr="00E85698">
              <w:rPr>
                <w:spacing w:val="-1"/>
              </w:rPr>
              <w:t xml:space="preserve"> </w:t>
            </w:r>
            <w:r w:rsidRPr="00E85698">
              <w:t>источников</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0"/>
              </w:rPr>
            </w:pPr>
          </w:p>
          <w:p w:rsidR="00A047B0" w:rsidRPr="00E85698" w:rsidRDefault="00A047B0" w:rsidP="00A047B0">
            <w:pPr>
              <w:pStyle w:val="TableParagraph"/>
              <w:ind w:left="347"/>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0"/>
              </w:rPr>
            </w:pPr>
          </w:p>
          <w:p w:rsidR="00A047B0" w:rsidRPr="00E85698" w:rsidRDefault="00A047B0" w:rsidP="00A047B0">
            <w:pPr>
              <w:pStyle w:val="TableParagraph"/>
              <w:ind w:left="82"/>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0"/>
              </w:rPr>
            </w:pPr>
          </w:p>
          <w:p w:rsidR="00A047B0" w:rsidRPr="00E85698" w:rsidRDefault="00A047B0" w:rsidP="00A047B0">
            <w:pPr>
              <w:pStyle w:val="TableParagraph"/>
              <w:ind w:left="82"/>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6"/>
              <w:rPr>
                <w:b/>
                <w:sz w:val="29"/>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138"/>
            </w:pPr>
            <w:r w:rsidRPr="00E85698">
              <w:t>14</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74"/>
            </w:pPr>
            <w:r w:rsidRPr="00E85698">
              <w:t>Тезисы.</w:t>
            </w:r>
            <w:r w:rsidRPr="00E85698">
              <w:rPr>
                <w:spacing w:val="-1"/>
              </w:rPr>
              <w:t xml:space="preserve"> </w:t>
            </w:r>
            <w:r w:rsidRPr="00E85698">
              <w:t>Конспект</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347"/>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82"/>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82"/>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2" w:line="278"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102"/>
            </w:pPr>
            <w:r w:rsidRPr="00E85698">
              <w:t>15</w:t>
            </w:r>
            <w:r w:rsidRPr="00E85698">
              <w:rPr>
                <w:spacing w:val="-1"/>
              </w:rPr>
              <w:t xml:space="preserve"> </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2"/>
            </w:pPr>
            <w:r w:rsidRPr="00E85698">
              <w:t>Изложение (упр.27)</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308"/>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10"/>
              <w:jc w:val="center"/>
            </w:pPr>
            <w:r w:rsidRPr="00E85698">
              <w:t>1</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10"/>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1"/>
              <w:rPr>
                <w:b/>
                <w:sz w:val="19"/>
              </w:rPr>
            </w:pPr>
          </w:p>
          <w:p w:rsidR="00A047B0" w:rsidRPr="00E85698" w:rsidRDefault="00A047B0" w:rsidP="00A047B0">
            <w:pPr>
              <w:pStyle w:val="TableParagraph"/>
              <w:ind w:left="234"/>
            </w:pPr>
            <w:r w:rsidRPr="00E85698">
              <w:t>Изложение;</w:t>
            </w:r>
          </w:p>
        </w:tc>
      </w:tr>
      <w:tr w:rsidR="00A047B0" w:rsidRPr="00E85698" w:rsidTr="00A047B0">
        <w:trPr>
          <w:gridAfter w:val="1"/>
          <w:wAfter w:w="24" w:type="dxa"/>
          <w:trHeight w:val="2721"/>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69"/>
              <w:ind w:left="194"/>
            </w:pPr>
            <w:r w:rsidRPr="00E85698">
              <w:t>16</w:t>
            </w:r>
          </w:p>
        </w:tc>
        <w:tc>
          <w:tcPr>
            <w:tcW w:w="2939" w:type="dxa"/>
            <w:gridSpan w:val="2"/>
            <w:tcBorders>
              <w:right w:val="single" w:sz="6" w:space="0" w:color="000000"/>
            </w:tcBorders>
          </w:tcPr>
          <w:p w:rsidR="00A047B0" w:rsidRPr="00E85698" w:rsidRDefault="00A047B0" w:rsidP="00A047B0">
            <w:pPr>
              <w:pStyle w:val="TableParagraph"/>
              <w:spacing w:before="5"/>
              <w:rPr>
                <w:b/>
                <w:sz w:val="19"/>
              </w:rPr>
            </w:pPr>
          </w:p>
          <w:p w:rsidR="00A047B0" w:rsidRPr="00E85698" w:rsidRDefault="00A047B0" w:rsidP="00A047B0">
            <w:pPr>
              <w:pStyle w:val="TableParagraph"/>
              <w:spacing w:line="264" w:lineRule="auto"/>
              <w:ind w:left="74" w:right="1189"/>
            </w:pPr>
            <w:r w:rsidRPr="00E85698">
              <w:t>Функциональные</w:t>
            </w:r>
            <w:r w:rsidRPr="00E85698">
              <w:rPr>
                <w:spacing w:val="-52"/>
              </w:rPr>
              <w:t xml:space="preserve"> </w:t>
            </w:r>
            <w:r w:rsidRPr="00E85698">
              <w:t>разновидности</w:t>
            </w:r>
            <w:r w:rsidRPr="00E85698">
              <w:rPr>
                <w:spacing w:val="1"/>
              </w:rPr>
              <w:t xml:space="preserve"> </w:t>
            </w:r>
            <w:r w:rsidRPr="00E85698">
              <w:t>языка.</w:t>
            </w:r>
          </w:p>
          <w:p w:rsidR="00A047B0" w:rsidRPr="00E85698" w:rsidRDefault="00A047B0" w:rsidP="00A047B0">
            <w:pPr>
              <w:pStyle w:val="TableParagraph"/>
              <w:spacing w:before="59"/>
              <w:ind w:left="74"/>
            </w:pPr>
            <w:r w:rsidRPr="00E85698">
              <w:t>Официально-деловой</w:t>
            </w:r>
            <w:r w:rsidRPr="00E85698">
              <w:rPr>
                <w:spacing w:val="-5"/>
              </w:rPr>
              <w:t xml:space="preserve"> </w:t>
            </w:r>
            <w:r w:rsidRPr="00E85698">
              <w:t>стиль.</w:t>
            </w:r>
          </w:p>
          <w:p w:rsidR="00A047B0" w:rsidRPr="00E85698" w:rsidRDefault="00A047B0" w:rsidP="00A047B0">
            <w:pPr>
              <w:pStyle w:val="TableParagraph"/>
              <w:spacing w:before="68" w:line="271" w:lineRule="auto"/>
              <w:ind w:left="74" w:right="990"/>
            </w:pPr>
            <w:r w:rsidRPr="00E85698">
              <w:t>Сфера</w:t>
            </w:r>
            <w:r w:rsidRPr="00E85698">
              <w:rPr>
                <w:spacing w:val="1"/>
              </w:rPr>
              <w:t xml:space="preserve">  у</w:t>
            </w:r>
            <w:r w:rsidRPr="00E85698">
              <w:t>потребления,</w:t>
            </w:r>
            <w:r w:rsidRPr="00E85698">
              <w:rPr>
                <w:spacing w:val="1"/>
              </w:rPr>
              <w:t xml:space="preserve"> </w:t>
            </w:r>
            <w:r w:rsidRPr="00E85698">
              <w:t>функции, языковые</w:t>
            </w:r>
            <w:r w:rsidRPr="00E85698">
              <w:rPr>
                <w:spacing w:val="-52"/>
              </w:rPr>
              <w:t xml:space="preserve"> </w:t>
            </w:r>
            <w:r w:rsidRPr="00E85698">
              <w:t>особенности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69"/>
              <w:ind w:left="347"/>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69"/>
              <w:ind w:left="82"/>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69"/>
              <w:ind w:left="82"/>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23"/>
              </w:rPr>
            </w:pPr>
          </w:p>
          <w:p w:rsidR="00A047B0" w:rsidRPr="00E85698" w:rsidRDefault="00A047B0" w:rsidP="00A047B0">
            <w:pPr>
              <w:pStyle w:val="TableParagraph"/>
              <w:spacing w:line="276" w:lineRule="auto"/>
              <w:ind w:left="131"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82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194"/>
            </w:pPr>
            <w:r w:rsidRPr="00E85698">
              <w:t>17</w:t>
            </w:r>
          </w:p>
        </w:tc>
        <w:tc>
          <w:tcPr>
            <w:tcW w:w="2939" w:type="dxa"/>
            <w:gridSpan w:val="2"/>
            <w:tcBorders>
              <w:right w:val="single" w:sz="6" w:space="0" w:color="000000"/>
            </w:tcBorders>
          </w:tcPr>
          <w:p w:rsidR="00A047B0" w:rsidRPr="00E85698" w:rsidRDefault="00A047B0" w:rsidP="00A047B0">
            <w:pPr>
              <w:pStyle w:val="TableParagraph"/>
              <w:spacing w:before="9"/>
              <w:rPr>
                <w:b/>
                <w:sz w:val="18"/>
              </w:rPr>
            </w:pPr>
          </w:p>
          <w:p w:rsidR="00A047B0" w:rsidRPr="00E85698" w:rsidRDefault="00A047B0" w:rsidP="00A047B0">
            <w:pPr>
              <w:pStyle w:val="TableParagraph"/>
              <w:spacing w:before="1" w:line="280" w:lineRule="auto"/>
              <w:ind w:left="74" w:right="49"/>
            </w:pPr>
            <w:r w:rsidRPr="00E85698">
              <w:t>Жанры официально-делового</w:t>
            </w:r>
            <w:r w:rsidRPr="00E85698">
              <w:rPr>
                <w:spacing w:val="-52"/>
              </w:rPr>
              <w:t xml:space="preserve"> </w:t>
            </w:r>
            <w:proofErr w:type="gramStart"/>
            <w:r w:rsidRPr="00E85698">
              <w:t xml:space="preserve">стиля </w:t>
            </w:r>
            <w:r w:rsidRPr="00E85698">
              <w:rPr>
                <w:spacing w:val="-2"/>
              </w:rPr>
              <w:t xml:space="preserve"> </w:t>
            </w:r>
            <w:r w:rsidRPr="00E85698">
              <w:t>(</w:t>
            </w:r>
            <w:proofErr w:type="gramEnd"/>
            <w:r w:rsidRPr="00E85698">
              <w:t>заявление,</w:t>
            </w:r>
          </w:p>
          <w:p w:rsidR="00A047B0" w:rsidRPr="00E85698" w:rsidRDefault="00A047B0" w:rsidP="00A047B0">
            <w:pPr>
              <w:pStyle w:val="TableParagraph"/>
              <w:spacing w:line="283" w:lineRule="auto"/>
              <w:ind w:left="74" w:right="509"/>
            </w:pPr>
            <w:r w:rsidRPr="00E85698">
              <w:t>объяснительная записка,</w:t>
            </w:r>
            <w:r w:rsidRPr="00E85698">
              <w:rPr>
                <w:spacing w:val="-52"/>
              </w:rPr>
              <w:t xml:space="preserve"> </w:t>
            </w:r>
            <w:r w:rsidRPr="00E85698">
              <w:t>автобиография,</w:t>
            </w:r>
          </w:p>
          <w:p w:rsidR="00A047B0" w:rsidRPr="00E85698" w:rsidRDefault="00A047B0" w:rsidP="00A047B0">
            <w:pPr>
              <w:pStyle w:val="TableParagraph"/>
              <w:spacing w:line="249" w:lineRule="exact"/>
              <w:ind w:left="74"/>
            </w:pPr>
            <w:r w:rsidRPr="00E85698">
              <w:t>характеристика)</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347"/>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7"/>
              <w:rPr>
                <w:b/>
                <w:sz w:val="32"/>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spacing w:before="82"/>
              <w:ind w:left="76"/>
            </w:pPr>
            <w:r w:rsidRPr="00E85698">
              <w:t>18</w:t>
            </w:r>
          </w:p>
        </w:tc>
        <w:tc>
          <w:tcPr>
            <w:tcW w:w="2939" w:type="dxa"/>
            <w:gridSpan w:val="2"/>
            <w:tcBorders>
              <w:right w:val="single" w:sz="6" w:space="0" w:color="000000"/>
            </w:tcBorders>
          </w:tcPr>
          <w:p w:rsidR="00A047B0" w:rsidRPr="00E85698" w:rsidRDefault="00A047B0" w:rsidP="00A047B0">
            <w:pPr>
              <w:pStyle w:val="TableParagraph"/>
              <w:spacing w:before="89" w:line="271" w:lineRule="auto"/>
              <w:ind w:left="74" w:right="690"/>
            </w:pPr>
            <w:r w:rsidRPr="00E85698">
              <w:t>Научный стиль. Сфера</w:t>
            </w:r>
            <w:r w:rsidRPr="00E85698">
              <w:rPr>
                <w:spacing w:val="-52"/>
              </w:rPr>
              <w:t xml:space="preserve"> </w:t>
            </w:r>
            <w:r w:rsidRPr="00E85698">
              <w:t>употребления,</w:t>
            </w:r>
            <w:r w:rsidRPr="00E85698">
              <w:rPr>
                <w:spacing w:val="1"/>
              </w:rPr>
              <w:t xml:space="preserve"> </w:t>
            </w:r>
            <w:r w:rsidRPr="00E85698">
              <w:t>функции, языковые</w:t>
            </w:r>
            <w:r w:rsidRPr="00E85698">
              <w:rPr>
                <w:spacing w:val="1"/>
              </w:rPr>
              <w:t xml:space="preserve"> </w:t>
            </w:r>
            <w:r w:rsidRPr="00E85698">
              <w:t>особенности</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89" w:line="278"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spacing w:before="82"/>
              <w:ind w:left="76"/>
            </w:pPr>
            <w:r w:rsidRPr="00E85698">
              <w:t>19</w:t>
            </w:r>
          </w:p>
        </w:tc>
        <w:tc>
          <w:tcPr>
            <w:tcW w:w="2939" w:type="dxa"/>
            <w:gridSpan w:val="2"/>
            <w:tcBorders>
              <w:right w:val="single" w:sz="6" w:space="0" w:color="000000"/>
            </w:tcBorders>
          </w:tcPr>
          <w:p w:rsidR="00A047B0" w:rsidRPr="00E85698" w:rsidRDefault="00A047B0" w:rsidP="00A047B0">
            <w:pPr>
              <w:pStyle w:val="TableParagraph"/>
              <w:spacing w:before="89" w:line="271" w:lineRule="auto"/>
              <w:ind w:left="74" w:right="665"/>
            </w:pPr>
            <w:r w:rsidRPr="00E85698">
              <w:t>Жанры научного стиля</w:t>
            </w:r>
            <w:r w:rsidRPr="00E85698">
              <w:rPr>
                <w:spacing w:val="-52"/>
              </w:rPr>
              <w:t xml:space="preserve"> </w:t>
            </w:r>
            <w:r w:rsidRPr="00E85698">
              <w:t>(реферат, доклад на</w:t>
            </w:r>
            <w:r w:rsidRPr="00E85698">
              <w:rPr>
                <w:spacing w:val="1"/>
              </w:rPr>
              <w:t xml:space="preserve"> </w:t>
            </w:r>
            <w:r w:rsidRPr="00E85698">
              <w:t>научную</w:t>
            </w:r>
            <w:r w:rsidRPr="00E85698">
              <w:rPr>
                <w:spacing w:val="-1"/>
              </w:rPr>
              <w:t xml:space="preserve"> </w:t>
            </w:r>
            <w:r w:rsidRPr="00E85698">
              <w:t>тему)</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Устный</w:t>
            </w:r>
            <w:r w:rsidRPr="00E85698">
              <w:rPr>
                <w:spacing w:val="1"/>
              </w:rPr>
              <w:t xml:space="preserve"> </w:t>
            </w:r>
            <w:r w:rsidRPr="00E85698">
              <w:t>опрос;</w:t>
            </w:r>
          </w:p>
        </w:tc>
      </w:tr>
      <w:tr w:rsidR="00A047B0" w:rsidRPr="00E85698" w:rsidTr="00A047B0">
        <w:trPr>
          <w:gridAfter w:val="1"/>
          <w:wAfter w:w="24" w:type="dxa"/>
          <w:trHeight w:val="1807"/>
        </w:trPr>
        <w:tc>
          <w:tcPr>
            <w:tcW w:w="853" w:type="dxa"/>
            <w:gridSpan w:val="2"/>
          </w:tcPr>
          <w:p w:rsidR="00A047B0" w:rsidRPr="00E85698" w:rsidRDefault="00A047B0" w:rsidP="00A047B0">
            <w:pPr>
              <w:pStyle w:val="TableParagraph"/>
              <w:spacing w:before="82"/>
              <w:ind w:left="76"/>
            </w:pPr>
            <w:r w:rsidRPr="00E85698">
              <w:t>20</w:t>
            </w:r>
          </w:p>
        </w:tc>
        <w:tc>
          <w:tcPr>
            <w:tcW w:w="2939" w:type="dxa"/>
            <w:gridSpan w:val="2"/>
            <w:tcBorders>
              <w:right w:val="single" w:sz="6" w:space="0" w:color="000000"/>
            </w:tcBorders>
          </w:tcPr>
          <w:p w:rsidR="00A047B0" w:rsidRPr="00E85698" w:rsidRDefault="00A047B0" w:rsidP="00A047B0">
            <w:pPr>
              <w:pStyle w:val="TableParagraph"/>
              <w:spacing w:before="92" w:line="280" w:lineRule="auto"/>
              <w:ind w:left="74" w:right="585"/>
            </w:pPr>
            <w:r w:rsidRPr="00E85698">
              <w:t>Сочетание различных</w:t>
            </w:r>
            <w:r w:rsidRPr="00E85698">
              <w:rPr>
                <w:spacing w:val="1"/>
              </w:rPr>
              <w:t xml:space="preserve"> </w:t>
            </w:r>
            <w:r w:rsidRPr="00E85698">
              <w:t>функциональных</w:t>
            </w:r>
            <w:r w:rsidRPr="00E85698">
              <w:rPr>
                <w:spacing w:val="1"/>
              </w:rPr>
              <w:t xml:space="preserve"> </w:t>
            </w:r>
            <w:r w:rsidRPr="00E85698">
              <w:t>разновидностей языка в</w:t>
            </w:r>
            <w:r w:rsidRPr="00E85698">
              <w:rPr>
                <w:spacing w:val="-52"/>
              </w:rPr>
              <w:t xml:space="preserve"> </w:t>
            </w:r>
            <w:r w:rsidRPr="00E85698">
              <w:t>тексте, средства связи</w:t>
            </w:r>
            <w:r w:rsidRPr="00E85698">
              <w:rPr>
                <w:spacing w:val="1"/>
              </w:rPr>
              <w:t xml:space="preserve"> </w:t>
            </w:r>
            <w:r w:rsidRPr="00E85698">
              <w:t>предложений</w:t>
            </w:r>
            <w:r w:rsidRPr="00E85698">
              <w:rPr>
                <w:spacing w:val="-1"/>
              </w:rPr>
              <w:t xml:space="preserve"> </w:t>
            </w:r>
            <w:r w:rsidRPr="00E85698">
              <w:t>в</w:t>
            </w:r>
            <w:r w:rsidRPr="00E85698">
              <w:rPr>
                <w:spacing w:val="-3"/>
              </w:rPr>
              <w:t xml:space="preserve"> </w:t>
            </w:r>
            <w:r w:rsidRPr="00E85698">
              <w:t>тексте</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3976"/>
        </w:trPr>
        <w:tc>
          <w:tcPr>
            <w:tcW w:w="853" w:type="dxa"/>
            <w:gridSpan w:val="2"/>
          </w:tcPr>
          <w:p w:rsidR="00A047B0" w:rsidRPr="00E85698" w:rsidRDefault="00A047B0" w:rsidP="00A047B0">
            <w:pPr>
              <w:pStyle w:val="TableParagraph"/>
              <w:spacing w:before="82"/>
              <w:ind w:left="76"/>
            </w:pPr>
            <w:r w:rsidRPr="00E85698">
              <w:lastRenderedPageBreak/>
              <w:t>21</w:t>
            </w:r>
          </w:p>
        </w:tc>
        <w:tc>
          <w:tcPr>
            <w:tcW w:w="2939" w:type="dxa"/>
            <w:gridSpan w:val="2"/>
            <w:tcBorders>
              <w:right w:val="single" w:sz="6" w:space="0" w:color="000000"/>
            </w:tcBorders>
          </w:tcPr>
          <w:p w:rsidR="00A047B0" w:rsidRPr="00E85698" w:rsidRDefault="00A047B0" w:rsidP="00A047B0">
            <w:pPr>
              <w:pStyle w:val="TableParagraph"/>
              <w:spacing w:before="89" w:line="264" w:lineRule="auto"/>
              <w:ind w:left="74" w:right="920"/>
            </w:pPr>
            <w:r w:rsidRPr="00E85698">
              <w:t>Синтаксис как</w:t>
            </w:r>
            <w:r w:rsidRPr="00E85698">
              <w:rPr>
                <w:spacing w:val="1"/>
              </w:rPr>
              <w:t xml:space="preserve"> </w:t>
            </w:r>
            <w:r w:rsidRPr="00E85698">
              <w:t>раздел</w:t>
            </w:r>
            <w:r w:rsidRPr="00E85698">
              <w:rPr>
                <w:spacing w:val="-5"/>
              </w:rPr>
              <w:t xml:space="preserve"> </w:t>
            </w:r>
            <w:r w:rsidRPr="00E85698">
              <w:t>лингвистики.</w:t>
            </w:r>
          </w:p>
          <w:p w:rsidR="00A047B0" w:rsidRPr="00E85698" w:rsidRDefault="00A047B0" w:rsidP="00A047B0">
            <w:pPr>
              <w:pStyle w:val="TableParagraph"/>
              <w:spacing w:before="68" w:line="283" w:lineRule="auto"/>
              <w:ind w:left="74" w:right="342"/>
            </w:pPr>
            <w:r w:rsidRPr="00E85698">
              <w:t>Словосочетание и</w:t>
            </w:r>
            <w:r w:rsidRPr="00E85698">
              <w:rPr>
                <w:spacing w:val="1"/>
              </w:rPr>
              <w:t xml:space="preserve"> </w:t>
            </w:r>
            <w:r w:rsidRPr="00E85698">
              <w:t>предложение как единицы</w:t>
            </w:r>
            <w:r w:rsidRPr="00E85698">
              <w:rPr>
                <w:spacing w:val="-52"/>
              </w:rPr>
              <w:t xml:space="preserve"> </w:t>
            </w:r>
            <w:r w:rsidRPr="00E85698">
              <w:t>синтаксиса.</w:t>
            </w:r>
            <w:r w:rsidRPr="00E85698">
              <w:rPr>
                <w:spacing w:val="-3"/>
              </w:rPr>
              <w:t xml:space="preserve"> </w:t>
            </w:r>
            <w:r w:rsidRPr="00E85698">
              <w:t>Типы</w:t>
            </w:r>
          </w:p>
          <w:p w:rsidR="00A047B0" w:rsidRPr="00E85698" w:rsidRDefault="00A047B0" w:rsidP="00A047B0">
            <w:pPr>
              <w:pStyle w:val="TableParagraph"/>
              <w:spacing w:line="283" w:lineRule="auto"/>
              <w:ind w:left="74" w:right="780"/>
            </w:pPr>
            <w:r w:rsidRPr="00E85698">
              <w:t>синтаксической связи</w:t>
            </w:r>
            <w:r w:rsidRPr="00E85698">
              <w:rPr>
                <w:spacing w:val="-52"/>
              </w:rPr>
              <w:t xml:space="preserve"> </w:t>
            </w:r>
            <w:r w:rsidRPr="00E85698">
              <w:t>(сочинительная</w:t>
            </w:r>
            <w:r w:rsidRPr="00E85698">
              <w:rPr>
                <w:spacing w:val="-1"/>
              </w:rPr>
              <w:t xml:space="preserve"> </w:t>
            </w:r>
            <w:r w:rsidRPr="00E85698">
              <w:t>и</w:t>
            </w:r>
          </w:p>
          <w:p w:rsidR="00A047B0" w:rsidRPr="00E85698" w:rsidRDefault="00A047B0" w:rsidP="00A047B0">
            <w:pPr>
              <w:pStyle w:val="TableParagraph"/>
              <w:spacing w:line="283" w:lineRule="auto"/>
              <w:ind w:left="74" w:right="520"/>
            </w:pPr>
            <w:r w:rsidRPr="00E85698">
              <w:t>подчинительная) (общее</w:t>
            </w:r>
            <w:r w:rsidRPr="00E85698">
              <w:rPr>
                <w:spacing w:val="-52"/>
              </w:rPr>
              <w:t xml:space="preserve"> </w:t>
            </w:r>
            <w:r w:rsidRPr="00E85698">
              <w:t>представление)</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spacing w:before="85"/>
              <w:ind w:left="76"/>
            </w:pPr>
            <w:r w:rsidRPr="00E85698">
              <w:t>22</w:t>
            </w:r>
          </w:p>
        </w:tc>
        <w:tc>
          <w:tcPr>
            <w:tcW w:w="2939" w:type="dxa"/>
            <w:gridSpan w:val="2"/>
            <w:tcBorders>
              <w:right w:val="single" w:sz="6" w:space="0" w:color="000000"/>
            </w:tcBorders>
          </w:tcPr>
          <w:p w:rsidR="00A047B0" w:rsidRPr="00E85698" w:rsidRDefault="00A047B0" w:rsidP="00A047B0">
            <w:pPr>
              <w:pStyle w:val="TableParagraph"/>
              <w:spacing w:before="92" w:line="264" w:lineRule="auto"/>
              <w:ind w:left="74" w:right="48"/>
            </w:pPr>
            <w:r w:rsidRPr="00E85698">
              <w:t>Пунктуация. Функции знаков</w:t>
            </w:r>
            <w:r w:rsidRPr="00E85698">
              <w:rPr>
                <w:spacing w:val="-52"/>
              </w:rPr>
              <w:t xml:space="preserve"> </w:t>
            </w:r>
            <w:r w:rsidRPr="00E85698">
              <w:t>препинания</w:t>
            </w:r>
          </w:p>
        </w:tc>
        <w:tc>
          <w:tcPr>
            <w:tcW w:w="735" w:type="dxa"/>
            <w:gridSpan w:val="2"/>
            <w:tcBorders>
              <w:left w:val="single" w:sz="6" w:space="0" w:color="000000"/>
            </w:tcBorders>
          </w:tcPr>
          <w:p w:rsidR="00A047B0" w:rsidRPr="00E85698" w:rsidRDefault="00A047B0" w:rsidP="00A047B0">
            <w:pPr>
              <w:pStyle w:val="TableParagraph"/>
              <w:spacing w:before="85"/>
              <w:ind w:left="78"/>
            </w:pPr>
            <w:r w:rsidRPr="00E85698">
              <w:t>1</w:t>
            </w:r>
          </w:p>
        </w:tc>
        <w:tc>
          <w:tcPr>
            <w:tcW w:w="1620" w:type="dxa"/>
            <w:gridSpan w:val="2"/>
          </w:tcPr>
          <w:p w:rsidR="00A047B0" w:rsidRPr="00E85698" w:rsidRDefault="00A047B0" w:rsidP="00A047B0">
            <w:pPr>
              <w:pStyle w:val="TableParagraph"/>
              <w:spacing w:before="85"/>
              <w:ind w:left="78"/>
            </w:pPr>
            <w:r w:rsidRPr="00E85698">
              <w:t>0</w:t>
            </w:r>
          </w:p>
        </w:tc>
        <w:tc>
          <w:tcPr>
            <w:tcW w:w="1668" w:type="dxa"/>
            <w:gridSpan w:val="2"/>
          </w:tcPr>
          <w:p w:rsidR="00A047B0" w:rsidRPr="00E85698" w:rsidRDefault="00A047B0" w:rsidP="00A047B0">
            <w:pPr>
              <w:pStyle w:val="TableParagraph"/>
              <w:spacing w:before="85"/>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spacing w:before="82"/>
              <w:ind w:left="76"/>
            </w:pPr>
            <w:r w:rsidRPr="00E85698">
              <w:t>23</w:t>
            </w:r>
          </w:p>
        </w:tc>
        <w:tc>
          <w:tcPr>
            <w:tcW w:w="2939" w:type="dxa"/>
            <w:gridSpan w:val="2"/>
            <w:tcBorders>
              <w:right w:val="single" w:sz="6" w:space="0" w:color="000000"/>
            </w:tcBorders>
          </w:tcPr>
          <w:p w:rsidR="00A047B0" w:rsidRPr="00E85698" w:rsidRDefault="00A047B0" w:rsidP="00A047B0">
            <w:pPr>
              <w:pStyle w:val="TableParagraph"/>
              <w:spacing w:before="89" w:line="264" w:lineRule="auto"/>
              <w:ind w:left="74" w:right="1136"/>
            </w:pPr>
            <w:r w:rsidRPr="00E85698">
              <w:t>Словосочетание и</w:t>
            </w:r>
            <w:r w:rsidRPr="00E85698">
              <w:rPr>
                <w:spacing w:val="-52"/>
              </w:rPr>
              <w:t xml:space="preserve"> </w:t>
            </w:r>
            <w:r w:rsidRPr="00E85698">
              <w:t>его</w:t>
            </w:r>
            <w:r w:rsidRPr="00E85698">
              <w:rPr>
                <w:spacing w:val="-1"/>
              </w:rPr>
              <w:t xml:space="preserve"> </w:t>
            </w:r>
            <w:r w:rsidRPr="00E85698">
              <w:t>признаки</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spacing w:before="82"/>
              <w:ind w:left="76"/>
            </w:pPr>
            <w:r w:rsidRPr="00E85698">
              <w:t>24</w:t>
            </w:r>
          </w:p>
        </w:tc>
        <w:tc>
          <w:tcPr>
            <w:tcW w:w="2939" w:type="dxa"/>
            <w:gridSpan w:val="2"/>
            <w:tcBorders>
              <w:right w:val="single" w:sz="6" w:space="0" w:color="000000"/>
            </w:tcBorders>
          </w:tcPr>
          <w:p w:rsidR="00A047B0" w:rsidRPr="00E85698" w:rsidRDefault="00A047B0" w:rsidP="00A047B0">
            <w:pPr>
              <w:pStyle w:val="TableParagraph"/>
              <w:spacing w:before="89" w:line="273" w:lineRule="auto"/>
              <w:ind w:left="74" w:right="476"/>
            </w:pPr>
            <w:r w:rsidRPr="00E85698">
              <w:t>Виды словосочетаний по</w:t>
            </w:r>
            <w:r w:rsidRPr="00E85698">
              <w:rPr>
                <w:spacing w:val="-52"/>
              </w:rPr>
              <w:t xml:space="preserve"> </w:t>
            </w:r>
            <w:r w:rsidRPr="00E85698">
              <w:t>морфологическим</w:t>
            </w:r>
          </w:p>
          <w:p w:rsidR="00A047B0" w:rsidRPr="00E85698" w:rsidRDefault="00A047B0" w:rsidP="00A047B0">
            <w:pPr>
              <w:pStyle w:val="TableParagraph"/>
              <w:spacing w:line="250" w:lineRule="exact"/>
              <w:ind w:left="74"/>
            </w:pPr>
            <w:r w:rsidRPr="00E85698">
              <w:t>свойствам</w:t>
            </w:r>
            <w:r w:rsidRPr="00E85698">
              <w:rPr>
                <w:spacing w:val="-2"/>
              </w:rPr>
              <w:t xml:space="preserve"> </w:t>
            </w:r>
            <w:r w:rsidRPr="00E85698">
              <w:t>главного</w:t>
            </w:r>
            <w:r w:rsidRPr="00E85698">
              <w:rPr>
                <w:spacing w:val="-2"/>
              </w:rPr>
              <w:t xml:space="preserve"> </w:t>
            </w:r>
            <w:r w:rsidRPr="00E85698">
              <w:t>слова</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spacing w:before="82"/>
              <w:ind w:left="76"/>
            </w:pPr>
            <w:r w:rsidRPr="00E85698">
              <w:t>25</w:t>
            </w:r>
          </w:p>
        </w:tc>
        <w:tc>
          <w:tcPr>
            <w:tcW w:w="2939" w:type="dxa"/>
            <w:gridSpan w:val="2"/>
            <w:tcBorders>
              <w:right w:val="single" w:sz="6" w:space="0" w:color="000000"/>
            </w:tcBorders>
          </w:tcPr>
          <w:p w:rsidR="00A047B0" w:rsidRPr="00E85698" w:rsidRDefault="00A047B0" w:rsidP="00A047B0">
            <w:pPr>
              <w:pStyle w:val="TableParagraph"/>
              <w:spacing w:before="89" w:line="264" w:lineRule="auto"/>
              <w:ind w:left="74" w:right="144"/>
            </w:pPr>
            <w:r w:rsidRPr="00E85698">
              <w:t>Типы подчинительной связи</w:t>
            </w:r>
            <w:r w:rsidRPr="00E85698">
              <w:rPr>
                <w:spacing w:val="-52"/>
              </w:rPr>
              <w:t xml:space="preserve"> </w:t>
            </w:r>
            <w:r w:rsidRPr="00E85698">
              <w:t>слов в</w:t>
            </w:r>
            <w:r w:rsidRPr="00E85698">
              <w:rPr>
                <w:spacing w:val="-2"/>
              </w:rPr>
              <w:t xml:space="preserve"> </w:t>
            </w:r>
            <w:r w:rsidRPr="00E85698">
              <w:t>словосочетании</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982"/>
        </w:trPr>
        <w:tc>
          <w:tcPr>
            <w:tcW w:w="853" w:type="dxa"/>
            <w:gridSpan w:val="2"/>
          </w:tcPr>
          <w:p w:rsidR="00A047B0" w:rsidRPr="00E85698" w:rsidRDefault="00A047B0" w:rsidP="00A047B0">
            <w:pPr>
              <w:pStyle w:val="TableParagraph"/>
              <w:spacing w:before="82"/>
              <w:ind w:left="76"/>
            </w:pPr>
            <w:r w:rsidRPr="00E85698">
              <w:t>26</w:t>
            </w:r>
          </w:p>
        </w:tc>
        <w:tc>
          <w:tcPr>
            <w:tcW w:w="2939" w:type="dxa"/>
            <w:gridSpan w:val="2"/>
            <w:tcBorders>
              <w:right w:val="single" w:sz="6" w:space="0" w:color="000000"/>
            </w:tcBorders>
          </w:tcPr>
          <w:p w:rsidR="00A047B0" w:rsidRPr="00E85698" w:rsidRDefault="00A047B0" w:rsidP="00A047B0">
            <w:pPr>
              <w:pStyle w:val="TableParagraph"/>
              <w:spacing w:before="89" w:line="271" w:lineRule="auto"/>
              <w:ind w:left="74" w:right="204"/>
            </w:pPr>
            <w:r w:rsidRPr="00E85698">
              <w:t>Грамматическая синонимия</w:t>
            </w:r>
            <w:r w:rsidRPr="00E85698">
              <w:rPr>
                <w:spacing w:val="-52"/>
              </w:rPr>
              <w:t xml:space="preserve"> </w:t>
            </w:r>
            <w:r w:rsidRPr="00E85698">
              <w:t>словосочетаний. Нормы</w:t>
            </w:r>
            <w:r w:rsidRPr="00E85698">
              <w:rPr>
                <w:spacing w:val="1"/>
              </w:rPr>
              <w:t xml:space="preserve"> </w:t>
            </w:r>
            <w:r w:rsidRPr="00E85698">
              <w:t>построения</w:t>
            </w:r>
            <w:r w:rsidRPr="00E85698">
              <w:rPr>
                <w:spacing w:val="-10"/>
              </w:rPr>
              <w:t xml:space="preserve"> </w:t>
            </w:r>
            <w:r w:rsidRPr="00E85698">
              <w:t>словосочетаний</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0</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2" w:line="276"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828"/>
        </w:trPr>
        <w:tc>
          <w:tcPr>
            <w:tcW w:w="853" w:type="dxa"/>
            <w:gridSpan w:val="2"/>
          </w:tcPr>
          <w:p w:rsidR="00A047B0" w:rsidRPr="00E85698" w:rsidRDefault="00A047B0" w:rsidP="00A047B0">
            <w:pPr>
              <w:pStyle w:val="TableParagraph"/>
              <w:spacing w:before="85"/>
              <w:ind w:left="76"/>
            </w:pPr>
            <w:r w:rsidRPr="00E85698">
              <w:t>27</w:t>
            </w:r>
          </w:p>
        </w:tc>
        <w:tc>
          <w:tcPr>
            <w:tcW w:w="2939" w:type="dxa"/>
            <w:gridSpan w:val="2"/>
            <w:tcBorders>
              <w:right w:val="single" w:sz="6" w:space="0" w:color="000000"/>
            </w:tcBorders>
          </w:tcPr>
          <w:p w:rsidR="00A047B0" w:rsidRPr="00E85698" w:rsidRDefault="00A047B0" w:rsidP="00A047B0">
            <w:pPr>
              <w:pStyle w:val="TableParagraph"/>
              <w:spacing w:before="92" w:line="264" w:lineRule="auto"/>
              <w:ind w:left="74" w:right="603"/>
            </w:pPr>
            <w:r w:rsidRPr="00E85698">
              <w:t>Синтаксический анализ</w:t>
            </w:r>
            <w:r w:rsidRPr="00E85698">
              <w:rPr>
                <w:spacing w:val="-52"/>
              </w:rPr>
              <w:t xml:space="preserve"> </w:t>
            </w:r>
            <w:r w:rsidRPr="00E85698">
              <w:t>словосочетаний</w:t>
            </w:r>
          </w:p>
        </w:tc>
        <w:tc>
          <w:tcPr>
            <w:tcW w:w="735" w:type="dxa"/>
            <w:gridSpan w:val="2"/>
            <w:tcBorders>
              <w:left w:val="single" w:sz="6" w:space="0" w:color="000000"/>
            </w:tcBorders>
          </w:tcPr>
          <w:p w:rsidR="00A047B0" w:rsidRPr="00E85698" w:rsidRDefault="00A047B0" w:rsidP="00A047B0">
            <w:pPr>
              <w:pStyle w:val="TableParagraph"/>
              <w:spacing w:before="85"/>
              <w:ind w:left="78"/>
            </w:pPr>
            <w:r w:rsidRPr="00E85698">
              <w:t>1</w:t>
            </w:r>
          </w:p>
        </w:tc>
        <w:tc>
          <w:tcPr>
            <w:tcW w:w="1620" w:type="dxa"/>
            <w:gridSpan w:val="2"/>
          </w:tcPr>
          <w:p w:rsidR="00A047B0" w:rsidRPr="00E85698" w:rsidRDefault="00A047B0" w:rsidP="00A047B0">
            <w:pPr>
              <w:pStyle w:val="TableParagraph"/>
              <w:spacing w:before="85"/>
              <w:ind w:left="78"/>
            </w:pPr>
            <w:r w:rsidRPr="00E85698">
              <w:t>0</w:t>
            </w:r>
          </w:p>
        </w:tc>
        <w:tc>
          <w:tcPr>
            <w:tcW w:w="1668" w:type="dxa"/>
            <w:gridSpan w:val="2"/>
          </w:tcPr>
          <w:p w:rsidR="00A047B0" w:rsidRPr="00E85698" w:rsidRDefault="00A047B0" w:rsidP="00A047B0">
            <w:pPr>
              <w:pStyle w:val="TableParagraph"/>
              <w:spacing w:before="85"/>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4" w:line="280" w:lineRule="auto"/>
              <w:ind w:left="78" w:right="254"/>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line="252" w:lineRule="exact"/>
            </w:pPr>
          </w:p>
        </w:tc>
      </w:tr>
      <w:tr w:rsidR="00A047B0" w:rsidRPr="00E85698" w:rsidTr="00A047B0">
        <w:trPr>
          <w:gridAfter w:val="1"/>
          <w:wAfter w:w="24" w:type="dxa"/>
          <w:trHeight w:val="482"/>
        </w:trPr>
        <w:tc>
          <w:tcPr>
            <w:tcW w:w="853" w:type="dxa"/>
            <w:gridSpan w:val="2"/>
          </w:tcPr>
          <w:p w:rsidR="00A047B0" w:rsidRPr="00E85698" w:rsidRDefault="00A047B0" w:rsidP="00A047B0">
            <w:pPr>
              <w:pStyle w:val="TableParagraph"/>
              <w:spacing w:before="82"/>
              <w:ind w:left="76"/>
            </w:pPr>
            <w:r w:rsidRPr="00E85698">
              <w:t>28</w:t>
            </w:r>
          </w:p>
        </w:tc>
        <w:tc>
          <w:tcPr>
            <w:tcW w:w="2939" w:type="dxa"/>
            <w:gridSpan w:val="2"/>
            <w:tcBorders>
              <w:right w:val="single" w:sz="6" w:space="0" w:color="000000"/>
            </w:tcBorders>
          </w:tcPr>
          <w:p w:rsidR="00A047B0" w:rsidRPr="00E85698" w:rsidRDefault="00A047B0" w:rsidP="00A047B0">
            <w:pPr>
              <w:pStyle w:val="TableParagraph"/>
              <w:spacing w:before="82"/>
              <w:ind w:left="74"/>
            </w:pPr>
            <w:r w:rsidRPr="00E85698">
              <w:t>Сочинение (упр.72)</w:t>
            </w:r>
          </w:p>
        </w:tc>
        <w:tc>
          <w:tcPr>
            <w:tcW w:w="735" w:type="dxa"/>
            <w:gridSpan w:val="2"/>
            <w:tcBorders>
              <w:left w:val="single" w:sz="6" w:space="0" w:color="000000"/>
            </w:tcBorders>
          </w:tcPr>
          <w:p w:rsidR="00A047B0" w:rsidRPr="00E85698" w:rsidRDefault="00A047B0" w:rsidP="00A047B0">
            <w:pPr>
              <w:pStyle w:val="TableParagraph"/>
              <w:spacing w:before="82"/>
              <w:ind w:left="78"/>
            </w:pPr>
            <w:r w:rsidRPr="00E85698">
              <w:t>1</w:t>
            </w:r>
          </w:p>
        </w:tc>
        <w:tc>
          <w:tcPr>
            <w:tcW w:w="1620" w:type="dxa"/>
            <w:gridSpan w:val="2"/>
          </w:tcPr>
          <w:p w:rsidR="00A047B0" w:rsidRPr="00E85698" w:rsidRDefault="00A047B0" w:rsidP="00A047B0">
            <w:pPr>
              <w:pStyle w:val="TableParagraph"/>
              <w:spacing w:before="82"/>
              <w:ind w:left="78"/>
            </w:pPr>
            <w:r w:rsidRPr="00E85698">
              <w:t>1</w:t>
            </w:r>
          </w:p>
        </w:tc>
        <w:tc>
          <w:tcPr>
            <w:tcW w:w="1668" w:type="dxa"/>
            <w:gridSpan w:val="2"/>
          </w:tcPr>
          <w:p w:rsidR="00A047B0" w:rsidRPr="00E85698" w:rsidRDefault="00A047B0" w:rsidP="00A047B0">
            <w:pPr>
              <w:pStyle w:val="TableParagraph"/>
              <w:spacing w:before="82"/>
              <w:ind w:left="78"/>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82"/>
              <w:ind w:left="78"/>
            </w:pPr>
            <w:r w:rsidRPr="00E85698">
              <w:t>Сочинение;</w:t>
            </w:r>
          </w:p>
        </w:tc>
      </w:tr>
      <w:tr w:rsidR="00A047B0" w:rsidRPr="00E85698" w:rsidTr="00A047B0">
        <w:trPr>
          <w:gridAfter w:val="1"/>
          <w:wAfter w:w="24" w:type="dxa"/>
          <w:trHeight w:val="1979"/>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30"/>
              </w:rPr>
            </w:pPr>
          </w:p>
          <w:p w:rsidR="00A047B0" w:rsidRPr="00E85698" w:rsidRDefault="00A047B0" w:rsidP="00A047B0">
            <w:pPr>
              <w:pStyle w:val="TableParagraph"/>
              <w:spacing w:before="1"/>
              <w:ind w:left="76"/>
            </w:pPr>
            <w:r w:rsidRPr="00E85698">
              <w:t>29</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73" w:line="276" w:lineRule="auto"/>
              <w:ind w:left="74" w:right="53"/>
            </w:pPr>
            <w:r w:rsidRPr="00E85698">
              <w:t>Предложение и его основные</w:t>
            </w:r>
            <w:r w:rsidRPr="00E85698">
              <w:rPr>
                <w:spacing w:val="-52"/>
              </w:rPr>
              <w:t xml:space="preserve"> </w:t>
            </w:r>
            <w:r w:rsidRPr="00E85698">
              <w:t>признаки. Нормы построения</w:t>
            </w:r>
            <w:r w:rsidRPr="00E85698">
              <w:rPr>
                <w:spacing w:val="-52"/>
              </w:rPr>
              <w:t xml:space="preserve"> </w:t>
            </w:r>
            <w:r w:rsidRPr="00E85698">
              <w:t>простого предложения,</w:t>
            </w:r>
            <w:r w:rsidRPr="00E85698">
              <w:rPr>
                <w:spacing w:val="1"/>
              </w:rPr>
              <w:t xml:space="preserve"> </w:t>
            </w:r>
            <w:r w:rsidRPr="00E85698">
              <w:t>использования</w:t>
            </w:r>
            <w:r w:rsidRPr="00E85698">
              <w:rPr>
                <w:spacing w:val="-2"/>
              </w:rPr>
              <w:t xml:space="preserve"> </w:t>
            </w:r>
            <w:r w:rsidRPr="00E85698">
              <w:t>инверсии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30"/>
              </w:rPr>
            </w:pPr>
          </w:p>
          <w:p w:rsidR="00A047B0" w:rsidRPr="00E85698" w:rsidRDefault="00A047B0" w:rsidP="00A047B0">
            <w:pPr>
              <w:pStyle w:val="TableParagraph"/>
              <w:spacing w:before="1"/>
              <w:ind w:right="262"/>
              <w:jc w:val="right"/>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30"/>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30"/>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02" w:line="264" w:lineRule="auto"/>
              <w:ind w:left="231" w:right="644" w:hanging="63"/>
            </w:pPr>
            <w:r w:rsidRPr="00E85698">
              <w:t>Устный</w:t>
            </w:r>
            <w:r w:rsidRPr="00E85698">
              <w:rPr>
                <w:spacing w:val="-52"/>
              </w:rPr>
              <w:t xml:space="preserve"> </w:t>
            </w:r>
            <w:r w:rsidRPr="00E85698">
              <w:t>опрос;</w:t>
            </w:r>
          </w:p>
        </w:tc>
      </w:tr>
      <w:tr w:rsidR="00A047B0" w:rsidRPr="00E85698" w:rsidTr="00A047B0">
        <w:trPr>
          <w:gridAfter w:val="1"/>
          <w:wAfter w:w="24" w:type="dxa"/>
          <w:trHeight w:val="3239"/>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2"/>
              <w:ind w:left="76"/>
            </w:pPr>
            <w:r w:rsidRPr="00E85698">
              <w:t>30</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81" w:line="271" w:lineRule="auto"/>
              <w:ind w:left="74" w:right="212"/>
            </w:pPr>
            <w:r w:rsidRPr="00E85698">
              <w:t>Виды предложений по цели</w:t>
            </w:r>
            <w:r w:rsidRPr="00E85698">
              <w:rPr>
                <w:spacing w:val="-52"/>
              </w:rPr>
              <w:t xml:space="preserve"> </w:t>
            </w:r>
            <w:r w:rsidRPr="00E85698">
              <w:t>высказывания</w:t>
            </w:r>
            <w:r w:rsidRPr="00E85698">
              <w:rPr>
                <w:spacing w:val="-2"/>
              </w:rPr>
              <w:t xml:space="preserve"> </w:t>
            </w:r>
            <w:r w:rsidRPr="00E85698">
              <w:t>и по</w:t>
            </w:r>
          </w:p>
          <w:p w:rsidR="00A047B0" w:rsidRPr="00E85698" w:rsidRDefault="00A047B0" w:rsidP="00A047B0">
            <w:pPr>
              <w:pStyle w:val="TableParagraph"/>
              <w:ind w:left="74"/>
            </w:pPr>
            <w:r w:rsidRPr="00E85698">
              <w:t>эмоциональной</w:t>
            </w:r>
            <w:r w:rsidRPr="00E85698">
              <w:rPr>
                <w:spacing w:val="-8"/>
              </w:rPr>
              <w:t xml:space="preserve"> </w:t>
            </w:r>
            <w:r w:rsidRPr="00E85698">
              <w:t>окраске.</w:t>
            </w:r>
          </w:p>
          <w:p w:rsidR="00A047B0" w:rsidRPr="00E85698" w:rsidRDefault="00A047B0" w:rsidP="00A047B0">
            <w:pPr>
              <w:pStyle w:val="TableParagraph"/>
              <w:spacing w:before="102" w:line="283" w:lineRule="auto"/>
              <w:ind w:left="74" w:right="561"/>
            </w:pPr>
            <w:r w:rsidRPr="00E85698">
              <w:t>Средства оформления</w:t>
            </w:r>
            <w:r w:rsidRPr="00E85698">
              <w:rPr>
                <w:spacing w:val="1"/>
              </w:rPr>
              <w:t xml:space="preserve"> </w:t>
            </w:r>
            <w:r w:rsidRPr="00E85698">
              <w:t>предложения</w:t>
            </w:r>
            <w:r w:rsidRPr="00E85698">
              <w:rPr>
                <w:spacing w:val="-3"/>
              </w:rPr>
              <w:t xml:space="preserve"> </w:t>
            </w:r>
            <w:r w:rsidRPr="00E85698">
              <w:t>в</w:t>
            </w:r>
            <w:r w:rsidRPr="00E85698">
              <w:rPr>
                <w:spacing w:val="-2"/>
              </w:rPr>
              <w:t xml:space="preserve"> </w:t>
            </w:r>
            <w:r w:rsidRPr="00E85698">
              <w:t>устной</w:t>
            </w:r>
            <w:r w:rsidRPr="00E85698">
              <w:rPr>
                <w:spacing w:val="-3"/>
              </w:rPr>
              <w:t xml:space="preserve"> </w:t>
            </w:r>
            <w:r w:rsidRPr="00E85698">
              <w:t>и</w:t>
            </w:r>
          </w:p>
          <w:p w:rsidR="00A047B0" w:rsidRPr="00E85698" w:rsidRDefault="00A047B0" w:rsidP="00A047B0">
            <w:pPr>
              <w:pStyle w:val="TableParagraph"/>
              <w:spacing w:line="280" w:lineRule="auto"/>
              <w:ind w:left="74" w:right="43"/>
            </w:pPr>
            <w:r w:rsidRPr="00E85698">
              <w:t>письменной речи: интонация,</w:t>
            </w:r>
            <w:r w:rsidRPr="00E85698">
              <w:rPr>
                <w:spacing w:val="-53"/>
              </w:rPr>
              <w:t xml:space="preserve"> </w:t>
            </w:r>
            <w:r w:rsidRPr="00E85698">
              <w:t>логическое ударение, знаки</w:t>
            </w:r>
            <w:r w:rsidRPr="00E85698">
              <w:rPr>
                <w:spacing w:val="1"/>
              </w:rPr>
              <w:t xml:space="preserve"> </w:t>
            </w:r>
            <w:r w:rsidRPr="00E85698">
              <w:t>препинания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2"/>
              <w:ind w:right="262"/>
              <w:jc w:val="right"/>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2"/>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2"/>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267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48"/>
              <w:ind w:left="76"/>
            </w:pPr>
            <w:r w:rsidRPr="00E85698">
              <w:t>31</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09" w:line="283" w:lineRule="auto"/>
              <w:ind w:left="74" w:right="46"/>
            </w:pPr>
            <w:r w:rsidRPr="00E85698">
              <w:t>Виды предложений по</w:t>
            </w:r>
            <w:r w:rsidRPr="00E85698">
              <w:rPr>
                <w:spacing w:val="1"/>
              </w:rPr>
              <w:t xml:space="preserve"> </w:t>
            </w:r>
            <w:r w:rsidRPr="00E85698">
              <w:t>количеству грамматических</w:t>
            </w:r>
            <w:r w:rsidRPr="00E85698">
              <w:rPr>
                <w:spacing w:val="1"/>
              </w:rPr>
              <w:t xml:space="preserve"> </w:t>
            </w:r>
            <w:r w:rsidRPr="00E85698">
              <w:t>основ. Нормы постановки</w:t>
            </w:r>
            <w:r w:rsidRPr="00E85698">
              <w:rPr>
                <w:spacing w:val="1"/>
              </w:rPr>
              <w:t xml:space="preserve"> </w:t>
            </w:r>
            <w:r w:rsidRPr="00E85698">
              <w:t>знаков препинания в простом</w:t>
            </w:r>
            <w:r w:rsidRPr="00E85698">
              <w:rPr>
                <w:spacing w:val="-52"/>
              </w:rPr>
              <w:t xml:space="preserve"> </w:t>
            </w:r>
            <w:r w:rsidRPr="00E85698">
              <w:t>и</w:t>
            </w:r>
            <w:r w:rsidRPr="00E85698">
              <w:rPr>
                <w:spacing w:val="-1"/>
              </w:rPr>
              <w:t xml:space="preserve"> </w:t>
            </w:r>
            <w:r w:rsidRPr="00E85698">
              <w:t>сложном предложениях</w:t>
            </w:r>
            <w:r w:rsidRPr="00E85698">
              <w:rPr>
                <w:spacing w:val="-3"/>
              </w:rPr>
              <w:t xml:space="preserve"> </w:t>
            </w:r>
            <w:r w:rsidRPr="00E85698">
              <w:t>с</w:t>
            </w:r>
          </w:p>
          <w:p w:rsidR="00A047B0" w:rsidRPr="00E85698" w:rsidRDefault="00A047B0" w:rsidP="00A047B0">
            <w:pPr>
              <w:pStyle w:val="TableParagraph"/>
              <w:spacing w:before="1"/>
              <w:ind w:left="74"/>
            </w:pPr>
            <w:r w:rsidRPr="00E85698">
              <w:t>союзом 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48"/>
              <w:ind w:right="262"/>
              <w:jc w:val="right"/>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48"/>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48"/>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9"/>
              <w:rPr>
                <w:b/>
                <w:sz w:val="31"/>
              </w:rPr>
            </w:pPr>
          </w:p>
          <w:p w:rsidR="00A047B0" w:rsidRPr="00E85698" w:rsidRDefault="00A047B0" w:rsidP="00A047B0">
            <w:pPr>
              <w:pStyle w:val="TableParagraph"/>
              <w:spacing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ind w:left="129" w:right="188"/>
              <w:jc w:val="center"/>
            </w:pP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76"/>
            </w:pPr>
            <w:r w:rsidRPr="00E85698">
              <w:t>32</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2" w:right="221"/>
            </w:pPr>
            <w:r w:rsidRPr="00E85698">
              <w:t>Виды простых предложений</w:t>
            </w:r>
            <w:r w:rsidRPr="00E85698">
              <w:rPr>
                <w:spacing w:val="-52"/>
              </w:rPr>
              <w:t xml:space="preserve"> </w:t>
            </w:r>
            <w:r w:rsidRPr="00E85698">
              <w:t>по</w:t>
            </w:r>
            <w:r w:rsidRPr="00E85698">
              <w:rPr>
                <w:spacing w:val="-2"/>
              </w:rPr>
              <w:t xml:space="preserve"> </w:t>
            </w:r>
            <w:r w:rsidRPr="00E85698">
              <w:t>наличию</w:t>
            </w:r>
            <w:r w:rsidRPr="00E85698">
              <w:rPr>
                <w:spacing w:val="-1"/>
              </w:rPr>
              <w:t xml:space="preserve"> </w:t>
            </w:r>
            <w:r w:rsidRPr="00E85698">
              <w:t>главных</w:t>
            </w:r>
            <w:r w:rsidRPr="00E85698">
              <w:rPr>
                <w:spacing w:val="-2"/>
              </w:rPr>
              <w:t xml:space="preserve"> </w:t>
            </w:r>
            <w:r w:rsidRPr="00E85698">
              <w:t>членов</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262"/>
              <w:jc w:val="right"/>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113"/>
              <w:jc w:val="right"/>
            </w:pPr>
            <w:r w:rsidRPr="00E85698">
              <w:t>33</w:t>
            </w:r>
          </w:p>
        </w:tc>
        <w:tc>
          <w:tcPr>
            <w:tcW w:w="2939" w:type="dxa"/>
            <w:gridSpan w:val="2"/>
            <w:tcBorders>
              <w:right w:val="single" w:sz="6" w:space="0" w:color="000000"/>
            </w:tcBorders>
          </w:tcPr>
          <w:p w:rsidR="00A047B0" w:rsidRPr="00E85698" w:rsidRDefault="00A047B0" w:rsidP="00A047B0">
            <w:pPr>
              <w:pStyle w:val="TableParagraph"/>
              <w:spacing w:before="1"/>
              <w:rPr>
                <w:b/>
                <w:sz w:val="31"/>
              </w:rPr>
            </w:pPr>
          </w:p>
          <w:p w:rsidR="00A047B0" w:rsidRPr="00E85698" w:rsidRDefault="00A047B0" w:rsidP="00A047B0">
            <w:pPr>
              <w:pStyle w:val="TableParagraph"/>
              <w:spacing w:before="1" w:line="271" w:lineRule="auto"/>
              <w:ind w:left="74" w:right="411"/>
            </w:pPr>
            <w:r w:rsidRPr="00E85698">
              <w:t>Виды предложений по</w:t>
            </w:r>
            <w:r w:rsidRPr="00E85698">
              <w:rPr>
                <w:spacing w:val="1"/>
              </w:rPr>
              <w:t xml:space="preserve"> </w:t>
            </w:r>
            <w:r w:rsidRPr="00E85698">
              <w:t>наличию второстепенных</w:t>
            </w:r>
            <w:r w:rsidRPr="00E85698">
              <w:rPr>
                <w:spacing w:val="-52"/>
              </w:rPr>
              <w:t xml:space="preserve"> </w:t>
            </w:r>
            <w:r w:rsidRPr="00E85698">
              <w:t>членов</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431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5"/>
              </w:rPr>
            </w:pPr>
          </w:p>
          <w:p w:rsidR="00A047B0" w:rsidRPr="00E85698" w:rsidRDefault="00A047B0" w:rsidP="00A047B0">
            <w:pPr>
              <w:pStyle w:val="TableParagraph"/>
              <w:ind w:right="113"/>
              <w:jc w:val="right"/>
            </w:pPr>
            <w:r w:rsidRPr="00E85698">
              <w:t>34</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7"/>
              <w:rPr>
                <w:b/>
              </w:rPr>
            </w:pPr>
          </w:p>
          <w:p w:rsidR="00A047B0" w:rsidRPr="00E85698" w:rsidRDefault="00A047B0" w:rsidP="00A047B0">
            <w:pPr>
              <w:pStyle w:val="TableParagraph"/>
              <w:spacing w:line="280" w:lineRule="auto"/>
              <w:ind w:left="74" w:right="619"/>
            </w:pPr>
            <w:r w:rsidRPr="00E85698">
              <w:t>Предложения полные и</w:t>
            </w:r>
            <w:r w:rsidRPr="00E85698">
              <w:rPr>
                <w:spacing w:val="-52"/>
              </w:rPr>
              <w:t xml:space="preserve"> </w:t>
            </w:r>
            <w:r w:rsidRPr="00E85698">
              <w:t>неполные. Неполные</w:t>
            </w:r>
            <w:r w:rsidRPr="00E85698">
              <w:rPr>
                <w:spacing w:val="1"/>
              </w:rPr>
              <w:t xml:space="preserve"> </w:t>
            </w:r>
            <w:r w:rsidRPr="00E85698">
              <w:t>предложения</w:t>
            </w:r>
            <w:r w:rsidRPr="00E85698">
              <w:rPr>
                <w:spacing w:val="-2"/>
              </w:rPr>
              <w:t xml:space="preserve"> </w:t>
            </w:r>
            <w:r w:rsidRPr="00E85698">
              <w:t>в</w:t>
            </w:r>
          </w:p>
          <w:p w:rsidR="00A047B0" w:rsidRPr="00E85698" w:rsidRDefault="00A047B0" w:rsidP="00A047B0">
            <w:pPr>
              <w:pStyle w:val="TableParagraph"/>
              <w:spacing w:line="280" w:lineRule="auto"/>
              <w:ind w:left="74" w:right="802"/>
            </w:pPr>
            <w:r w:rsidRPr="00E85698">
              <w:t>диалогической речи,</w:t>
            </w:r>
            <w:r w:rsidRPr="00E85698">
              <w:rPr>
                <w:spacing w:val="1"/>
              </w:rPr>
              <w:t xml:space="preserve"> </w:t>
            </w:r>
            <w:r w:rsidRPr="00E85698">
              <w:t>интонация неполного</w:t>
            </w:r>
            <w:r w:rsidRPr="00E85698">
              <w:rPr>
                <w:spacing w:val="-52"/>
              </w:rPr>
              <w:t xml:space="preserve"> </w:t>
            </w:r>
            <w:r w:rsidRPr="00E85698">
              <w:t>предложения.</w:t>
            </w:r>
          </w:p>
          <w:p w:rsidR="00A047B0" w:rsidRPr="00E85698" w:rsidRDefault="00A047B0" w:rsidP="00A047B0">
            <w:pPr>
              <w:pStyle w:val="TableParagraph"/>
              <w:spacing w:before="69" w:line="280" w:lineRule="auto"/>
              <w:ind w:left="74" w:right="1190"/>
              <w:jc w:val="both"/>
            </w:pPr>
            <w:r w:rsidRPr="00E85698">
              <w:t>Грамматические,</w:t>
            </w:r>
            <w:r w:rsidRPr="00E85698">
              <w:rPr>
                <w:spacing w:val="-53"/>
              </w:rPr>
              <w:t xml:space="preserve"> </w:t>
            </w:r>
            <w:r w:rsidRPr="00E85698">
              <w:t>интонационные и</w:t>
            </w:r>
            <w:r w:rsidRPr="00E85698">
              <w:rPr>
                <w:spacing w:val="-52"/>
              </w:rPr>
              <w:t xml:space="preserve"> </w:t>
            </w:r>
            <w:r w:rsidRPr="00E85698">
              <w:t>пунктуационные</w:t>
            </w:r>
          </w:p>
          <w:p w:rsidR="00A047B0" w:rsidRPr="00E85698" w:rsidRDefault="00A047B0" w:rsidP="00A047B0">
            <w:pPr>
              <w:pStyle w:val="TableParagraph"/>
              <w:spacing w:before="3" w:line="280" w:lineRule="auto"/>
              <w:ind w:left="74" w:right="86"/>
              <w:jc w:val="both"/>
            </w:pPr>
            <w:r w:rsidRPr="00E85698">
              <w:t>особенности предложений со</w:t>
            </w:r>
            <w:r w:rsidRPr="00E85698">
              <w:rPr>
                <w:spacing w:val="-52"/>
              </w:rPr>
              <w:t xml:space="preserve"> </w:t>
            </w:r>
            <w:r w:rsidRPr="00E85698">
              <w:t>словами</w:t>
            </w:r>
            <w:r w:rsidRPr="00E85698">
              <w:rPr>
                <w:spacing w:val="-2"/>
              </w:rPr>
              <w:t xml:space="preserve"> </w:t>
            </w:r>
            <w:r w:rsidRPr="00E85698">
              <w:t>ДА, НЕТ</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5"/>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5"/>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5"/>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8"/>
              <w:rPr>
                <w:b/>
                <w:sz w:val="20"/>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254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113"/>
              <w:jc w:val="right"/>
            </w:pPr>
            <w:r w:rsidRPr="00E85698">
              <w:t>35</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59" w:line="271" w:lineRule="auto"/>
              <w:ind w:left="74" w:right="85"/>
            </w:pPr>
            <w:r w:rsidRPr="00E85698">
              <w:t>Двусоставное предложение.</w:t>
            </w:r>
            <w:r w:rsidRPr="00E85698">
              <w:rPr>
                <w:spacing w:val="1"/>
              </w:rPr>
              <w:t xml:space="preserve"> </w:t>
            </w:r>
            <w:r w:rsidRPr="00E85698">
              <w:t>Подлежащее и сказуемое как</w:t>
            </w:r>
            <w:r w:rsidRPr="00E85698">
              <w:rPr>
                <w:spacing w:val="-52"/>
              </w:rPr>
              <w:t xml:space="preserve"> </w:t>
            </w:r>
            <w:r w:rsidRPr="00E85698">
              <w:t>главные</w:t>
            </w:r>
            <w:r w:rsidRPr="00E85698">
              <w:rPr>
                <w:spacing w:val="-5"/>
              </w:rPr>
              <w:t xml:space="preserve"> </w:t>
            </w:r>
            <w:r w:rsidRPr="00E85698">
              <w:t>члены</w:t>
            </w:r>
            <w:r w:rsidRPr="00E85698">
              <w:rPr>
                <w:spacing w:val="-5"/>
              </w:rPr>
              <w:t xml:space="preserve"> </w:t>
            </w:r>
            <w:r w:rsidRPr="00E85698">
              <w:t>предложения.</w:t>
            </w:r>
          </w:p>
          <w:p w:rsidR="00A047B0" w:rsidRPr="00E85698" w:rsidRDefault="00A047B0" w:rsidP="00A047B0">
            <w:pPr>
              <w:pStyle w:val="TableParagraph"/>
              <w:spacing w:before="71" w:line="264" w:lineRule="auto"/>
              <w:ind w:left="74" w:right="1786"/>
            </w:pPr>
            <w:r w:rsidRPr="00E85698">
              <w:t>Способы</w:t>
            </w:r>
            <w:r w:rsidRPr="00E85698">
              <w:rPr>
                <w:spacing w:val="1"/>
              </w:rPr>
              <w:t xml:space="preserve"> </w:t>
            </w:r>
            <w:r w:rsidRPr="00E85698">
              <w:t>выражения</w:t>
            </w:r>
          </w:p>
          <w:p w:rsidR="00A047B0" w:rsidRPr="00E85698" w:rsidRDefault="00A047B0" w:rsidP="00A047B0">
            <w:pPr>
              <w:pStyle w:val="TableParagraph"/>
              <w:spacing w:line="251" w:lineRule="exact"/>
              <w:ind w:left="74"/>
            </w:pPr>
            <w:r w:rsidRPr="00E85698">
              <w:t>подлежащего</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
              <w:rPr>
                <w:b/>
                <w:sz w:val="31"/>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83"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350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8"/>
              <w:rPr>
                <w:b/>
                <w:sz w:val="24"/>
              </w:rPr>
            </w:pPr>
          </w:p>
          <w:p w:rsidR="00A047B0" w:rsidRPr="00E85698" w:rsidRDefault="00A047B0" w:rsidP="00A047B0">
            <w:pPr>
              <w:pStyle w:val="TableParagraph"/>
              <w:ind w:right="113"/>
              <w:jc w:val="right"/>
            </w:pPr>
            <w:r w:rsidRPr="00E85698">
              <w:t>36</w:t>
            </w:r>
          </w:p>
        </w:tc>
        <w:tc>
          <w:tcPr>
            <w:tcW w:w="2939" w:type="dxa"/>
            <w:gridSpan w:val="2"/>
            <w:tcBorders>
              <w:right w:val="single" w:sz="6" w:space="0" w:color="000000"/>
            </w:tcBorders>
          </w:tcPr>
          <w:p w:rsidR="00A047B0" w:rsidRPr="00E85698" w:rsidRDefault="00A047B0" w:rsidP="00A047B0">
            <w:pPr>
              <w:pStyle w:val="TableParagraph"/>
              <w:spacing w:before="1"/>
              <w:rPr>
                <w:b/>
                <w:sz w:val="25"/>
              </w:rPr>
            </w:pPr>
          </w:p>
          <w:p w:rsidR="00A047B0" w:rsidRPr="00E85698" w:rsidRDefault="00A047B0" w:rsidP="00A047B0">
            <w:pPr>
              <w:pStyle w:val="TableParagraph"/>
              <w:ind w:left="74"/>
            </w:pPr>
            <w:r w:rsidRPr="00E85698">
              <w:t>Нормы</w:t>
            </w:r>
            <w:r w:rsidRPr="00E85698">
              <w:rPr>
                <w:spacing w:val="-1"/>
              </w:rPr>
              <w:t xml:space="preserve"> </w:t>
            </w:r>
            <w:r w:rsidRPr="00E85698">
              <w:t>согласования</w:t>
            </w:r>
          </w:p>
          <w:p w:rsidR="00A047B0" w:rsidRPr="00E85698" w:rsidRDefault="00A047B0" w:rsidP="00A047B0">
            <w:pPr>
              <w:pStyle w:val="TableParagraph"/>
              <w:spacing w:before="47" w:line="288" w:lineRule="auto"/>
              <w:ind w:left="74" w:right="300"/>
            </w:pPr>
            <w:r w:rsidRPr="00E85698">
              <w:t>сказуемого с подлежащим,</w:t>
            </w:r>
            <w:r w:rsidRPr="00E85698">
              <w:rPr>
                <w:spacing w:val="-52"/>
              </w:rPr>
              <w:t xml:space="preserve"> </w:t>
            </w:r>
            <w:r w:rsidRPr="00E85698">
              <w:t>выраженным</w:t>
            </w:r>
          </w:p>
          <w:p w:rsidR="00A047B0" w:rsidRPr="00E85698" w:rsidRDefault="00A047B0" w:rsidP="00A047B0">
            <w:pPr>
              <w:pStyle w:val="TableParagraph"/>
              <w:spacing w:line="251" w:lineRule="exact"/>
              <w:ind w:left="74"/>
            </w:pPr>
            <w:r w:rsidRPr="00E85698">
              <w:t>словосочетанием,</w:t>
            </w:r>
          </w:p>
          <w:p w:rsidR="00A047B0" w:rsidRPr="00E85698" w:rsidRDefault="00A047B0" w:rsidP="00A047B0">
            <w:pPr>
              <w:pStyle w:val="TableParagraph"/>
              <w:spacing w:before="47" w:line="288" w:lineRule="auto"/>
              <w:ind w:left="74" w:right="705"/>
            </w:pPr>
            <w:r w:rsidRPr="00E85698">
              <w:t>сложносокращёнными</w:t>
            </w:r>
            <w:r w:rsidRPr="00E85698">
              <w:rPr>
                <w:spacing w:val="-52"/>
              </w:rPr>
              <w:t xml:space="preserve"> </w:t>
            </w:r>
            <w:r w:rsidRPr="00E85698">
              <w:t>словами,</w:t>
            </w:r>
            <w:r w:rsidRPr="00E85698">
              <w:rPr>
                <w:spacing w:val="-1"/>
              </w:rPr>
              <w:t xml:space="preserve"> </w:t>
            </w:r>
            <w:r w:rsidRPr="00E85698">
              <w:t>словами</w:t>
            </w:r>
          </w:p>
          <w:p w:rsidR="00A047B0" w:rsidRPr="00E85698" w:rsidRDefault="00A047B0" w:rsidP="00A047B0">
            <w:pPr>
              <w:pStyle w:val="TableParagraph"/>
              <w:spacing w:line="285" w:lineRule="auto"/>
              <w:ind w:left="74" w:right="1144"/>
            </w:pPr>
            <w:r w:rsidRPr="00E85698">
              <w:t>большинство —</w:t>
            </w:r>
            <w:r w:rsidRPr="00E85698">
              <w:rPr>
                <w:spacing w:val="1"/>
              </w:rPr>
              <w:t xml:space="preserve"> </w:t>
            </w:r>
            <w:r w:rsidRPr="00E85698">
              <w:t>меньшинство,</w:t>
            </w:r>
            <w:r w:rsidRPr="00E85698">
              <w:rPr>
                <w:spacing w:val="1"/>
              </w:rPr>
              <w:t xml:space="preserve"> </w:t>
            </w:r>
            <w:r w:rsidRPr="00E85698">
              <w:t>количественными</w:t>
            </w:r>
            <w:r w:rsidRPr="00E85698">
              <w:rPr>
                <w:spacing w:val="-52"/>
              </w:rPr>
              <w:t xml:space="preserve"> </w:t>
            </w:r>
            <w:r w:rsidRPr="00E85698">
              <w:t>сочетаниями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8"/>
              <w:rPr>
                <w:b/>
                <w:sz w:val="24"/>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8"/>
              <w:rPr>
                <w:b/>
                <w:sz w:val="24"/>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8"/>
              <w:rPr>
                <w:b/>
                <w:sz w:val="24"/>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33"/>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2277"/>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19"/>
              </w:rPr>
            </w:pPr>
          </w:p>
          <w:p w:rsidR="00A047B0" w:rsidRPr="00E85698" w:rsidRDefault="00A047B0" w:rsidP="00A047B0">
            <w:pPr>
              <w:pStyle w:val="TableParagraph"/>
              <w:ind w:right="113"/>
              <w:jc w:val="right"/>
            </w:pPr>
            <w:r w:rsidRPr="00E85698">
              <w:t>37</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66" w:line="280" w:lineRule="auto"/>
              <w:ind w:left="74" w:right="316"/>
            </w:pPr>
            <w:r w:rsidRPr="00E85698">
              <w:t>Виды сказуемого. Простое</w:t>
            </w:r>
            <w:r w:rsidRPr="00E85698">
              <w:rPr>
                <w:spacing w:val="-52"/>
              </w:rPr>
              <w:t xml:space="preserve"> </w:t>
            </w:r>
            <w:r w:rsidRPr="00E85698">
              <w:t>глагольное</w:t>
            </w:r>
            <w:r w:rsidRPr="00E85698">
              <w:rPr>
                <w:spacing w:val="-2"/>
              </w:rPr>
              <w:t xml:space="preserve"> </w:t>
            </w:r>
            <w:r w:rsidRPr="00E85698">
              <w:t>сказуемое и</w:t>
            </w:r>
          </w:p>
          <w:p w:rsidR="00A047B0" w:rsidRPr="00E85698" w:rsidRDefault="00A047B0" w:rsidP="00A047B0">
            <w:pPr>
              <w:pStyle w:val="TableParagraph"/>
              <w:spacing w:line="280" w:lineRule="auto"/>
              <w:ind w:left="74" w:right="703"/>
            </w:pPr>
            <w:r w:rsidRPr="00E85698">
              <w:t>составное глагольное</w:t>
            </w:r>
            <w:r w:rsidRPr="00E85698">
              <w:rPr>
                <w:spacing w:val="1"/>
              </w:rPr>
              <w:t xml:space="preserve"> </w:t>
            </w:r>
            <w:r w:rsidRPr="00E85698">
              <w:t>сказуемое, способы их</w:t>
            </w:r>
            <w:r w:rsidRPr="00E85698">
              <w:rPr>
                <w:spacing w:val="-52"/>
              </w:rPr>
              <w:t xml:space="preserve"> </w:t>
            </w:r>
            <w:r w:rsidRPr="00E85698">
              <w:t>выражения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19"/>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19"/>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5"/>
              <w:rPr>
                <w:b/>
                <w:sz w:val="19"/>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8"/>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58"/>
              <w:jc w:val="right"/>
            </w:pPr>
            <w:r w:rsidRPr="00E85698">
              <w:t>38</w:t>
            </w:r>
          </w:p>
        </w:tc>
        <w:tc>
          <w:tcPr>
            <w:tcW w:w="2939" w:type="dxa"/>
            <w:gridSpan w:val="2"/>
            <w:tcBorders>
              <w:right w:val="single" w:sz="6" w:space="0" w:color="000000"/>
            </w:tcBorders>
          </w:tcPr>
          <w:p w:rsidR="00A047B0" w:rsidRPr="00E85698" w:rsidRDefault="00A047B0" w:rsidP="00A047B0">
            <w:pPr>
              <w:pStyle w:val="TableParagraph"/>
              <w:spacing w:before="1"/>
              <w:rPr>
                <w:b/>
                <w:sz w:val="31"/>
              </w:rPr>
            </w:pPr>
          </w:p>
          <w:p w:rsidR="00A047B0" w:rsidRPr="00E85698" w:rsidRDefault="00A047B0" w:rsidP="00A047B0">
            <w:pPr>
              <w:pStyle w:val="TableParagraph"/>
              <w:spacing w:before="1" w:line="273" w:lineRule="auto"/>
              <w:ind w:left="74" w:right="119"/>
            </w:pPr>
            <w:r w:rsidRPr="00E85698">
              <w:t>Виды сказуемого. Составное</w:t>
            </w:r>
            <w:r w:rsidRPr="00E85698">
              <w:rPr>
                <w:spacing w:val="-52"/>
              </w:rPr>
              <w:t xml:space="preserve"> </w:t>
            </w:r>
            <w:r w:rsidRPr="00E85698">
              <w:t>именное</w:t>
            </w:r>
            <w:r w:rsidRPr="00E85698">
              <w:rPr>
                <w:spacing w:val="-1"/>
              </w:rPr>
              <w:t xml:space="preserve"> </w:t>
            </w:r>
            <w:r w:rsidRPr="00E85698">
              <w:t>сказуемое и</w:t>
            </w:r>
          </w:p>
          <w:p w:rsidR="00A047B0" w:rsidRPr="00E85698" w:rsidRDefault="00A047B0" w:rsidP="00A047B0">
            <w:pPr>
              <w:pStyle w:val="TableParagraph"/>
              <w:spacing w:line="250" w:lineRule="exact"/>
              <w:ind w:left="74"/>
            </w:pPr>
            <w:r w:rsidRPr="00E85698">
              <w:t>способы</w:t>
            </w:r>
            <w:r w:rsidRPr="00E85698">
              <w:rPr>
                <w:spacing w:val="-1"/>
              </w:rPr>
              <w:t xml:space="preserve"> </w:t>
            </w:r>
            <w:r w:rsidRPr="00E85698">
              <w:t>его выражения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58"/>
              <w:jc w:val="right"/>
            </w:pPr>
            <w:r w:rsidRPr="00E85698">
              <w:t>39</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74" w:right="428"/>
            </w:pPr>
            <w:r w:rsidRPr="00E85698">
              <w:t>Тире между подлежащим</w:t>
            </w:r>
            <w:r w:rsidRPr="00E85698">
              <w:rPr>
                <w:spacing w:val="-52"/>
              </w:rPr>
              <w:t xml:space="preserve"> </w:t>
            </w:r>
            <w:r w:rsidRPr="00E85698">
              <w:t>и сказуемым</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82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58"/>
              <w:jc w:val="right"/>
            </w:pPr>
            <w:r w:rsidRPr="00E85698">
              <w:t>40</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spacing w:line="264" w:lineRule="auto"/>
              <w:ind w:left="74" w:right="895"/>
            </w:pPr>
            <w:r w:rsidRPr="00E85698">
              <w:t>Второстепенные</w:t>
            </w:r>
            <w:r w:rsidRPr="00E85698">
              <w:rPr>
                <w:spacing w:val="1"/>
              </w:rPr>
              <w:t xml:space="preserve"> </w:t>
            </w:r>
            <w:r w:rsidRPr="00E85698">
              <w:t>члены предложения,</w:t>
            </w:r>
            <w:r w:rsidRPr="00E85698">
              <w:rPr>
                <w:spacing w:val="-52"/>
              </w:rPr>
              <w:t xml:space="preserve"> </w:t>
            </w:r>
            <w:r w:rsidRPr="00E85698">
              <w:t>их</w:t>
            </w:r>
            <w:r w:rsidRPr="00E85698">
              <w:rPr>
                <w:spacing w:val="-1"/>
              </w:rPr>
              <w:t xml:space="preserve"> </w:t>
            </w:r>
            <w:r w:rsidRPr="00E85698">
              <w:t>виды</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
              <w:rPr>
                <w:b/>
                <w:sz w:val="18"/>
              </w:rPr>
            </w:pPr>
          </w:p>
          <w:p w:rsidR="00A047B0" w:rsidRPr="00E85698" w:rsidRDefault="00A047B0" w:rsidP="00A047B0">
            <w:pPr>
              <w:pStyle w:val="TableParagraph"/>
              <w:spacing w:before="1"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line="252" w:lineRule="exact"/>
              <w:ind w:left="129" w:right="188"/>
              <w:jc w:val="center"/>
            </w:pPr>
            <w:r w:rsidRPr="00E85698">
              <w:t>ВПР;</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58"/>
              <w:jc w:val="right"/>
            </w:pPr>
            <w:r w:rsidRPr="00E85698">
              <w:t>41</w:t>
            </w:r>
          </w:p>
        </w:tc>
        <w:tc>
          <w:tcPr>
            <w:tcW w:w="2939" w:type="dxa"/>
            <w:gridSpan w:val="2"/>
            <w:tcBorders>
              <w:right w:val="single" w:sz="6" w:space="0" w:color="000000"/>
            </w:tcBorders>
          </w:tcPr>
          <w:p w:rsidR="00A047B0" w:rsidRPr="00E85698" w:rsidRDefault="00A047B0" w:rsidP="00A047B0">
            <w:pPr>
              <w:pStyle w:val="TableParagraph"/>
              <w:spacing w:before="11"/>
              <w:rPr>
                <w:b/>
                <w:sz w:val="30"/>
              </w:rPr>
            </w:pPr>
          </w:p>
          <w:p w:rsidR="00A047B0" w:rsidRPr="00E85698" w:rsidRDefault="00A047B0" w:rsidP="00A047B0">
            <w:pPr>
              <w:pStyle w:val="TableParagraph"/>
              <w:spacing w:line="273" w:lineRule="auto"/>
              <w:ind w:left="74" w:right="1103"/>
            </w:pPr>
            <w:r w:rsidRPr="00E85698">
              <w:t>Определение как</w:t>
            </w:r>
            <w:r w:rsidRPr="00E85698">
              <w:rPr>
                <w:spacing w:val="1"/>
              </w:rPr>
              <w:t xml:space="preserve"> </w:t>
            </w:r>
            <w:r w:rsidRPr="00E85698">
              <w:t>второстепенный</w:t>
            </w:r>
            <w:r w:rsidRPr="00E85698">
              <w:rPr>
                <w:spacing w:val="1"/>
              </w:rPr>
              <w:t xml:space="preserve"> </w:t>
            </w:r>
            <w:r w:rsidRPr="00E85698">
              <w:t>член</w:t>
            </w:r>
            <w:r w:rsidRPr="00E85698">
              <w:rPr>
                <w:spacing w:val="-5"/>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2" w:line="278"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58"/>
              <w:jc w:val="right"/>
            </w:pPr>
            <w:r w:rsidRPr="00E85698">
              <w:t>42</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74" w:right="144"/>
            </w:pPr>
            <w:r w:rsidRPr="00E85698">
              <w:t>Определения согласованные</w:t>
            </w:r>
            <w:r w:rsidRPr="00E85698">
              <w:rPr>
                <w:spacing w:val="-52"/>
              </w:rPr>
              <w:t xml:space="preserve"> </w:t>
            </w:r>
            <w:r w:rsidRPr="00E85698">
              <w:t>и</w:t>
            </w:r>
            <w:r w:rsidRPr="00E85698">
              <w:rPr>
                <w:spacing w:val="-1"/>
              </w:rPr>
              <w:t xml:space="preserve"> </w:t>
            </w:r>
            <w:r w:rsidRPr="00E85698">
              <w:t>несогласованные</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58"/>
              <w:jc w:val="right"/>
            </w:pPr>
            <w:r w:rsidRPr="00E85698">
              <w:t>43</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spacing w:line="264" w:lineRule="auto"/>
              <w:ind w:left="74" w:right="138"/>
            </w:pPr>
            <w:r w:rsidRPr="00E85698">
              <w:t>Приложение как особый вид</w:t>
            </w:r>
            <w:r w:rsidRPr="00E85698">
              <w:rPr>
                <w:spacing w:val="-52"/>
              </w:rPr>
              <w:t xml:space="preserve"> </w:t>
            </w:r>
            <w:r w:rsidRPr="00E85698">
              <w:t>определения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462"/>
        </w:trPr>
        <w:tc>
          <w:tcPr>
            <w:tcW w:w="853" w:type="dxa"/>
            <w:gridSpan w:val="2"/>
          </w:tcPr>
          <w:p w:rsidR="00A047B0" w:rsidRPr="00E85698" w:rsidRDefault="00A047B0" w:rsidP="00A047B0">
            <w:pPr>
              <w:pStyle w:val="TableParagraph"/>
              <w:spacing w:before="145"/>
              <w:ind w:right="58"/>
              <w:jc w:val="right"/>
            </w:pPr>
            <w:r w:rsidRPr="00E85698">
              <w:t>44</w:t>
            </w:r>
          </w:p>
        </w:tc>
        <w:tc>
          <w:tcPr>
            <w:tcW w:w="2939" w:type="dxa"/>
            <w:gridSpan w:val="2"/>
            <w:tcBorders>
              <w:right w:val="single" w:sz="6" w:space="0" w:color="000000"/>
            </w:tcBorders>
          </w:tcPr>
          <w:p w:rsidR="00A047B0" w:rsidRPr="00E85698" w:rsidRDefault="00A047B0" w:rsidP="00A047B0">
            <w:pPr>
              <w:pStyle w:val="TableParagraph"/>
              <w:spacing w:before="145"/>
              <w:ind w:left="129"/>
            </w:pPr>
            <w:r w:rsidRPr="00E85698">
              <w:t>Сжатое изложение (упр.138-139) или по тексту ОГЭ</w:t>
            </w:r>
          </w:p>
        </w:tc>
        <w:tc>
          <w:tcPr>
            <w:tcW w:w="735" w:type="dxa"/>
            <w:gridSpan w:val="2"/>
            <w:tcBorders>
              <w:left w:val="single" w:sz="6" w:space="0" w:color="000000"/>
            </w:tcBorders>
          </w:tcPr>
          <w:p w:rsidR="00A047B0" w:rsidRPr="00E85698" w:rsidRDefault="00A047B0" w:rsidP="00A047B0">
            <w:pPr>
              <w:pStyle w:val="TableParagraph"/>
              <w:spacing w:before="145"/>
              <w:ind w:left="82"/>
              <w:jc w:val="center"/>
            </w:pPr>
            <w:r w:rsidRPr="00E85698">
              <w:t>1</w:t>
            </w:r>
          </w:p>
        </w:tc>
        <w:tc>
          <w:tcPr>
            <w:tcW w:w="1620" w:type="dxa"/>
            <w:gridSpan w:val="2"/>
          </w:tcPr>
          <w:p w:rsidR="00A047B0" w:rsidRPr="00E85698" w:rsidRDefault="00A047B0" w:rsidP="00A047B0">
            <w:pPr>
              <w:pStyle w:val="TableParagraph"/>
              <w:spacing w:before="145"/>
              <w:ind w:right="706"/>
              <w:jc w:val="right"/>
            </w:pPr>
            <w:r w:rsidRPr="00E85698">
              <w:t>1</w:t>
            </w:r>
          </w:p>
        </w:tc>
        <w:tc>
          <w:tcPr>
            <w:tcW w:w="1668" w:type="dxa"/>
            <w:gridSpan w:val="2"/>
          </w:tcPr>
          <w:p w:rsidR="00A047B0" w:rsidRPr="00E85698" w:rsidRDefault="00A047B0" w:rsidP="00A047B0">
            <w:pPr>
              <w:pStyle w:val="TableParagraph"/>
              <w:spacing w:before="145"/>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45"/>
              <w:ind w:left="277"/>
            </w:pPr>
            <w:r w:rsidRPr="00E85698">
              <w:t>Практическая работа;</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58"/>
              <w:jc w:val="right"/>
            </w:pPr>
            <w:r w:rsidRPr="00E85698">
              <w:t>45</w:t>
            </w:r>
          </w:p>
        </w:tc>
        <w:tc>
          <w:tcPr>
            <w:tcW w:w="2939" w:type="dxa"/>
            <w:gridSpan w:val="2"/>
            <w:tcBorders>
              <w:right w:val="single" w:sz="6" w:space="0" w:color="000000"/>
            </w:tcBorders>
          </w:tcPr>
          <w:p w:rsidR="00A047B0" w:rsidRPr="00E85698" w:rsidRDefault="00A047B0" w:rsidP="00A047B0">
            <w:pPr>
              <w:pStyle w:val="TableParagraph"/>
              <w:spacing w:before="11"/>
              <w:rPr>
                <w:b/>
                <w:sz w:val="30"/>
              </w:rPr>
            </w:pPr>
          </w:p>
          <w:p w:rsidR="00A047B0" w:rsidRPr="00E85698" w:rsidRDefault="00A047B0" w:rsidP="00A047B0">
            <w:pPr>
              <w:pStyle w:val="TableParagraph"/>
              <w:spacing w:line="271" w:lineRule="auto"/>
              <w:ind w:left="74" w:right="1103"/>
            </w:pPr>
            <w:r w:rsidRPr="00E85698">
              <w:t>Дополнение как</w:t>
            </w:r>
            <w:r w:rsidRPr="00E85698">
              <w:rPr>
                <w:spacing w:val="1"/>
              </w:rPr>
              <w:t xml:space="preserve"> </w:t>
            </w:r>
            <w:r w:rsidRPr="00E85698">
              <w:t>второстепенный</w:t>
            </w:r>
            <w:r w:rsidRPr="00E85698">
              <w:rPr>
                <w:spacing w:val="1"/>
              </w:rPr>
              <w:t xml:space="preserve"> </w:t>
            </w:r>
            <w:r w:rsidRPr="00E85698">
              <w:t>член</w:t>
            </w:r>
            <w:r w:rsidRPr="00E85698">
              <w:rPr>
                <w:spacing w:val="-5"/>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89"/>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58"/>
              <w:jc w:val="right"/>
            </w:pPr>
            <w:r w:rsidRPr="00E85698">
              <w:t>46</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74" w:right="741"/>
            </w:pPr>
            <w:r w:rsidRPr="00E85698">
              <w:t>Дополнения прямые и</w:t>
            </w:r>
            <w:r w:rsidRPr="00E85698">
              <w:rPr>
                <w:spacing w:val="-52"/>
              </w:rPr>
              <w:t xml:space="preserve"> </w:t>
            </w:r>
            <w:r w:rsidRPr="00E85698">
              <w:t>косвенные</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33"/>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294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24"/>
              </w:rPr>
            </w:pPr>
          </w:p>
          <w:p w:rsidR="00A047B0" w:rsidRPr="00E85698" w:rsidRDefault="00A047B0" w:rsidP="00A047B0">
            <w:pPr>
              <w:pStyle w:val="TableParagraph"/>
              <w:ind w:left="138"/>
            </w:pPr>
            <w:r w:rsidRPr="00E85698">
              <w:t>47</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5"/>
              <w:rPr>
                <w:b/>
                <w:sz w:val="29"/>
              </w:rPr>
            </w:pPr>
          </w:p>
          <w:p w:rsidR="00A047B0" w:rsidRPr="00E85698" w:rsidRDefault="00A047B0" w:rsidP="00A047B0">
            <w:pPr>
              <w:pStyle w:val="TableParagraph"/>
              <w:spacing w:line="278" w:lineRule="auto"/>
              <w:ind w:left="74" w:right="880"/>
            </w:pPr>
            <w:r w:rsidRPr="00E85698">
              <w:t>Обстоятельство как</w:t>
            </w:r>
            <w:r w:rsidRPr="00E85698">
              <w:rPr>
                <w:spacing w:val="1"/>
              </w:rPr>
              <w:t xml:space="preserve"> </w:t>
            </w:r>
            <w:r w:rsidRPr="00E85698">
              <w:t>второстепенный</w:t>
            </w:r>
            <w:r w:rsidRPr="00E85698">
              <w:rPr>
                <w:spacing w:val="1"/>
              </w:rPr>
              <w:t xml:space="preserve"> </w:t>
            </w:r>
            <w:r w:rsidRPr="00E85698">
              <w:t>член предложения.</w:t>
            </w:r>
            <w:r w:rsidRPr="00E85698">
              <w:rPr>
                <w:spacing w:val="1"/>
              </w:rPr>
              <w:t xml:space="preserve"> </w:t>
            </w:r>
            <w:r w:rsidRPr="00E85698">
              <w:t>Виды</w:t>
            </w:r>
            <w:r w:rsidRPr="00E85698">
              <w:rPr>
                <w:spacing w:val="-11"/>
              </w:rPr>
              <w:t xml:space="preserve"> </w:t>
            </w:r>
            <w:r w:rsidRPr="00E85698">
              <w:t>обстоятельств.</w:t>
            </w:r>
          </w:p>
          <w:p w:rsidR="00A047B0" w:rsidRPr="00E85698" w:rsidRDefault="00A047B0" w:rsidP="00A047B0">
            <w:pPr>
              <w:pStyle w:val="TableParagraph"/>
              <w:spacing w:before="70" w:line="264" w:lineRule="auto"/>
              <w:ind w:left="74" w:right="719"/>
            </w:pPr>
            <w:r w:rsidRPr="00E85698">
              <w:t>Обстоятельства места,</w:t>
            </w:r>
            <w:r w:rsidRPr="00E85698">
              <w:rPr>
                <w:spacing w:val="-52"/>
              </w:rPr>
              <w:t xml:space="preserve"> </w:t>
            </w:r>
            <w:r w:rsidRPr="00E85698">
              <w:t>времени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24"/>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7"/>
              <w:rPr>
                <w:b/>
                <w:sz w:val="32"/>
              </w:rPr>
            </w:pPr>
          </w:p>
          <w:p w:rsidR="00A047B0" w:rsidRPr="00E85698" w:rsidRDefault="00A047B0" w:rsidP="00A047B0">
            <w:pPr>
              <w:pStyle w:val="TableParagraph"/>
              <w:spacing w:line="278"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38"/>
            </w:pPr>
            <w:r w:rsidRPr="00E85698">
              <w:t>48</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74" w:right="408"/>
            </w:pPr>
            <w:r w:rsidRPr="00E85698">
              <w:t>Обстоятельства причины,</w:t>
            </w:r>
            <w:r w:rsidRPr="00E85698">
              <w:rPr>
                <w:spacing w:val="-52"/>
              </w:rPr>
              <w:t xml:space="preserve"> </w:t>
            </w:r>
            <w:r w:rsidRPr="00E85698">
              <w:t>цели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left="138"/>
            </w:pPr>
            <w:r w:rsidRPr="00E85698">
              <w:t>49</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ind w:left="74"/>
            </w:pPr>
            <w:r w:rsidRPr="00E85698">
              <w:t>Обстоятельства</w:t>
            </w:r>
            <w:r w:rsidRPr="00E85698">
              <w:rPr>
                <w:spacing w:val="-3"/>
              </w:rPr>
              <w:t xml:space="preserve"> </w:t>
            </w:r>
            <w:r w:rsidRPr="00E85698">
              <w:t>образа</w:t>
            </w:r>
          </w:p>
          <w:p w:rsidR="00A047B0" w:rsidRPr="00E85698" w:rsidRDefault="00A047B0" w:rsidP="00A047B0">
            <w:pPr>
              <w:pStyle w:val="TableParagraph"/>
              <w:spacing w:before="25"/>
              <w:ind w:left="74"/>
            </w:pPr>
            <w:r w:rsidRPr="00E85698">
              <w:t>действия, меры и</w:t>
            </w:r>
            <w:r w:rsidRPr="00E85698">
              <w:rPr>
                <w:spacing w:val="-3"/>
              </w:rPr>
              <w:t xml:space="preserve"> </w:t>
            </w:r>
            <w:r w:rsidRPr="00E85698">
              <w:t>степени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33"/>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8"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490"/>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38"/>
            </w:pPr>
            <w:r w:rsidRPr="00E85698">
              <w:t>50</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3"/>
              <w:rPr>
                <w:b/>
                <w:sz w:val="20"/>
              </w:rPr>
            </w:pPr>
          </w:p>
          <w:p w:rsidR="00A047B0" w:rsidRPr="00E85698" w:rsidRDefault="00A047B0" w:rsidP="00A047B0">
            <w:pPr>
              <w:pStyle w:val="TableParagraph"/>
              <w:spacing w:line="264" w:lineRule="auto"/>
              <w:ind w:left="74" w:right="1230"/>
            </w:pPr>
            <w:r w:rsidRPr="00E85698">
              <w:t>Обстоятельства</w:t>
            </w:r>
            <w:r w:rsidRPr="00E85698">
              <w:rPr>
                <w:spacing w:val="1"/>
              </w:rPr>
              <w:t xml:space="preserve"> </w:t>
            </w:r>
            <w:r w:rsidRPr="00E85698">
              <w:t>условия,</w:t>
            </w:r>
            <w:r w:rsidRPr="00E85698">
              <w:rPr>
                <w:spacing w:val="-14"/>
              </w:rPr>
              <w:t xml:space="preserve"> </w:t>
            </w:r>
            <w:r w:rsidRPr="00E85698">
              <w:t>уступки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195"/>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pPr>
            <w:r w:rsidRPr="00E85698">
              <w:t>51</w:t>
            </w:r>
          </w:p>
        </w:tc>
        <w:tc>
          <w:tcPr>
            <w:tcW w:w="2939" w:type="dxa"/>
            <w:gridSpan w:val="2"/>
            <w:tcBorders>
              <w:right w:val="single" w:sz="6" w:space="0" w:color="000000"/>
            </w:tcBorders>
          </w:tcPr>
          <w:p w:rsidR="00A047B0" w:rsidRPr="00E85698" w:rsidRDefault="00A047B0" w:rsidP="00A047B0">
            <w:pPr>
              <w:pStyle w:val="TableParagraph"/>
              <w:spacing w:before="7"/>
              <w:rPr>
                <w:b/>
                <w:sz w:val="31"/>
              </w:rPr>
            </w:pPr>
          </w:p>
          <w:p w:rsidR="00A047B0" w:rsidRPr="00E85698" w:rsidRDefault="00A047B0" w:rsidP="00A047B0">
            <w:pPr>
              <w:pStyle w:val="TableParagraph"/>
              <w:spacing w:line="261" w:lineRule="auto"/>
              <w:ind w:left="74" w:right="35"/>
            </w:pPr>
            <w:r w:rsidRPr="00E85698">
              <w:t>Контрольная  работа по теме</w:t>
            </w:r>
            <w:r w:rsidRPr="00E85698">
              <w:rPr>
                <w:spacing w:val="1"/>
              </w:rPr>
              <w:t xml:space="preserve"> </w:t>
            </w:r>
            <w:r w:rsidRPr="00E85698">
              <w:t>"Двусоставные</w:t>
            </w:r>
            <w:r w:rsidRPr="00E85698">
              <w:rPr>
                <w:spacing w:val="-11"/>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ind w:right="706"/>
              <w:jc w:val="right"/>
            </w:pPr>
            <w:r w:rsidRPr="00E85698">
              <w:t>1</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20"/>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7"/>
              <w:rPr>
                <w:b/>
                <w:sz w:val="31"/>
              </w:rPr>
            </w:pPr>
          </w:p>
          <w:p w:rsidR="00A047B0" w:rsidRPr="00E85698" w:rsidRDefault="00A047B0" w:rsidP="00A047B0">
            <w:pPr>
              <w:pStyle w:val="TableParagraph"/>
              <w:spacing w:line="261" w:lineRule="auto"/>
              <w:ind w:left="409" w:right="185" w:hanging="267"/>
            </w:pPr>
            <w:r w:rsidRPr="00E85698">
              <w:t>Контрольная</w:t>
            </w:r>
            <w:r w:rsidRPr="00E85698">
              <w:rPr>
                <w:spacing w:val="-52"/>
              </w:rPr>
              <w:t xml:space="preserve"> </w:t>
            </w:r>
            <w:r w:rsidRPr="00E85698">
              <w:t>работа;</w:t>
            </w:r>
          </w:p>
        </w:tc>
      </w:tr>
      <w:tr w:rsidR="00A047B0" w:rsidRPr="00E85698" w:rsidTr="00A047B0">
        <w:trPr>
          <w:gridAfter w:val="1"/>
          <w:wAfter w:w="24" w:type="dxa"/>
          <w:trHeight w:val="1492"/>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194"/>
            </w:pPr>
            <w:r w:rsidRPr="00E85698">
              <w:t>52</w:t>
            </w:r>
          </w:p>
        </w:tc>
        <w:tc>
          <w:tcPr>
            <w:tcW w:w="2939" w:type="dxa"/>
            <w:gridSpan w:val="2"/>
            <w:tcBorders>
              <w:right w:val="single" w:sz="6" w:space="0" w:color="000000"/>
            </w:tcBorders>
          </w:tcPr>
          <w:p w:rsidR="00A047B0" w:rsidRPr="00E85698" w:rsidRDefault="00A047B0" w:rsidP="00A047B0">
            <w:pPr>
              <w:pStyle w:val="TableParagraph"/>
              <w:spacing w:before="9"/>
              <w:rPr>
                <w:b/>
                <w:sz w:val="18"/>
              </w:rPr>
            </w:pPr>
          </w:p>
          <w:p w:rsidR="00A047B0" w:rsidRPr="00E85698" w:rsidRDefault="00A047B0" w:rsidP="00A047B0">
            <w:pPr>
              <w:pStyle w:val="TableParagraph"/>
              <w:spacing w:before="1" w:line="271" w:lineRule="auto"/>
              <w:ind w:left="74" w:right="1251"/>
            </w:pPr>
            <w:r w:rsidRPr="00E85698">
              <w:t>Односоставные</w:t>
            </w:r>
            <w:r w:rsidRPr="00E85698">
              <w:rPr>
                <w:spacing w:val="1"/>
              </w:rPr>
              <w:t xml:space="preserve"> </w:t>
            </w:r>
            <w:r w:rsidRPr="00E85698">
              <w:t>предложения, их</w:t>
            </w:r>
            <w:r w:rsidRPr="00E85698">
              <w:rPr>
                <w:spacing w:val="-52"/>
              </w:rPr>
              <w:t xml:space="preserve"> </w:t>
            </w:r>
            <w:r w:rsidRPr="00E85698">
              <w:t>грамматические</w:t>
            </w:r>
            <w:r w:rsidRPr="00E85698">
              <w:rPr>
                <w:spacing w:val="1"/>
              </w:rPr>
              <w:t xml:space="preserve"> </w:t>
            </w:r>
            <w:r w:rsidRPr="00E85698">
              <w:t>признаки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
              <w:rPr>
                <w:b/>
                <w:sz w:val="3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828"/>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194"/>
            </w:pPr>
            <w:r w:rsidRPr="00E85698">
              <w:t>53</w:t>
            </w:r>
          </w:p>
        </w:tc>
        <w:tc>
          <w:tcPr>
            <w:tcW w:w="2939" w:type="dxa"/>
            <w:gridSpan w:val="2"/>
            <w:tcBorders>
              <w:right w:val="single" w:sz="6" w:space="0" w:color="000000"/>
            </w:tcBorders>
          </w:tcPr>
          <w:p w:rsidR="00A047B0" w:rsidRPr="00E85698" w:rsidRDefault="00A047B0" w:rsidP="00A047B0">
            <w:pPr>
              <w:pStyle w:val="TableParagraph"/>
              <w:spacing w:before="7"/>
              <w:rPr>
                <w:b/>
                <w:sz w:val="32"/>
              </w:rPr>
            </w:pPr>
          </w:p>
          <w:p w:rsidR="00A047B0" w:rsidRPr="00E85698" w:rsidRDefault="00A047B0" w:rsidP="00A047B0">
            <w:pPr>
              <w:pStyle w:val="TableParagraph"/>
              <w:spacing w:line="276" w:lineRule="auto"/>
              <w:ind w:left="74" w:right="89"/>
            </w:pPr>
            <w:r w:rsidRPr="00E85698">
              <w:t>Грамматические различия</w:t>
            </w:r>
            <w:r w:rsidRPr="00E85698">
              <w:rPr>
                <w:spacing w:val="1"/>
              </w:rPr>
              <w:t xml:space="preserve"> </w:t>
            </w:r>
            <w:r w:rsidRPr="00E85698">
              <w:t>односоставных предложений</w:t>
            </w:r>
            <w:r w:rsidRPr="00E85698">
              <w:rPr>
                <w:spacing w:val="-52"/>
              </w:rPr>
              <w:t xml:space="preserve"> </w:t>
            </w:r>
            <w:r w:rsidRPr="00E85698">
              <w:t>и двусоставных неполных</w:t>
            </w:r>
            <w:r w:rsidRPr="00E85698">
              <w:rPr>
                <w:spacing w:val="1"/>
              </w:rPr>
              <w:t xml:space="preserve"> </w:t>
            </w:r>
            <w:r w:rsidRPr="00E85698">
              <w:t>предложений</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7"/>
              <w:rPr>
                <w:b/>
                <w:sz w:val="32"/>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807"/>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ind w:left="194"/>
            </w:pPr>
            <w:r w:rsidRPr="00E85698">
              <w:t>54</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
              <w:rPr>
                <w:b/>
              </w:rPr>
            </w:pPr>
          </w:p>
          <w:p w:rsidR="00A047B0" w:rsidRPr="00E85698" w:rsidRDefault="00A047B0" w:rsidP="00A047B0">
            <w:pPr>
              <w:pStyle w:val="TableParagraph"/>
              <w:spacing w:line="264" w:lineRule="auto"/>
              <w:ind w:left="74" w:right="1512"/>
            </w:pPr>
            <w:r w:rsidRPr="00E85698">
              <w:t>Определённо-</w:t>
            </w:r>
            <w:r w:rsidRPr="00E85698">
              <w:rPr>
                <w:spacing w:val="-52"/>
              </w:rPr>
              <w:t xml:space="preserve"> </w:t>
            </w:r>
            <w:r w:rsidRPr="00E85698">
              <w:t>личные</w:t>
            </w:r>
            <w:r w:rsidRPr="00E85698">
              <w:rPr>
                <w:spacing w:val="1"/>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207"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line="253" w:lineRule="exact"/>
              <w:ind w:left="129" w:right="188"/>
              <w:jc w:val="center"/>
            </w:pPr>
          </w:p>
        </w:tc>
      </w:tr>
      <w:tr w:rsidR="00A047B0" w:rsidRPr="00E85698" w:rsidTr="00A047B0">
        <w:trPr>
          <w:gridAfter w:val="1"/>
          <w:wAfter w:w="24" w:type="dxa"/>
          <w:trHeight w:val="182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194"/>
            </w:pPr>
            <w:r w:rsidRPr="00E85698">
              <w:t>55</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0"/>
              <w:rPr>
                <w:b/>
                <w:sz w:val="34"/>
              </w:rPr>
            </w:pPr>
          </w:p>
          <w:p w:rsidR="00A047B0" w:rsidRPr="00E85698" w:rsidRDefault="00A047B0" w:rsidP="00A047B0">
            <w:pPr>
              <w:pStyle w:val="TableParagraph"/>
              <w:spacing w:line="264" w:lineRule="auto"/>
              <w:ind w:left="74" w:right="603"/>
            </w:pPr>
            <w:r w:rsidRPr="00E85698">
              <w:t>Неопределённо-личные</w:t>
            </w:r>
            <w:r w:rsidRPr="00E85698">
              <w:rPr>
                <w:spacing w:val="-52"/>
              </w:rPr>
              <w:t xml:space="preserve"> </w:t>
            </w:r>
            <w:r w:rsidRPr="00E85698">
              <w:t>предложения .Обобщённо-</w:t>
            </w:r>
            <w:r w:rsidRPr="00E85698">
              <w:rPr>
                <w:spacing w:val="1"/>
              </w:rPr>
              <w:t xml:space="preserve"> </w:t>
            </w:r>
            <w:r w:rsidRPr="00E85698">
              <w:t>личные</w:t>
            </w:r>
            <w:r w:rsidRPr="00E85698">
              <w:rPr>
                <w:spacing w:val="1"/>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
              <w:rPr>
                <w:b/>
                <w:sz w:val="18"/>
              </w:rPr>
            </w:pPr>
          </w:p>
          <w:p w:rsidR="00A047B0" w:rsidRPr="00E85698" w:rsidRDefault="00A047B0" w:rsidP="00A047B0">
            <w:pPr>
              <w:pStyle w:val="TableParagraph"/>
              <w:spacing w:before="1"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line="253" w:lineRule="exact"/>
              <w:ind w:left="129" w:right="188"/>
              <w:jc w:val="center"/>
            </w:pPr>
          </w:p>
        </w:tc>
      </w:tr>
      <w:tr w:rsidR="00A047B0" w:rsidRPr="00E85698" w:rsidTr="00A047B0">
        <w:trPr>
          <w:gridAfter w:val="1"/>
          <w:wAfter w:w="24" w:type="dxa"/>
          <w:trHeight w:val="1828"/>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194"/>
            </w:pPr>
            <w:r w:rsidRPr="00E85698">
              <w:t>56</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3"/>
              </w:rPr>
            </w:pPr>
          </w:p>
          <w:p w:rsidR="00A047B0" w:rsidRPr="00E85698" w:rsidRDefault="00A047B0" w:rsidP="00A047B0">
            <w:pPr>
              <w:pStyle w:val="TableParagraph"/>
              <w:spacing w:line="264" w:lineRule="auto"/>
              <w:ind w:left="74" w:right="1589"/>
            </w:pPr>
            <w:r w:rsidRPr="00E85698">
              <w:t>Безличные</w:t>
            </w:r>
            <w:r w:rsidRPr="00E85698">
              <w:rPr>
                <w:spacing w:val="-3"/>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9"/>
              <w:rPr>
                <w:b/>
                <w:sz w:val="23"/>
              </w:rPr>
            </w:pPr>
          </w:p>
          <w:p w:rsidR="00A047B0" w:rsidRPr="00E85698" w:rsidRDefault="00A047B0" w:rsidP="00A047B0">
            <w:pPr>
              <w:pStyle w:val="TableParagraph"/>
              <w:spacing w:before="1"/>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9"/>
              <w:rPr>
                <w:b/>
                <w:sz w:val="18"/>
              </w:rPr>
            </w:pPr>
          </w:p>
          <w:p w:rsidR="00A047B0" w:rsidRPr="00E85698" w:rsidRDefault="00A047B0" w:rsidP="00A047B0">
            <w:pPr>
              <w:pStyle w:val="TableParagraph"/>
              <w:spacing w:before="1"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before="1"/>
              <w:ind w:left="129" w:right="188"/>
              <w:jc w:val="center"/>
            </w:pPr>
          </w:p>
        </w:tc>
      </w:tr>
      <w:tr w:rsidR="00A047B0" w:rsidRPr="00E85698" w:rsidTr="00A047B0">
        <w:trPr>
          <w:gridAfter w:val="1"/>
          <w:wAfter w:w="24" w:type="dxa"/>
          <w:trHeight w:val="1989"/>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31"/>
              </w:rPr>
            </w:pPr>
          </w:p>
          <w:p w:rsidR="00A047B0" w:rsidRPr="00E85698" w:rsidRDefault="00A047B0" w:rsidP="00A047B0">
            <w:pPr>
              <w:pStyle w:val="TableParagraph"/>
              <w:ind w:left="194"/>
            </w:pPr>
            <w:r w:rsidRPr="00E85698">
              <w:t>57</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31"/>
              </w:rPr>
            </w:pPr>
          </w:p>
          <w:p w:rsidR="00A047B0" w:rsidRPr="00E85698" w:rsidRDefault="00A047B0" w:rsidP="00A047B0">
            <w:pPr>
              <w:pStyle w:val="TableParagraph"/>
              <w:ind w:left="74"/>
            </w:pPr>
            <w:r w:rsidRPr="00E85698">
              <w:t>Назывные</w:t>
            </w:r>
            <w:r w:rsidRPr="00E85698">
              <w:rPr>
                <w:spacing w:val="-3"/>
              </w:rPr>
              <w:t xml:space="preserve"> </w:t>
            </w:r>
            <w:r w:rsidRPr="00E85698">
              <w:t>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31"/>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31"/>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31"/>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0"/>
              <w:rPr>
                <w:b/>
                <w:sz w:val="25"/>
              </w:rPr>
            </w:pPr>
          </w:p>
          <w:p w:rsidR="00A047B0" w:rsidRPr="00E85698" w:rsidRDefault="00A047B0" w:rsidP="00A047B0">
            <w:pPr>
              <w:pStyle w:val="TableParagraph"/>
              <w:spacing w:before="1"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ind w:left="129" w:right="188"/>
              <w:jc w:val="center"/>
            </w:pPr>
          </w:p>
        </w:tc>
      </w:tr>
      <w:tr w:rsidR="00A047B0" w:rsidRPr="00E85698" w:rsidTr="00A047B0">
        <w:trPr>
          <w:gridAfter w:val="1"/>
          <w:wAfter w:w="24" w:type="dxa"/>
          <w:trHeight w:val="1991"/>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left="194"/>
            </w:pPr>
            <w:r w:rsidRPr="00E85698">
              <w:t>58</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spacing w:line="273" w:lineRule="auto"/>
              <w:ind w:left="74" w:right="230"/>
            </w:pPr>
            <w:r w:rsidRPr="00E85698">
              <w:t>Синтаксическая синонимия</w:t>
            </w:r>
            <w:r w:rsidRPr="00E85698">
              <w:rPr>
                <w:spacing w:val="-52"/>
              </w:rPr>
              <w:t xml:space="preserve"> </w:t>
            </w:r>
            <w:r w:rsidRPr="00E85698">
              <w:t>односоставных и</w:t>
            </w:r>
          </w:p>
          <w:p w:rsidR="00A047B0" w:rsidRPr="00E85698" w:rsidRDefault="00A047B0" w:rsidP="00A047B0">
            <w:pPr>
              <w:pStyle w:val="TableParagraph"/>
              <w:ind w:left="74"/>
            </w:pPr>
            <w:r w:rsidRPr="00E85698">
              <w:t>двусоставных</w:t>
            </w:r>
            <w:r w:rsidRPr="00E85698">
              <w:rPr>
                <w:spacing w:val="-5"/>
              </w:rPr>
              <w:t xml:space="preserve"> </w:t>
            </w:r>
            <w:r w:rsidRPr="00E85698">
              <w:t>предложений</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0"/>
              <w:rPr>
                <w:b/>
                <w:sz w:val="25"/>
              </w:rPr>
            </w:pPr>
          </w:p>
          <w:p w:rsidR="00A047B0" w:rsidRPr="00E85698" w:rsidRDefault="00A047B0" w:rsidP="00A047B0">
            <w:pPr>
              <w:pStyle w:val="TableParagraph"/>
              <w:spacing w:before="1" w:line="280"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p w:rsidR="00A047B0" w:rsidRPr="00E85698" w:rsidRDefault="00A047B0" w:rsidP="00A047B0">
            <w:pPr>
              <w:pStyle w:val="TableParagraph"/>
              <w:spacing w:before="1"/>
              <w:ind w:left="129" w:right="188"/>
              <w:jc w:val="center"/>
            </w:pPr>
          </w:p>
        </w:tc>
      </w:tr>
      <w:tr w:rsidR="00A047B0" w:rsidRPr="00E85698" w:rsidTr="00A047B0">
        <w:trPr>
          <w:gridAfter w:val="1"/>
          <w:wAfter w:w="24" w:type="dxa"/>
          <w:trHeight w:val="2128"/>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0"/>
              <w:ind w:left="194"/>
            </w:pPr>
            <w:r w:rsidRPr="00E85698">
              <w:t>59</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11"/>
              <w:rPr>
                <w:b/>
                <w:sz w:val="34"/>
              </w:rPr>
            </w:pPr>
          </w:p>
          <w:p w:rsidR="00A047B0" w:rsidRPr="00E85698" w:rsidRDefault="00A047B0" w:rsidP="00A047B0">
            <w:pPr>
              <w:pStyle w:val="TableParagraph"/>
              <w:spacing w:line="250" w:lineRule="exact"/>
              <w:ind w:left="74"/>
            </w:pPr>
            <w:r w:rsidRPr="00E85698">
              <w:t>Особенности употребления</w:t>
            </w:r>
            <w:r w:rsidRPr="00E85698">
              <w:rPr>
                <w:spacing w:val="1"/>
              </w:rPr>
              <w:t xml:space="preserve"> </w:t>
            </w:r>
            <w:r w:rsidRPr="00E85698">
              <w:t>односоставных предложений</w:t>
            </w:r>
            <w:r w:rsidRPr="00E85698">
              <w:rPr>
                <w:spacing w:val="-52"/>
              </w:rPr>
              <w:t xml:space="preserve"> </w:t>
            </w:r>
            <w:r w:rsidRPr="00E85698">
              <w:t>в</w:t>
            </w:r>
            <w:r w:rsidRPr="00E85698">
              <w:rPr>
                <w:spacing w:val="-1"/>
              </w:rPr>
              <w:t xml:space="preserve"> </w:t>
            </w:r>
            <w:r w:rsidRPr="00E85698">
              <w:t>речи</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0"/>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0"/>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50"/>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9"/>
              <w:rPr>
                <w:b/>
                <w:sz w:val="21"/>
              </w:rPr>
            </w:pPr>
          </w:p>
          <w:p w:rsidR="00A047B0" w:rsidRPr="00E85698" w:rsidRDefault="00A047B0" w:rsidP="00A047B0">
            <w:pPr>
              <w:pStyle w:val="TableParagraph"/>
              <w:spacing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1154"/>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4"/>
              <w:ind w:left="138"/>
            </w:pPr>
            <w:r w:rsidRPr="00E85698">
              <w:t>60</w:t>
            </w:r>
          </w:p>
        </w:tc>
        <w:tc>
          <w:tcPr>
            <w:tcW w:w="2939" w:type="dxa"/>
            <w:gridSpan w:val="2"/>
            <w:tcBorders>
              <w:right w:val="single" w:sz="6" w:space="0" w:color="000000"/>
            </w:tcBorders>
          </w:tcPr>
          <w:p w:rsidR="00A047B0" w:rsidRPr="00E85698" w:rsidRDefault="00A047B0" w:rsidP="00A047B0">
            <w:pPr>
              <w:pStyle w:val="TableParagraph"/>
              <w:spacing w:before="190" w:line="271" w:lineRule="auto"/>
              <w:ind w:left="74" w:right="89"/>
            </w:pPr>
            <w:r w:rsidRPr="00E85698">
              <w:t>Сочинение – рассуждение (упр.206-207)</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214"/>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4"/>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214"/>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0"/>
              <w:rPr>
                <w:b/>
                <w:sz w:val="29"/>
              </w:rPr>
            </w:pPr>
          </w:p>
          <w:p w:rsidR="00A047B0" w:rsidRPr="00E85698" w:rsidRDefault="00A047B0" w:rsidP="00A047B0">
            <w:pPr>
              <w:pStyle w:val="TableParagraph"/>
              <w:spacing w:line="261" w:lineRule="auto"/>
              <w:ind w:left="231" w:right="644" w:hanging="63"/>
            </w:pPr>
            <w:r w:rsidRPr="00E85698">
              <w:t>Сочинение;</w:t>
            </w:r>
          </w:p>
        </w:tc>
      </w:tr>
      <w:tr w:rsidR="00A047B0" w:rsidRPr="00E85698" w:rsidTr="00A047B0">
        <w:trPr>
          <w:gridAfter w:val="1"/>
          <w:wAfter w:w="24" w:type="dxa"/>
          <w:trHeight w:val="482"/>
        </w:trPr>
        <w:tc>
          <w:tcPr>
            <w:tcW w:w="853" w:type="dxa"/>
            <w:gridSpan w:val="2"/>
          </w:tcPr>
          <w:p w:rsidR="00A047B0" w:rsidRPr="00E85698" w:rsidRDefault="00A047B0" w:rsidP="00A047B0">
            <w:pPr>
              <w:pStyle w:val="TableParagraph"/>
              <w:spacing w:before="155"/>
              <w:ind w:left="138"/>
            </w:pPr>
            <w:r w:rsidRPr="00E85698">
              <w:t>61</w:t>
            </w:r>
          </w:p>
        </w:tc>
        <w:tc>
          <w:tcPr>
            <w:tcW w:w="2939" w:type="dxa"/>
            <w:gridSpan w:val="2"/>
            <w:tcBorders>
              <w:right w:val="single" w:sz="6" w:space="0" w:color="000000"/>
            </w:tcBorders>
          </w:tcPr>
          <w:p w:rsidR="00A047B0" w:rsidRPr="00E85698" w:rsidRDefault="00A047B0" w:rsidP="00A047B0">
            <w:pPr>
              <w:pStyle w:val="TableParagraph"/>
              <w:spacing w:before="178" w:line="278" w:lineRule="auto"/>
              <w:ind w:left="74" w:right="441"/>
            </w:pPr>
            <w:r w:rsidRPr="00E85698">
              <w:t>Повторение и обобщение</w:t>
            </w:r>
            <w:r w:rsidRPr="00E85698">
              <w:rPr>
                <w:spacing w:val="-52"/>
              </w:rPr>
              <w:t xml:space="preserve"> </w:t>
            </w:r>
            <w:r w:rsidRPr="00E85698">
              <w:t>изученного</w:t>
            </w:r>
            <w:r w:rsidRPr="00E85698">
              <w:rPr>
                <w:spacing w:val="-1"/>
              </w:rPr>
              <w:t xml:space="preserve"> </w:t>
            </w:r>
            <w:r w:rsidRPr="00E85698">
              <w:t>по теме</w:t>
            </w:r>
          </w:p>
          <w:p w:rsidR="00A047B0" w:rsidRPr="00E85698" w:rsidRDefault="00A047B0" w:rsidP="00A047B0">
            <w:pPr>
              <w:pStyle w:val="TableParagraph"/>
              <w:spacing w:before="155"/>
              <w:ind w:left="74"/>
            </w:pPr>
            <w:r w:rsidRPr="00E85698">
              <w:t>"Односоставные</w:t>
            </w:r>
            <w:r w:rsidRPr="00E85698">
              <w:rPr>
                <w:spacing w:val="1"/>
              </w:rPr>
              <w:t xml:space="preserve"> </w:t>
            </w:r>
            <w:r w:rsidRPr="00E85698">
              <w:t>предложения".</w:t>
            </w:r>
            <w:r w:rsidRPr="00E85698">
              <w:rPr>
                <w:spacing w:val="-10"/>
              </w:rPr>
              <w:t xml:space="preserve"> </w:t>
            </w:r>
            <w:r w:rsidRPr="00E85698">
              <w:t>Практикум</w:t>
            </w:r>
          </w:p>
        </w:tc>
        <w:tc>
          <w:tcPr>
            <w:tcW w:w="735" w:type="dxa"/>
            <w:gridSpan w:val="2"/>
            <w:tcBorders>
              <w:left w:val="single" w:sz="6" w:space="0" w:color="000000"/>
            </w:tcBorders>
          </w:tcPr>
          <w:p w:rsidR="00A047B0" w:rsidRPr="00E85698" w:rsidRDefault="00A047B0" w:rsidP="00A047B0">
            <w:pPr>
              <w:pStyle w:val="TableParagraph"/>
              <w:spacing w:before="155"/>
              <w:ind w:left="82"/>
              <w:jc w:val="center"/>
            </w:pPr>
            <w:r w:rsidRPr="00E85698">
              <w:t>1</w:t>
            </w:r>
          </w:p>
        </w:tc>
        <w:tc>
          <w:tcPr>
            <w:tcW w:w="1620" w:type="dxa"/>
            <w:gridSpan w:val="2"/>
          </w:tcPr>
          <w:p w:rsidR="00A047B0" w:rsidRPr="00E85698" w:rsidRDefault="00A047B0" w:rsidP="00A047B0">
            <w:pPr>
              <w:pStyle w:val="TableParagraph"/>
              <w:spacing w:before="155"/>
              <w:ind w:right="706"/>
              <w:jc w:val="right"/>
            </w:pPr>
            <w:r w:rsidRPr="00E85698">
              <w:t>1</w:t>
            </w:r>
          </w:p>
        </w:tc>
        <w:tc>
          <w:tcPr>
            <w:tcW w:w="1668" w:type="dxa"/>
            <w:gridSpan w:val="2"/>
          </w:tcPr>
          <w:p w:rsidR="00A047B0" w:rsidRPr="00E85698" w:rsidRDefault="00A047B0" w:rsidP="00A047B0">
            <w:pPr>
              <w:pStyle w:val="TableParagraph"/>
              <w:spacing w:before="155"/>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55"/>
              <w:ind w:left="277"/>
            </w:pPr>
            <w:r w:rsidRPr="00E85698">
              <w:t>Устный</w:t>
            </w:r>
            <w:r w:rsidRPr="00E85698">
              <w:rPr>
                <w:spacing w:val="-52"/>
              </w:rPr>
              <w:t xml:space="preserve"> </w:t>
            </w:r>
            <w:r w:rsidRPr="00E85698">
              <w:t>опрос;</w:t>
            </w:r>
          </w:p>
        </w:tc>
      </w:tr>
      <w:tr w:rsidR="00A047B0" w:rsidRPr="00E85698" w:rsidTr="00A047B0">
        <w:trPr>
          <w:gridAfter w:val="1"/>
          <w:wAfter w:w="24" w:type="dxa"/>
          <w:trHeight w:val="1986"/>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left="138"/>
            </w:pPr>
            <w:r w:rsidRPr="00E85698">
              <w:t>62</w:t>
            </w:r>
          </w:p>
        </w:tc>
        <w:tc>
          <w:tcPr>
            <w:tcW w:w="2939" w:type="dxa"/>
            <w:gridSpan w:val="2"/>
            <w:tcBorders>
              <w:righ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line="276" w:lineRule="auto"/>
              <w:ind w:left="74" w:right="355"/>
            </w:pPr>
            <w:r w:rsidRPr="00E85698">
              <w:t>Контрольная работа по теме «Односоставные предложения»</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right="706"/>
              <w:jc w:val="right"/>
            </w:pPr>
            <w:r w:rsidRPr="00E85698">
              <w:t>1</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11"/>
              <w:rPr>
                <w:b/>
                <w:sz w:val="30"/>
              </w:rPr>
            </w:pPr>
          </w:p>
          <w:p w:rsidR="00A047B0" w:rsidRPr="00E85698" w:rsidRDefault="00A047B0" w:rsidP="00A047B0">
            <w:pPr>
              <w:pStyle w:val="TableParagraph"/>
              <w:ind w:right="730"/>
              <w:jc w:val="right"/>
            </w:pPr>
            <w:r w:rsidRPr="00E85698">
              <w:t>0</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rPr>
                <w:b/>
                <w:sz w:val="24"/>
              </w:rPr>
            </w:pPr>
          </w:p>
          <w:p w:rsidR="00A047B0" w:rsidRPr="00E85698" w:rsidRDefault="00A047B0" w:rsidP="00A047B0">
            <w:pPr>
              <w:pStyle w:val="TableParagraph"/>
              <w:rPr>
                <w:b/>
                <w:sz w:val="24"/>
              </w:rPr>
            </w:pPr>
          </w:p>
          <w:p w:rsidR="00A047B0" w:rsidRPr="00E85698" w:rsidRDefault="00A047B0" w:rsidP="00A047B0">
            <w:pPr>
              <w:pStyle w:val="TableParagraph"/>
              <w:spacing w:before="209" w:line="261" w:lineRule="auto"/>
              <w:ind w:left="481" w:right="73" w:hanging="308"/>
            </w:pPr>
            <w:r w:rsidRPr="00E85698">
              <w:t>Контрольная работа;</w:t>
            </w:r>
          </w:p>
        </w:tc>
      </w:tr>
      <w:tr w:rsidR="00A047B0" w:rsidRPr="00E85698" w:rsidTr="00A047B0">
        <w:trPr>
          <w:gridAfter w:val="1"/>
          <w:wAfter w:w="24" w:type="dxa"/>
          <w:trHeight w:val="1471"/>
        </w:trPr>
        <w:tc>
          <w:tcPr>
            <w:tcW w:w="853"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32"/>
              </w:rPr>
            </w:pPr>
          </w:p>
          <w:p w:rsidR="00A047B0" w:rsidRPr="00E85698" w:rsidRDefault="00A047B0" w:rsidP="00A047B0">
            <w:pPr>
              <w:pStyle w:val="TableParagraph"/>
              <w:spacing w:before="1"/>
              <w:ind w:left="138"/>
            </w:pPr>
            <w:r w:rsidRPr="00E85698">
              <w:t>63</w:t>
            </w:r>
          </w:p>
        </w:tc>
        <w:tc>
          <w:tcPr>
            <w:tcW w:w="2939" w:type="dxa"/>
            <w:gridSpan w:val="2"/>
            <w:tcBorders>
              <w:right w:val="single" w:sz="6" w:space="0" w:color="000000"/>
            </w:tcBorders>
          </w:tcPr>
          <w:p w:rsidR="00A047B0" w:rsidRPr="00E85698" w:rsidRDefault="00A047B0" w:rsidP="00A047B0">
            <w:pPr>
              <w:pStyle w:val="TableParagraph"/>
              <w:spacing w:before="6"/>
              <w:rPr>
                <w:b/>
                <w:sz w:val="31"/>
              </w:rPr>
            </w:pPr>
          </w:p>
          <w:p w:rsidR="00A047B0" w:rsidRPr="00E85698" w:rsidRDefault="00A047B0" w:rsidP="00A047B0">
            <w:pPr>
              <w:pStyle w:val="TableParagraph"/>
              <w:spacing w:line="264" w:lineRule="auto"/>
              <w:ind w:left="74" w:right="1592"/>
            </w:pPr>
            <w:r w:rsidRPr="00E85698">
              <w:t>Простое</w:t>
            </w:r>
            <w:r w:rsidRPr="00E85698">
              <w:rPr>
                <w:spacing w:val="1"/>
              </w:rPr>
              <w:t xml:space="preserve"> </w:t>
            </w:r>
            <w:r w:rsidRPr="00E85698">
              <w:t>осложнённое</w:t>
            </w:r>
            <w:r w:rsidRPr="00E85698">
              <w:rPr>
                <w:spacing w:val="-52"/>
              </w:rPr>
              <w:t xml:space="preserve"> </w:t>
            </w:r>
            <w:r w:rsidRPr="00E85698">
              <w:t>предложение</w:t>
            </w:r>
          </w:p>
        </w:tc>
        <w:tc>
          <w:tcPr>
            <w:tcW w:w="735" w:type="dxa"/>
            <w:gridSpan w:val="2"/>
            <w:tcBorders>
              <w:left w:val="single" w:sz="6" w:space="0" w:color="000000"/>
            </w:tcBorders>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32"/>
              </w:rPr>
            </w:pPr>
          </w:p>
          <w:p w:rsidR="00A047B0" w:rsidRPr="00E85698" w:rsidRDefault="00A047B0" w:rsidP="00A047B0">
            <w:pPr>
              <w:pStyle w:val="TableParagraph"/>
              <w:spacing w:before="1"/>
              <w:ind w:left="82"/>
              <w:jc w:val="center"/>
            </w:pPr>
            <w:r w:rsidRPr="00E85698">
              <w:t>1</w:t>
            </w:r>
          </w:p>
        </w:tc>
        <w:tc>
          <w:tcPr>
            <w:tcW w:w="1620"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32"/>
              </w:rPr>
            </w:pPr>
          </w:p>
          <w:p w:rsidR="00A047B0" w:rsidRPr="00E85698" w:rsidRDefault="00A047B0" w:rsidP="00A047B0">
            <w:pPr>
              <w:pStyle w:val="TableParagraph"/>
              <w:spacing w:before="1"/>
              <w:ind w:right="706"/>
              <w:jc w:val="right"/>
            </w:pPr>
            <w:r w:rsidRPr="00E85698">
              <w:t>0</w:t>
            </w:r>
          </w:p>
        </w:tc>
        <w:tc>
          <w:tcPr>
            <w:tcW w:w="1668" w:type="dxa"/>
            <w:gridSpan w:val="2"/>
          </w:tcPr>
          <w:p w:rsidR="00A047B0" w:rsidRPr="00E85698" w:rsidRDefault="00A047B0" w:rsidP="00A047B0">
            <w:pPr>
              <w:pStyle w:val="TableParagraph"/>
              <w:rPr>
                <w:b/>
                <w:sz w:val="24"/>
              </w:rPr>
            </w:pPr>
          </w:p>
          <w:p w:rsidR="00A047B0" w:rsidRPr="00E85698" w:rsidRDefault="00A047B0" w:rsidP="00A047B0">
            <w:pPr>
              <w:pStyle w:val="TableParagraph"/>
              <w:spacing w:before="4"/>
              <w:rPr>
                <w:b/>
                <w:sz w:val="32"/>
              </w:rPr>
            </w:pPr>
          </w:p>
          <w:p w:rsidR="00A047B0" w:rsidRPr="00E85698" w:rsidRDefault="00A047B0" w:rsidP="00A047B0">
            <w:pPr>
              <w:pStyle w:val="TableParagraph"/>
              <w:spacing w:before="1"/>
              <w:ind w:right="730"/>
              <w:jc w:val="right"/>
            </w:pPr>
            <w:r w:rsidRPr="00E85698">
              <w:t>1</w:t>
            </w:r>
          </w:p>
        </w:tc>
        <w:tc>
          <w:tcPr>
            <w:tcW w:w="1165" w:type="dxa"/>
            <w:gridSpan w:val="2"/>
          </w:tcPr>
          <w:p w:rsidR="00A047B0" w:rsidRPr="00E85698" w:rsidRDefault="00A047B0" w:rsidP="00A047B0">
            <w:pPr>
              <w:pStyle w:val="TableParagraph"/>
            </w:pPr>
          </w:p>
        </w:tc>
        <w:tc>
          <w:tcPr>
            <w:tcW w:w="1575" w:type="dxa"/>
            <w:gridSpan w:val="2"/>
          </w:tcPr>
          <w:p w:rsidR="00A047B0" w:rsidRPr="00E85698" w:rsidRDefault="00A047B0" w:rsidP="00A047B0">
            <w:pPr>
              <w:pStyle w:val="TableParagraph"/>
              <w:spacing w:before="197" w:line="276" w:lineRule="auto"/>
              <w:ind w:left="130" w:right="188"/>
              <w:jc w:val="center"/>
            </w:pPr>
            <w:r w:rsidRPr="00E85698">
              <w:t>Письменный</w:t>
            </w:r>
            <w:r w:rsidRPr="00E85698">
              <w:rPr>
                <w:spacing w:val="-52"/>
              </w:rPr>
              <w:t xml:space="preserve"> </w:t>
            </w:r>
            <w:r w:rsidRPr="00E85698">
              <w:t>контроль;</w:t>
            </w:r>
            <w:r w:rsidRPr="00E85698">
              <w:rPr>
                <w:spacing w:val="1"/>
              </w:rPr>
              <w:t xml:space="preserve"> </w:t>
            </w:r>
            <w:r w:rsidRPr="00E85698">
              <w:t>Устный</w:t>
            </w:r>
            <w:r w:rsidRPr="00E85698">
              <w:rPr>
                <w:spacing w:val="1"/>
              </w:rPr>
              <w:t xml:space="preserve"> </w:t>
            </w:r>
            <w:r w:rsidRPr="00E85698">
              <w:t>опрос;</w:t>
            </w:r>
          </w:p>
        </w:tc>
      </w:tr>
      <w:tr w:rsidR="00A047B0" w:rsidRPr="00E85698" w:rsidTr="00A047B0">
        <w:trPr>
          <w:gridAfter w:val="1"/>
          <w:wAfter w:w="24" w:type="dxa"/>
          <w:trHeight w:val="3117"/>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rPr>
            </w:pPr>
          </w:p>
          <w:p w:rsidR="00A047B0" w:rsidRPr="00E85698" w:rsidRDefault="00A047B0" w:rsidP="00A047B0">
            <w:pPr>
              <w:pStyle w:val="TableParagraph"/>
              <w:ind w:right="30"/>
              <w:jc w:val="right"/>
              <w:rPr>
                <w:sz w:val="24"/>
              </w:rPr>
            </w:pPr>
            <w:r w:rsidRPr="00E85698">
              <w:rPr>
                <w:sz w:val="24"/>
              </w:rPr>
              <w:t>64</w:t>
            </w:r>
          </w:p>
        </w:tc>
        <w:tc>
          <w:tcPr>
            <w:tcW w:w="2939" w:type="dxa"/>
            <w:gridSpan w:val="2"/>
            <w:tcBorders>
              <w:right w:val="single" w:sz="6" w:space="0" w:color="000000"/>
            </w:tcBorders>
          </w:tcPr>
          <w:p w:rsidR="00A047B0" w:rsidRPr="00E85698" w:rsidRDefault="00A047B0" w:rsidP="00A047B0">
            <w:pPr>
              <w:pStyle w:val="TableParagraph"/>
              <w:spacing w:before="109"/>
              <w:ind w:left="74"/>
              <w:rPr>
                <w:sz w:val="24"/>
              </w:rPr>
            </w:pPr>
            <w:r w:rsidRPr="00E85698">
              <w:rPr>
                <w:sz w:val="24"/>
              </w:rPr>
              <w:t>Однородные</w:t>
            </w:r>
            <w:r w:rsidRPr="00E85698">
              <w:rPr>
                <w:spacing w:val="-5"/>
                <w:sz w:val="24"/>
              </w:rPr>
              <w:t xml:space="preserve"> </w:t>
            </w:r>
            <w:r w:rsidRPr="00E85698">
              <w:rPr>
                <w:sz w:val="24"/>
              </w:rPr>
              <w:t>члены</w:t>
            </w:r>
          </w:p>
          <w:p w:rsidR="00A047B0" w:rsidRPr="00E85698" w:rsidRDefault="00A047B0" w:rsidP="00A047B0">
            <w:pPr>
              <w:pStyle w:val="TableParagraph"/>
              <w:spacing w:before="55" w:line="285" w:lineRule="auto"/>
              <w:ind w:left="74" w:right="268"/>
              <w:rPr>
                <w:sz w:val="24"/>
              </w:rPr>
            </w:pPr>
            <w:r w:rsidRPr="00E85698">
              <w:rPr>
                <w:sz w:val="24"/>
              </w:rPr>
              <w:t>предложения. Союзная и</w:t>
            </w:r>
            <w:r w:rsidRPr="00E85698">
              <w:rPr>
                <w:spacing w:val="-58"/>
                <w:sz w:val="24"/>
              </w:rPr>
              <w:t xml:space="preserve"> </w:t>
            </w:r>
            <w:r w:rsidRPr="00E85698">
              <w:rPr>
                <w:sz w:val="24"/>
              </w:rPr>
              <w:t>бессоюзная связь</w:t>
            </w:r>
            <w:r w:rsidRPr="00E85698">
              <w:rPr>
                <w:spacing w:val="1"/>
                <w:sz w:val="24"/>
              </w:rPr>
              <w:t xml:space="preserve"> </w:t>
            </w:r>
            <w:r w:rsidRPr="00E85698">
              <w:rPr>
                <w:sz w:val="24"/>
              </w:rPr>
              <w:t>однородных</w:t>
            </w:r>
            <w:r w:rsidRPr="00E85698">
              <w:rPr>
                <w:spacing w:val="1"/>
                <w:sz w:val="24"/>
              </w:rPr>
              <w:t xml:space="preserve"> </w:t>
            </w:r>
            <w:r w:rsidRPr="00E85698">
              <w:rPr>
                <w:sz w:val="24"/>
              </w:rPr>
              <w:t>членов</w:t>
            </w:r>
            <w:r w:rsidRPr="00E85698">
              <w:rPr>
                <w:spacing w:val="1"/>
                <w:sz w:val="24"/>
              </w:rPr>
              <w:t xml:space="preserve"> </w:t>
            </w:r>
            <w:r w:rsidRPr="00E85698">
              <w:rPr>
                <w:sz w:val="24"/>
              </w:rPr>
              <w:t>предложения. Знаки</w:t>
            </w:r>
            <w:r w:rsidRPr="00E85698">
              <w:rPr>
                <w:spacing w:val="1"/>
                <w:sz w:val="24"/>
              </w:rPr>
              <w:t xml:space="preserve"> </w:t>
            </w:r>
            <w:r w:rsidRPr="00E85698">
              <w:rPr>
                <w:sz w:val="24"/>
              </w:rPr>
              <w:t>препинания при</w:t>
            </w:r>
            <w:r w:rsidRPr="00E85698">
              <w:rPr>
                <w:spacing w:val="1"/>
                <w:sz w:val="24"/>
              </w:rPr>
              <w:t xml:space="preserve"> </w:t>
            </w:r>
            <w:r w:rsidRPr="00E85698">
              <w:rPr>
                <w:sz w:val="24"/>
              </w:rPr>
              <w:t>однородных</w:t>
            </w:r>
            <w:r w:rsidRPr="00E85698">
              <w:rPr>
                <w:spacing w:val="1"/>
                <w:sz w:val="24"/>
              </w:rPr>
              <w:t xml:space="preserve"> </w:t>
            </w:r>
            <w:r w:rsidRPr="00E85698">
              <w:rPr>
                <w:sz w:val="24"/>
              </w:rPr>
              <w:t>членах</w:t>
            </w:r>
          </w:p>
          <w:p w:rsidR="00A047B0" w:rsidRPr="00E85698" w:rsidRDefault="00A047B0" w:rsidP="00A047B0">
            <w:pPr>
              <w:pStyle w:val="TableParagraph"/>
              <w:spacing w:before="3" w:line="285" w:lineRule="auto"/>
              <w:ind w:left="74" w:right="278"/>
              <w:rPr>
                <w:sz w:val="24"/>
              </w:rPr>
            </w:pPr>
            <w:r w:rsidRPr="00E85698">
              <w:rPr>
                <w:sz w:val="24"/>
              </w:rPr>
              <w:t>предложения</w:t>
            </w:r>
            <w:r w:rsidRPr="00E85698">
              <w:rPr>
                <w:spacing w:val="1"/>
                <w:sz w:val="24"/>
              </w:rPr>
              <w:t xml:space="preserve"> </w:t>
            </w:r>
            <w:r w:rsidRPr="00E85698">
              <w:rPr>
                <w:sz w:val="24"/>
              </w:rPr>
              <w:t>(повторение</w:t>
            </w:r>
            <w:r w:rsidRPr="00E85698">
              <w:rPr>
                <w:spacing w:val="-8"/>
                <w:sz w:val="24"/>
              </w:rPr>
              <w:t xml:space="preserve"> </w:t>
            </w:r>
            <w:r w:rsidRPr="00E85698">
              <w:rPr>
                <w:sz w:val="24"/>
              </w:rPr>
              <w:t>изученного)</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rPr>
            </w:pPr>
          </w:p>
          <w:p w:rsidR="00A047B0" w:rsidRPr="00E85698" w:rsidRDefault="00A047B0" w:rsidP="00A047B0">
            <w:pPr>
              <w:pStyle w:val="TableParagraph"/>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rPr>
            </w:pPr>
          </w:p>
          <w:p w:rsidR="00A047B0" w:rsidRPr="00E85698" w:rsidRDefault="00A047B0" w:rsidP="00A047B0">
            <w:pPr>
              <w:pStyle w:val="TableParagraph"/>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rPr>
            </w:pPr>
          </w:p>
          <w:p w:rsidR="00A047B0" w:rsidRPr="00E85698" w:rsidRDefault="00A047B0" w:rsidP="00A047B0">
            <w:pPr>
              <w:pStyle w:val="TableParagraph"/>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34"/>
              </w:rPr>
            </w:pPr>
          </w:p>
          <w:p w:rsidR="00A047B0" w:rsidRPr="00E85698" w:rsidRDefault="00A047B0" w:rsidP="00A047B0">
            <w:pPr>
              <w:pStyle w:val="TableParagraph"/>
              <w:spacing w:line="264" w:lineRule="auto"/>
              <w:ind w:left="205" w:right="610" w:hanging="70"/>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gridAfter w:val="1"/>
          <w:wAfter w:w="24" w:type="dxa"/>
          <w:trHeight w:val="1828"/>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30"/>
              <w:jc w:val="right"/>
              <w:rPr>
                <w:sz w:val="24"/>
              </w:rPr>
            </w:pPr>
            <w:r w:rsidRPr="00E85698">
              <w:rPr>
                <w:sz w:val="24"/>
              </w:rPr>
              <w:t>65</w:t>
            </w:r>
          </w:p>
        </w:tc>
        <w:tc>
          <w:tcPr>
            <w:tcW w:w="2939" w:type="dxa"/>
            <w:gridSpan w:val="2"/>
            <w:tcBorders>
              <w:righ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30"/>
              </w:rPr>
            </w:pPr>
          </w:p>
          <w:p w:rsidR="00A047B0" w:rsidRPr="00E85698" w:rsidRDefault="00A047B0" w:rsidP="00A047B0">
            <w:pPr>
              <w:pStyle w:val="TableParagraph"/>
              <w:spacing w:line="261" w:lineRule="auto"/>
              <w:ind w:left="74" w:right="5"/>
              <w:rPr>
                <w:sz w:val="24"/>
              </w:rPr>
            </w:pPr>
            <w:r w:rsidRPr="00E85698">
              <w:rPr>
                <w:sz w:val="24"/>
              </w:rPr>
              <w:t>Однородные и</w:t>
            </w:r>
            <w:r w:rsidRPr="00E85698">
              <w:rPr>
                <w:spacing w:val="1"/>
                <w:sz w:val="24"/>
              </w:rPr>
              <w:t xml:space="preserve"> </w:t>
            </w:r>
            <w:r w:rsidRPr="00E85698">
              <w:rPr>
                <w:sz w:val="24"/>
              </w:rPr>
              <w:t>неоднородные</w:t>
            </w:r>
            <w:r w:rsidRPr="00E85698">
              <w:rPr>
                <w:spacing w:val="-14"/>
                <w:sz w:val="24"/>
              </w:rPr>
              <w:t xml:space="preserve"> </w:t>
            </w:r>
            <w:r w:rsidRPr="00E85698">
              <w:rPr>
                <w:sz w:val="24"/>
              </w:rPr>
              <w:t>определения</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38" w:line="280" w:lineRule="auto"/>
              <w:ind w:left="89"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ind w:left="129" w:right="188"/>
              <w:jc w:val="center"/>
              <w:rPr>
                <w:sz w:val="24"/>
              </w:rPr>
            </w:pPr>
          </w:p>
        </w:tc>
      </w:tr>
      <w:tr w:rsidR="00A047B0" w:rsidRPr="00E85698" w:rsidTr="00A047B0">
        <w:trPr>
          <w:gridAfter w:val="1"/>
          <w:wAfter w:w="24" w:type="dxa"/>
          <w:trHeight w:val="1489"/>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30"/>
              <w:jc w:val="right"/>
              <w:rPr>
                <w:sz w:val="24"/>
              </w:rPr>
            </w:pPr>
            <w:r w:rsidRPr="00E85698">
              <w:rPr>
                <w:sz w:val="24"/>
              </w:rPr>
              <w:t>66</w:t>
            </w:r>
          </w:p>
        </w:tc>
        <w:tc>
          <w:tcPr>
            <w:tcW w:w="2939" w:type="dxa"/>
            <w:gridSpan w:val="2"/>
            <w:tcBorders>
              <w:right w:val="single" w:sz="6" w:space="0" w:color="000000"/>
            </w:tcBorders>
          </w:tcPr>
          <w:p w:rsidR="00A047B0" w:rsidRPr="00E85698" w:rsidRDefault="00A047B0" w:rsidP="00A047B0">
            <w:pPr>
              <w:pStyle w:val="TableParagraph"/>
              <w:spacing w:before="9"/>
              <w:rPr>
                <w:b/>
                <w:sz w:val="26"/>
              </w:rPr>
            </w:pPr>
          </w:p>
          <w:p w:rsidR="00A047B0" w:rsidRPr="00E85698" w:rsidRDefault="00A047B0" w:rsidP="00A047B0">
            <w:pPr>
              <w:pStyle w:val="TableParagraph"/>
              <w:spacing w:line="271" w:lineRule="auto"/>
              <w:ind w:left="74" w:right="377"/>
              <w:rPr>
                <w:sz w:val="24"/>
              </w:rPr>
            </w:pPr>
            <w:r w:rsidRPr="00E85698">
              <w:rPr>
                <w:sz w:val="24"/>
              </w:rPr>
              <w:t>Предложения с</w:t>
            </w:r>
            <w:r w:rsidRPr="00E85698">
              <w:rPr>
                <w:spacing w:val="1"/>
                <w:sz w:val="24"/>
              </w:rPr>
              <w:t xml:space="preserve"> </w:t>
            </w:r>
            <w:r w:rsidRPr="00E85698">
              <w:rPr>
                <w:sz w:val="24"/>
              </w:rPr>
              <w:t>обобщающими словами</w:t>
            </w:r>
            <w:r w:rsidRPr="00E85698">
              <w:rPr>
                <w:spacing w:val="-57"/>
                <w:sz w:val="24"/>
              </w:rPr>
              <w:t xml:space="preserve"> </w:t>
            </w:r>
            <w:r w:rsidRPr="00E85698">
              <w:rPr>
                <w:sz w:val="24"/>
              </w:rPr>
              <w:t>при</w:t>
            </w:r>
            <w:r w:rsidRPr="00E85698">
              <w:rPr>
                <w:spacing w:val="-8"/>
                <w:sz w:val="24"/>
              </w:rPr>
              <w:t xml:space="preserve"> </w:t>
            </w:r>
            <w:r w:rsidRPr="00E85698">
              <w:rPr>
                <w:sz w:val="24"/>
              </w:rPr>
              <w:t>однородных</w:t>
            </w:r>
            <w:r w:rsidRPr="00E85698">
              <w:rPr>
                <w:spacing w:val="-7"/>
                <w:sz w:val="24"/>
              </w:rPr>
              <w:t xml:space="preserve"> </w:t>
            </w:r>
            <w:r w:rsidRPr="00E85698">
              <w:rPr>
                <w:sz w:val="24"/>
              </w:rPr>
              <w:t>членах</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43" w:line="276" w:lineRule="auto"/>
              <w:ind w:left="89"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gridAfter w:val="1"/>
          <w:wAfter w:w="24" w:type="dxa"/>
          <w:trHeight w:val="1826"/>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30"/>
              <w:jc w:val="right"/>
              <w:rPr>
                <w:sz w:val="24"/>
              </w:rPr>
            </w:pPr>
            <w:r w:rsidRPr="00E85698">
              <w:rPr>
                <w:sz w:val="24"/>
              </w:rPr>
              <w:t>67</w:t>
            </w:r>
          </w:p>
        </w:tc>
        <w:tc>
          <w:tcPr>
            <w:tcW w:w="2939" w:type="dxa"/>
            <w:gridSpan w:val="2"/>
            <w:tcBorders>
              <w:right w:val="single" w:sz="6" w:space="0" w:color="000000"/>
            </w:tcBorders>
          </w:tcPr>
          <w:p w:rsidR="00A047B0" w:rsidRPr="00E85698" w:rsidRDefault="00A047B0" w:rsidP="00A047B0">
            <w:pPr>
              <w:pStyle w:val="TableParagraph"/>
              <w:spacing w:before="152" w:line="276" w:lineRule="auto"/>
              <w:ind w:left="74" w:right="133"/>
              <w:rPr>
                <w:sz w:val="24"/>
              </w:rPr>
            </w:pPr>
            <w:r w:rsidRPr="00E85698">
              <w:rPr>
                <w:sz w:val="24"/>
              </w:rPr>
              <w:t>Нормы постановки знаков</w:t>
            </w:r>
            <w:r w:rsidRPr="00E85698">
              <w:rPr>
                <w:spacing w:val="-58"/>
                <w:sz w:val="24"/>
              </w:rPr>
              <w:t xml:space="preserve"> </w:t>
            </w:r>
            <w:r w:rsidRPr="00E85698">
              <w:rPr>
                <w:sz w:val="24"/>
              </w:rPr>
              <w:t>препинания</w:t>
            </w:r>
            <w:r w:rsidRPr="00E85698">
              <w:rPr>
                <w:spacing w:val="-1"/>
                <w:sz w:val="24"/>
              </w:rPr>
              <w:t xml:space="preserve"> </w:t>
            </w:r>
            <w:r w:rsidRPr="00E85698">
              <w:rPr>
                <w:sz w:val="24"/>
              </w:rPr>
              <w:t>в</w:t>
            </w:r>
          </w:p>
          <w:p w:rsidR="00A047B0" w:rsidRPr="00E85698" w:rsidRDefault="00A047B0" w:rsidP="00A047B0">
            <w:pPr>
              <w:pStyle w:val="TableParagraph"/>
              <w:spacing w:before="1" w:line="276" w:lineRule="auto"/>
              <w:ind w:left="74" w:right="377"/>
              <w:rPr>
                <w:sz w:val="24"/>
              </w:rPr>
            </w:pP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обобщающими словами</w:t>
            </w:r>
            <w:r w:rsidRPr="00E85698">
              <w:rPr>
                <w:spacing w:val="-57"/>
                <w:sz w:val="24"/>
              </w:rPr>
              <w:t xml:space="preserve"> </w:t>
            </w:r>
            <w:r w:rsidRPr="00E85698">
              <w:rPr>
                <w:sz w:val="24"/>
              </w:rPr>
              <w:t>при</w:t>
            </w:r>
            <w:r w:rsidRPr="00E85698">
              <w:rPr>
                <w:spacing w:val="-8"/>
                <w:sz w:val="24"/>
              </w:rPr>
              <w:t xml:space="preserve"> </w:t>
            </w:r>
            <w:r w:rsidRPr="00E85698">
              <w:rPr>
                <w:sz w:val="24"/>
              </w:rPr>
              <w:t>однородных</w:t>
            </w:r>
            <w:r w:rsidRPr="00E85698">
              <w:rPr>
                <w:spacing w:val="-7"/>
                <w:sz w:val="24"/>
              </w:rPr>
              <w:t xml:space="preserve"> </w:t>
            </w:r>
            <w:r w:rsidRPr="00E85698">
              <w:rPr>
                <w:sz w:val="24"/>
              </w:rPr>
              <w:t>членах</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35" w:line="280" w:lineRule="auto"/>
              <w:ind w:left="89"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before="3"/>
              <w:ind w:left="129" w:right="188"/>
              <w:jc w:val="center"/>
              <w:rPr>
                <w:sz w:val="24"/>
              </w:rPr>
            </w:pPr>
          </w:p>
        </w:tc>
      </w:tr>
      <w:tr w:rsidR="00A047B0" w:rsidRPr="00E85698" w:rsidTr="00A047B0">
        <w:trPr>
          <w:gridAfter w:val="1"/>
          <w:wAfter w:w="24" w:type="dxa"/>
          <w:trHeight w:val="482"/>
        </w:trPr>
        <w:tc>
          <w:tcPr>
            <w:tcW w:w="853" w:type="dxa"/>
            <w:gridSpan w:val="2"/>
          </w:tcPr>
          <w:p w:rsidR="00A047B0" w:rsidRPr="00E85698" w:rsidRDefault="00A047B0" w:rsidP="00A047B0">
            <w:pPr>
              <w:pStyle w:val="TableParagraph"/>
              <w:spacing w:before="133"/>
              <w:ind w:right="30"/>
              <w:jc w:val="right"/>
              <w:rPr>
                <w:sz w:val="24"/>
              </w:rPr>
            </w:pPr>
            <w:r w:rsidRPr="00E85698">
              <w:rPr>
                <w:sz w:val="24"/>
              </w:rPr>
              <w:t>68</w:t>
            </w:r>
          </w:p>
        </w:tc>
        <w:tc>
          <w:tcPr>
            <w:tcW w:w="2939" w:type="dxa"/>
            <w:gridSpan w:val="2"/>
            <w:tcBorders>
              <w:right w:val="single" w:sz="6" w:space="0" w:color="000000"/>
            </w:tcBorders>
          </w:tcPr>
          <w:p w:rsidR="00A047B0" w:rsidRPr="00E85698" w:rsidRDefault="00A047B0" w:rsidP="00A047B0">
            <w:pPr>
              <w:pStyle w:val="TableParagraph"/>
              <w:spacing w:before="133"/>
              <w:ind w:left="74"/>
              <w:rPr>
                <w:sz w:val="24"/>
              </w:rPr>
            </w:pPr>
            <w:r w:rsidRPr="00E85698">
              <w:rPr>
                <w:sz w:val="24"/>
              </w:rPr>
              <w:t>Изложение (упр.242 или 263, текст ОГЭ)</w:t>
            </w:r>
          </w:p>
        </w:tc>
        <w:tc>
          <w:tcPr>
            <w:tcW w:w="735" w:type="dxa"/>
            <w:gridSpan w:val="2"/>
            <w:tcBorders>
              <w:left w:val="single" w:sz="6" w:space="0" w:color="000000"/>
            </w:tcBorders>
          </w:tcPr>
          <w:p w:rsidR="00A047B0" w:rsidRPr="00E85698" w:rsidRDefault="00A047B0" w:rsidP="00A047B0">
            <w:pPr>
              <w:pStyle w:val="TableParagraph"/>
              <w:spacing w:before="133"/>
              <w:ind w:right="259"/>
              <w:jc w:val="right"/>
              <w:rPr>
                <w:sz w:val="24"/>
              </w:rPr>
            </w:pPr>
            <w:r w:rsidRPr="00E85698">
              <w:rPr>
                <w:sz w:val="24"/>
              </w:rPr>
              <w:t>1</w:t>
            </w:r>
          </w:p>
        </w:tc>
        <w:tc>
          <w:tcPr>
            <w:tcW w:w="1620" w:type="dxa"/>
            <w:gridSpan w:val="2"/>
          </w:tcPr>
          <w:p w:rsidR="00A047B0" w:rsidRPr="00E85698" w:rsidRDefault="00A047B0" w:rsidP="00A047B0">
            <w:pPr>
              <w:pStyle w:val="TableParagraph"/>
              <w:spacing w:before="133"/>
              <w:ind w:right="703"/>
              <w:jc w:val="right"/>
              <w:rPr>
                <w:sz w:val="24"/>
              </w:rPr>
            </w:pPr>
            <w:r w:rsidRPr="00E85698">
              <w:rPr>
                <w:sz w:val="24"/>
              </w:rPr>
              <w:t>1</w:t>
            </w:r>
          </w:p>
        </w:tc>
        <w:tc>
          <w:tcPr>
            <w:tcW w:w="1668" w:type="dxa"/>
            <w:gridSpan w:val="2"/>
          </w:tcPr>
          <w:p w:rsidR="00A047B0" w:rsidRPr="00E85698" w:rsidRDefault="00A047B0" w:rsidP="00A047B0">
            <w:pPr>
              <w:pStyle w:val="TableParagraph"/>
              <w:spacing w:before="133"/>
              <w:ind w:right="725"/>
              <w:jc w:val="right"/>
              <w:rPr>
                <w:sz w:val="24"/>
              </w:rPr>
            </w:pPr>
            <w:r w:rsidRPr="00E85698">
              <w:rPr>
                <w:sz w:val="24"/>
              </w:rPr>
              <w:t>0</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33"/>
              <w:ind w:left="219"/>
              <w:rPr>
                <w:sz w:val="24"/>
              </w:rPr>
            </w:pPr>
            <w:r w:rsidRPr="00E85698">
              <w:rPr>
                <w:sz w:val="24"/>
              </w:rPr>
              <w:t>Изложение;</w:t>
            </w:r>
          </w:p>
        </w:tc>
      </w:tr>
      <w:tr w:rsidR="00A047B0" w:rsidRPr="00E85698" w:rsidTr="00A047B0">
        <w:trPr>
          <w:gridAfter w:val="1"/>
          <w:wAfter w:w="24" w:type="dxa"/>
          <w:trHeight w:val="2517"/>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rPr>
                <w:b/>
              </w:rPr>
            </w:pPr>
          </w:p>
          <w:p w:rsidR="00A047B0" w:rsidRPr="00E85698" w:rsidRDefault="00A047B0" w:rsidP="00A047B0">
            <w:pPr>
              <w:pStyle w:val="TableParagraph"/>
              <w:ind w:right="30"/>
              <w:jc w:val="right"/>
              <w:rPr>
                <w:sz w:val="24"/>
              </w:rPr>
            </w:pPr>
            <w:r w:rsidRPr="00E85698">
              <w:rPr>
                <w:sz w:val="24"/>
              </w:rPr>
              <w:t>69</w:t>
            </w:r>
          </w:p>
        </w:tc>
        <w:tc>
          <w:tcPr>
            <w:tcW w:w="2939" w:type="dxa"/>
            <w:gridSpan w:val="2"/>
            <w:tcBorders>
              <w:right w:val="single" w:sz="6" w:space="0" w:color="000000"/>
            </w:tcBorders>
          </w:tcPr>
          <w:p w:rsidR="00A047B0" w:rsidRPr="00E85698" w:rsidRDefault="00A047B0" w:rsidP="00A047B0">
            <w:pPr>
              <w:pStyle w:val="TableParagraph"/>
              <w:spacing w:before="159" w:line="280" w:lineRule="auto"/>
              <w:ind w:left="74" w:right="427"/>
              <w:rPr>
                <w:sz w:val="24"/>
              </w:rPr>
            </w:pPr>
            <w:r w:rsidRPr="00E85698">
              <w:rPr>
                <w:sz w:val="24"/>
              </w:rPr>
              <w:t>Нормы построения</w:t>
            </w:r>
            <w:r w:rsidRPr="00E85698">
              <w:rPr>
                <w:spacing w:val="1"/>
                <w:sz w:val="24"/>
              </w:rPr>
              <w:t xml:space="preserve"> </w:t>
            </w:r>
            <w:r w:rsidRPr="00E85698">
              <w:rPr>
                <w:sz w:val="24"/>
              </w:rPr>
              <w:t>предложений с</w:t>
            </w:r>
            <w:r w:rsidRPr="00E85698">
              <w:rPr>
                <w:spacing w:val="1"/>
                <w:sz w:val="24"/>
              </w:rPr>
              <w:t xml:space="preserve"> </w:t>
            </w:r>
            <w:r w:rsidRPr="00E85698">
              <w:rPr>
                <w:sz w:val="24"/>
              </w:rPr>
              <w:t>однородными членами,</w:t>
            </w:r>
            <w:r w:rsidRPr="00E85698">
              <w:rPr>
                <w:spacing w:val="-57"/>
                <w:sz w:val="24"/>
              </w:rPr>
              <w:t xml:space="preserve"> </w:t>
            </w:r>
            <w:r w:rsidRPr="00E85698">
              <w:rPr>
                <w:sz w:val="24"/>
              </w:rPr>
              <w:t>связанными</w:t>
            </w:r>
          </w:p>
          <w:p w:rsidR="00A047B0" w:rsidRPr="00E85698" w:rsidRDefault="00A047B0" w:rsidP="00A047B0">
            <w:pPr>
              <w:pStyle w:val="TableParagraph"/>
              <w:spacing w:line="276" w:lineRule="exact"/>
              <w:ind w:left="74"/>
              <w:rPr>
                <w:sz w:val="24"/>
              </w:rPr>
            </w:pPr>
            <w:r w:rsidRPr="00E85698">
              <w:rPr>
                <w:sz w:val="24"/>
              </w:rPr>
              <w:t>двойными</w:t>
            </w:r>
            <w:r w:rsidRPr="00E85698">
              <w:rPr>
                <w:spacing w:val="-3"/>
                <w:sz w:val="24"/>
              </w:rPr>
              <w:t xml:space="preserve"> </w:t>
            </w:r>
            <w:r w:rsidRPr="00E85698">
              <w:rPr>
                <w:sz w:val="24"/>
              </w:rPr>
              <w:t>союзами</w:t>
            </w:r>
            <w:r w:rsidRPr="00E85698">
              <w:rPr>
                <w:spacing w:val="-2"/>
                <w:sz w:val="24"/>
              </w:rPr>
              <w:t xml:space="preserve"> </w:t>
            </w:r>
            <w:r w:rsidRPr="00E85698">
              <w:rPr>
                <w:sz w:val="24"/>
              </w:rPr>
              <w:t>НЕ</w:t>
            </w:r>
          </w:p>
          <w:p w:rsidR="00A047B0" w:rsidRPr="00E85698" w:rsidRDefault="00A047B0" w:rsidP="00A047B0">
            <w:pPr>
              <w:pStyle w:val="TableParagraph"/>
              <w:spacing w:before="48" w:line="280" w:lineRule="auto"/>
              <w:ind w:left="74" w:right="138"/>
              <w:rPr>
                <w:sz w:val="24"/>
              </w:rPr>
            </w:pPr>
            <w:r w:rsidRPr="00E85698">
              <w:rPr>
                <w:sz w:val="24"/>
              </w:rPr>
              <w:t>ТОЛЬКО…НО И; КАК …</w:t>
            </w:r>
            <w:r w:rsidRPr="00E85698">
              <w:rPr>
                <w:spacing w:val="-57"/>
                <w:sz w:val="24"/>
              </w:rPr>
              <w:t xml:space="preserve"> </w:t>
            </w:r>
            <w:r w:rsidRPr="00E85698">
              <w:rPr>
                <w:sz w:val="24"/>
              </w:rPr>
              <w:t>ТАК И</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rPr>
                <w:b/>
              </w:rPr>
            </w:pPr>
          </w:p>
          <w:p w:rsidR="00A047B0" w:rsidRPr="00E85698" w:rsidRDefault="00A047B0" w:rsidP="00A047B0">
            <w:pPr>
              <w:pStyle w:val="TableParagraph"/>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rPr>
                <w:b/>
              </w:rPr>
            </w:pPr>
          </w:p>
          <w:p w:rsidR="00A047B0" w:rsidRPr="00E85698" w:rsidRDefault="00A047B0" w:rsidP="00A047B0">
            <w:pPr>
              <w:pStyle w:val="TableParagraph"/>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rPr>
                <w:b/>
              </w:rPr>
            </w:pPr>
          </w:p>
          <w:p w:rsidR="00A047B0" w:rsidRPr="00E85698" w:rsidRDefault="00A047B0" w:rsidP="00A047B0">
            <w:pPr>
              <w:pStyle w:val="TableParagraph"/>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1"/>
              <w:rPr>
                <w:b/>
                <w:sz w:val="31"/>
              </w:rPr>
            </w:pPr>
          </w:p>
          <w:p w:rsidR="00A047B0" w:rsidRPr="00E85698" w:rsidRDefault="00A047B0" w:rsidP="00A047B0">
            <w:pPr>
              <w:pStyle w:val="TableParagraph"/>
              <w:spacing w:line="276" w:lineRule="auto"/>
              <w:ind w:left="89"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gridAfter w:val="1"/>
          <w:wAfter w:w="24" w:type="dxa"/>
          <w:trHeight w:val="1828"/>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30"/>
              <w:jc w:val="right"/>
              <w:rPr>
                <w:sz w:val="24"/>
              </w:rPr>
            </w:pPr>
            <w:r w:rsidRPr="00E85698">
              <w:rPr>
                <w:sz w:val="24"/>
              </w:rPr>
              <w:t>70</w:t>
            </w:r>
          </w:p>
        </w:tc>
        <w:tc>
          <w:tcPr>
            <w:tcW w:w="2939" w:type="dxa"/>
            <w:gridSpan w:val="2"/>
            <w:tcBorders>
              <w:right w:val="single" w:sz="6" w:space="0" w:color="000000"/>
            </w:tcBorders>
          </w:tcPr>
          <w:p w:rsidR="00A047B0" w:rsidRPr="00E85698" w:rsidRDefault="00A047B0" w:rsidP="00A047B0">
            <w:pPr>
              <w:pStyle w:val="TableParagraph"/>
              <w:spacing w:before="152" w:line="276" w:lineRule="auto"/>
              <w:ind w:left="74" w:right="357"/>
              <w:rPr>
                <w:sz w:val="24"/>
              </w:rPr>
            </w:pPr>
            <w:r w:rsidRPr="00E85698">
              <w:rPr>
                <w:sz w:val="24"/>
              </w:rPr>
              <w:t>Нормы постановки</w:t>
            </w:r>
            <w:r w:rsidRPr="00E85698">
              <w:rPr>
                <w:spacing w:val="1"/>
                <w:sz w:val="24"/>
              </w:rPr>
              <w:t xml:space="preserve"> </w:t>
            </w:r>
            <w:r w:rsidRPr="00E85698">
              <w:rPr>
                <w:sz w:val="24"/>
              </w:rPr>
              <w:t>знаков препинания в</w:t>
            </w:r>
            <w:r w:rsidRPr="00E85698">
              <w:rPr>
                <w:spacing w:val="1"/>
                <w:sz w:val="24"/>
              </w:rPr>
              <w:t xml:space="preserve"> </w:t>
            </w:r>
            <w:r w:rsidRPr="00E85698">
              <w:rPr>
                <w:sz w:val="24"/>
              </w:rPr>
              <w:t>простом и сложном</w:t>
            </w:r>
            <w:r w:rsidRPr="00E85698">
              <w:rPr>
                <w:spacing w:val="1"/>
                <w:sz w:val="24"/>
              </w:rPr>
              <w:t xml:space="preserve"> </w:t>
            </w:r>
            <w:r w:rsidRPr="00E85698">
              <w:rPr>
                <w:sz w:val="24"/>
              </w:rPr>
              <w:t>предложениях с союзом</w:t>
            </w:r>
            <w:r w:rsidRPr="00E85698">
              <w:rPr>
                <w:spacing w:val="-58"/>
                <w:sz w:val="24"/>
              </w:rPr>
              <w:t xml:space="preserve"> </w:t>
            </w:r>
            <w:r w:rsidRPr="00E85698">
              <w:rPr>
                <w:sz w:val="24"/>
              </w:rPr>
              <w:t>И</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259"/>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03"/>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25"/>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38" w:line="280" w:lineRule="auto"/>
              <w:ind w:left="89"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line="276" w:lineRule="exact"/>
              <w:ind w:left="129" w:right="188"/>
              <w:jc w:val="center"/>
              <w:rPr>
                <w:sz w:val="24"/>
              </w:rPr>
            </w:pPr>
          </w:p>
        </w:tc>
      </w:tr>
      <w:tr w:rsidR="00A047B0" w:rsidRPr="00E85698" w:rsidTr="00A047B0">
        <w:trPr>
          <w:gridAfter w:val="1"/>
          <w:wAfter w:w="24" w:type="dxa"/>
          <w:trHeight w:val="1975"/>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5"/>
              </w:rPr>
            </w:pPr>
          </w:p>
          <w:p w:rsidR="00A047B0" w:rsidRPr="00E85698" w:rsidRDefault="00A047B0" w:rsidP="00A047B0">
            <w:pPr>
              <w:pStyle w:val="TableParagraph"/>
              <w:spacing w:before="1"/>
              <w:ind w:right="30"/>
              <w:jc w:val="right"/>
              <w:rPr>
                <w:sz w:val="24"/>
              </w:rPr>
            </w:pPr>
            <w:r w:rsidRPr="00E85698">
              <w:rPr>
                <w:sz w:val="24"/>
              </w:rPr>
              <w:t>71</w:t>
            </w:r>
          </w:p>
        </w:tc>
        <w:tc>
          <w:tcPr>
            <w:tcW w:w="2939" w:type="dxa"/>
            <w:gridSpan w:val="2"/>
            <w:tcBorders>
              <w:right w:val="single" w:sz="6" w:space="0" w:color="000000"/>
            </w:tcBorders>
          </w:tcPr>
          <w:p w:rsidR="00A047B0" w:rsidRPr="00E85698" w:rsidRDefault="00A047B0" w:rsidP="00A047B0">
            <w:pPr>
              <w:pStyle w:val="TableParagraph"/>
              <w:spacing w:before="8"/>
              <w:rPr>
                <w:b/>
                <w:sz w:val="20"/>
              </w:rPr>
            </w:pPr>
          </w:p>
          <w:p w:rsidR="00A047B0" w:rsidRPr="00E85698" w:rsidRDefault="00A047B0" w:rsidP="00A047B0">
            <w:pPr>
              <w:pStyle w:val="TableParagraph"/>
              <w:spacing w:before="1" w:line="276" w:lineRule="auto"/>
              <w:ind w:left="74" w:right="132"/>
              <w:rPr>
                <w:sz w:val="24"/>
              </w:rPr>
            </w:pPr>
            <w:r w:rsidRPr="00E85698">
              <w:rPr>
                <w:sz w:val="24"/>
              </w:rPr>
              <w:t>Нормы постановки знаков</w:t>
            </w:r>
            <w:r w:rsidRPr="00E85698">
              <w:rPr>
                <w:spacing w:val="-58"/>
                <w:sz w:val="24"/>
              </w:rPr>
              <w:t xml:space="preserve"> </w:t>
            </w:r>
            <w:r w:rsidRPr="00E85698">
              <w:rPr>
                <w:sz w:val="24"/>
              </w:rPr>
              <w:t>препинания</w:t>
            </w:r>
            <w:r w:rsidRPr="00E85698">
              <w:rPr>
                <w:spacing w:val="-1"/>
                <w:sz w:val="24"/>
              </w:rPr>
              <w:t xml:space="preserve"> </w:t>
            </w:r>
            <w:r w:rsidRPr="00E85698">
              <w:rPr>
                <w:sz w:val="24"/>
              </w:rPr>
              <w:t>в</w:t>
            </w:r>
          </w:p>
          <w:p w:rsidR="00A047B0" w:rsidRPr="00E85698" w:rsidRDefault="00A047B0" w:rsidP="00A047B0">
            <w:pPr>
              <w:pStyle w:val="TableParagraph"/>
              <w:spacing w:line="276" w:lineRule="auto"/>
              <w:ind w:left="74" w:right="426"/>
              <w:rPr>
                <w:sz w:val="24"/>
              </w:rPr>
            </w:pP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однородными членами,</w:t>
            </w:r>
            <w:r w:rsidRPr="00E85698">
              <w:rPr>
                <w:spacing w:val="-57"/>
                <w:sz w:val="24"/>
              </w:rPr>
              <w:t xml:space="preserve"> </w:t>
            </w:r>
            <w:r w:rsidRPr="00E85698">
              <w:rPr>
                <w:sz w:val="24"/>
              </w:rPr>
              <w:t>связанными</w:t>
            </w:r>
            <w:r w:rsidRPr="00E85698">
              <w:rPr>
                <w:spacing w:val="-2"/>
                <w:sz w:val="24"/>
              </w:rPr>
              <w:t xml:space="preserve"> </w:t>
            </w:r>
            <w:r w:rsidRPr="00E85698">
              <w:rPr>
                <w:sz w:val="24"/>
              </w:rPr>
              <w:t>попарно</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5"/>
              </w:rPr>
            </w:pPr>
          </w:p>
          <w:p w:rsidR="00A047B0" w:rsidRPr="00E85698" w:rsidRDefault="00A047B0" w:rsidP="00A047B0">
            <w:pPr>
              <w:pStyle w:val="TableParagraph"/>
              <w:spacing w:before="1"/>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5"/>
              </w:rPr>
            </w:pPr>
          </w:p>
          <w:p w:rsidR="00A047B0" w:rsidRPr="00E85698" w:rsidRDefault="00A047B0" w:rsidP="00A047B0">
            <w:pPr>
              <w:pStyle w:val="TableParagraph"/>
              <w:spacing w:before="1"/>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5"/>
              </w:rPr>
            </w:pPr>
          </w:p>
          <w:p w:rsidR="00A047B0" w:rsidRPr="00E85698" w:rsidRDefault="00A047B0" w:rsidP="00A047B0">
            <w:pPr>
              <w:pStyle w:val="TableParagraph"/>
              <w:spacing w:before="1"/>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6"/>
              <w:rPr>
                <w:b/>
                <w:sz w:val="34"/>
              </w:rPr>
            </w:pPr>
          </w:p>
          <w:p w:rsidR="00A047B0" w:rsidRPr="00E85698" w:rsidRDefault="00A047B0" w:rsidP="00A047B0">
            <w:pPr>
              <w:pStyle w:val="TableParagraph"/>
              <w:spacing w:line="276" w:lineRule="auto"/>
              <w:ind w:left="90"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gridAfter w:val="1"/>
          <w:wAfter w:w="24" w:type="dxa"/>
          <w:trHeight w:val="1825"/>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30"/>
              <w:jc w:val="right"/>
              <w:rPr>
                <w:sz w:val="24"/>
              </w:rPr>
            </w:pPr>
            <w:r w:rsidRPr="00E85698">
              <w:rPr>
                <w:sz w:val="24"/>
              </w:rPr>
              <w:t>72</w:t>
            </w:r>
          </w:p>
        </w:tc>
        <w:tc>
          <w:tcPr>
            <w:tcW w:w="2939" w:type="dxa"/>
            <w:gridSpan w:val="2"/>
            <w:tcBorders>
              <w:right w:val="single" w:sz="6" w:space="0" w:color="000000"/>
            </w:tcBorders>
          </w:tcPr>
          <w:p w:rsidR="00A047B0" w:rsidRPr="00E85698" w:rsidRDefault="00A047B0" w:rsidP="00A047B0">
            <w:pPr>
              <w:pStyle w:val="TableParagraph"/>
              <w:spacing w:before="90" w:line="280" w:lineRule="auto"/>
              <w:ind w:left="81" w:right="142"/>
              <w:jc w:val="center"/>
              <w:rPr>
                <w:sz w:val="24"/>
              </w:rPr>
            </w:pPr>
            <w:r w:rsidRPr="00E85698">
              <w:rPr>
                <w:sz w:val="24"/>
              </w:rPr>
              <w:t>Нормы постановки знаков</w:t>
            </w:r>
            <w:r w:rsidRPr="00E85698">
              <w:rPr>
                <w:spacing w:val="-57"/>
                <w:sz w:val="24"/>
              </w:rPr>
              <w:t xml:space="preserve"> </w:t>
            </w:r>
            <w:r w:rsidRPr="00E85698">
              <w:rPr>
                <w:sz w:val="24"/>
              </w:rPr>
              <w:t>препинания</w:t>
            </w:r>
            <w:r w:rsidRPr="00E85698">
              <w:rPr>
                <w:spacing w:val="-1"/>
                <w:sz w:val="24"/>
              </w:rPr>
              <w:t xml:space="preserve"> </w:t>
            </w:r>
            <w:r w:rsidRPr="00E85698">
              <w:rPr>
                <w:sz w:val="24"/>
              </w:rPr>
              <w:t>в</w:t>
            </w:r>
          </w:p>
          <w:p w:rsidR="00A047B0" w:rsidRPr="00E85698" w:rsidRDefault="00A047B0" w:rsidP="00A047B0">
            <w:pPr>
              <w:pStyle w:val="TableParagraph"/>
              <w:spacing w:line="280" w:lineRule="auto"/>
              <w:ind w:left="81" w:right="141"/>
              <w:jc w:val="center"/>
              <w:rPr>
                <w:sz w:val="24"/>
              </w:rPr>
            </w:pP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однородными членами,</w:t>
            </w:r>
            <w:r w:rsidRPr="00E85698">
              <w:rPr>
                <w:spacing w:val="-57"/>
                <w:sz w:val="24"/>
              </w:rPr>
              <w:t xml:space="preserve"> </w:t>
            </w:r>
            <w:r w:rsidRPr="00E85698">
              <w:rPr>
                <w:sz w:val="24"/>
              </w:rPr>
              <w:t>связанными</w:t>
            </w:r>
            <w:r w:rsidRPr="00E85698">
              <w:rPr>
                <w:spacing w:val="-4"/>
                <w:sz w:val="24"/>
              </w:rPr>
              <w:t xml:space="preserve"> </w:t>
            </w:r>
            <w:r w:rsidRPr="00E85698">
              <w:rPr>
                <w:sz w:val="24"/>
              </w:rPr>
              <w:t>с</w:t>
            </w:r>
            <w:r w:rsidRPr="00E85698">
              <w:rPr>
                <w:spacing w:val="-4"/>
                <w:sz w:val="24"/>
              </w:rPr>
              <w:t xml:space="preserve"> </w:t>
            </w:r>
            <w:r w:rsidRPr="00E85698">
              <w:rPr>
                <w:sz w:val="24"/>
              </w:rPr>
              <w:t>помощью</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rPr>
                <w:b/>
                <w:sz w:val="28"/>
              </w:rPr>
            </w:pPr>
          </w:p>
          <w:p w:rsidR="00A047B0" w:rsidRPr="00E85698" w:rsidRDefault="00A047B0" w:rsidP="00A047B0">
            <w:pPr>
              <w:pStyle w:val="TableParagraph"/>
              <w:spacing w:before="1" w:line="276" w:lineRule="auto"/>
              <w:ind w:left="90"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gridAfter w:val="1"/>
          <w:wAfter w:w="24" w:type="dxa"/>
          <w:trHeight w:val="2558"/>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4"/>
              </w:rPr>
            </w:pPr>
          </w:p>
          <w:p w:rsidR="00A047B0" w:rsidRPr="00E85698" w:rsidRDefault="00A047B0" w:rsidP="00A047B0">
            <w:pPr>
              <w:pStyle w:val="TableParagraph"/>
              <w:spacing w:before="1"/>
              <w:ind w:right="30"/>
              <w:jc w:val="right"/>
              <w:rPr>
                <w:sz w:val="24"/>
              </w:rPr>
            </w:pPr>
            <w:r w:rsidRPr="00E85698">
              <w:rPr>
                <w:sz w:val="24"/>
              </w:rPr>
              <w:t>73</w:t>
            </w:r>
          </w:p>
        </w:tc>
        <w:tc>
          <w:tcPr>
            <w:tcW w:w="2939" w:type="dxa"/>
            <w:gridSpan w:val="2"/>
            <w:tcBorders>
              <w:right w:val="single" w:sz="6" w:space="0" w:color="000000"/>
            </w:tcBorders>
          </w:tcPr>
          <w:p w:rsidR="00A047B0" w:rsidRPr="00E85698" w:rsidRDefault="00A047B0" w:rsidP="00A047B0">
            <w:pPr>
              <w:pStyle w:val="TableParagraph"/>
              <w:spacing w:before="203" w:line="276" w:lineRule="auto"/>
              <w:ind w:left="105" w:right="454" w:hanging="4"/>
              <w:jc w:val="center"/>
              <w:rPr>
                <w:sz w:val="24"/>
              </w:rPr>
            </w:pPr>
            <w:r w:rsidRPr="00E85698">
              <w:rPr>
                <w:sz w:val="24"/>
              </w:rPr>
              <w:t>Повторение и</w:t>
            </w:r>
            <w:r w:rsidRPr="00E85698">
              <w:rPr>
                <w:spacing w:val="1"/>
                <w:sz w:val="24"/>
              </w:rPr>
              <w:t xml:space="preserve"> </w:t>
            </w:r>
            <w:r w:rsidRPr="00E85698">
              <w:rPr>
                <w:sz w:val="24"/>
              </w:rPr>
              <w:t>обобщение</w:t>
            </w:r>
            <w:r w:rsidRPr="00E85698">
              <w:rPr>
                <w:spacing w:val="-14"/>
                <w:sz w:val="24"/>
              </w:rPr>
              <w:t xml:space="preserve"> </w:t>
            </w:r>
            <w:r w:rsidRPr="00E85698">
              <w:rPr>
                <w:sz w:val="24"/>
              </w:rPr>
              <w:t>изученного</w:t>
            </w:r>
            <w:r w:rsidRPr="00E85698">
              <w:rPr>
                <w:spacing w:val="-57"/>
                <w:sz w:val="24"/>
              </w:rPr>
              <w:t xml:space="preserve"> </w:t>
            </w:r>
            <w:r w:rsidRPr="00E85698">
              <w:rPr>
                <w:sz w:val="24"/>
              </w:rPr>
              <w:t>по</w:t>
            </w:r>
            <w:r w:rsidRPr="00E85698">
              <w:rPr>
                <w:spacing w:val="-1"/>
                <w:sz w:val="24"/>
              </w:rPr>
              <w:t xml:space="preserve"> </w:t>
            </w:r>
            <w:r w:rsidRPr="00E85698">
              <w:rPr>
                <w:sz w:val="24"/>
              </w:rPr>
              <w:t>теме</w:t>
            </w:r>
          </w:p>
          <w:p w:rsidR="00A047B0" w:rsidRPr="00E85698" w:rsidRDefault="00A047B0" w:rsidP="00A047B0">
            <w:pPr>
              <w:pStyle w:val="TableParagraph"/>
              <w:spacing w:before="1" w:line="276" w:lineRule="auto"/>
              <w:ind w:left="453" w:right="803"/>
              <w:jc w:val="center"/>
              <w:rPr>
                <w:sz w:val="24"/>
              </w:rPr>
            </w:pPr>
            <w:r w:rsidRPr="00E85698">
              <w:rPr>
                <w:sz w:val="24"/>
              </w:rPr>
              <w:t>"Предложения с</w:t>
            </w:r>
            <w:r w:rsidRPr="00E85698">
              <w:rPr>
                <w:spacing w:val="-57"/>
                <w:sz w:val="24"/>
              </w:rPr>
              <w:t xml:space="preserve"> </w:t>
            </w:r>
            <w:r w:rsidRPr="00E85698">
              <w:rPr>
                <w:sz w:val="24"/>
              </w:rPr>
              <w:t>однородными</w:t>
            </w:r>
            <w:r w:rsidRPr="00E85698">
              <w:rPr>
                <w:spacing w:val="1"/>
                <w:sz w:val="24"/>
              </w:rPr>
              <w:t xml:space="preserve"> </w:t>
            </w:r>
            <w:r w:rsidRPr="00E85698">
              <w:rPr>
                <w:sz w:val="24"/>
              </w:rPr>
              <w:t>членами".</w:t>
            </w:r>
          </w:p>
          <w:p w:rsidR="00A047B0" w:rsidRPr="00E85698" w:rsidRDefault="00A047B0" w:rsidP="00A047B0">
            <w:pPr>
              <w:pStyle w:val="TableParagraph"/>
              <w:spacing w:before="61"/>
              <w:ind w:left="81" w:right="5"/>
              <w:jc w:val="center"/>
              <w:rPr>
                <w:sz w:val="24"/>
              </w:rPr>
            </w:pPr>
            <w:r w:rsidRPr="00E85698">
              <w:rPr>
                <w:sz w:val="24"/>
              </w:rPr>
              <w:t>Практикум</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4"/>
              </w:rPr>
            </w:pPr>
          </w:p>
          <w:p w:rsidR="00A047B0" w:rsidRPr="00E85698" w:rsidRDefault="00A047B0" w:rsidP="00A047B0">
            <w:pPr>
              <w:pStyle w:val="TableParagraph"/>
              <w:spacing w:before="1"/>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4"/>
              </w:rPr>
            </w:pPr>
          </w:p>
          <w:p w:rsidR="00A047B0" w:rsidRPr="00E85698" w:rsidRDefault="00A047B0" w:rsidP="00A047B0">
            <w:pPr>
              <w:pStyle w:val="TableParagraph"/>
              <w:spacing w:before="1"/>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4"/>
              </w:rPr>
            </w:pPr>
          </w:p>
          <w:p w:rsidR="00A047B0" w:rsidRPr="00E85698" w:rsidRDefault="00A047B0" w:rsidP="00A047B0">
            <w:pPr>
              <w:pStyle w:val="TableParagraph"/>
              <w:spacing w:before="1"/>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7"/>
              <w:rPr>
                <w:b/>
                <w:sz w:val="36"/>
              </w:rPr>
            </w:pPr>
          </w:p>
          <w:p w:rsidR="00A047B0" w:rsidRPr="00E85698" w:rsidRDefault="00A047B0" w:rsidP="00A047B0">
            <w:pPr>
              <w:pStyle w:val="TableParagraph"/>
              <w:spacing w:line="264" w:lineRule="auto"/>
              <w:ind w:left="451" w:right="22" w:hanging="334"/>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gridAfter w:val="1"/>
          <w:wAfter w:w="24" w:type="dxa"/>
          <w:trHeight w:val="1153"/>
        </w:trPr>
        <w:tc>
          <w:tcPr>
            <w:tcW w:w="853"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180"/>
              <w:ind w:right="30"/>
              <w:jc w:val="right"/>
              <w:rPr>
                <w:sz w:val="24"/>
              </w:rPr>
            </w:pPr>
            <w:r w:rsidRPr="00E85698">
              <w:rPr>
                <w:sz w:val="24"/>
              </w:rPr>
              <w:t>74</w:t>
            </w:r>
          </w:p>
        </w:tc>
        <w:tc>
          <w:tcPr>
            <w:tcW w:w="2939" w:type="dxa"/>
            <w:gridSpan w:val="2"/>
            <w:tcBorders>
              <w:right w:val="single" w:sz="6" w:space="0" w:color="000000"/>
            </w:tcBorders>
          </w:tcPr>
          <w:p w:rsidR="00A047B0" w:rsidRPr="00E85698" w:rsidRDefault="00A047B0" w:rsidP="00A047B0">
            <w:pPr>
              <w:pStyle w:val="TableParagraph"/>
              <w:spacing w:before="152" w:line="271" w:lineRule="auto"/>
              <w:ind w:left="209" w:right="270" w:hanging="2"/>
              <w:jc w:val="center"/>
              <w:rPr>
                <w:sz w:val="24"/>
              </w:rPr>
            </w:pPr>
            <w:r w:rsidRPr="00E85698">
              <w:rPr>
                <w:sz w:val="24"/>
              </w:rPr>
              <w:t>Контрольная  работа по</w:t>
            </w:r>
            <w:r w:rsidRPr="00E85698">
              <w:rPr>
                <w:spacing w:val="1"/>
                <w:sz w:val="24"/>
              </w:rPr>
              <w:t xml:space="preserve"> </w:t>
            </w:r>
            <w:r w:rsidRPr="00E85698">
              <w:rPr>
                <w:sz w:val="24"/>
              </w:rPr>
              <w:t>теме "Предложения с</w:t>
            </w:r>
            <w:r w:rsidRPr="00E85698">
              <w:rPr>
                <w:spacing w:val="1"/>
                <w:sz w:val="24"/>
              </w:rPr>
              <w:t xml:space="preserve"> </w:t>
            </w:r>
            <w:r w:rsidRPr="00E85698">
              <w:rPr>
                <w:sz w:val="24"/>
              </w:rPr>
              <w:t>однородными</w:t>
            </w:r>
            <w:r w:rsidRPr="00E85698">
              <w:rPr>
                <w:spacing w:val="-13"/>
                <w:sz w:val="24"/>
              </w:rPr>
              <w:t xml:space="preserve"> </w:t>
            </w:r>
            <w:r w:rsidRPr="00E85698">
              <w:rPr>
                <w:sz w:val="24"/>
              </w:rPr>
              <w:t>членами"</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180"/>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180"/>
              <w:ind w:right="702"/>
              <w:jc w:val="right"/>
              <w:rPr>
                <w:sz w:val="24"/>
              </w:rPr>
            </w:pPr>
            <w:r w:rsidRPr="00E85698">
              <w:rPr>
                <w:sz w:val="24"/>
              </w:rPr>
              <w:t>1</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180"/>
              <w:ind w:right="724"/>
              <w:jc w:val="right"/>
              <w:rPr>
                <w:sz w:val="24"/>
              </w:rPr>
            </w:pPr>
            <w:r w:rsidRPr="00E85698">
              <w:rPr>
                <w:sz w:val="24"/>
              </w:rPr>
              <w:t>0</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7"/>
              <w:rPr>
                <w:b/>
                <w:sz w:val="27"/>
              </w:rPr>
            </w:pPr>
          </w:p>
          <w:p w:rsidR="00A047B0" w:rsidRPr="00E85698" w:rsidRDefault="00A047B0" w:rsidP="00A047B0">
            <w:pPr>
              <w:pStyle w:val="TableParagraph"/>
              <w:spacing w:line="261" w:lineRule="auto"/>
              <w:ind w:left="379" w:right="129" w:hanging="291"/>
              <w:rPr>
                <w:sz w:val="24"/>
              </w:rPr>
            </w:pPr>
            <w:r w:rsidRPr="00E85698">
              <w:rPr>
                <w:sz w:val="24"/>
              </w:rPr>
              <w:t>Контрольная</w:t>
            </w:r>
            <w:r w:rsidRPr="00E85698">
              <w:rPr>
                <w:spacing w:val="-57"/>
                <w:sz w:val="24"/>
              </w:rPr>
              <w:t xml:space="preserve"> </w:t>
            </w:r>
            <w:r w:rsidRPr="00E85698">
              <w:rPr>
                <w:sz w:val="24"/>
              </w:rPr>
              <w:t>работа;</w:t>
            </w:r>
          </w:p>
        </w:tc>
      </w:tr>
      <w:tr w:rsidR="00A047B0" w:rsidRPr="00E85698" w:rsidTr="00A047B0">
        <w:trPr>
          <w:gridAfter w:val="1"/>
          <w:wAfter w:w="24" w:type="dxa"/>
          <w:trHeight w:val="1314"/>
        </w:trPr>
        <w:tc>
          <w:tcPr>
            <w:tcW w:w="886" w:type="dxa"/>
            <w:gridSpan w:val="3"/>
          </w:tcPr>
          <w:p w:rsidR="00A047B0" w:rsidRPr="00E85698" w:rsidRDefault="00A047B0" w:rsidP="00A047B0">
            <w:pPr>
              <w:pStyle w:val="TableParagraph"/>
              <w:rPr>
                <w:b/>
                <w:sz w:val="26"/>
              </w:rPr>
            </w:pPr>
          </w:p>
          <w:p w:rsidR="00A047B0" w:rsidRPr="00E85698" w:rsidRDefault="00A047B0" w:rsidP="00A047B0">
            <w:pPr>
              <w:pStyle w:val="TableParagraph"/>
              <w:spacing w:before="8"/>
              <w:rPr>
                <w:b/>
              </w:rPr>
            </w:pPr>
          </w:p>
          <w:p w:rsidR="00A047B0" w:rsidRPr="00E85698" w:rsidRDefault="00A047B0" w:rsidP="00A047B0">
            <w:pPr>
              <w:pStyle w:val="TableParagraph"/>
              <w:ind w:left="239"/>
              <w:rPr>
                <w:sz w:val="24"/>
              </w:rPr>
            </w:pPr>
            <w:r w:rsidRPr="00E85698">
              <w:rPr>
                <w:sz w:val="24"/>
              </w:rPr>
              <w:t>75</w:t>
            </w:r>
          </w:p>
        </w:tc>
        <w:tc>
          <w:tcPr>
            <w:tcW w:w="2906" w:type="dxa"/>
            <w:tcBorders>
              <w:right w:val="single" w:sz="6" w:space="0" w:color="000000"/>
            </w:tcBorders>
          </w:tcPr>
          <w:p w:rsidR="00A047B0" w:rsidRPr="00E85698" w:rsidRDefault="00A047B0" w:rsidP="00A047B0">
            <w:pPr>
              <w:pStyle w:val="TableParagraph"/>
              <w:spacing w:before="92" w:line="261" w:lineRule="auto"/>
              <w:ind w:left="75" w:right="1287"/>
              <w:rPr>
                <w:sz w:val="24"/>
              </w:rPr>
            </w:pPr>
            <w:r w:rsidRPr="00E85698">
              <w:rPr>
                <w:spacing w:val="-1"/>
                <w:sz w:val="24"/>
              </w:rPr>
              <w:t>Обособление.</w:t>
            </w:r>
            <w:r w:rsidRPr="00E85698">
              <w:rPr>
                <w:spacing w:val="-57"/>
                <w:sz w:val="24"/>
              </w:rPr>
              <w:t xml:space="preserve"> </w:t>
            </w:r>
            <w:r w:rsidRPr="00E85698">
              <w:rPr>
                <w:sz w:val="24"/>
              </w:rPr>
              <w:t>Понятие об</w:t>
            </w:r>
            <w:r w:rsidRPr="00E85698">
              <w:rPr>
                <w:spacing w:val="1"/>
                <w:sz w:val="24"/>
              </w:rPr>
              <w:t xml:space="preserve"> </w:t>
            </w:r>
            <w:r w:rsidRPr="00E85698">
              <w:rPr>
                <w:sz w:val="24"/>
              </w:rPr>
              <w:t>обособлении</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8"/>
              <w:rPr>
                <w:b/>
              </w:rPr>
            </w:pPr>
          </w:p>
          <w:p w:rsidR="00A047B0" w:rsidRPr="00E85698" w:rsidRDefault="00A047B0" w:rsidP="00A047B0">
            <w:pPr>
              <w:pStyle w:val="TableParagraph"/>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8"/>
              <w:rPr>
                <w:b/>
              </w:rPr>
            </w:pPr>
          </w:p>
          <w:p w:rsidR="00A047B0" w:rsidRPr="00E85698" w:rsidRDefault="00A047B0" w:rsidP="00A047B0">
            <w:pPr>
              <w:pStyle w:val="TableParagraph"/>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spacing w:before="8"/>
              <w:rPr>
                <w:b/>
              </w:rPr>
            </w:pPr>
          </w:p>
          <w:p w:rsidR="00A047B0" w:rsidRPr="00E85698" w:rsidRDefault="00A047B0" w:rsidP="00A047B0">
            <w:pPr>
              <w:pStyle w:val="TableParagraph"/>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8"/>
              <w:rPr>
                <w:b/>
                <w:sz w:val="34"/>
              </w:rPr>
            </w:pPr>
          </w:p>
          <w:p w:rsidR="00A047B0" w:rsidRPr="00E85698" w:rsidRDefault="00A047B0" w:rsidP="00A047B0">
            <w:pPr>
              <w:pStyle w:val="TableParagraph"/>
              <w:spacing w:line="261" w:lineRule="auto"/>
              <w:ind w:left="206" w:right="609" w:hanging="70"/>
              <w:rPr>
                <w:sz w:val="24"/>
              </w:rPr>
            </w:pPr>
            <w:r w:rsidRPr="00E85698">
              <w:rPr>
                <w:sz w:val="24"/>
              </w:rPr>
              <w:t>Устный</w:t>
            </w:r>
            <w:r w:rsidRPr="00E85698">
              <w:rPr>
                <w:spacing w:val="-57"/>
                <w:sz w:val="24"/>
              </w:rPr>
              <w:t xml:space="preserve"> </w:t>
            </w:r>
            <w:r w:rsidRPr="00E85698">
              <w:rPr>
                <w:sz w:val="24"/>
              </w:rPr>
              <w:t>опрос;</w:t>
            </w:r>
          </w:p>
        </w:tc>
      </w:tr>
      <w:tr w:rsidR="00A047B0" w:rsidRPr="00E85698" w:rsidTr="00A047B0">
        <w:trPr>
          <w:gridAfter w:val="1"/>
          <w:wAfter w:w="24" w:type="dxa"/>
          <w:trHeight w:val="1826"/>
        </w:trPr>
        <w:tc>
          <w:tcPr>
            <w:tcW w:w="886" w:type="dxa"/>
            <w:gridSpan w:val="3"/>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9"/>
              <w:ind w:left="239"/>
              <w:rPr>
                <w:sz w:val="24"/>
              </w:rPr>
            </w:pPr>
            <w:r w:rsidRPr="00E85698">
              <w:rPr>
                <w:sz w:val="24"/>
              </w:rPr>
              <w:t>76</w:t>
            </w:r>
          </w:p>
        </w:tc>
        <w:tc>
          <w:tcPr>
            <w:tcW w:w="2906" w:type="dxa"/>
            <w:tcBorders>
              <w:right w:val="single" w:sz="6" w:space="0" w:color="000000"/>
            </w:tcBorders>
          </w:tcPr>
          <w:p w:rsidR="00A047B0" w:rsidRPr="00E85698" w:rsidRDefault="00A047B0" w:rsidP="00A047B0">
            <w:pPr>
              <w:pStyle w:val="TableParagraph"/>
              <w:spacing w:before="92" w:line="280" w:lineRule="auto"/>
              <w:ind w:left="75" w:right="516"/>
              <w:rPr>
                <w:sz w:val="24"/>
              </w:rPr>
            </w:pPr>
            <w:r w:rsidRPr="00E85698">
              <w:rPr>
                <w:sz w:val="24"/>
              </w:rPr>
              <w:t>Виды обособленных</w:t>
            </w:r>
            <w:r w:rsidRPr="00E85698">
              <w:rPr>
                <w:spacing w:val="1"/>
                <w:sz w:val="24"/>
              </w:rPr>
              <w:t xml:space="preserve"> </w:t>
            </w:r>
            <w:r w:rsidRPr="00E85698">
              <w:rPr>
                <w:sz w:val="24"/>
              </w:rPr>
              <w:t>членов</w:t>
            </w:r>
            <w:r w:rsidRPr="00E85698">
              <w:rPr>
                <w:spacing w:val="-12"/>
                <w:sz w:val="24"/>
              </w:rPr>
              <w:t xml:space="preserve"> </w:t>
            </w:r>
            <w:r w:rsidRPr="00E85698">
              <w:rPr>
                <w:sz w:val="24"/>
              </w:rPr>
              <w:t>предложения.</w:t>
            </w:r>
          </w:p>
          <w:p w:rsidR="00A047B0" w:rsidRPr="00E85698" w:rsidRDefault="00A047B0" w:rsidP="00A047B0">
            <w:pPr>
              <w:pStyle w:val="TableParagraph"/>
              <w:spacing w:line="280" w:lineRule="auto"/>
              <w:ind w:left="75" w:right="545"/>
              <w:rPr>
                <w:sz w:val="24"/>
              </w:rPr>
            </w:pPr>
            <w:r w:rsidRPr="00E85698">
              <w:rPr>
                <w:sz w:val="24"/>
              </w:rPr>
              <w:t>Обособленные</w:t>
            </w:r>
            <w:r w:rsidRPr="00E85698">
              <w:rPr>
                <w:spacing w:val="1"/>
                <w:sz w:val="24"/>
              </w:rPr>
              <w:t xml:space="preserve"> </w:t>
            </w:r>
            <w:r w:rsidRPr="00E85698">
              <w:rPr>
                <w:sz w:val="24"/>
              </w:rPr>
              <w:t>определения. Нормы</w:t>
            </w:r>
            <w:r w:rsidRPr="00E85698">
              <w:rPr>
                <w:spacing w:val="-58"/>
                <w:sz w:val="24"/>
              </w:rPr>
              <w:t xml:space="preserve"> </w:t>
            </w:r>
            <w:r w:rsidRPr="00E85698">
              <w:rPr>
                <w:sz w:val="24"/>
              </w:rPr>
              <w:t>обособления</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9"/>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9"/>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9"/>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rPr>
                <w:b/>
                <w:sz w:val="28"/>
              </w:rPr>
            </w:pPr>
          </w:p>
          <w:p w:rsidR="00A047B0" w:rsidRPr="00E85698" w:rsidRDefault="00A047B0" w:rsidP="00A047B0">
            <w:pPr>
              <w:pStyle w:val="TableParagraph"/>
              <w:spacing w:before="1" w:line="276" w:lineRule="auto"/>
              <w:ind w:left="90"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gridAfter w:val="1"/>
          <w:wAfter w:w="24" w:type="dxa"/>
          <w:trHeight w:val="1845"/>
        </w:trPr>
        <w:tc>
          <w:tcPr>
            <w:tcW w:w="886" w:type="dxa"/>
            <w:gridSpan w:val="3"/>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26"/>
              <w:ind w:left="239"/>
              <w:rPr>
                <w:sz w:val="24"/>
              </w:rPr>
            </w:pPr>
            <w:r w:rsidRPr="00E85698">
              <w:rPr>
                <w:sz w:val="24"/>
              </w:rPr>
              <w:t>77</w:t>
            </w:r>
          </w:p>
        </w:tc>
        <w:tc>
          <w:tcPr>
            <w:tcW w:w="2906" w:type="dxa"/>
            <w:tcBorders>
              <w:right w:val="single" w:sz="6" w:space="0" w:color="000000"/>
            </w:tcBorders>
          </w:tcPr>
          <w:p w:rsidR="00A047B0" w:rsidRPr="00E85698" w:rsidRDefault="00A047B0" w:rsidP="00A047B0">
            <w:pPr>
              <w:pStyle w:val="TableParagraph"/>
              <w:spacing w:before="92" w:line="271" w:lineRule="auto"/>
              <w:ind w:left="75" w:right="612"/>
              <w:rPr>
                <w:sz w:val="24"/>
              </w:rPr>
            </w:pPr>
            <w:r w:rsidRPr="00E85698">
              <w:rPr>
                <w:sz w:val="24"/>
              </w:rPr>
              <w:t>Нормы</w:t>
            </w:r>
            <w:r w:rsidRPr="00E85698">
              <w:rPr>
                <w:spacing w:val="-14"/>
                <w:sz w:val="24"/>
              </w:rPr>
              <w:t xml:space="preserve"> </w:t>
            </w:r>
            <w:r w:rsidRPr="00E85698">
              <w:rPr>
                <w:sz w:val="24"/>
              </w:rPr>
              <w:t>обособления</w:t>
            </w:r>
            <w:r w:rsidRPr="00E85698">
              <w:rPr>
                <w:spacing w:val="-57"/>
                <w:sz w:val="24"/>
              </w:rPr>
              <w:t xml:space="preserve"> </w:t>
            </w:r>
            <w:r w:rsidRPr="00E85698">
              <w:rPr>
                <w:sz w:val="24"/>
              </w:rPr>
              <w:t>несогласованных</w:t>
            </w:r>
            <w:r w:rsidRPr="00E85698">
              <w:rPr>
                <w:spacing w:val="1"/>
                <w:sz w:val="24"/>
              </w:rPr>
              <w:t xml:space="preserve"> </w:t>
            </w:r>
            <w:r w:rsidRPr="00E85698">
              <w:rPr>
                <w:sz w:val="24"/>
              </w:rPr>
              <w:t>определений</w:t>
            </w:r>
          </w:p>
        </w:tc>
        <w:tc>
          <w:tcPr>
            <w:tcW w:w="735" w:type="dxa"/>
            <w:gridSpan w:val="2"/>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26"/>
              <w:ind w:right="258"/>
              <w:jc w:val="right"/>
              <w:rPr>
                <w:sz w:val="24"/>
              </w:rPr>
            </w:pPr>
            <w:r w:rsidRPr="00E85698">
              <w:rPr>
                <w:sz w:val="24"/>
              </w:rPr>
              <w:t>1</w:t>
            </w:r>
          </w:p>
        </w:tc>
        <w:tc>
          <w:tcPr>
            <w:tcW w:w="1620"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26"/>
              <w:ind w:right="702"/>
              <w:jc w:val="right"/>
              <w:rPr>
                <w:sz w:val="24"/>
              </w:rPr>
            </w:pPr>
            <w:r w:rsidRPr="00E85698">
              <w:rPr>
                <w:sz w:val="24"/>
              </w:rPr>
              <w:t>0</w:t>
            </w:r>
          </w:p>
        </w:tc>
        <w:tc>
          <w:tcPr>
            <w:tcW w:w="1668" w:type="dxa"/>
            <w:gridSpan w:val="2"/>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26"/>
              <w:ind w:right="724"/>
              <w:jc w:val="right"/>
              <w:rPr>
                <w:sz w:val="24"/>
              </w:rPr>
            </w:pPr>
            <w:r w:rsidRPr="00E85698">
              <w:rPr>
                <w:sz w:val="24"/>
              </w:rPr>
              <w:t>1</w:t>
            </w:r>
          </w:p>
        </w:tc>
        <w:tc>
          <w:tcPr>
            <w:tcW w:w="1165" w:type="dxa"/>
            <w:gridSpan w:val="2"/>
          </w:tcPr>
          <w:p w:rsidR="00A047B0" w:rsidRPr="00E85698" w:rsidRDefault="00A047B0" w:rsidP="00A047B0">
            <w:pPr>
              <w:pStyle w:val="TableParagraph"/>
              <w:rPr>
                <w:sz w:val="24"/>
              </w:rPr>
            </w:pPr>
          </w:p>
        </w:tc>
        <w:tc>
          <w:tcPr>
            <w:tcW w:w="1575" w:type="dxa"/>
            <w:gridSpan w:val="2"/>
          </w:tcPr>
          <w:p w:rsidR="00A047B0" w:rsidRPr="00E85698" w:rsidRDefault="00A047B0" w:rsidP="00A047B0">
            <w:pPr>
              <w:pStyle w:val="TableParagraph"/>
              <w:spacing w:before="10"/>
              <w:rPr>
                <w:b/>
                <w:sz w:val="28"/>
              </w:rPr>
            </w:pPr>
          </w:p>
          <w:p w:rsidR="00A047B0" w:rsidRPr="00E85698" w:rsidRDefault="00A047B0" w:rsidP="00A047B0">
            <w:pPr>
              <w:pStyle w:val="TableParagraph"/>
              <w:spacing w:line="276" w:lineRule="auto"/>
              <w:ind w:left="90" w:right="148"/>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bl>
    <w:p w:rsidR="00A047B0" w:rsidRPr="00E85698" w:rsidRDefault="00A047B0" w:rsidP="00A047B0">
      <w:pPr>
        <w:spacing w:line="276" w:lineRule="auto"/>
        <w:jc w:val="center"/>
        <w:rPr>
          <w:sz w:val="24"/>
        </w:rPr>
        <w:sectPr w:rsidR="00A047B0" w:rsidRPr="00E85698">
          <w:pgSz w:w="11900" w:h="16850"/>
          <w:pgMar w:top="280" w:right="540" w:bottom="280" w:left="56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798"/>
        <w:gridCol w:w="736"/>
        <w:gridCol w:w="1621"/>
        <w:gridCol w:w="1669"/>
        <w:gridCol w:w="1166"/>
        <w:gridCol w:w="1576"/>
      </w:tblGrid>
      <w:tr w:rsidR="00A047B0" w:rsidRPr="00E85698" w:rsidTr="00A047B0">
        <w:trPr>
          <w:trHeight w:val="149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162"/>
              <w:jc w:val="center"/>
              <w:rPr>
                <w:sz w:val="24"/>
              </w:rPr>
            </w:pPr>
            <w:r w:rsidRPr="00E85698">
              <w:rPr>
                <w:sz w:val="24"/>
              </w:rPr>
              <w:t>78</w:t>
            </w:r>
          </w:p>
        </w:tc>
        <w:tc>
          <w:tcPr>
            <w:tcW w:w="2798" w:type="dxa"/>
            <w:tcBorders>
              <w:right w:val="single" w:sz="6" w:space="0" w:color="000000"/>
            </w:tcBorders>
          </w:tcPr>
          <w:p w:rsidR="00A047B0" w:rsidRPr="00E85698" w:rsidRDefault="00A047B0" w:rsidP="00A047B0">
            <w:pPr>
              <w:pStyle w:val="TableParagraph"/>
              <w:spacing w:before="1"/>
              <w:rPr>
                <w:b/>
                <w:sz w:val="29"/>
              </w:rPr>
            </w:pPr>
          </w:p>
          <w:p w:rsidR="00A047B0" w:rsidRPr="00E85698" w:rsidRDefault="00A047B0" w:rsidP="00A047B0">
            <w:pPr>
              <w:pStyle w:val="TableParagraph"/>
              <w:spacing w:line="264" w:lineRule="auto"/>
              <w:ind w:left="74" w:right="614"/>
              <w:rPr>
                <w:sz w:val="24"/>
              </w:rPr>
            </w:pPr>
            <w:r w:rsidRPr="00E85698">
              <w:rPr>
                <w:sz w:val="24"/>
              </w:rPr>
              <w:t>Нормы</w:t>
            </w:r>
            <w:r w:rsidRPr="00E85698">
              <w:rPr>
                <w:spacing w:val="-14"/>
                <w:sz w:val="24"/>
              </w:rPr>
              <w:t xml:space="preserve"> </w:t>
            </w:r>
            <w:r w:rsidRPr="00E85698">
              <w:rPr>
                <w:sz w:val="24"/>
              </w:rPr>
              <w:t>обособления</w:t>
            </w:r>
            <w:r w:rsidRPr="00E85698">
              <w:rPr>
                <w:spacing w:val="-57"/>
                <w:sz w:val="24"/>
              </w:rPr>
              <w:t xml:space="preserve"> </w:t>
            </w:r>
            <w:r w:rsidRPr="00E85698">
              <w:rPr>
                <w:sz w:val="24"/>
              </w:rPr>
              <w:t>одиночных</w:t>
            </w:r>
          </w:p>
          <w:p w:rsidR="00A047B0" w:rsidRPr="00E85698" w:rsidRDefault="00A047B0" w:rsidP="00A047B0">
            <w:pPr>
              <w:pStyle w:val="TableParagraph"/>
              <w:spacing w:line="271" w:lineRule="exact"/>
              <w:ind w:left="74"/>
              <w:rPr>
                <w:sz w:val="24"/>
              </w:rPr>
            </w:pPr>
            <w:r w:rsidRPr="00E85698">
              <w:rPr>
                <w:sz w:val="24"/>
              </w:rPr>
              <w:t>приложений</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55"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492"/>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162"/>
              <w:jc w:val="right"/>
              <w:rPr>
                <w:sz w:val="24"/>
              </w:rPr>
            </w:pPr>
            <w:r w:rsidRPr="00E85698">
              <w:rPr>
                <w:sz w:val="24"/>
              </w:rPr>
              <w:t>79</w:t>
            </w:r>
          </w:p>
        </w:tc>
        <w:tc>
          <w:tcPr>
            <w:tcW w:w="2798" w:type="dxa"/>
            <w:tcBorders>
              <w:right w:val="single" w:sz="6" w:space="0" w:color="000000"/>
            </w:tcBorders>
          </w:tcPr>
          <w:p w:rsidR="00A047B0" w:rsidRPr="00E85698" w:rsidRDefault="00A047B0" w:rsidP="00A047B0">
            <w:pPr>
              <w:pStyle w:val="TableParagraph"/>
              <w:spacing w:before="167" w:line="271" w:lineRule="auto"/>
              <w:ind w:left="74" w:right="1074"/>
              <w:rPr>
                <w:sz w:val="24"/>
              </w:rPr>
            </w:pPr>
            <w:r w:rsidRPr="00E85698">
              <w:rPr>
                <w:sz w:val="24"/>
              </w:rPr>
              <w:t>Нормы</w:t>
            </w:r>
            <w:r w:rsidRPr="00E85698">
              <w:rPr>
                <w:spacing w:val="1"/>
                <w:sz w:val="24"/>
              </w:rPr>
              <w:t xml:space="preserve"> </w:t>
            </w:r>
            <w:r w:rsidRPr="00E85698">
              <w:rPr>
                <w:sz w:val="24"/>
              </w:rPr>
              <w:t>обособления</w:t>
            </w:r>
            <w:r w:rsidRPr="00E85698">
              <w:rPr>
                <w:spacing w:val="1"/>
                <w:sz w:val="24"/>
              </w:rPr>
              <w:t xml:space="preserve"> </w:t>
            </w:r>
            <w:proofErr w:type="spellStart"/>
            <w:r w:rsidRPr="00E85698">
              <w:rPr>
                <w:spacing w:val="-1"/>
                <w:sz w:val="24"/>
              </w:rPr>
              <w:t>распространённ</w:t>
            </w:r>
            <w:proofErr w:type="spellEnd"/>
            <w:r w:rsidRPr="00E85698">
              <w:rPr>
                <w:spacing w:val="-57"/>
                <w:sz w:val="24"/>
              </w:rPr>
              <w:t xml:space="preserve"> </w:t>
            </w:r>
            <w:proofErr w:type="spellStart"/>
            <w:r w:rsidRPr="00E85698">
              <w:rPr>
                <w:sz w:val="24"/>
              </w:rPr>
              <w:t>ых</w:t>
            </w:r>
            <w:proofErr w:type="spellEnd"/>
            <w:r w:rsidRPr="00E85698">
              <w:rPr>
                <w:spacing w:val="-4"/>
                <w:sz w:val="24"/>
              </w:rPr>
              <w:t xml:space="preserve"> </w:t>
            </w:r>
            <w:r w:rsidRPr="00E85698">
              <w:rPr>
                <w:sz w:val="24"/>
              </w:rPr>
              <w:t>приложений</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55"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2109"/>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162"/>
              <w:jc w:val="right"/>
              <w:rPr>
                <w:sz w:val="24"/>
              </w:rPr>
            </w:pPr>
            <w:r w:rsidRPr="00E85698">
              <w:rPr>
                <w:sz w:val="24"/>
              </w:rPr>
              <w:t>80</w:t>
            </w:r>
          </w:p>
        </w:tc>
        <w:tc>
          <w:tcPr>
            <w:tcW w:w="2798" w:type="dxa"/>
            <w:tcBorders>
              <w:right w:val="single" w:sz="6" w:space="0" w:color="000000"/>
            </w:tcBorders>
          </w:tcPr>
          <w:p w:rsidR="00A047B0" w:rsidRPr="00E85698" w:rsidRDefault="00A047B0" w:rsidP="00A047B0">
            <w:pPr>
              <w:pStyle w:val="TableParagraph"/>
              <w:spacing w:before="145" w:line="276" w:lineRule="auto"/>
              <w:ind w:left="74" w:right="614"/>
              <w:rPr>
                <w:sz w:val="24"/>
              </w:rPr>
            </w:pPr>
            <w:r w:rsidRPr="00E85698">
              <w:rPr>
                <w:sz w:val="24"/>
              </w:rPr>
              <w:t>Нормы</w:t>
            </w:r>
            <w:r w:rsidRPr="00E85698">
              <w:rPr>
                <w:spacing w:val="-14"/>
                <w:sz w:val="24"/>
              </w:rPr>
              <w:t xml:space="preserve"> </w:t>
            </w:r>
            <w:r w:rsidRPr="00E85698">
              <w:rPr>
                <w:sz w:val="24"/>
              </w:rPr>
              <w:t>обособления</w:t>
            </w:r>
            <w:r w:rsidRPr="00E85698">
              <w:rPr>
                <w:spacing w:val="-57"/>
                <w:sz w:val="24"/>
              </w:rPr>
              <w:t xml:space="preserve"> </w:t>
            </w:r>
            <w:r w:rsidRPr="00E85698">
              <w:rPr>
                <w:sz w:val="24"/>
              </w:rPr>
              <w:t>обстоятельств,</w:t>
            </w:r>
            <w:r w:rsidRPr="00E85698">
              <w:rPr>
                <w:spacing w:val="1"/>
                <w:sz w:val="24"/>
              </w:rPr>
              <w:t xml:space="preserve"> </w:t>
            </w:r>
            <w:r w:rsidRPr="00E85698">
              <w:rPr>
                <w:sz w:val="24"/>
              </w:rPr>
              <w:t>выраженных</w:t>
            </w:r>
          </w:p>
          <w:p w:rsidR="00A047B0" w:rsidRPr="00E85698" w:rsidRDefault="00A047B0" w:rsidP="00A047B0">
            <w:pPr>
              <w:pStyle w:val="TableParagraph"/>
              <w:spacing w:before="1" w:line="276" w:lineRule="auto"/>
              <w:ind w:left="74" w:right="833"/>
              <w:rPr>
                <w:sz w:val="24"/>
              </w:rPr>
            </w:pPr>
            <w:r w:rsidRPr="00E85698">
              <w:rPr>
                <w:sz w:val="24"/>
              </w:rPr>
              <w:t>деепричастиями и</w:t>
            </w:r>
            <w:r w:rsidRPr="00E85698">
              <w:rPr>
                <w:spacing w:val="-58"/>
                <w:sz w:val="24"/>
              </w:rPr>
              <w:t xml:space="preserve"> </w:t>
            </w:r>
            <w:r w:rsidRPr="00E85698">
              <w:rPr>
                <w:sz w:val="24"/>
              </w:rPr>
              <w:t>деепричастными</w:t>
            </w:r>
            <w:r w:rsidRPr="00E85698">
              <w:rPr>
                <w:spacing w:val="1"/>
                <w:sz w:val="24"/>
              </w:rPr>
              <w:t xml:space="preserve"> </w:t>
            </w:r>
            <w:r w:rsidRPr="00E85698">
              <w:rPr>
                <w:sz w:val="24"/>
              </w:rPr>
              <w:t>оборотами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1"/>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0"/>
              <w:rPr>
                <w:b/>
                <w:sz w:val="24"/>
              </w:rPr>
            </w:pPr>
          </w:p>
          <w:p w:rsidR="00A047B0" w:rsidRPr="00E85698" w:rsidRDefault="00A047B0" w:rsidP="00A047B0">
            <w:pPr>
              <w:pStyle w:val="TableParagraph"/>
              <w:spacing w:before="1" w:line="280"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before="2"/>
              <w:ind w:left="84" w:right="154"/>
              <w:jc w:val="center"/>
              <w:rPr>
                <w:sz w:val="24"/>
              </w:rPr>
            </w:pPr>
            <w:r w:rsidRPr="00E85698">
              <w:rPr>
                <w:sz w:val="24"/>
              </w:rPr>
              <w:t>ВПР;</w:t>
            </w:r>
          </w:p>
        </w:tc>
      </w:tr>
      <w:tr w:rsidR="00A047B0" w:rsidRPr="00E85698" w:rsidTr="00A047B0">
        <w:trPr>
          <w:trHeight w:val="1468"/>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162"/>
              <w:jc w:val="right"/>
              <w:rPr>
                <w:sz w:val="24"/>
              </w:rPr>
            </w:pPr>
            <w:r w:rsidRPr="00E85698">
              <w:rPr>
                <w:sz w:val="24"/>
              </w:rPr>
              <w:t>81</w:t>
            </w:r>
          </w:p>
        </w:tc>
        <w:tc>
          <w:tcPr>
            <w:tcW w:w="2798" w:type="dxa"/>
            <w:tcBorders>
              <w:right w:val="single" w:sz="6" w:space="0" w:color="000000"/>
            </w:tcBorders>
          </w:tcPr>
          <w:p w:rsidR="00A047B0" w:rsidRPr="00E85698" w:rsidRDefault="00A047B0" w:rsidP="00A047B0">
            <w:pPr>
              <w:pStyle w:val="TableParagraph"/>
              <w:spacing w:before="92" w:line="276" w:lineRule="auto"/>
              <w:ind w:left="74" w:right="557"/>
              <w:rPr>
                <w:sz w:val="24"/>
              </w:rPr>
            </w:pPr>
            <w:r w:rsidRPr="00E85698">
              <w:rPr>
                <w:sz w:val="24"/>
              </w:rPr>
              <w:t>Нормы обособления</w:t>
            </w:r>
            <w:r w:rsidRPr="00E85698">
              <w:rPr>
                <w:spacing w:val="-57"/>
                <w:sz w:val="24"/>
              </w:rPr>
              <w:t xml:space="preserve"> </w:t>
            </w:r>
            <w:r w:rsidRPr="00E85698">
              <w:rPr>
                <w:sz w:val="24"/>
              </w:rPr>
              <w:t>обстоятельств,</w:t>
            </w:r>
            <w:r w:rsidRPr="00E85698">
              <w:rPr>
                <w:spacing w:val="1"/>
                <w:sz w:val="24"/>
              </w:rPr>
              <w:t xml:space="preserve"> </w:t>
            </w:r>
            <w:r w:rsidRPr="00E85698">
              <w:rPr>
                <w:sz w:val="24"/>
              </w:rPr>
              <w:t>выраженных</w:t>
            </w:r>
            <w:r w:rsidRPr="00E85698">
              <w:rPr>
                <w:spacing w:val="1"/>
                <w:sz w:val="24"/>
              </w:rPr>
              <w:t xml:space="preserve"> </w:t>
            </w:r>
            <w:r w:rsidRPr="00E85698">
              <w:rPr>
                <w:sz w:val="24"/>
              </w:rPr>
              <w:t>существительными</w:t>
            </w:r>
            <w:r w:rsidRPr="00E85698">
              <w:rPr>
                <w:spacing w:val="-14"/>
                <w:sz w:val="24"/>
              </w:rPr>
              <w:t xml:space="preserve"> </w:t>
            </w:r>
            <w:r w:rsidRPr="00E85698">
              <w:rPr>
                <w:sz w:val="24"/>
              </w:rPr>
              <w:t>с</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9"/>
              </w:rPr>
            </w:pPr>
          </w:p>
          <w:p w:rsidR="00A047B0" w:rsidRPr="00E85698" w:rsidRDefault="00A047B0" w:rsidP="00A047B0">
            <w:pPr>
              <w:pStyle w:val="TableParagraph"/>
              <w:spacing w:before="1"/>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43"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49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162"/>
              <w:jc w:val="right"/>
              <w:rPr>
                <w:sz w:val="24"/>
              </w:rPr>
            </w:pPr>
            <w:r w:rsidRPr="00E85698">
              <w:rPr>
                <w:sz w:val="24"/>
              </w:rPr>
              <w:t>82</w:t>
            </w:r>
          </w:p>
        </w:tc>
        <w:tc>
          <w:tcPr>
            <w:tcW w:w="2798" w:type="dxa"/>
            <w:tcBorders>
              <w:right w:val="single" w:sz="6" w:space="0" w:color="000000"/>
            </w:tcBorders>
          </w:tcPr>
          <w:p w:rsidR="00A047B0" w:rsidRPr="00E85698" w:rsidRDefault="00A047B0" w:rsidP="00A047B0">
            <w:pPr>
              <w:pStyle w:val="TableParagraph"/>
              <w:spacing w:before="164" w:line="271" w:lineRule="auto"/>
              <w:ind w:left="74" w:right="614"/>
              <w:rPr>
                <w:sz w:val="24"/>
              </w:rPr>
            </w:pPr>
            <w:r w:rsidRPr="00E85698">
              <w:rPr>
                <w:sz w:val="24"/>
              </w:rPr>
              <w:t>Нормы</w:t>
            </w:r>
            <w:r w:rsidRPr="00E85698">
              <w:rPr>
                <w:spacing w:val="-14"/>
                <w:sz w:val="24"/>
              </w:rPr>
              <w:t xml:space="preserve"> </w:t>
            </w:r>
            <w:r w:rsidRPr="00E85698">
              <w:rPr>
                <w:sz w:val="24"/>
              </w:rPr>
              <w:t>обособления</w:t>
            </w:r>
            <w:r w:rsidRPr="00E85698">
              <w:rPr>
                <w:spacing w:val="-57"/>
                <w:sz w:val="24"/>
              </w:rPr>
              <w:t xml:space="preserve"> </w:t>
            </w:r>
            <w:r w:rsidRPr="00E85698">
              <w:rPr>
                <w:sz w:val="24"/>
              </w:rPr>
              <w:t>сравнительного</w:t>
            </w:r>
            <w:r w:rsidRPr="00E85698">
              <w:rPr>
                <w:spacing w:val="1"/>
                <w:sz w:val="24"/>
              </w:rPr>
              <w:t xml:space="preserve"> </w:t>
            </w:r>
            <w:r w:rsidRPr="00E85698">
              <w:rPr>
                <w:sz w:val="24"/>
              </w:rPr>
              <w:t>оборота с союзом</w:t>
            </w:r>
            <w:r w:rsidRPr="00E85698">
              <w:rPr>
                <w:spacing w:val="1"/>
                <w:sz w:val="24"/>
              </w:rPr>
              <w:t xml:space="preserve"> </w:t>
            </w:r>
            <w:r w:rsidRPr="00E85698">
              <w:rPr>
                <w:sz w:val="24"/>
              </w:rPr>
              <w:t>КАК</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55"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826"/>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162"/>
              <w:jc w:val="right"/>
              <w:rPr>
                <w:sz w:val="24"/>
              </w:rPr>
            </w:pPr>
            <w:r w:rsidRPr="00E85698">
              <w:rPr>
                <w:sz w:val="24"/>
              </w:rPr>
              <w:t>83</w:t>
            </w:r>
          </w:p>
        </w:tc>
        <w:tc>
          <w:tcPr>
            <w:tcW w:w="2798" w:type="dxa"/>
            <w:tcBorders>
              <w:righ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204" w:line="261" w:lineRule="auto"/>
              <w:ind w:left="74" w:right="1387"/>
              <w:rPr>
                <w:sz w:val="24"/>
              </w:rPr>
            </w:pPr>
            <w:r w:rsidRPr="00E85698">
              <w:rPr>
                <w:sz w:val="24"/>
              </w:rPr>
              <w:t>Нормы</w:t>
            </w:r>
            <w:r w:rsidRPr="00E85698">
              <w:rPr>
                <w:spacing w:val="1"/>
                <w:sz w:val="24"/>
              </w:rPr>
              <w:t xml:space="preserve"> </w:t>
            </w:r>
            <w:r w:rsidRPr="00E85698">
              <w:rPr>
                <w:sz w:val="24"/>
              </w:rPr>
              <w:t>обособления</w:t>
            </w:r>
            <w:r w:rsidRPr="00E85698">
              <w:rPr>
                <w:spacing w:val="-57"/>
                <w:sz w:val="24"/>
              </w:rPr>
              <w:t xml:space="preserve"> </w:t>
            </w:r>
            <w:r w:rsidRPr="00E85698">
              <w:rPr>
                <w:sz w:val="24"/>
              </w:rPr>
              <w:t>дополнений</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47" w:line="280"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line="276" w:lineRule="exact"/>
              <w:ind w:left="84" w:right="154"/>
              <w:jc w:val="center"/>
              <w:rPr>
                <w:sz w:val="24"/>
              </w:rPr>
            </w:pPr>
          </w:p>
        </w:tc>
      </w:tr>
      <w:tr w:rsidR="00A047B0" w:rsidRPr="00E85698" w:rsidTr="00A047B0">
        <w:trPr>
          <w:trHeight w:val="2133"/>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2"/>
              </w:rPr>
            </w:pPr>
          </w:p>
          <w:p w:rsidR="00A047B0" w:rsidRPr="00E85698" w:rsidRDefault="00A047B0" w:rsidP="00A047B0">
            <w:pPr>
              <w:pStyle w:val="TableParagraph"/>
              <w:ind w:right="102"/>
              <w:jc w:val="right"/>
              <w:rPr>
                <w:sz w:val="24"/>
              </w:rPr>
            </w:pPr>
            <w:r w:rsidRPr="00E85698">
              <w:rPr>
                <w:sz w:val="24"/>
              </w:rPr>
              <w:t>84</w:t>
            </w:r>
          </w:p>
        </w:tc>
        <w:tc>
          <w:tcPr>
            <w:tcW w:w="2798" w:type="dxa"/>
            <w:tcBorders>
              <w:right w:val="single" w:sz="6" w:space="0" w:color="000000"/>
            </w:tcBorders>
          </w:tcPr>
          <w:p w:rsidR="00A047B0" w:rsidRPr="00E85698" w:rsidRDefault="00A047B0" w:rsidP="00A047B0">
            <w:pPr>
              <w:pStyle w:val="TableParagraph"/>
              <w:spacing w:before="8"/>
              <w:rPr>
                <w:b/>
                <w:sz w:val="28"/>
              </w:rPr>
            </w:pPr>
          </w:p>
          <w:p w:rsidR="00A047B0" w:rsidRPr="00E85698" w:rsidRDefault="00A047B0" w:rsidP="00A047B0">
            <w:pPr>
              <w:pStyle w:val="TableParagraph"/>
              <w:spacing w:line="271" w:lineRule="auto"/>
              <w:ind w:left="74" w:right="1374"/>
              <w:rPr>
                <w:sz w:val="24"/>
              </w:rPr>
            </w:pPr>
            <w:r w:rsidRPr="00E85698">
              <w:rPr>
                <w:sz w:val="24"/>
              </w:rPr>
              <w:t>Нормы</w:t>
            </w:r>
            <w:r w:rsidRPr="00E85698">
              <w:rPr>
                <w:spacing w:val="1"/>
                <w:sz w:val="24"/>
              </w:rPr>
              <w:t xml:space="preserve"> </w:t>
            </w:r>
            <w:r w:rsidRPr="00E85698">
              <w:rPr>
                <w:sz w:val="24"/>
              </w:rPr>
              <w:t>обособления</w:t>
            </w:r>
            <w:r w:rsidRPr="00E85698">
              <w:rPr>
                <w:spacing w:val="-57"/>
                <w:sz w:val="24"/>
              </w:rPr>
              <w:t xml:space="preserve"> </w:t>
            </w:r>
            <w:r w:rsidRPr="00E85698">
              <w:rPr>
                <w:sz w:val="24"/>
              </w:rPr>
              <w:t>уточняющих</w:t>
            </w:r>
            <w:r w:rsidRPr="00E85698">
              <w:rPr>
                <w:spacing w:val="-58"/>
                <w:sz w:val="24"/>
              </w:rPr>
              <w:t xml:space="preserve"> </w:t>
            </w:r>
            <w:r w:rsidRPr="00E85698">
              <w:rPr>
                <w:sz w:val="24"/>
              </w:rPr>
              <w:t>членов</w:t>
            </w:r>
          </w:p>
          <w:p w:rsidR="00A047B0" w:rsidRPr="00E85698" w:rsidRDefault="00A047B0" w:rsidP="00A047B0">
            <w:pPr>
              <w:pStyle w:val="TableParagraph"/>
              <w:spacing w:line="275" w:lineRule="exact"/>
              <w:ind w:left="74"/>
              <w:rPr>
                <w:sz w:val="24"/>
              </w:rPr>
            </w:pPr>
            <w:r w:rsidRPr="00E85698">
              <w:rPr>
                <w:sz w:val="24"/>
              </w:rPr>
              <w:t>предложения</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2"/>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2"/>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2"/>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177"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95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102"/>
              <w:jc w:val="center"/>
              <w:rPr>
                <w:sz w:val="24"/>
              </w:rPr>
            </w:pPr>
            <w:r w:rsidRPr="00E85698">
              <w:rPr>
                <w:sz w:val="24"/>
              </w:rPr>
              <w:t>85</w:t>
            </w:r>
          </w:p>
        </w:tc>
        <w:tc>
          <w:tcPr>
            <w:tcW w:w="2798" w:type="dxa"/>
            <w:tcBorders>
              <w:right w:val="single" w:sz="6" w:space="0" w:color="000000"/>
            </w:tcBorders>
          </w:tcPr>
          <w:p w:rsidR="00A047B0" w:rsidRPr="00E85698" w:rsidRDefault="00A047B0" w:rsidP="00A047B0">
            <w:pPr>
              <w:pStyle w:val="TableParagraph"/>
              <w:spacing w:before="8"/>
              <w:rPr>
                <w:b/>
                <w:sz w:val="20"/>
              </w:rPr>
            </w:pPr>
          </w:p>
          <w:p w:rsidR="00A047B0" w:rsidRPr="00E85698" w:rsidRDefault="00A047B0" w:rsidP="00A047B0">
            <w:pPr>
              <w:pStyle w:val="TableParagraph"/>
              <w:spacing w:before="1" w:line="271" w:lineRule="auto"/>
              <w:ind w:left="74" w:right="1033"/>
              <w:rPr>
                <w:sz w:val="24"/>
              </w:rPr>
            </w:pPr>
            <w:r w:rsidRPr="00E85698">
              <w:rPr>
                <w:sz w:val="24"/>
              </w:rPr>
              <w:t>Нормы</w:t>
            </w:r>
            <w:r w:rsidRPr="00E85698">
              <w:rPr>
                <w:spacing w:val="1"/>
                <w:sz w:val="24"/>
              </w:rPr>
              <w:t xml:space="preserve"> </w:t>
            </w:r>
            <w:r w:rsidRPr="00E85698">
              <w:rPr>
                <w:sz w:val="24"/>
              </w:rPr>
              <w:t>обособления</w:t>
            </w:r>
            <w:r w:rsidRPr="00E85698">
              <w:rPr>
                <w:spacing w:val="1"/>
                <w:sz w:val="24"/>
              </w:rPr>
              <w:t xml:space="preserve"> </w:t>
            </w:r>
            <w:proofErr w:type="spellStart"/>
            <w:r w:rsidRPr="00E85698">
              <w:rPr>
                <w:sz w:val="24"/>
              </w:rPr>
              <w:t>присоединитель</w:t>
            </w:r>
            <w:proofErr w:type="spellEnd"/>
            <w:r w:rsidRPr="00E85698">
              <w:rPr>
                <w:spacing w:val="-57"/>
                <w:sz w:val="24"/>
              </w:rPr>
              <w:t xml:space="preserve"> </w:t>
            </w:r>
            <w:proofErr w:type="spellStart"/>
            <w:r w:rsidRPr="00E85698">
              <w:rPr>
                <w:sz w:val="24"/>
              </w:rPr>
              <w:t>ных</w:t>
            </w:r>
            <w:proofErr w:type="spellEnd"/>
            <w:r w:rsidRPr="00E85698">
              <w:rPr>
                <w:spacing w:val="1"/>
                <w:sz w:val="24"/>
              </w:rPr>
              <w:t xml:space="preserve"> </w:t>
            </w:r>
            <w:r w:rsidRPr="00E85698">
              <w:rPr>
                <w:sz w:val="24"/>
              </w:rPr>
              <w:t>конструкций</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sz w:val="24"/>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5"/>
              <w:rPr>
                <w:b/>
                <w:sz w:val="33"/>
              </w:rPr>
            </w:pPr>
          </w:p>
          <w:p w:rsidR="00A047B0" w:rsidRPr="00E85698" w:rsidRDefault="00A047B0" w:rsidP="00A047B0">
            <w:pPr>
              <w:pStyle w:val="TableParagraph"/>
              <w:spacing w:before="1"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605"/>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5"/>
              </w:rPr>
            </w:pPr>
          </w:p>
          <w:p w:rsidR="00A047B0" w:rsidRPr="00E85698" w:rsidRDefault="00A047B0" w:rsidP="00A047B0">
            <w:pPr>
              <w:pStyle w:val="TableParagraph"/>
              <w:ind w:right="102"/>
              <w:jc w:val="right"/>
              <w:rPr>
                <w:sz w:val="24"/>
              </w:rPr>
            </w:pPr>
            <w:r w:rsidRPr="00E85698">
              <w:rPr>
                <w:sz w:val="24"/>
              </w:rPr>
              <w:t>86</w:t>
            </w:r>
          </w:p>
        </w:tc>
        <w:tc>
          <w:tcPr>
            <w:tcW w:w="2798" w:type="dxa"/>
            <w:tcBorders>
              <w:right w:val="single" w:sz="6" w:space="0" w:color="000000"/>
            </w:tcBorders>
          </w:tcPr>
          <w:p w:rsidR="00A047B0" w:rsidRPr="00E85698" w:rsidRDefault="00A047B0" w:rsidP="00A047B0">
            <w:pPr>
              <w:pStyle w:val="TableParagraph"/>
              <w:spacing w:before="90" w:line="271" w:lineRule="auto"/>
              <w:ind w:left="74" w:right="284"/>
              <w:rPr>
                <w:sz w:val="24"/>
              </w:rPr>
            </w:pPr>
            <w:r w:rsidRPr="00E85698">
              <w:rPr>
                <w:sz w:val="24"/>
              </w:rPr>
              <w:t>Обобщение</w:t>
            </w:r>
            <w:r w:rsidRPr="00E85698">
              <w:rPr>
                <w:spacing w:val="-11"/>
                <w:sz w:val="24"/>
              </w:rPr>
              <w:t xml:space="preserve"> </w:t>
            </w:r>
            <w:r w:rsidRPr="00E85698">
              <w:rPr>
                <w:sz w:val="24"/>
              </w:rPr>
              <w:t>изученного</w:t>
            </w:r>
            <w:r w:rsidRPr="00E85698">
              <w:rPr>
                <w:spacing w:val="-57"/>
                <w:sz w:val="24"/>
              </w:rPr>
              <w:t xml:space="preserve"> </w:t>
            </w:r>
            <w:r w:rsidRPr="00E85698">
              <w:rPr>
                <w:sz w:val="24"/>
              </w:rPr>
              <w:t>по</w:t>
            </w:r>
            <w:r w:rsidRPr="00E85698">
              <w:rPr>
                <w:spacing w:val="-1"/>
                <w:sz w:val="24"/>
              </w:rPr>
              <w:t xml:space="preserve"> </w:t>
            </w:r>
            <w:r w:rsidRPr="00E85698">
              <w:rPr>
                <w:sz w:val="24"/>
              </w:rPr>
              <w:t>теме</w:t>
            </w:r>
          </w:p>
          <w:p w:rsidR="00A047B0" w:rsidRPr="00E85698" w:rsidRDefault="00A047B0" w:rsidP="00A047B0">
            <w:pPr>
              <w:pStyle w:val="TableParagraph"/>
              <w:spacing w:line="271" w:lineRule="auto"/>
              <w:ind w:left="74" w:right="390"/>
              <w:rPr>
                <w:sz w:val="24"/>
              </w:rPr>
            </w:pPr>
            <w:r w:rsidRPr="00E85698">
              <w:rPr>
                <w:sz w:val="24"/>
              </w:rPr>
              <w:t>"Обособленные</w:t>
            </w:r>
            <w:r w:rsidRPr="00E85698">
              <w:rPr>
                <w:spacing w:val="-9"/>
                <w:sz w:val="24"/>
              </w:rPr>
              <w:t xml:space="preserve"> </w:t>
            </w:r>
            <w:r w:rsidRPr="00E85698">
              <w:rPr>
                <w:sz w:val="24"/>
              </w:rPr>
              <w:t>члены</w:t>
            </w:r>
            <w:r w:rsidRPr="00E85698">
              <w:rPr>
                <w:spacing w:val="-57"/>
                <w:sz w:val="24"/>
              </w:rPr>
              <w:t xml:space="preserve"> </w:t>
            </w:r>
            <w:r w:rsidRPr="00E85698">
              <w:rPr>
                <w:sz w:val="24"/>
              </w:rPr>
              <w:t>предложения".</w:t>
            </w:r>
          </w:p>
          <w:p w:rsidR="00A047B0" w:rsidRPr="00E85698" w:rsidRDefault="00A047B0" w:rsidP="00A047B0">
            <w:pPr>
              <w:pStyle w:val="TableParagraph"/>
              <w:spacing w:before="1" w:line="247" w:lineRule="exact"/>
              <w:ind w:left="74"/>
              <w:rPr>
                <w:sz w:val="24"/>
              </w:rPr>
            </w:pPr>
            <w:r w:rsidRPr="00E85698">
              <w:rPr>
                <w:sz w:val="24"/>
              </w:rPr>
              <w:t>Практикум</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5"/>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5"/>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5"/>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21"/>
              </w:rPr>
            </w:pPr>
          </w:p>
          <w:p w:rsidR="00A047B0" w:rsidRPr="00E85698" w:rsidRDefault="00A047B0" w:rsidP="00A047B0">
            <w:pPr>
              <w:pStyle w:val="TableParagraph"/>
              <w:spacing w:line="261" w:lineRule="auto"/>
              <w:ind w:left="444" w:right="30" w:hanging="334"/>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1492"/>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102"/>
              <w:jc w:val="right"/>
              <w:rPr>
                <w:sz w:val="24"/>
              </w:rPr>
            </w:pPr>
            <w:r w:rsidRPr="00E85698">
              <w:rPr>
                <w:sz w:val="24"/>
              </w:rPr>
              <w:t>87</w:t>
            </w:r>
          </w:p>
        </w:tc>
        <w:tc>
          <w:tcPr>
            <w:tcW w:w="2798" w:type="dxa"/>
            <w:tcBorders>
              <w:right w:val="single" w:sz="6" w:space="0" w:color="000000"/>
            </w:tcBorders>
          </w:tcPr>
          <w:p w:rsidR="00A047B0" w:rsidRPr="00E85698" w:rsidRDefault="00A047B0" w:rsidP="00A047B0">
            <w:pPr>
              <w:pStyle w:val="TableParagraph"/>
              <w:spacing w:before="164" w:line="271" w:lineRule="auto"/>
              <w:ind w:left="74" w:right="321"/>
              <w:rPr>
                <w:sz w:val="24"/>
              </w:rPr>
            </w:pPr>
            <w:r w:rsidRPr="00E85698">
              <w:rPr>
                <w:sz w:val="24"/>
              </w:rPr>
              <w:t xml:space="preserve">Контрольная </w:t>
            </w:r>
            <w:r w:rsidRPr="00E85698">
              <w:rPr>
                <w:spacing w:val="-9"/>
                <w:sz w:val="24"/>
              </w:rPr>
              <w:t xml:space="preserve"> </w:t>
            </w:r>
            <w:r w:rsidRPr="00E85698">
              <w:rPr>
                <w:sz w:val="24"/>
              </w:rPr>
              <w:t>работа</w:t>
            </w:r>
            <w:r w:rsidRPr="00E85698">
              <w:rPr>
                <w:spacing w:val="-9"/>
                <w:sz w:val="24"/>
              </w:rPr>
              <w:t xml:space="preserve"> </w:t>
            </w:r>
            <w:r w:rsidRPr="00E85698">
              <w:rPr>
                <w:sz w:val="24"/>
              </w:rPr>
              <w:t>по</w:t>
            </w:r>
            <w:r w:rsidRPr="00E85698">
              <w:rPr>
                <w:spacing w:val="-57"/>
                <w:sz w:val="24"/>
              </w:rPr>
              <w:t xml:space="preserve"> </w:t>
            </w:r>
            <w:r w:rsidRPr="00E85698">
              <w:rPr>
                <w:sz w:val="24"/>
              </w:rPr>
              <w:t>теме "Обособленные</w:t>
            </w:r>
            <w:r w:rsidRPr="00E85698">
              <w:rPr>
                <w:spacing w:val="1"/>
                <w:sz w:val="24"/>
              </w:rPr>
              <w:t xml:space="preserve"> </w:t>
            </w:r>
            <w:r w:rsidRPr="00E85698">
              <w:rPr>
                <w:sz w:val="24"/>
              </w:rPr>
              <w:t>члены</w:t>
            </w:r>
          </w:p>
          <w:p w:rsidR="00A047B0" w:rsidRPr="00E85698" w:rsidRDefault="00A047B0" w:rsidP="00A047B0">
            <w:pPr>
              <w:pStyle w:val="TableParagraph"/>
              <w:spacing w:before="1"/>
              <w:ind w:left="74"/>
              <w:rPr>
                <w:sz w:val="24"/>
              </w:rPr>
            </w:pPr>
            <w:r w:rsidRPr="00E85698">
              <w:rPr>
                <w:sz w:val="24"/>
              </w:rPr>
              <w:t>предложения"</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706"/>
              <w:jc w:val="right"/>
              <w:rPr>
                <w:sz w:val="24"/>
              </w:rPr>
            </w:pPr>
            <w:r w:rsidRPr="00E85698">
              <w:rPr>
                <w:sz w:val="24"/>
              </w:rPr>
              <w:t>1</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729"/>
              <w:jc w:val="right"/>
              <w:rPr>
                <w:sz w:val="24"/>
              </w:rPr>
            </w:pPr>
            <w:r w:rsidRPr="00E85698">
              <w:rPr>
                <w:sz w:val="24"/>
              </w:rPr>
              <w:t>0</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189" w:line="261" w:lineRule="auto"/>
              <w:ind w:left="372" w:right="137" w:hanging="291"/>
              <w:rPr>
                <w:sz w:val="24"/>
              </w:rPr>
            </w:pPr>
            <w:r w:rsidRPr="00E85698">
              <w:rPr>
                <w:sz w:val="24"/>
              </w:rPr>
              <w:t>Контрольная</w:t>
            </w:r>
            <w:r w:rsidRPr="00E85698">
              <w:rPr>
                <w:spacing w:val="-57"/>
                <w:sz w:val="24"/>
              </w:rPr>
              <w:t xml:space="preserve"> </w:t>
            </w:r>
            <w:r w:rsidRPr="00E85698">
              <w:rPr>
                <w:sz w:val="24"/>
              </w:rPr>
              <w:t>работа;</w:t>
            </w:r>
          </w:p>
        </w:tc>
      </w:tr>
      <w:tr w:rsidR="00A047B0" w:rsidRPr="00E85698" w:rsidTr="00A047B0">
        <w:trPr>
          <w:trHeight w:val="1893"/>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1"/>
              </w:rPr>
            </w:pPr>
          </w:p>
          <w:p w:rsidR="00A047B0" w:rsidRPr="00E85698" w:rsidRDefault="00A047B0" w:rsidP="00A047B0">
            <w:pPr>
              <w:pStyle w:val="TableParagraph"/>
              <w:ind w:right="102"/>
              <w:jc w:val="right"/>
              <w:rPr>
                <w:sz w:val="24"/>
              </w:rPr>
            </w:pPr>
            <w:r w:rsidRPr="00E85698">
              <w:rPr>
                <w:sz w:val="24"/>
              </w:rPr>
              <w:t>88</w:t>
            </w:r>
          </w:p>
        </w:tc>
        <w:tc>
          <w:tcPr>
            <w:tcW w:w="2798" w:type="dxa"/>
            <w:tcBorders>
              <w:right w:val="single" w:sz="6" w:space="0" w:color="000000"/>
            </w:tcBorders>
          </w:tcPr>
          <w:p w:rsidR="00A047B0" w:rsidRPr="00E85698" w:rsidRDefault="00A047B0" w:rsidP="00A047B0">
            <w:pPr>
              <w:pStyle w:val="TableParagraph"/>
              <w:spacing w:before="198" w:line="276" w:lineRule="auto"/>
              <w:ind w:left="74" w:right="616"/>
              <w:rPr>
                <w:sz w:val="24"/>
              </w:rPr>
            </w:pPr>
            <w:r w:rsidRPr="00E85698">
              <w:rPr>
                <w:sz w:val="24"/>
              </w:rPr>
              <w:t>Обращение и его</w:t>
            </w:r>
            <w:r w:rsidRPr="00E85698">
              <w:rPr>
                <w:spacing w:val="1"/>
                <w:sz w:val="24"/>
              </w:rPr>
              <w:t xml:space="preserve"> </w:t>
            </w:r>
            <w:r w:rsidRPr="00E85698">
              <w:rPr>
                <w:sz w:val="24"/>
              </w:rPr>
              <w:t>основные функции.</w:t>
            </w:r>
            <w:r w:rsidRPr="00E85698">
              <w:rPr>
                <w:spacing w:val="1"/>
                <w:sz w:val="24"/>
              </w:rPr>
              <w:t xml:space="preserve"> </w:t>
            </w:r>
            <w:r w:rsidRPr="00E85698">
              <w:rPr>
                <w:sz w:val="24"/>
              </w:rPr>
              <w:t>Распространённое и</w:t>
            </w:r>
            <w:r w:rsidRPr="00E85698">
              <w:rPr>
                <w:spacing w:val="-57"/>
                <w:sz w:val="24"/>
              </w:rPr>
              <w:t xml:space="preserve"> </w:t>
            </w:r>
            <w:r w:rsidRPr="00E85698">
              <w:rPr>
                <w:spacing w:val="-1"/>
                <w:sz w:val="24"/>
              </w:rPr>
              <w:t>нераспространённое</w:t>
            </w:r>
            <w:r w:rsidRPr="00E85698">
              <w:rPr>
                <w:spacing w:val="-57"/>
                <w:sz w:val="24"/>
              </w:rPr>
              <w:t xml:space="preserve"> </w:t>
            </w:r>
            <w:r w:rsidRPr="00E85698">
              <w:rPr>
                <w:sz w:val="24"/>
              </w:rPr>
              <w:t>обращение</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1"/>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1"/>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21"/>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31"/>
              </w:rPr>
            </w:pPr>
          </w:p>
          <w:p w:rsidR="00A047B0" w:rsidRPr="00E85698" w:rsidRDefault="00A047B0" w:rsidP="00A047B0">
            <w:pPr>
              <w:pStyle w:val="TableParagraph"/>
              <w:spacing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828"/>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102"/>
              <w:jc w:val="right"/>
              <w:rPr>
                <w:sz w:val="24"/>
              </w:rPr>
            </w:pPr>
            <w:r w:rsidRPr="00E85698">
              <w:rPr>
                <w:sz w:val="24"/>
              </w:rPr>
              <w:t>89</w:t>
            </w:r>
          </w:p>
        </w:tc>
        <w:tc>
          <w:tcPr>
            <w:tcW w:w="2798" w:type="dxa"/>
            <w:tcBorders>
              <w:right w:val="single" w:sz="6" w:space="0" w:color="000000"/>
            </w:tcBorders>
          </w:tcPr>
          <w:p w:rsidR="00A047B0" w:rsidRPr="00E85698" w:rsidRDefault="00A047B0" w:rsidP="00A047B0">
            <w:pPr>
              <w:pStyle w:val="TableParagraph"/>
              <w:spacing w:before="5"/>
              <w:rPr>
                <w:b/>
                <w:sz w:val="28"/>
              </w:rPr>
            </w:pPr>
          </w:p>
          <w:p w:rsidR="00A047B0" w:rsidRPr="00E85698" w:rsidRDefault="00A047B0" w:rsidP="00A047B0">
            <w:pPr>
              <w:pStyle w:val="TableParagraph"/>
              <w:spacing w:line="273" w:lineRule="auto"/>
              <w:ind w:left="74" w:right="564"/>
              <w:rPr>
                <w:sz w:val="24"/>
              </w:rPr>
            </w:pPr>
            <w:r w:rsidRPr="00E85698">
              <w:rPr>
                <w:sz w:val="24"/>
              </w:rPr>
              <w:t>Нормы постановки</w:t>
            </w:r>
            <w:r w:rsidRPr="00E85698">
              <w:rPr>
                <w:spacing w:val="1"/>
                <w:sz w:val="24"/>
              </w:rPr>
              <w:t xml:space="preserve"> </w:t>
            </w:r>
            <w:r w:rsidRPr="00E85698">
              <w:rPr>
                <w:sz w:val="24"/>
              </w:rPr>
              <w:t>знаков препинания в</w:t>
            </w:r>
            <w:r w:rsidRPr="00E85698">
              <w:rPr>
                <w:spacing w:val="-57"/>
                <w:sz w:val="24"/>
              </w:rPr>
              <w:t xml:space="preserve"> </w:t>
            </w: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обращениями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47" w:line="280"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line="276" w:lineRule="exact"/>
              <w:ind w:left="84" w:right="154"/>
              <w:jc w:val="center"/>
              <w:rPr>
                <w:sz w:val="24"/>
              </w:rPr>
            </w:pPr>
          </w:p>
        </w:tc>
      </w:tr>
      <w:tr w:rsidR="00A047B0" w:rsidRPr="00E85698" w:rsidTr="00A047B0">
        <w:trPr>
          <w:trHeight w:val="149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102"/>
              <w:jc w:val="right"/>
              <w:rPr>
                <w:sz w:val="24"/>
              </w:rPr>
            </w:pPr>
            <w:r w:rsidRPr="00E85698">
              <w:rPr>
                <w:sz w:val="24"/>
              </w:rPr>
              <w:t>90</w:t>
            </w:r>
          </w:p>
        </w:tc>
        <w:tc>
          <w:tcPr>
            <w:tcW w:w="2798" w:type="dxa"/>
            <w:tcBorders>
              <w:right w:val="single" w:sz="6" w:space="0" w:color="000000"/>
            </w:tcBorders>
          </w:tcPr>
          <w:p w:rsidR="00A047B0" w:rsidRPr="00E85698" w:rsidRDefault="00A047B0" w:rsidP="00A047B0">
            <w:pPr>
              <w:pStyle w:val="TableParagraph"/>
              <w:spacing w:before="183"/>
              <w:ind w:left="74"/>
              <w:rPr>
                <w:sz w:val="24"/>
              </w:rPr>
            </w:pPr>
            <w:r w:rsidRPr="00E85698">
              <w:rPr>
                <w:sz w:val="24"/>
              </w:rPr>
              <w:t>Вводные</w:t>
            </w:r>
            <w:r w:rsidRPr="00E85698">
              <w:rPr>
                <w:spacing w:val="-5"/>
                <w:sz w:val="24"/>
              </w:rPr>
              <w:t xml:space="preserve"> </w:t>
            </w:r>
            <w:r w:rsidRPr="00E85698">
              <w:rPr>
                <w:sz w:val="24"/>
              </w:rPr>
              <w:t>слова.</w:t>
            </w:r>
          </w:p>
          <w:p w:rsidR="00A047B0" w:rsidRPr="00E85698" w:rsidRDefault="00A047B0" w:rsidP="00A047B0">
            <w:pPr>
              <w:pStyle w:val="TableParagraph"/>
              <w:spacing w:before="24"/>
              <w:ind w:left="74"/>
              <w:rPr>
                <w:sz w:val="24"/>
              </w:rPr>
            </w:pPr>
            <w:r w:rsidRPr="00E85698">
              <w:rPr>
                <w:sz w:val="24"/>
              </w:rPr>
              <w:t>Группы</w:t>
            </w:r>
          </w:p>
          <w:p w:rsidR="00A047B0" w:rsidRPr="00E85698" w:rsidRDefault="00A047B0" w:rsidP="00A047B0">
            <w:pPr>
              <w:pStyle w:val="TableParagraph"/>
              <w:spacing w:before="27" w:line="261" w:lineRule="auto"/>
              <w:ind w:left="74" w:right="985"/>
              <w:rPr>
                <w:sz w:val="24"/>
              </w:rPr>
            </w:pPr>
            <w:r w:rsidRPr="00E85698">
              <w:rPr>
                <w:sz w:val="24"/>
              </w:rPr>
              <w:t>вводных слов по</w:t>
            </w:r>
            <w:r w:rsidRPr="00E85698">
              <w:rPr>
                <w:spacing w:val="-57"/>
                <w:sz w:val="24"/>
              </w:rPr>
              <w:t xml:space="preserve"> </w:t>
            </w:r>
            <w:r w:rsidRPr="00E85698">
              <w:rPr>
                <w:sz w:val="24"/>
              </w:rPr>
              <w:t>значению</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3"/>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55"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804"/>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102"/>
              <w:jc w:val="right"/>
              <w:rPr>
                <w:sz w:val="24"/>
              </w:rPr>
            </w:pPr>
            <w:r w:rsidRPr="00E85698">
              <w:rPr>
                <w:sz w:val="24"/>
              </w:rPr>
              <w:t>91</w:t>
            </w:r>
          </w:p>
        </w:tc>
        <w:tc>
          <w:tcPr>
            <w:tcW w:w="2798" w:type="dxa"/>
            <w:tcBorders>
              <w:right w:val="single" w:sz="6" w:space="0" w:color="000000"/>
            </w:tcBorders>
          </w:tcPr>
          <w:p w:rsidR="00A047B0" w:rsidRPr="00E85698" w:rsidRDefault="00A047B0" w:rsidP="00A047B0">
            <w:pPr>
              <w:pStyle w:val="TableParagraph"/>
              <w:spacing w:before="164" w:line="271" w:lineRule="auto"/>
              <w:ind w:left="74" w:right="564"/>
              <w:rPr>
                <w:sz w:val="24"/>
              </w:rPr>
            </w:pPr>
            <w:r w:rsidRPr="00E85698">
              <w:rPr>
                <w:sz w:val="24"/>
              </w:rPr>
              <w:t>Нормы постановки</w:t>
            </w:r>
            <w:r w:rsidRPr="00E85698">
              <w:rPr>
                <w:spacing w:val="1"/>
                <w:sz w:val="24"/>
              </w:rPr>
              <w:t xml:space="preserve"> </w:t>
            </w:r>
            <w:r w:rsidRPr="00E85698">
              <w:rPr>
                <w:sz w:val="24"/>
              </w:rPr>
              <w:t>знаков препинания в</w:t>
            </w:r>
            <w:r w:rsidRPr="00E85698">
              <w:rPr>
                <w:spacing w:val="-57"/>
                <w:sz w:val="24"/>
              </w:rPr>
              <w:t xml:space="preserve"> </w:t>
            </w: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вводными</w:t>
            </w:r>
            <w:r w:rsidRPr="00E85698">
              <w:rPr>
                <w:spacing w:val="1"/>
                <w:sz w:val="24"/>
              </w:rPr>
              <w:t xml:space="preserve"> </w:t>
            </w:r>
            <w:r w:rsidRPr="00E85698">
              <w:rPr>
                <w:sz w:val="24"/>
              </w:rPr>
              <w:t>конструкциями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7"/>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35" w:line="280"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before="2"/>
              <w:ind w:left="84" w:right="154"/>
              <w:jc w:val="center"/>
              <w:rPr>
                <w:sz w:val="24"/>
              </w:rPr>
            </w:pPr>
          </w:p>
        </w:tc>
      </w:tr>
      <w:tr w:rsidR="00A047B0" w:rsidRPr="00E85698" w:rsidTr="00A047B0">
        <w:trPr>
          <w:trHeight w:val="1766"/>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88"/>
              <w:ind w:right="102"/>
              <w:jc w:val="right"/>
              <w:rPr>
                <w:sz w:val="24"/>
              </w:rPr>
            </w:pPr>
            <w:r w:rsidRPr="00E85698">
              <w:rPr>
                <w:sz w:val="24"/>
              </w:rPr>
              <w:t>92</w:t>
            </w:r>
          </w:p>
        </w:tc>
        <w:tc>
          <w:tcPr>
            <w:tcW w:w="2798" w:type="dxa"/>
            <w:tcBorders>
              <w:right w:val="single" w:sz="6" w:space="0" w:color="000000"/>
            </w:tcBorders>
          </w:tcPr>
          <w:p w:rsidR="00A047B0" w:rsidRPr="00E85698" w:rsidRDefault="00A047B0" w:rsidP="00A047B0">
            <w:pPr>
              <w:pStyle w:val="TableParagraph"/>
              <w:spacing w:before="92" w:line="271" w:lineRule="auto"/>
              <w:ind w:left="74" w:right="564"/>
              <w:rPr>
                <w:sz w:val="24"/>
              </w:rPr>
            </w:pPr>
            <w:r w:rsidRPr="00E85698">
              <w:rPr>
                <w:sz w:val="24"/>
              </w:rPr>
              <w:t>Нормы постановки</w:t>
            </w:r>
            <w:r w:rsidRPr="00E85698">
              <w:rPr>
                <w:spacing w:val="1"/>
                <w:sz w:val="24"/>
              </w:rPr>
              <w:t xml:space="preserve"> </w:t>
            </w:r>
            <w:r w:rsidRPr="00E85698">
              <w:rPr>
                <w:sz w:val="24"/>
              </w:rPr>
              <w:t>знаков препинания в</w:t>
            </w:r>
            <w:r w:rsidRPr="00E85698">
              <w:rPr>
                <w:spacing w:val="-57"/>
                <w:sz w:val="24"/>
              </w:rPr>
              <w:t xml:space="preserve"> </w:t>
            </w: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вводными</w:t>
            </w:r>
            <w:r w:rsidRPr="00E85698">
              <w:rPr>
                <w:spacing w:val="1"/>
                <w:sz w:val="24"/>
              </w:rPr>
              <w:t xml:space="preserve"> </w:t>
            </w:r>
            <w:r w:rsidRPr="00E85698">
              <w:rPr>
                <w:sz w:val="24"/>
              </w:rPr>
              <w:t>конструкциями.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88"/>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88"/>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88"/>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4"/>
              <w:rPr>
                <w:b/>
                <w:sz w:val="28"/>
              </w:rPr>
            </w:pPr>
          </w:p>
          <w:p w:rsidR="00A047B0" w:rsidRPr="00E85698" w:rsidRDefault="00A047B0" w:rsidP="00A047B0">
            <w:pPr>
              <w:pStyle w:val="TableParagraph"/>
              <w:spacing w:line="261" w:lineRule="auto"/>
              <w:ind w:left="444" w:right="30" w:hanging="334"/>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1492"/>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102"/>
              <w:jc w:val="right"/>
              <w:rPr>
                <w:sz w:val="24"/>
              </w:rPr>
            </w:pPr>
            <w:r w:rsidRPr="00E85698">
              <w:rPr>
                <w:sz w:val="24"/>
              </w:rPr>
              <w:t>93</w:t>
            </w:r>
          </w:p>
        </w:tc>
        <w:tc>
          <w:tcPr>
            <w:tcW w:w="2798" w:type="dxa"/>
            <w:tcBorders>
              <w:right w:val="single" w:sz="6" w:space="0" w:color="000000"/>
            </w:tcBorders>
          </w:tcPr>
          <w:p w:rsidR="00A047B0" w:rsidRPr="00E85698" w:rsidRDefault="00A047B0" w:rsidP="00A047B0">
            <w:pPr>
              <w:pStyle w:val="TableParagraph"/>
              <w:spacing w:before="155"/>
              <w:ind w:left="74"/>
              <w:rPr>
                <w:sz w:val="24"/>
              </w:rPr>
            </w:pPr>
            <w:r w:rsidRPr="00E85698">
              <w:rPr>
                <w:sz w:val="24"/>
              </w:rPr>
              <w:t>Омонимия</w:t>
            </w:r>
            <w:r w:rsidRPr="00E85698">
              <w:rPr>
                <w:spacing w:val="-3"/>
                <w:sz w:val="24"/>
              </w:rPr>
              <w:t xml:space="preserve"> </w:t>
            </w:r>
            <w:r w:rsidRPr="00E85698">
              <w:rPr>
                <w:sz w:val="24"/>
              </w:rPr>
              <w:t>членов</w:t>
            </w:r>
          </w:p>
          <w:p w:rsidR="00A047B0" w:rsidRPr="00E85698" w:rsidRDefault="00A047B0" w:rsidP="00A047B0">
            <w:pPr>
              <w:pStyle w:val="TableParagraph"/>
              <w:spacing w:before="40" w:line="276" w:lineRule="auto"/>
              <w:ind w:left="74" w:right="208"/>
              <w:rPr>
                <w:sz w:val="24"/>
              </w:rPr>
            </w:pPr>
            <w:r w:rsidRPr="00E85698">
              <w:rPr>
                <w:sz w:val="24"/>
              </w:rPr>
              <w:t>предложения и вводных</w:t>
            </w:r>
            <w:r w:rsidRPr="00E85698">
              <w:rPr>
                <w:spacing w:val="-57"/>
                <w:sz w:val="24"/>
              </w:rPr>
              <w:t xml:space="preserve"> </w:t>
            </w:r>
            <w:r w:rsidRPr="00E85698">
              <w:rPr>
                <w:sz w:val="24"/>
              </w:rPr>
              <w:t>слов, словосочетаний и</w:t>
            </w:r>
            <w:r w:rsidRPr="00E85698">
              <w:rPr>
                <w:spacing w:val="1"/>
                <w:sz w:val="24"/>
              </w:rPr>
              <w:t xml:space="preserve"> </w:t>
            </w:r>
            <w:r w:rsidRPr="00E85698">
              <w:rPr>
                <w:sz w:val="24"/>
              </w:rPr>
              <w:t>предложений</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spacing w:before="5"/>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55"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250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rPr>
            </w:pPr>
          </w:p>
          <w:p w:rsidR="00A047B0" w:rsidRPr="00E85698" w:rsidRDefault="00A047B0" w:rsidP="00A047B0">
            <w:pPr>
              <w:pStyle w:val="TableParagraph"/>
              <w:spacing w:before="1"/>
              <w:ind w:left="100" w:right="25"/>
              <w:rPr>
                <w:sz w:val="24"/>
              </w:rPr>
            </w:pPr>
            <w:r w:rsidRPr="00E85698">
              <w:rPr>
                <w:sz w:val="24"/>
              </w:rPr>
              <w:t xml:space="preserve"> 94</w:t>
            </w:r>
          </w:p>
        </w:tc>
        <w:tc>
          <w:tcPr>
            <w:tcW w:w="2798" w:type="dxa"/>
            <w:tcBorders>
              <w:right w:val="single" w:sz="6" w:space="0" w:color="000000"/>
            </w:tcBorders>
          </w:tcPr>
          <w:p w:rsidR="00A047B0" w:rsidRPr="00E85698" w:rsidRDefault="00A047B0" w:rsidP="00A047B0">
            <w:pPr>
              <w:pStyle w:val="TableParagraph"/>
              <w:spacing w:before="90" w:line="283" w:lineRule="auto"/>
              <w:ind w:left="74" w:right="731"/>
              <w:rPr>
                <w:sz w:val="24"/>
              </w:rPr>
            </w:pPr>
            <w:r w:rsidRPr="00E85698">
              <w:rPr>
                <w:sz w:val="24"/>
              </w:rPr>
              <w:t>Нормы построения</w:t>
            </w:r>
            <w:r w:rsidRPr="00E85698">
              <w:rPr>
                <w:spacing w:val="-58"/>
                <w:sz w:val="24"/>
              </w:rPr>
              <w:t xml:space="preserve"> </w:t>
            </w:r>
            <w:r w:rsidRPr="00E85698">
              <w:rPr>
                <w:sz w:val="24"/>
              </w:rPr>
              <w:t>предложений с</w:t>
            </w:r>
          </w:p>
          <w:p w:rsidR="00A047B0" w:rsidRPr="00E85698" w:rsidRDefault="00A047B0" w:rsidP="00A047B0">
            <w:pPr>
              <w:pStyle w:val="TableParagraph"/>
              <w:spacing w:before="1" w:line="283" w:lineRule="auto"/>
              <w:ind w:left="74" w:right="299"/>
              <w:rPr>
                <w:sz w:val="24"/>
              </w:rPr>
            </w:pPr>
            <w:r w:rsidRPr="00E85698">
              <w:rPr>
                <w:sz w:val="24"/>
              </w:rPr>
              <w:t>вводными</w:t>
            </w:r>
            <w:r w:rsidRPr="00E85698">
              <w:rPr>
                <w:spacing w:val="-5"/>
                <w:sz w:val="24"/>
              </w:rPr>
              <w:t xml:space="preserve"> </w:t>
            </w:r>
            <w:r w:rsidRPr="00E85698">
              <w:rPr>
                <w:sz w:val="24"/>
              </w:rPr>
              <w:t>и</w:t>
            </w:r>
            <w:r w:rsidRPr="00E85698">
              <w:rPr>
                <w:spacing w:val="-5"/>
                <w:sz w:val="24"/>
              </w:rPr>
              <w:t xml:space="preserve"> </w:t>
            </w:r>
            <w:r w:rsidRPr="00E85698">
              <w:rPr>
                <w:sz w:val="24"/>
              </w:rPr>
              <w:t>вставными</w:t>
            </w:r>
            <w:r w:rsidRPr="00E85698">
              <w:rPr>
                <w:spacing w:val="-57"/>
                <w:sz w:val="24"/>
              </w:rPr>
              <w:t xml:space="preserve"> </w:t>
            </w:r>
            <w:r w:rsidRPr="00E85698">
              <w:rPr>
                <w:sz w:val="24"/>
              </w:rPr>
              <w:t>конструкциями,</w:t>
            </w:r>
            <w:r w:rsidRPr="00E85698">
              <w:rPr>
                <w:spacing w:val="1"/>
                <w:sz w:val="24"/>
              </w:rPr>
              <w:t xml:space="preserve"> </w:t>
            </w:r>
            <w:r w:rsidRPr="00E85698">
              <w:rPr>
                <w:sz w:val="24"/>
              </w:rPr>
              <w:t>обращениями</w:t>
            </w:r>
            <w:r w:rsidRPr="00E85698">
              <w:rPr>
                <w:spacing w:val="1"/>
                <w:sz w:val="24"/>
              </w:rPr>
              <w:t xml:space="preserve"> </w:t>
            </w:r>
            <w:r w:rsidRPr="00E85698">
              <w:rPr>
                <w:sz w:val="24"/>
              </w:rPr>
              <w:t>(распространёнными и</w:t>
            </w:r>
            <w:r w:rsidRPr="00E85698">
              <w:rPr>
                <w:spacing w:val="1"/>
                <w:sz w:val="24"/>
              </w:rPr>
              <w:t xml:space="preserve"> </w:t>
            </w:r>
            <w:r w:rsidRPr="00E85698">
              <w:rPr>
                <w:sz w:val="24"/>
              </w:rPr>
              <w:t>нераспространёнными)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rPr>
            </w:pPr>
          </w:p>
          <w:p w:rsidR="00A047B0" w:rsidRPr="00E85698" w:rsidRDefault="00A047B0" w:rsidP="00A047B0">
            <w:pPr>
              <w:pStyle w:val="TableParagraph"/>
              <w:spacing w:before="1"/>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rPr>
            </w:pPr>
          </w:p>
          <w:p w:rsidR="00A047B0" w:rsidRPr="00E85698" w:rsidRDefault="00A047B0" w:rsidP="00A047B0">
            <w:pPr>
              <w:pStyle w:val="TableParagraph"/>
              <w:spacing w:before="1"/>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3"/>
              <w:rPr>
                <w:b/>
              </w:rPr>
            </w:pPr>
          </w:p>
          <w:p w:rsidR="00A047B0" w:rsidRPr="00E85698" w:rsidRDefault="00A047B0" w:rsidP="00A047B0">
            <w:pPr>
              <w:pStyle w:val="TableParagraph"/>
              <w:spacing w:before="1"/>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1"/>
              <w:rPr>
                <w:b/>
                <w:sz w:val="31"/>
              </w:rPr>
            </w:pPr>
          </w:p>
          <w:p w:rsidR="00A047B0" w:rsidRPr="00E85698" w:rsidRDefault="00A047B0" w:rsidP="00A047B0">
            <w:pPr>
              <w:pStyle w:val="TableParagraph"/>
              <w:spacing w:line="278"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2162"/>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left="100" w:right="25"/>
              <w:jc w:val="center"/>
              <w:rPr>
                <w:sz w:val="24"/>
              </w:rPr>
            </w:pPr>
            <w:r w:rsidRPr="00E85698">
              <w:rPr>
                <w:sz w:val="24"/>
              </w:rPr>
              <w:t>95</w:t>
            </w:r>
          </w:p>
        </w:tc>
        <w:tc>
          <w:tcPr>
            <w:tcW w:w="2798" w:type="dxa"/>
            <w:tcBorders>
              <w:right w:val="single" w:sz="6" w:space="0" w:color="000000"/>
            </w:tcBorders>
          </w:tcPr>
          <w:p w:rsidR="00A047B0" w:rsidRPr="00E85698" w:rsidRDefault="00A047B0" w:rsidP="00A047B0">
            <w:pPr>
              <w:pStyle w:val="TableParagraph"/>
              <w:spacing w:before="90" w:line="280" w:lineRule="auto"/>
              <w:ind w:left="74" w:right="299"/>
              <w:rPr>
                <w:sz w:val="24"/>
              </w:rPr>
            </w:pPr>
            <w:r w:rsidRPr="00E85698">
              <w:rPr>
                <w:sz w:val="24"/>
              </w:rPr>
              <w:t>Нормы постановки</w:t>
            </w:r>
            <w:r w:rsidRPr="00E85698">
              <w:rPr>
                <w:spacing w:val="1"/>
                <w:sz w:val="24"/>
              </w:rPr>
              <w:t xml:space="preserve"> </w:t>
            </w:r>
            <w:r w:rsidRPr="00E85698">
              <w:rPr>
                <w:sz w:val="24"/>
              </w:rPr>
              <w:t>знаков препинания в</w:t>
            </w:r>
            <w:r w:rsidRPr="00E85698">
              <w:rPr>
                <w:spacing w:val="1"/>
                <w:sz w:val="24"/>
              </w:rPr>
              <w:t xml:space="preserve"> </w:t>
            </w:r>
            <w:r w:rsidRPr="00E85698">
              <w:rPr>
                <w:sz w:val="24"/>
              </w:rPr>
              <w:t>предложениях</w:t>
            </w:r>
            <w:r w:rsidRPr="00E85698">
              <w:rPr>
                <w:spacing w:val="1"/>
                <w:sz w:val="24"/>
              </w:rPr>
              <w:t xml:space="preserve"> </w:t>
            </w:r>
            <w:r w:rsidRPr="00E85698">
              <w:rPr>
                <w:sz w:val="24"/>
              </w:rPr>
              <w:t>с</w:t>
            </w:r>
            <w:r w:rsidRPr="00E85698">
              <w:rPr>
                <w:spacing w:val="1"/>
                <w:sz w:val="24"/>
              </w:rPr>
              <w:t xml:space="preserve"> </w:t>
            </w:r>
            <w:r w:rsidRPr="00E85698">
              <w:rPr>
                <w:sz w:val="24"/>
              </w:rPr>
              <w:t>вводными</w:t>
            </w:r>
            <w:r w:rsidRPr="00E85698">
              <w:rPr>
                <w:spacing w:val="-5"/>
                <w:sz w:val="24"/>
              </w:rPr>
              <w:t xml:space="preserve"> </w:t>
            </w:r>
            <w:r w:rsidRPr="00E85698">
              <w:rPr>
                <w:sz w:val="24"/>
              </w:rPr>
              <w:t>и</w:t>
            </w:r>
            <w:r w:rsidRPr="00E85698">
              <w:rPr>
                <w:spacing w:val="-5"/>
                <w:sz w:val="24"/>
              </w:rPr>
              <w:t xml:space="preserve"> </w:t>
            </w:r>
            <w:r w:rsidRPr="00E85698">
              <w:rPr>
                <w:sz w:val="24"/>
              </w:rPr>
              <w:t>вставными</w:t>
            </w:r>
            <w:r w:rsidRPr="00E85698">
              <w:rPr>
                <w:spacing w:val="-57"/>
                <w:sz w:val="24"/>
              </w:rPr>
              <w:t xml:space="preserve"> </w:t>
            </w:r>
            <w:r w:rsidRPr="00E85698">
              <w:rPr>
                <w:sz w:val="24"/>
              </w:rPr>
              <w:t>конструкциями,</w:t>
            </w:r>
            <w:r w:rsidRPr="00E85698">
              <w:rPr>
                <w:spacing w:val="1"/>
                <w:sz w:val="24"/>
              </w:rPr>
              <w:t xml:space="preserve"> </w:t>
            </w:r>
            <w:r w:rsidRPr="00E85698">
              <w:rPr>
                <w:sz w:val="24"/>
              </w:rPr>
              <w:t>обращениями</w:t>
            </w:r>
            <w:r w:rsidRPr="00E85698">
              <w:rPr>
                <w:spacing w:val="-1"/>
                <w:sz w:val="24"/>
              </w:rPr>
              <w:t xml:space="preserve"> </w:t>
            </w:r>
            <w:r w:rsidRPr="00E85698">
              <w:rPr>
                <w:sz w:val="24"/>
              </w:rPr>
              <w:t>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24" w:line="261" w:lineRule="auto"/>
              <w:ind w:left="444" w:right="30" w:hanging="334"/>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2685"/>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0"/>
              </w:rPr>
            </w:pPr>
          </w:p>
          <w:p w:rsidR="00A047B0" w:rsidRPr="00E85698" w:rsidRDefault="00A047B0" w:rsidP="00A047B0">
            <w:pPr>
              <w:pStyle w:val="TableParagraph"/>
              <w:ind w:left="100" w:right="25"/>
              <w:jc w:val="center"/>
              <w:rPr>
                <w:sz w:val="24"/>
              </w:rPr>
            </w:pPr>
            <w:r w:rsidRPr="00E85698">
              <w:rPr>
                <w:sz w:val="24"/>
              </w:rPr>
              <w:t>96</w:t>
            </w:r>
          </w:p>
        </w:tc>
        <w:tc>
          <w:tcPr>
            <w:tcW w:w="2798" w:type="dxa"/>
            <w:tcBorders>
              <w:right w:val="single" w:sz="6" w:space="0" w:color="000000"/>
            </w:tcBorders>
          </w:tcPr>
          <w:p w:rsidR="00A047B0" w:rsidRPr="00E85698" w:rsidRDefault="00A047B0" w:rsidP="00A047B0">
            <w:pPr>
              <w:pStyle w:val="TableParagraph"/>
              <w:rPr>
                <w:b/>
              </w:rPr>
            </w:pPr>
          </w:p>
          <w:p w:rsidR="00A047B0" w:rsidRPr="00E85698" w:rsidRDefault="00A047B0" w:rsidP="00A047B0">
            <w:pPr>
              <w:pStyle w:val="TableParagraph"/>
              <w:spacing w:line="280" w:lineRule="auto"/>
              <w:ind w:left="74" w:right="209"/>
              <w:rPr>
                <w:sz w:val="24"/>
              </w:rPr>
            </w:pPr>
            <w:r w:rsidRPr="00E85698">
              <w:rPr>
                <w:sz w:val="24"/>
              </w:rPr>
              <w:t>Синтаксический и</w:t>
            </w:r>
            <w:r w:rsidRPr="00E85698">
              <w:rPr>
                <w:spacing w:val="1"/>
                <w:sz w:val="24"/>
              </w:rPr>
              <w:t xml:space="preserve"> </w:t>
            </w:r>
            <w:r w:rsidRPr="00E85698">
              <w:rPr>
                <w:sz w:val="24"/>
              </w:rPr>
              <w:t>пунктуационный</w:t>
            </w:r>
            <w:r w:rsidRPr="00E85698">
              <w:rPr>
                <w:spacing w:val="-11"/>
                <w:sz w:val="24"/>
              </w:rPr>
              <w:t xml:space="preserve"> </w:t>
            </w:r>
            <w:r w:rsidRPr="00E85698">
              <w:rPr>
                <w:sz w:val="24"/>
              </w:rPr>
              <w:t>анализ</w:t>
            </w:r>
            <w:r w:rsidRPr="00E85698">
              <w:rPr>
                <w:spacing w:val="-57"/>
                <w:sz w:val="24"/>
              </w:rPr>
              <w:t xml:space="preserve"> </w:t>
            </w:r>
            <w:r w:rsidRPr="00E85698">
              <w:rPr>
                <w:sz w:val="24"/>
              </w:rPr>
              <w:t>предложений с</w:t>
            </w:r>
            <w:r w:rsidRPr="00E85698">
              <w:rPr>
                <w:spacing w:val="1"/>
                <w:sz w:val="24"/>
              </w:rPr>
              <w:t xml:space="preserve"> </w:t>
            </w:r>
            <w:r w:rsidRPr="00E85698">
              <w:rPr>
                <w:sz w:val="24"/>
              </w:rPr>
              <w:t>обращением, вводными</w:t>
            </w:r>
            <w:r w:rsidRPr="00E85698">
              <w:rPr>
                <w:spacing w:val="-57"/>
                <w:sz w:val="24"/>
              </w:rPr>
              <w:t xml:space="preserve"> </w:t>
            </w:r>
            <w:r w:rsidRPr="00E85698">
              <w:rPr>
                <w:sz w:val="24"/>
              </w:rPr>
              <w:t>и вставными</w:t>
            </w:r>
            <w:r w:rsidRPr="00E85698">
              <w:rPr>
                <w:spacing w:val="1"/>
                <w:sz w:val="24"/>
              </w:rPr>
              <w:t xml:space="preserve"> </w:t>
            </w:r>
            <w:r w:rsidRPr="00E85698">
              <w:rPr>
                <w:sz w:val="24"/>
              </w:rPr>
              <w:t>конструкциями,</w:t>
            </w:r>
          </w:p>
          <w:p w:rsidR="00A047B0" w:rsidRPr="00E85698" w:rsidRDefault="00A047B0" w:rsidP="00A047B0">
            <w:pPr>
              <w:pStyle w:val="TableParagraph"/>
              <w:spacing w:before="2"/>
              <w:ind w:left="74"/>
              <w:rPr>
                <w:sz w:val="24"/>
              </w:rPr>
            </w:pPr>
            <w:r w:rsidRPr="00E85698">
              <w:rPr>
                <w:sz w:val="24"/>
              </w:rPr>
              <w:t>междометием</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0"/>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0"/>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
              <w:rPr>
                <w:b/>
                <w:sz w:val="30"/>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2"/>
              <w:rPr>
                <w:b/>
                <w:sz w:val="24"/>
              </w:rPr>
            </w:pPr>
          </w:p>
          <w:p w:rsidR="00A047B0" w:rsidRPr="00E85698" w:rsidRDefault="00A047B0" w:rsidP="00A047B0">
            <w:pPr>
              <w:pStyle w:val="TableParagraph"/>
              <w:spacing w:line="280"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p w:rsidR="00A047B0" w:rsidRPr="00E85698" w:rsidRDefault="00A047B0" w:rsidP="00A047B0">
            <w:pPr>
              <w:pStyle w:val="TableParagraph"/>
              <w:spacing w:line="276" w:lineRule="exact"/>
              <w:ind w:left="84" w:right="152"/>
              <w:jc w:val="center"/>
              <w:rPr>
                <w:sz w:val="24"/>
              </w:rPr>
            </w:pPr>
          </w:p>
        </w:tc>
      </w:tr>
      <w:tr w:rsidR="00A047B0" w:rsidRPr="00E85698" w:rsidTr="00A047B0">
        <w:trPr>
          <w:trHeight w:val="1800"/>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5"/>
              <w:ind w:left="100" w:right="25"/>
              <w:jc w:val="center"/>
              <w:rPr>
                <w:sz w:val="24"/>
              </w:rPr>
            </w:pPr>
            <w:r w:rsidRPr="00E85698">
              <w:rPr>
                <w:sz w:val="24"/>
              </w:rPr>
              <w:t>97</w:t>
            </w:r>
          </w:p>
        </w:tc>
        <w:tc>
          <w:tcPr>
            <w:tcW w:w="2798" w:type="dxa"/>
            <w:tcBorders>
              <w:right w:val="single" w:sz="6" w:space="0" w:color="000000"/>
            </w:tcBorders>
          </w:tcPr>
          <w:p w:rsidR="00A047B0" w:rsidRPr="00E85698" w:rsidRDefault="00A047B0" w:rsidP="00A047B0">
            <w:pPr>
              <w:pStyle w:val="TableParagraph"/>
              <w:spacing w:before="162" w:line="271" w:lineRule="auto"/>
              <w:ind w:left="74" w:right="284"/>
              <w:rPr>
                <w:sz w:val="24"/>
              </w:rPr>
            </w:pPr>
            <w:r w:rsidRPr="00E85698">
              <w:rPr>
                <w:sz w:val="24"/>
              </w:rPr>
              <w:t>Обобщение</w:t>
            </w:r>
            <w:r w:rsidRPr="00E85698">
              <w:rPr>
                <w:spacing w:val="-11"/>
                <w:sz w:val="24"/>
              </w:rPr>
              <w:t xml:space="preserve"> </w:t>
            </w:r>
            <w:r w:rsidRPr="00E85698">
              <w:rPr>
                <w:sz w:val="24"/>
              </w:rPr>
              <w:t>изученного</w:t>
            </w:r>
            <w:r w:rsidRPr="00E85698">
              <w:rPr>
                <w:spacing w:val="-57"/>
                <w:sz w:val="24"/>
              </w:rPr>
              <w:t xml:space="preserve"> </w:t>
            </w:r>
            <w:r w:rsidRPr="00E85698">
              <w:rPr>
                <w:sz w:val="24"/>
              </w:rPr>
              <w:t>по</w:t>
            </w:r>
            <w:r w:rsidRPr="00E85698">
              <w:rPr>
                <w:spacing w:val="-1"/>
                <w:sz w:val="24"/>
              </w:rPr>
              <w:t xml:space="preserve"> </w:t>
            </w:r>
            <w:r w:rsidRPr="00E85698">
              <w:rPr>
                <w:sz w:val="24"/>
              </w:rPr>
              <w:t>теме "Слова, грамматически не связанные  с членами</w:t>
            </w:r>
            <w:r w:rsidRPr="00E85698">
              <w:rPr>
                <w:spacing w:val="-57"/>
                <w:sz w:val="24"/>
              </w:rPr>
              <w:t xml:space="preserve"> </w:t>
            </w:r>
            <w:r w:rsidRPr="00E85698">
              <w:rPr>
                <w:sz w:val="24"/>
              </w:rPr>
              <w:t>предложения".</w:t>
            </w:r>
          </w:p>
          <w:p w:rsidR="00A047B0" w:rsidRPr="00E85698" w:rsidRDefault="00A047B0" w:rsidP="00A047B0">
            <w:pPr>
              <w:pStyle w:val="TableParagraph"/>
              <w:spacing w:before="3"/>
              <w:ind w:left="74"/>
              <w:rPr>
                <w:sz w:val="24"/>
              </w:rPr>
            </w:pPr>
            <w:r w:rsidRPr="00E85698">
              <w:rPr>
                <w:sz w:val="24"/>
              </w:rPr>
              <w:t>Практикум</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5"/>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5"/>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5"/>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6"/>
              </w:rPr>
            </w:pPr>
          </w:p>
          <w:p w:rsidR="00A047B0" w:rsidRPr="00E85698" w:rsidRDefault="00A047B0" w:rsidP="00A047B0">
            <w:pPr>
              <w:pStyle w:val="TableParagraph"/>
              <w:spacing w:before="7"/>
              <w:rPr>
                <w:b/>
                <w:sz w:val="29"/>
              </w:rPr>
            </w:pPr>
          </w:p>
          <w:p w:rsidR="00A047B0" w:rsidRPr="00E85698" w:rsidRDefault="00A047B0" w:rsidP="00A047B0">
            <w:pPr>
              <w:pStyle w:val="TableParagraph"/>
              <w:spacing w:line="261" w:lineRule="auto"/>
              <w:ind w:left="444" w:right="30" w:hanging="334"/>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1193"/>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ind w:left="100" w:right="25"/>
              <w:jc w:val="center"/>
              <w:rPr>
                <w:sz w:val="24"/>
              </w:rPr>
            </w:pPr>
            <w:r w:rsidRPr="00E85698">
              <w:rPr>
                <w:sz w:val="24"/>
              </w:rPr>
              <w:t>98</w:t>
            </w:r>
          </w:p>
        </w:tc>
        <w:tc>
          <w:tcPr>
            <w:tcW w:w="2798" w:type="dxa"/>
            <w:tcBorders>
              <w:right w:val="single" w:sz="6" w:space="0" w:color="000000"/>
            </w:tcBorders>
          </w:tcPr>
          <w:p w:rsidR="00A047B0" w:rsidRPr="00E85698" w:rsidRDefault="00A047B0" w:rsidP="00A047B0">
            <w:pPr>
              <w:pStyle w:val="TableParagraph"/>
              <w:spacing w:before="90" w:line="283" w:lineRule="auto"/>
              <w:ind w:left="74" w:right="626"/>
              <w:rPr>
                <w:sz w:val="24"/>
              </w:rPr>
            </w:pPr>
            <w:r w:rsidRPr="00E85698">
              <w:rPr>
                <w:sz w:val="24"/>
              </w:rPr>
              <w:t>Повторение.</w:t>
            </w:r>
            <w:r w:rsidRPr="00E85698">
              <w:rPr>
                <w:spacing w:val="1"/>
                <w:sz w:val="24"/>
              </w:rPr>
              <w:t xml:space="preserve"> </w:t>
            </w:r>
            <w:r w:rsidRPr="00E85698">
              <w:rPr>
                <w:sz w:val="24"/>
              </w:rPr>
              <w:t>Синтаксис простого</w:t>
            </w:r>
            <w:r w:rsidRPr="00E85698">
              <w:rPr>
                <w:spacing w:val="-58"/>
                <w:sz w:val="24"/>
              </w:rPr>
              <w:t xml:space="preserve"> </w:t>
            </w:r>
            <w:r w:rsidRPr="00E85698">
              <w:rPr>
                <w:sz w:val="24"/>
              </w:rPr>
              <w:t>предложения.</w:t>
            </w:r>
          </w:p>
          <w:p w:rsidR="00A047B0" w:rsidRPr="00E85698" w:rsidRDefault="00A047B0" w:rsidP="00A047B0">
            <w:pPr>
              <w:pStyle w:val="TableParagraph"/>
              <w:spacing w:line="274" w:lineRule="exact"/>
              <w:ind w:left="74"/>
              <w:rPr>
                <w:sz w:val="24"/>
              </w:rPr>
            </w:pP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
              <w:rPr>
                <w:b/>
                <w:sz w:val="38"/>
              </w:rPr>
            </w:pPr>
          </w:p>
          <w:p w:rsidR="00A047B0" w:rsidRPr="00E85698" w:rsidRDefault="00A047B0" w:rsidP="00A047B0">
            <w:pPr>
              <w:pStyle w:val="TableParagraph"/>
              <w:spacing w:line="261" w:lineRule="auto"/>
              <w:ind w:left="372" w:right="137" w:hanging="291"/>
              <w:rPr>
                <w:sz w:val="24"/>
              </w:rPr>
            </w:pPr>
            <w:r w:rsidRPr="00E85698">
              <w:rPr>
                <w:spacing w:val="-1"/>
                <w:sz w:val="24"/>
              </w:rPr>
              <w:t>Практическая</w:t>
            </w:r>
            <w:r w:rsidRPr="00E85698">
              <w:rPr>
                <w:spacing w:val="-57"/>
                <w:sz w:val="24"/>
              </w:rPr>
              <w:t xml:space="preserve">    </w:t>
            </w:r>
            <w:r w:rsidRPr="00E85698">
              <w:rPr>
                <w:sz w:val="24"/>
              </w:rPr>
              <w:t>работа;</w:t>
            </w:r>
          </w:p>
        </w:tc>
      </w:tr>
      <w:tr w:rsidR="00A047B0" w:rsidRPr="00E85698" w:rsidTr="00A047B0">
        <w:trPr>
          <w:trHeight w:val="1807"/>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8"/>
              <w:ind w:left="100" w:right="25"/>
              <w:jc w:val="center"/>
              <w:rPr>
                <w:sz w:val="24"/>
              </w:rPr>
            </w:pPr>
            <w:r w:rsidRPr="00E85698">
              <w:rPr>
                <w:sz w:val="24"/>
              </w:rPr>
              <w:t>99</w:t>
            </w:r>
          </w:p>
        </w:tc>
        <w:tc>
          <w:tcPr>
            <w:tcW w:w="2798" w:type="dxa"/>
            <w:tcBorders>
              <w:right w:val="single" w:sz="6" w:space="0" w:color="000000"/>
            </w:tcBorders>
          </w:tcPr>
          <w:p w:rsidR="00A047B0" w:rsidRPr="00E85698" w:rsidRDefault="00A047B0" w:rsidP="00A047B0">
            <w:pPr>
              <w:pStyle w:val="TableParagraph"/>
              <w:spacing w:before="90" w:line="280" w:lineRule="auto"/>
              <w:ind w:left="2" w:right="698"/>
              <w:rPr>
                <w:sz w:val="24"/>
              </w:rPr>
            </w:pPr>
            <w:r w:rsidRPr="00E85698">
              <w:rPr>
                <w:sz w:val="24"/>
              </w:rPr>
              <w:t>Повторение.</w:t>
            </w:r>
            <w:r w:rsidRPr="00E85698">
              <w:rPr>
                <w:spacing w:val="1"/>
                <w:sz w:val="24"/>
              </w:rPr>
              <w:t xml:space="preserve"> </w:t>
            </w:r>
            <w:r w:rsidRPr="00E85698">
              <w:rPr>
                <w:sz w:val="24"/>
              </w:rPr>
              <w:t>Синтаксис простого</w:t>
            </w:r>
            <w:r w:rsidRPr="00E85698">
              <w:rPr>
                <w:spacing w:val="-58"/>
                <w:sz w:val="24"/>
              </w:rPr>
              <w:t xml:space="preserve"> </w:t>
            </w:r>
            <w:r w:rsidRPr="00E85698">
              <w:rPr>
                <w:sz w:val="24"/>
              </w:rPr>
              <w:t>предложения.</w:t>
            </w:r>
          </w:p>
          <w:p w:rsidR="00A047B0" w:rsidRPr="00E85698" w:rsidRDefault="00A047B0" w:rsidP="00A047B0">
            <w:pPr>
              <w:pStyle w:val="TableParagraph"/>
              <w:spacing w:line="280" w:lineRule="auto"/>
              <w:ind w:left="74" w:right="1018"/>
              <w:rPr>
                <w:sz w:val="24"/>
              </w:rPr>
            </w:pP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8"/>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8"/>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08"/>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2"/>
              <w:rPr>
                <w:b/>
                <w:sz w:val="27"/>
              </w:rPr>
            </w:pPr>
          </w:p>
          <w:p w:rsidR="00A047B0" w:rsidRPr="00E85698" w:rsidRDefault="00A047B0" w:rsidP="00A047B0">
            <w:pPr>
              <w:pStyle w:val="TableParagraph"/>
              <w:spacing w:before="1" w:line="276" w:lineRule="auto"/>
              <w:ind w:left="84" w:right="155"/>
              <w:jc w:val="center"/>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287"/>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left="100" w:right="25"/>
              <w:jc w:val="center"/>
              <w:rPr>
                <w:sz w:val="24"/>
              </w:rPr>
            </w:pPr>
            <w:r w:rsidRPr="00E85698">
              <w:rPr>
                <w:sz w:val="24"/>
              </w:rPr>
              <w:t>100</w:t>
            </w:r>
          </w:p>
        </w:tc>
        <w:tc>
          <w:tcPr>
            <w:tcW w:w="2798" w:type="dxa"/>
            <w:tcBorders>
              <w:right w:val="single" w:sz="6" w:space="0" w:color="000000"/>
            </w:tcBorders>
          </w:tcPr>
          <w:p w:rsidR="00A047B0" w:rsidRPr="00E85698" w:rsidRDefault="00A047B0" w:rsidP="00A047B0">
            <w:pPr>
              <w:pStyle w:val="TableParagraph"/>
              <w:spacing w:before="116" w:line="271" w:lineRule="auto"/>
              <w:ind w:left="74" w:right="229"/>
              <w:rPr>
                <w:sz w:val="24"/>
              </w:rPr>
            </w:pPr>
            <w:r w:rsidRPr="00E85698">
              <w:rPr>
                <w:sz w:val="24"/>
              </w:rPr>
              <w:t>Итоговая контрольная</w:t>
            </w:r>
            <w:r w:rsidRPr="00E85698">
              <w:rPr>
                <w:spacing w:val="1"/>
                <w:sz w:val="24"/>
              </w:rPr>
              <w:t xml:space="preserve"> </w:t>
            </w:r>
            <w:r w:rsidRPr="00E85698">
              <w:rPr>
                <w:sz w:val="24"/>
              </w:rPr>
              <w:t>работа за курс "Русский</w:t>
            </w:r>
            <w:r w:rsidRPr="00E85698">
              <w:rPr>
                <w:spacing w:val="-58"/>
                <w:sz w:val="24"/>
              </w:rPr>
              <w:t xml:space="preserve"> </w:t>
            </w:r>
            <w:r w:rsidRPr="00E85698">
              <w:rPr>
                <w:sz w:val="24"/>
              </w:rPr>
              <w:t>язык 8 класс"</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06"/>
              <w:jc w:val="right"/>
              <w:rPr>
                <w:sz w:val="24"/>
              </w:rPr>
            </w:pPr>
            <w:r w:rsidRPr="00E85698">
              <w:rPr>
                <w:sz w:val="24"/>
              </w:rPr>
              <w:t>1</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217"/>
              <w:ind w:right="729"/>
              <w:jc w:val="right"/>
              <w:rPr>
                <w:sz w:val="24"/>
              </w:rPr>
            </w:pPr>
            <w:r w:rsidRPr="00E85698">
              <w:rPr>
                <w:sz w:val="24"/>
              </w:rPr>
              <w:t>0</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rPr>
                <w:b/>
                <w:sz w:val="28"/>
              </w:rPr>
            </w:pPr>
          </w:p>
          <w:p w:rsidR="00A047B0" w:rsidRPr="00E85698" w:rsidRDefault="00A047B0" w:rsidP="00A047B0">
            <w:pPr>
              <w:pStyle w:val="TableParagraph"/>
              <w:spacing w:before="1" w:line="276" w:lineRule="auto"/>
              <w:ind w:left="84" w:right="155"/>
              <w:jc w:val="center"/>
              <w:rPr>
                <w:sz w:val="24"/>
              </w:rPr>
            </w:pPr>
            <w:r w:rsidRPr="00E85698">
              <w:rPr>
                <w:sz w:val="24"/>
              </w:rPr>
              <w:t>Контрольная работа;</w:t>
            </w:r>
            <w:r w:rsidRPr="00E85698">
              <w:rPr>
                <w:spacing w:val="1"/>
                <w:sz w:val="24"/>
              </w:rPr>
              <w:t xml:space="preserve"> </w:t>
            </w:r>
          </w:p>
        </w:tc>
      </w:tr>
      <w:tr w:rsidR="00A047B0" w:rsidRPr="00E85698" w:rsidTr="00A047B0">
        <w:trPr>
          <w:trHeight w:val="1696"/>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1"/>
              <w:ind w:right="42"/>
              <w:rPr>
                <w:sz w:val="24"/>
              </w:rPr>
            </w:pPr>
            <w:r w:rsidRPr="00E85698">
              <w:rPr>
                <w:b/>
                <w:sz w:val="26"/>
              </w:rPr>
              <w:t xml:space="preserve">     </w:t>
            </w:r>
            <w:r w:rsidRPr="00E85698">
              <w:rPr>
                <w:sz w:val="24"/>
              </w:rPr>
              <w:t>101</w:t>
            </w:r>
          </w:p>
        </w:tc>
        <w:tc>
          <w:tcPr>
            <w:tcW w:w="2798" w:type="dxa"/>
            <w:tcBorders>
              <w:right w:val="single" w:sz="6" w:space="0" w:color="000000"/>
            </w:tcBorders>
          </w:tcPr>
          <w:p w:rsidR="00A047B0" w:rsidRPr="00E85698" w:rsidRDefault="00A047B0" w:rsidP="00A047B0">
            <w:pPr>
              <w:pStyle w:val="TableParagraph"/>
              <w:spacing w:before="10"/>
              <w:rPr>
                <w:b/>
                <w:sz w:val="23"/>
              </w:rPr>
            </w:pPr>
          </w:p>
          <w:p w:rsidR="00A047B0" w:rsidRPr="00E85698" w:rsidRDefault="00A047B0" w:rsidP="00A047B0">
            <w:pPr>
              <w:pStyle w:val="TableParagraph"/>
              <w:spacing w:before="106" w:line="271" w:lineRule="auto"/>
              <w:ind w:left="74" w:right="912"/>
              <w:rPr>
                <w:sz w:val="24"/>
              </w:rPr>
            </w:pPr>
            <w:r w:rsidRPr="00E85698">
              <w:rPr>
                <w:sz w:val="24"/>
              </w:rPr>
              <w:t xml:space="preserve"> Повторение. Анализ работ. Работа над ошибками.</w:t>
            </w: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32"/>
              </w:rPr>
            </w:pPr>
          </w:p>
          <w:p w:rsidR="00A047B0" w:rsidRPr="00E85698" w:rsidRDefault="00A047B0" w:rsidP="00A047B0">
            <w:pPr>
              <w:pStyle w:val="TableParagraph"/>
              <w:spacing w:before="1"/>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32"/>
              </w:rPr>
            </w:pPr>
          </w:p>
          <w:p w:rsidR="00A047B0" w:rsidRPr="00E85698" w:rsidRDefault="00A047B0" w:rsidP="00A047B0">
            <w:pPr>
              <w:pStyle w:val="TableParagraph"/>
              <w:spacing w:before="1"/>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9"/>
              <w:rPr>
                <w:b/>
                <w:sz w:val="32"/>
              </w:rPr>
            </w:pPr>
          </w:p>
          <w:p w:rsidR="00A047B0" w:rsidRPr="00E85698" w:rsidRDefault="00A047B0" w:rsidP="00A047B0">
            <w:pPr>
              <w:pStyle w:val="TableParagraph"/>
              <w:spacing w:before="1"/>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84" w:line="276" w:lineRule="auto"/>
              <w:ind w:right="155"/>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1666"/>
        </w:trPr>
        <w:tc>
          <w:tcPr>
            <w:tcW w:w="994"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42"/>
              <w:jc w:val="center"/>
              <w:rPr>
                <w:sz w:val="24"/>
              </w:rPr>
            </w:pPr>
            <w:r w:rsidRPr="00E85698">
              <w:rPr>
                <w:sz w:val="24"/>
              </w:rPr>
              <w:t>102</w:t>
            </w:r>
          </w:p>
        </w:tc>
        <w:tc>
          <w:tcPr>
            <w:tcW w:w="2798" w:type="dxa"/>
            <w:tcBorders>
              <w:right w:val="single" w:sz="6" w:space="0" w:color="000000"/>
            </w:tcBorders>
          </w:tcPr>
          <w:p w:rsidR="00A047B0" w:rsidRPr="00E85698" w:rsidRDefault="00A047B0" w:rsidP="00A047B0">
            <w:pPr>
              <w:pStyle w:val="TableParagraph"/>
              <w:spacing w:before="90" w:line="271" w:lineRule="auto"/>
              <w:ind w:left="143" w:right="323" w:hanging="22"/>
              <w:rPr>
                <w:sz w:val="24"/>
              </w:rPr>
            </w:pPr>
            <w:r w:rsidRPr="00E85698">
              <w:rPr>
                <w:sz w:val="24"/>
              </w:rPr>
              <w:t xml:space="preserve">Повторение. </w:t>
            </w:r>
          </w:p>
          <w:p w:rsidR="00A047B0" w:rsidRPr="00E85698" w:rsidRDefault="00A047B0" w:rsidP="00A047B0">
            <w:pPr>
              <w:pStyle w:val="TableParagraph"/>
              <w:spacing w:before="108" w:line="268" w:lineRule="auto"/>
              <w:ind w:left="74" w:right="912"/>
              <w:rPr>
                <w:sz w:val="24"/>
              </w:rPr>
            </w:pPr>
          </w:p>
        </w:tc>
        <w:tc>
          <w:tcPr>
            <w:tcW w:w="736" w:type="dxa"/>
            <w:tcBorders>
              <w:left w:val="single" w:sz="6" w:space="0" w:color="000000"/>
            </w:tcBorders>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261"/>
              <w:jc w:val="right"/>
              <w:rPr>
                <w:sz w:val="24"/>
              </w:rPr>
            </w:pPr>
            <w:r w:rsidRPr="00E85698">
              <w:rPr>
                <w:sz w:val="24"/>
              </w:rPr>
              <w:t>1</w:t>
            </w:r>
          </w:p>
        </w:tc>
        <w:tc>
          <w:tcPr>
            <w:tcW w:w="1621"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706"/>
              <w:jc w:val="right"/>
              <w:rPr>
                <w:sz w:val="24"/>
              </w:rPr>
            </w:pPr>
            <w:r w:rsidRPr="00E85698">
              <w:rPr>
                <w:sz w:val="24"/>
              </w:rPr>
              <w:t>0</w:t>
            </w:r>
          </w:p>
        </w:tc>
        <w:tc>
          <w:tcPr>
            <w:tcW w:w="1669" w:type="dxa"/>
          </w:tcPr>
          <w:p w:rsidR="00A047B0" w:rsidRPr="00E85698" w:rsidRDefault="00A047B0" w:rsidP="00A047B0">
            <w:pPr>
              <w:pStyle w:val="TableParagraph"/>
              <w:rPr>
                <w:b/>
                <w:sz w:val="26"/>
              </w:rPr>
            </w:pPr>
          </w:p>
          <w:p w:rsidR="00A047B0" w:rsidRPr="00E85698" w:rsidRDefault="00A047B0" w:rsidP="00A047B0">
            <w:pPr>
              <w:pStyle w:val="TableParagraph"/>
              <w:rPr>
                <w:b/>
                <w:sz w:val="26"/>
              </w:rPr>
            </w:pPr>
          </w:p>
          <w:p w:rsidR="00A047B0" w:rsidRPr="00E85698" w:rsidRDefault="00A047B0" w:rsidP="00A047B0">
            <w:pPr>
              <w:pStyle w:val="TableParagraph"/>
              <w:spacing w:before="5"/>
              <w:rPr>
                <w:b/>
                <w:sz w:val="33"/>
              </w:rPr>
            </w:pPr>
          </w:p>
          <w:p w:rsidR="00A047B0" w:rsidRPr="00E85698" w:rsidRDefault="00A047B0" w:rsidP="00A047B0">
            <w:pPr>
              <w:pStyle w:val="TableParagraph"/>
              <w:ind w:right="729"/>
              <w:jc w:val="right"/>
              <w:rPr>
                <w:sz w:val="24"/>
              </w:rPr>
            </w:pPr>
            <w:r w:rsidRPr="00E85698">
              <w:rPr>
                <w:sz w:val="24"/>
              </w:rPr>
              <w:t>1</w:t>
            </w:r>
          </w:p>
        </w:tc>
        <w:tc>
          <w:tcPr>
            <w:tcW w:w="1166" w:type="dxa"/>
          </w:tcPr>
          <w:p w:rsidR="00A047B0" w:rsidRPr="00E85698" w:rsidRDefault="00A047B0" w:rsidP="00A047B0">
            <w:pPr>
              <w:pStyle w:val="TableParagraph"/>
              <w:rPr>
                <w:sz w:val="24"/>
              </w:rPr>
            </w:pPr>
          </w:p>
        </w:tc>
        <w:tc>
          <w:tcPr>
            <w:tcW w:w="1576" w:type="dxa"/>
          </w:tcPr>
          <w:p w:rsidR="00A047B0" w:rsidRPr="00E85698" w:rsidRDefault="00A047B0" w:rsidP="00A047B0">
            <w:pPr>
              <w:pStyle w:val="TableParagraph"/>
              <w:spacing w:before="189" w:line="276" w:lineRule="auto"/>
              <w:ind w:right="155"/>
              <w:rPr>
                <w:sz w:val="24"/>
              </w:rPr>
            </w:pPr>
            <w:r w:rsidRPr="00E85698">
              <w:rPr>
                <w:sz w:val="24"/>
              </w:rPr>
              <w:t>Письменный</w:t>
            </w:r>
            <w:r w:rsidRPr="00E85698">
              <w:rPr>
                <w:spacing w:val="-57"/>
                <w:sz w:val="24"/>
              </w:rPr>
              <w:t xml:space="preserve"> </w:t>
            </w:r>
            <w:r w:rsidRPr="00E85698">
              <w:rPr>
                <w:sz w:val="24"/>
              </w:rPr>
              <w:t>контроль;</w:t>
            </w:r>
            <w:r w:rsidRPr="00E85698">
              <w:rPr>
                <w:spacing w:val="1"/>
                <w:sz w:val="24"/>
              </w:rPr>
              <w:t xml:space="preserve"> </w:t>
            </w:r>
            <w:r w:rsidRPr="00E85698">
              <w:rPr>
                <w:sz w:val="24"/>
              </w:rPr>
              <w:t>Устный</w:t>
            </w:r>
            <w:r w:rsidRPr="00E85698">
              <w:rPr>
                <w:spacing w:val="1"/>
                <w:sz w:val="24"/>
              </w:rPr>
              <w:t xml:space="preserve"> </w:t>
            </w:r>
            <w:r w:rsidRPr="00E85698">
              <w:rPr>
                <w:sz w:val="24"/>
              </w:rPr>
              <w:t>опрос;</w:t>
            </w:r>
          </w:p>
        </w:tc>
      </w:tr>
      <w:tr w:rsidR="00A047B0" w:rsidRPr="00E85698" w:rsidTr="00A047B0">
        <w:trPr>
          <w:trHeight w:val="798"/>
        </w:trPr>
        <w:tc>
          <w:tcPr>
            <w:tcW w:w="3792" w:type="dxa"/>
            <w:gridSpan w:val="2"/>
            <w:tcBorders>
              <w:right w:val="single" w:sz="6" w:space="0" w:color="000000"/>
            </w:tcBorders>
          </w:tcPr>
          <w:p w:rsidR="00A047B0" w:rsidRPr="00E85698" w:rsidRDefault="00A047B0" w:rsidP="00A047B0">
            <w:pPr>
              <w:pStyle w:val="TableParagraph"/>
              <w:spacing w:before="95" w:line="261" w:lineRule="auto"/>
              <w:ind w:left="76" w:right="730"/>
              <w:rPr>
                <w:b/>
                <w:sz w:val="24"/>
              </w:rPr>
            </w:pPr>
            <w:r w:rsidRPr="00E85698">
              <w:rPr>
                <w:b/>
                <w:sz w:val="24"/>
              </w:rPr>
              <w:t>ОБЩЕЕ КОЛИЧЕСТВО</w:t>
            </w:r>
            <w:r w:rsidRPr="00E85698">
              <w:rPr>
                <w:b/>
                <w:spacing w:val="1"/>
                <w:sz w:val="24"/>
              </w:rPr>
              <w:t xml:space="preserve"> </w:t>
            </w:r>
            <w:r w:rsidRPr="00E85698">
              <w:rPr>
                <w:b/>
                <w:sz w:val="24"/>
              </w:rPr>
              <w:t>ЧАСОВ</w:t>
            </w:r>
            <w:r w:rsidRPr="00E85698">
              <w:rPr>
                <w:b/>
                <w:spacing w:val="-8"/>
                <w:sz w:val="24"/>
              </w:rPr>
              <w:t xml:space="preserve"> </w:t>
            </w:r>
            <w:r w:rsidRPr="00E85698">
              <w:rPr>
                <w:b/>
                <w:sz w:val="24"/>
              </w:rPr>
              <w:t>ПО</w:t>
            </w:r>
            <w:r w:rsidRPr="00E85698">
              <w:rPr>
                <w:b/>
                <w:spacing w:val="-8"/>
                <w:sz w:val="24"/>
              </w:rPr>
              <w:t xml:space="preserve"> </w:t>
            </w:r>
            <w:r w:rsidRPr="00E85698">
              <w:rPr>
                <w:b/>
                <w:sz w:val="24"/>
              </w:rPr>
              <w:t>ПРОГРАММЕ</w:t>
            </w:r>
          </w:p>
        </w:tc>
        <w:tc>
          <w:tcPr>
            <w:tcW w:w="736" w:type="dxa"/>
            <w:tcBorders>
              <w:left w:val="single" w:sz="6" w:space="0" w:color="000000"/>
            </w:tcBorders>
          </w:tcPr>
          <w:p w:rsidR="00A047B0" w:rsidRPr="00E85698" w:rsidRDefault="00A047B0" w:rsidP="00A047B0">
            <w:pPr>
              <w:pStyle w:val="TableParagraph"/>
              <w:spacing w:before="87"/>
              <w:ind w:right="285"/>
              <w:jc w:val="right"/>
              <w:rPr>
                <w:b/>
                <w:sz w:val="24"/>
              </w:rPr>
            </w:pPr>
            <w:r w:rsidRPr="00E85698">
              <w:rPr>
                <w:b/>
                <w:sz w:val="24"/>
              </w:rPr>
              <w:t>102</w:t>
            </w:r>
          </w:p>
        </w:tc>
        <w:tc>
          <w:tcPr>
            <w:tcW w:w="1621" w:type="dxa"/>
          </w:tcPr>
          <w:p w:rsidR="00A047B0" w:rsidRPr="00E85698" w:rsidRDefault="00A047B0" w:rsidP="00A047B0">
            <w:pPr>
              <w:pStyle w:val="TableParagraph"/>
              <w:spacing w:before="87"/>
              <w:ind w:left="75"/>
              <w:rPr>
                <w:b/>
                <w:sz w:val="24"/>
              </w:rPr>
            </w:pPr>
            <w:r w:rsidRPr="00E85698">
              <w:rPr>
                <w:b/>
                <w:sz w:val="24"/>
              </w:rPr>
              <w:t>9</w:t>
            </w:r>
          </w:p>
        </w:tc>
        <w:tc>
          <w:tcPr>
            <w:tcW w:w="4411" w:type="dxa"/>
            <w:gridSpan w:val="3"/>
          </w:tcPr>
          <w:p w:rsidR="00A047B0" w:rsidRPr="00E85698" w:rsidRDefault="00A047B0" w:rsidP="00A047B0">
            <w:pPr>
              <w:pStyle w:val="TableParagraph"/>
              <w:spacing w:before="87"/>
              <w:ind w:left="75"/>
              <w:rPr>
                <w:b/>
                <w:sz w:val="24"/>
              </w:rPr>
            </w:pPr>
          </w:p>
        </w:tc>
      </w:tr>
    </w:tbl>
    <w:p w:rsidR="00A047B0" w:rsidRPr="00E85698" w:rsidRDefault="00A047B0" w:rsidP="00A047B0">
      <w:pPr>
        <w:rPr>
          <w:sz w:val="24"/>
        </w:rPr>
        <w:sectPr w:rsidR="00A047B0" w:rsidRPr="00E85698">
          <w:pgSz w:w="11900" w:h="16850"/>
          <w:pgMar w:top="280" w:right="540" w:bottom="280" w:left="560" w:header="720" w:footer="720" w:gutter="0"/>
          <w:cols w:space="720"/>
        </w:sectPr>
      </w:pPr>
    </w:p>
    <w:p w:rsidR="00A047B0" w:rsidRPr="00E85698" w:rsidRDefault="00A047B0" w:rsidP="00A047B0">
      <w:pPr>
        <w:spacing w:line="230" w:lineRule="auto"/>
      </w:pPr>
      <w:r w:rsidRPr="00E85698">
        <w:rPr>
          <w:b/>
          <w:color w:val="000000"/>
          <w:sz w:val="24"/>
        </w:rPr>
        <w:lastRenderedPageBreak/>
        <w:t xml:space="preserve">УЧЕБНО-МЕТОДИЧЕСКОЕ ОБЕСПЕЧЕНИЕ ОБРАЗОВАТЕЛЬНОГО ПРОЦЕССА </w:t>
      </w:r>
    </w:p>
    <w:p w:rsidR="00A047B0" w:rsidRPr="00E85698" w:rsidRDefault="00A047B0" w:rsidP="00A047B0">
      <w:pPr>
        <w:spacing w:before="346" w:line="230" w:lineRule="auto"/>
      </w:pPr>
      <w:r w:rsidRPr="00E85698">
        <w:rPr>
          <w:b/>
          <w:color w:val="000000"/>
          <w:sz w:val="24"/>
        </w:rPr>
        <w:t>ОБЯЗАТЕЛЬНЫЕ УЧЕБНЫЕ МАТЕРИАЛЫ ДЛЯ УЧЕНИКА</w:t>
      </w:r>
    </w:p>
    <w:p w:rsidR="00A047B0" w:rsidRPr="00E85698" w:rsidRDefault="00A047B0" w:rsidP="00A047B0">
      <w:pPr>
        <w:spacing w:before="166" w:line="271" w:lineRule="auto"/>
        <w:ind w:right="576"/>
      </w:pPr>
      <w:proofErr w:type="spellStart"/>
      <w:r w:rsidRPr="00E85698">
        <w:rPr>
          <w:color w:val="000000"/>
          <w:sz w:val="24"/>
        </w:rPr>
        <w:t>Тростенцова</w:t>
      </w:r>
      <w:proofErr w:type="spellEnd"/>
      <w:r w:rsidRPr="00E85698">
        <w:rPr>
          <w:color w:val="000000"/>
          <w:sz w:val="24"/>
        </w:rPr>
        <w:t xml:space="preserve"> Л.А. </w:t>
      </w:r>
      <w:proofErr w:type="spellStart"/>
      <w:r w:rsidRPr="00E85698">
        <w:rPr>
          <w:color w:val="000000"/>
          <w:sz w:val="24"/>
        </w:rPr>
        <w:t>Ладыженская</w:t>
      </w:r>
      <w:proofErr w:type="spellEnd"/>
      <w:r w:rsidRPr="00E85698">
        <w:rPr>
          <w:color w:val="000000"/>
          <w:sz w:val="24"/>
        </w:rPr>
        <w:t xml:space="preserve"> Т.А. и другие. Русский язык 8 класс/ Акционерное общество «Издательство «Просвещение»; </w:t>
      </w:r>
      <w:r w:rsidRPr="00E85698">
        <w:br/>
      </w:r>
    </w:p>
    <w:p w:rsidR="00A047B0" w:rsidRPr="00E85698" w:rsidRDefault="00A047B0" w:rsidP="00A047B0">
      <w:pPr>
        <w:spacing w:before="262" w:line="230" w:lineRule="auto"/>
      </w:pPr>
      <w:r w:rsidRPr="00E85698">
        <w:rPr>
          <w:b/>
          <w:color w:val="000000"/>
          <w:sz w:val="24"/>
        </w:rPr>
        <w:t>МЕТОДИЧЕСКИЕ МАТЕРИАЛЫ ДЛЯ УЧИТЕЛЯ</w:t>
      </w:r>
    </w:p>
    <w:p w:rsidR="00A047B0" w:rsidRPr="00E85698" w:rsidRDefault="00A047B0" w:rsidP="00A047B0">
      <w:pPr>
        <w:spacing w:before="166" w:line="230" w:lineRule="auto"/>
      </w:pPr>
      <w:r w:rsidRPr="00E85698">
        <w:rPr>
          <w:color w:val="000000"/>
          <w:sz w:val="24"/>
        </w:rPr>
        <w:t xml:space="preserve">1. Г.А. Богданова. Уроки русского языка в 8 </w:t>
      </w:r>
      <w:proofErr w:type="spellStart"/>
      <w:r w:rsidRPr="00E85698">
        <w:rPr>
          <w:color w:val="000000"/>
          <w:sz w:val="24"/>
        </w:rPr>
        <w:t>кл</w:t>
      </w:r>
      <w:proofErr w:type="spellEnd"/>
      <w:r w:rsidRPr="00E85698">
        <w:rPr>
          <w:color w:val="000000"/>
          <w:sz w:val="24"/>
        </w:rPr>
        <w:t>. / Г. А. Богданова. - СПб, 2021.</w:t>
      </w:r>
    </w:p>
    <w:p w:rsidR="00A047B0" w:rsidRPr="00E85698" w:rsidRDefault="00A047B0" w:rsidP="00A047B0">
      <w:pPr>
        <w:spacing w:before="70" w:line="262" w:lineRule="auto"/>
        <w:ind w:right="1008"/>
      </w:pPr>
      <w:r w:rsidRPr="00E85698">
        <w:rPr>
          <w:color w:val="000000"/>
          <w:sz w:val="24"/>
        </w:rPr>
        <w:t>2. Г.А. Богданова Сборник диктантов по русскому языку: 5-9 классы. / Г. А. Богданова. - М.: Просвещение, 2019.</w:t>
      </w:r>
    </w:p>
    <w:p w:rsidR="00A047B0" w:rsidRPr="00E85698" w:rsidRDefault="00A047B0" w:rsidP="00A047B0">
      <w:pPr>
        <w:spacing w:before="72" w:line="262" w:lineRule="auto"/>
        <w:ind w:right="720"/>
      </w:pPr>
      <w:r w:rsidRPr="00E85698">
        <w:rPr>
          <w:color w:val="000000"/>
          <w:sz w:val="24"/>
        </w:rPr>
        <w:t xml:space="preserve">3. М.Г. </w:t>
      </w:r>
      <w:proofErr w:type="spellStart"/>
      <w:r w:rsidRPr="00E85698">
        <w:rPr>
          <w:color w:val="000000"/>
          <w:sz w:val="24"/>
        </w:rPr>
        <w:t>Бройде</w:t>
      </w:r>
      <w:proofErr w:type="spellEnd"/>
      <w:r w:rsidRPr="00E85698">
        <w:rPr>
          <w:color w:val="000000"/>
          <w:sz w:val="24"/>
        </w:rPr>
        <w:t xml:space="preserve">. Занимательные упражнения по русскому языку: 5-9 классы. – М.: ВАКО, 2016. 4. П.Ф. </w:t>
      </w:r>
      <w:proofErr w:type="spellStart"/>
      <w:r w:rsidRPr="00E85698">
        <w:rPr>
          <w:color w:val="000000"/>
          <w:sz w:val="24"/>
        </w:rPr>
        <w:t>Ивченков</w:t>
      </w:r>
      <w:proofErr w:type="spellEnd"/>
      <w:r w:rsidRPr="00E85698">
        <w:rPr>
          <w:color w:val="000000"/>
          <w:sz w:val="24"/>
        </w:rPr>
        <w:t xml:space="preserve">. Обучающее изложение: 5-9 </w:t>
      </w:r>
      <w:proofErr w:type="spellStart"/>
      <w:r w:rsidRPr="00E85698">
        <w:rPr>
          <w:color w:val="000000"/>
          <w:sz w:val="24"/>
        </w:rPr>
        <w:t>кл</w:t>
      </w:r>
      <w:proofErr w:type="spellEnd"/>
      <w:r w:rsidRPr="00E85698">
        <w:rPr>
          <w:color w:val="000000"/>
          <w:sz w:val="24"/>
        </w:rPr>
        <w:t xml:space="preserve">. / П. Ф. </w:t>
      </w:r>
      <w:proofErr w:type="spellStart"/>
      <w:r w:rsidRPr="00E85698">
        <w:rPr>
          <w:color w:val="000000"/>
          <w:sz w:val="24"/>
        </w:rPr>
        <w:t>Ивченков</w:t>
      </w:r>
      <w:proofErr w:type="spellEnd"/>
      <w:r w:rsidRPr="00E85698">
        <w:rPr>
          <w:color w:val="000000"/>
          <w:sz w:val="24"/>
        </w:rPr>
        <w:t>. - М., 2018.</w:t>
      </w:r>
    </w:p>
    <w:p w:rsidR="00A047B0" w:rsidRPr="00E85698" w:rsidRDefault="00A047B0" w:rsidP="00A047B0">
      <w:pPr>
        <w:spacing w:before="70" w:line="262" w:lineRule="auto"/>
        <w:ind w:right="432"/>
      </w:pPr>
      <w:r w:rsidRPr="00E85698">
        <w:rPr>
          <w:color w:val="000000"/>
          <w:sz w:val="24"/>
        </w:rPr>
        <w:t>5. Н.А. Сенина. Русский язык. Тесты для промежуточного контроля. 8 класс – Ростов н/Д: Легион, 2020.</w:t>
      </w:r>
    </w:p>
    <w:p w:rsidR="00A047B0" w:rsidRPr="00E85698" w:rsidRDefault="00A047B0" w:rsidP="00A047B0">
      <w:pPr>
        <w:spacing w:before="262" w:line="230" w:lineRule="auto"/>
      </w:pPr>
      <w:r w:rsidRPr="00E85698">
        <w:rPr>
          <w:b/>
          <w:color w:val="000000"/>
          <w:sz w:val="24"/>
        </w:rPr>
        <w:t>ЦИФРОВЫЕ ОБРАЗОВАТЕЛЬНЫЕ РЕСУРСЫ И РЕСУРСЫ СЕТИ ИНТЕРНЕТ</w:t>
      </w:r>
    </w:p>
    <w:p w:rsidR="00A047B0" w:rsidRPr="00E85698" w:rsidRDefault="00A047B0" w:rsidP="00A047B0">
      <w:pPr>
        <w:spacing w:before="166" w:line="271" w:lineRule="auto"/>
        <w:ind w:right="432"/>
      </w:pPr>
      <w:r w:rsidRPr="00E85698">
        <w:rPr>
          <w:color w:val="000000"/>
          <w:sz w:val="24"/>
        </w:rPr>
        <w:t xml:space="preserve">http://ege.edu.ru Портал информационной поддержки ЕГЭ </w:t>
      </w:r>
      <w:r w:rsidRPr="00E85698">
        <w:br/>
      </w:r>
      <w:r w:rsidRPr="00E85698">
        <w:rPr>
          <w:color w:val="000000"/>
          <w:sz w:val="24"/>
        </w:rPr>
        <w:t>http://repetitor.1c.ru/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A047B0" w:rsidRPr="00E85698" w:rsidRDefault="00A047B0" w:rsidP="00A047B0">
      <w:pPr>
        <w:spacing w:before="70" w:line="286" w:lineRule="auto"/>
      </w:pPr>
      <w:r w:rsidRPr="00E85698">
        <w:rPr>
          <w:color w:val="000000"/>
          <w:sz w:val="24"/>
        </w:rPr>
        <w:t>http://www.1september.ru/ru/ - газета «Первое сентября»</w:t>
      </w:r>
      <w:r w:rsidRPr="00E85698">
        <w:br/>
      </w:r>
      <w:r w:rsidRPr="00E85698">
        <w:rPr>
          <w:color w:val="000000"/>
          <w:sz w:val="24"/>
        </w:rPr>
        <w:t xml:space="preserve">http://all.edu.ru/ - Все образование Интернета </w:t>
      </w:r>
      <w:r w:rsidRPr="00E85698">
        <w:br/>
      </w:r>
      <w:r w:rsidRPr="00E85698">
        <w:rPr>
          <w:color w:val="000000"/>
          <w:sz w:val="24"/>
        </w:rPr>
        <w:t xml:space="preserve">http://www.mediaterra.ru/ruslang/ - теория и практика русской орфографии и пунктуации </w:t>
      </w:r>
      <w:r w:rsidRPr="00E85698">
        <w:br/>
      </w:r>
      <w:r w:rsidRPr="00E85698">
        <w:rPr>
          <w:color w:val="000000"/>
          <w:sz w:val="24"/>
        </w:rPr>
        <w:t xml:space="preserve">Навигатор. Грамота. </w:t>
      </w:r>
      <w:proofErr w:type="spellStart"/>
      <w:r w:rsidRPr="00E85698">
        <w:rPr>
          <w:color w:val="000000"/>
          <w:sz w:val="24"/>
        </w:rPr>
        <w:t>ру</w:t>
      </w:r>
      <w:proofErr w:type="spellEnd"/>
      <w:r w:rsidRPr="00E85698">
        <w:rPr>
          <w:color w:val="000000"/>
          <w:sz w:val="24"/>
        </w:rPr>
        <w:t xml:space="preserve"> http://www.navigator.gramota.ru/ </w:t>
      </w:r>
      <w:r w:rsidRPr="00E85698">
        <w:br/>
      </w:r>
      <w:r w:rsidRPr="00E85698">
        <w:rPr>
          <w:color w:val="000000"/>
          <w:sz w:val="24"/>
        </w:rPr>
        <w:t xml:space="preserve">Новый словарь русского языка http://www.rubricon.ru/nsr_1.asp </w:t>
      </w:r>
      <w:r w:rsidRPr="00E85698">
        <w:br/>
      </w:r>
      <w:r w:rsidRPr="00E85698">
        <w:rPr>
          <w:color w:val="000000"/>
          <w:sz w:val="24"/>
        </w:rPr>
        <w:t xml:space="preserve">Опорный орфографический компакт по русскому языку (пособие по орфографии) http://yamal.org/ook/ Русский филологический портал http://www.philology.ru/default.htm </w:t>
      </w:r>
      <w:r w:rsidRPr="00E85698">
        <w:br/>
      </w:r>
      <w:r w:rsidRPr="00E85698">
        <w:rPr>
          <w:color w:val="000000"/>
          <w:sz w:val="24"/>
        </w:rPr>
        <w:t xml:space="preserve">Русский язык и культура речи http://www.sibupk.nsk.su/Public/Chairs/c_foreign/Russian/kr_rus.htm#4 Самый полный словарь сокращений русского языка http://www.sokr.ru/ </w:t>
      </w:r>
      <w:r w:rsidRPr="00E85698">
        <w:br/>
      </w:r>
      <w:r w:rsidRPr="00E85698">
        <w:rPr>
          <w:color w:val="000000"/>
          <w:sz w:val="24"/>
        </w:rPr>
        <w:t xml:space="preserve">Словарь русских фамилий http://www.rusfam.ru/ </w:t>
      </w:r>
      <w:r w:rsidRPr="00E85698">
        <w:br/>
      </w:r>
      <w:r w:rsidRPr="00E85698">
        <w:rPr>
          <w:color w:val="000000"/>
          <w:sz w:val="24"/>
        </w:rPr>
        <w:t xml:space="preserve">Уроки русского языка в школе Бабы-Яги http://sertolovo.narod.ru/1.htm </w:t>
      </w:r>
    </w:p>
    <w:p w:rsidR="00A047B0" w:rsidRPr="00E85698" w:rsidRDefault="00A047B0" w:rsidP="00A047B0">
      <w:pPr>
        <w:sectPr w:rsidR="00A047B0" w:rsidRPr="00E85698">
          <w:pgSz w:w="11900" w:h="16840"/>
          <w:pgMar w:top="298" w:right="650" w:bottom="1440" w:left="666" w:header="720" w:footer="720" w:gutter="0"/>
          <w:cols w:space="720" w:equalWidth="0">
            <w:col w:w="10584" w:space="0"/>
          </w:cols>
          <w:docGrid w:linePitch="360"/>
        </w:sectPr>
      </w:pPr>
    </w:p>
    <w:p w:rsidR="00A047B0" w:rsidRPr="00E85698" w:rsidRDefault="00A047B0" w:rsidP="00A047B0">
      <w:pPr>
        <w:spacing w:after="78" w:line="220" w:lineRule="exact"/>
      </w:pPr>
    </w:p>
    <w:p w:rsidR="00A047B0" w:rsidRPr="00E85698" w:rsidRDefault="00A047B0" w:rsidP="00A047B0">
      <w:pPr>
        <w:spacing w:before="179"/>
        <w:ind w:left="106"/>
        <w:rPr>
          <w:b/>
          <w:sz w:val="24"/>
        </w:rPr>
      </w:pPr>
      <w:r w:rsidRPr="00E85698">
        <w:rPr>
          <w:b/>
          <w:color w:val="000000"/>
          <w:sz w:val="24"/>
        </w:rPr>
        <w:t xml:space="preserve">МАТЕРИАЛЬНО-ТЕХНИЧЕСКОЕ ОБЕСПЕЧЕНИЕ ОБРАЗОВАТЕЛЬНОГО ПРОЦЕССА </w:t>
      </w:r>
      <w:r w:rsidRPr="00E85698">
        <w:rPr>
          <w:b/>
          <w:sz w:val="24"/>
        </w:rPr>
        <w:t>УЧЕБНОЕ</w:t>
      </w:r>
      <w:r w:rsidRPr="00E85698">
        <w:rPr>
          <w:b/>
          <w:spacing w:val="-9"/>
          <w:sz w:val="24"/>
        </w:rPr>
        <w:t xml:space="preserve"> </w:t>
      </w:r>
      <w:r w:rsidRPr="00E85698">
        <w:rPr>
          <w:b/>
          <w:sz w:val="24"/>
        </w:rPr>
        <w:t>ОБОРУДОВАНИЕ</w:t>
      </w:r>
    </w:p>
    <w:p w:rsidR="00A047B0" w:rsidRPr="00E85698" w:rsidRDefault="00A047B0" w:rsidP="00A047B0">
      <w:pPr>
        <w:pStyle w:val="a5"/>
        <w:spacing w:before="156"/>
      </w:pPr>
      <w:r w:rsidRPr="00E85698">
        <w:t>Таблицы,</w:t>
      </w:r>
      <w:r w:rsidRPr="00E85698">
        <w:rPr>
          <w:spacing w:val="-5"/>
        </w:rPr>
        <w:t xml:space="preserve"> </w:t>
      </w:r>
      <w:r w:rsidRPr="00E85698">
        <w:t>плакаты,</w:t>
      </w:r>
      <w:r w:rsidRPr="00E85698">
        <w:rPr>
          <w:spacing w:val="-5"/>
        </w:rPr>
        <w:t xml:space="preserve"> </w:t>
      </w:r>
      <w:r w:rsidRPr="00E85698">
        <w:t>словари,</w:t>
      </w:r>
      <w:r w:rsidRPr="00E85698">
        <w:rPr>
          <w:spacing w:val="-4"/>
        </w:rPr>
        <w:t xml:space="preserve"> </w:t>
      </w:r>
      <w:r w:rsidRPr="00E85698">
        <w:t>портреты,</w:t>
      </w:r>
      <w:r w:rsidRPr="00E85698">
        <w:rPr>
          <w:spacing w:val="-5"/>
        </w:rPr>
        <w:t xml:space="preserve"> </w:t>
      </w:r>
      <w:r w:rsidRPr="00E85698">
        <w:t>дидактический</w:t>
      </w:r>
      <w:r w:rsidRPr="00E85698">
        <w:rPr>
          <w:spacing w:val="-4"/>
        </w:rPr>
        <w:t xml:space="preserve"> </w:t>
      </w:r>
      <w:r w:rsidRPr="00E85698">
        <w:t>материал</w:t>
      </w:r>
    </w:p>
    <w:p w:rsidR="00A047B0" w:rsidRPr="00E85698" w:rsidRDefault="00A047B0" w:rsidP="00A047B0">
      <w:pPr>
        <w:pStyle w:val="a5"/>
        <w:spacing w:before="10"/>
        <w:ind w:left="0"/>
        <w:rPr>
          <w:sz w:val="21"/>
        </w:rPr>
      </w:pPr>
    </w:p>
    <w:p w:rsidR="00A047B0" w:rsidRPr="00E85698" w:rsidRDefault="00A047B0" w:rsidP="00A047B0">
      <w:pPr>
        <w:pStyle w:val="11"/>
        <w:spacing w:before="1"/>
      </w:pPr>
      <w:r w:rsidRPr="00E85698">
        <w:t>ОБОРУДОВАНИЕ</w:t>
      </w:r>
      <w:r w:rsidRPr="00E85698">
        <w:rPr>
          <w:spacing w:val="-8"/>
        </w:rPr>
        <w:t xml:space="preserve"> </w:t>
      </w:r>
      <w:r w:rsidRPr="00E85698">
        <w:t>ДЛЯ</w:t>
      </w:r>
      <w:r w:rsidRPr="00E85698">
        <w:rPr>
          <w:spacing w:val="-8"/>
        </w:rPr>
        <w:t xml:space="preserve"> </w:t>
      </w:r>
      <w:r w:rsidRPr="00E85698">
        <w:t>ПРОВЕДЕНИЯ</w:t>
      </w:r>
      <w:r w:rsidRPr="00E85698">
        <w:rPr>
          <w:spacing w:val="-8"/>
        </w:rPr>
        <w:t xml:space="preserve"> </w:t>
      </w:r>
      <w:r w:rsidRPr="00E85698">
        <w:t>ПРАКТИЧЕСКИХ</w:t>
      </w:r>
      <w:r w:rsidRPr="00E85698">
        <w:rPr>
          <w:spacing w:val="-8"/>
        </w:rPr>
        <w:t xml:space="preserve"> </w:t>
      </w:r>
      <w:r w:rsidRPr="00E85698">
        <w:t>РАБОТ</w:t>
      </w:r>
    </w:p>
    <w:p w:rsidR="00A047B0" w:rsidRPr="00E85698" w:rsidRDefault="00A047B0" w:rsidP="00A047B0">
      <w:pPr>
        <w:pStyle w:val="a5"/>
        <w:spacing w:before="156"/>
      </w:pPr>
      <w:r w:rsidRPr="00E85698">
        <w:t>Мультимедийный</w:t>
      </w:r>
      <w:r w:rsidRPr="00E85698">
        <w:rPr>
          <w:spacing w:val="-5"/>
        </w:rPr>
        <w:t xml:space="preserve"> </w:t>
      </w:r>
      <w:r w:rsidRPr="00E85698">
        <w:t>проектор,</w:t>
      </w:r>
      <w:r w:rsidRPr="00E85698">
        <w:rPr>
          <w:spacing w:val="-4"/>
        </w:rPr>
        <w:t xml:space="preserve"> </w:t>
      </w:r>
      <w:r w:rsidRPr="00E85698">
        <w:t>интерактивная</w:t>
      </w:r>
      <w:r w:rsidRPr="00E85698">
        <w:rPr>
          <w:spacing w:val="-6"/>
        </w:rPr>
        <w:t xml:space="preserve"> </w:t>
      </w:r>
      <w:r w:rsidRPr="00E85698">
        <w:t>доска</w:t>
      </w:r>
    </w:p>
    <w:p w:rsidR="00A047B0" w:rsidRPr="00E85698" w:rsidRDefault="00A047B0" w:rsidP="00A047B0">
      <w:pPr>
        <w:pStyle w:val="a5"/>
        <w:spacing w:before="4"/>
        <w:ind w:left="0"/>
        <w:rPr>
          <w:b/>
          <w:sz w:val="17"/>
        </w:rPr>
      </w:pPr>
    </w:p>
    <w:p w:rsidR="00624C8A" w:rsidRPr="00E85698" w:rsidRDefault="00624C8A">
      <w:pPr>
        <w:pStyle w:val="a5"/>
        <w:spacing w:before="2"/>
        <w:ind w:left="0"/>
        <w:rPr>
          <w:b/>
          <w:sz w:val="12"/>
        </w:rPr>
      </w:pPr>
    </w:p>
    <w:p w:rsidR="00624C8A" w:rsidRPr="00E85698" w:rsidRDefault="00624C8A">
      <w:pPr>
        <w:rPr>
          <w:sz w:val="24"/>
        </w:rPr>
        <w:sectPr w:rsidR="00624C8A" w:rsidRPr="00E85698">
          <w:pgSz w:w="11900" w:h="16840"/>
          <w:pgMar w:top="560" w:right="560" w:bottom="280" w:left="560" w:header="720" w:footer="720" w:gutter="0"/>
          <w:cols w:space="720"/>
        </w:sectPr>
      </w:pPr>
    </w:p>
    <w:p w:rsidR="00A037E6" w:rsidRPr="00277607" w:rsidRDefault="00277607" w:rsidP="00277607">
      <w:pPr>
        <w:pStyle w:val="a5"/>
        <w:spacing w:before="1"/>
        <w:ind w:left="0"/>
        <w:jc w:val="center"/>
        <w:rPr>
          <w:b/>
          <w:sz w:val="28"/>
          <w:szCs w:val="28"/>
        </w:rPr>
      </w:pPr>
      <w:r w:rsidRPr="00277607">
        <w:rPr>
          <w:b/>
          <w:sz w:val="28"/>
          <w:szCs w:val="28"/>
        </w:rPr>
        <w:lastRenderedPageBreak/>
        <w:t>Приложение 1</w:t>
      </w:r>
    </w:p>
    <w:p w:rsidR="00A037E6" w:rsidRPr="00277607" w:rsidRDefault="00A037E6" w:rsidP="00277607">
      <w:pPr>
        <w:ind w:left="1241"/>
        <w:jc w:val="center"/>
        <w:rPr>
          <w:b/>
          <w:sz w:val="28"/>
          <w:szCs w:val="28"/>
        </w:rPr>
      </w:pPr>
      <w:r w:rsidRPr="00277607">
        <w:rPr>
          <w:b/>
          <w:sz w:val="28"/>
          <w:szCs w:val="28"/>
          <w:u w:val="thick"/>
        </w:rPr>
        <w:t>Нормы</w:t>
      </w:r>
      <w:r w:rsidRPr="00277607">
        <w:rPr>
          <w:b/>
          <w:spacing w:val="-4"/>
          <w:sz w:val="28"/>
          <w:szCs w:val="28"/>
          <w:u w:val="thick"/>
        </w:rPr>
        <w:t xml:space="preserve"> </w:t>
      </w:r>
      <w:r w:rsidRPr="00277607">
        <w:rPr>
          <w:b/>
          <w:sz w:val="28"/>
          <w:szCs w:val="28"/>
          <w:u w:val="thick"/>
        </w:rPr>
        <w:t>оценивания</w:t>
      </w:r>
      <w:r w:rsidRPr="00277607">
        <w:rPr>
          <w:b/>
          <w:spacing w:val="-2"/>
          <w:sz w:val="28"/>
          <w:szCs w:val="28"/>
          <w:u w:val="thick"/>
        </w:rPr>
        <w:t xml:space="preserve"> </w:t>
      </w:r>
      <w:r w:rsidRPr="00277607">
        <w:rPr>
          <w:b/>
          <w:sz w:val="28"/>
          <w:szCs w:val="28"/>
          <w:u w:val="thick"/>
        </w:rPr>
        <w:t>учебного</w:t>
      </w:r>
      <w:r w:rsidRPr="00277607">
        <w:rPr>
          <w:b/>
          <w:spacing w:val="-2"/>
          <w:sz w:val="28"/>
          <w:szCs w:val="28"/>
          <w:u w:val="thick"/>
        </w:rPr>
        <w:t xml:space="preserve"> </w:t>
      </w:r>
      <w:r w:rsidRPr="00277607">
        <w:rPr>
          <w:b/>
          <w:sz w:val="28"/>
          <w:szCs w:val="28"/>
          <w:u w:val="thick"/>
        </w:rPr>
        <w:t>предмета</w:t>
      </w:r>
      <w:r w:rsidRPr="00277607">
        <w:rPr>
          <w:b/>
          <w:spacing w:val="-2"/>
          <w:sz w:val="28"/>
          <w:szCs w:val="28"/>
          <w:u w:val="thick"/>
        </w:rPr>
        <w:t xml:space="preserve"> </w:t>
      </w:r>
      <w:r w:rsidRPr="00277607">
        <w:rPr>
          <w:b/>
          <w:sz w:val="28"/>
          <w:szCs w:val="28"/>
          <w:u w:val="thick"/>
        </w:rPr>
        <w:t>«Русский</w:t>
      </w:r>
      <w:r w:rsidRPr="00277607">
        <w:rPr>
          <w:b/>
          <w:spacing w:val="-2"/>
          <w:sz w:val="28"/>
          <w:szCs w:val="28"/>
          <w:u w:val="thick"/>
        </w:rPr>
        <w:t xml:space="preserve"> </w:t>
      </w:r>
      <w:r w:rsidRPr="00277607">
        <w:rPr>
          <w:b/>
          <w:sz w:val="28"/>
          <w:szCs w:val="28"/>
          <w:u w:val="thick"/>
        </w:rPr>
        <w:t>язык»</w:t>
      </w:r>
    </w:p>
    <w:p w:rsidR="00A037E6" w:rsidRPr="00277607" w:rsidRDefault="00A037E6" w:rsidP="00277607">
      <w:pPr>
        <w:pStyle w:val="a5"/>
        <w:spacing w:before="3"/>
        <w:ind w:left="0"/>
        <w:jc w:val="center"/>
        <w:rPr>
          <w:b/>
          <w:sz w:val="28"/>
          <w:szCs w:val="28"/>
        </w:rPr>
      </w:pPr>
    </w:p>
    <w:p w:rsidR="00A037E6" w:rsidRPr="00E85698" w:rsidRDefault="00A037E6" w:rsidP="00A037E6">
      <w:pPr>
        <w:pStyle w:val="210"/>
        <w:spacing w:before="90" w:line="274" w:lineRule="exact"/>
        <w:ind w:left="1099"/>
        <w:jc w:val="both"/>
      </w:pPr>
      <w:r w:rsidRPr="00E85698">
        <w:t>Оценка</w:t>
      </w:r>
      <w:r w:rsidRPr="00E85698">
        <w:rPr>
          <w:spacing w:val="-3"/>
        </w:rPr>
        <w:t xml:space="preserve"> </w:t>
      </w:r>
      <w:r w:rsidRPr="00E85698">
        <w:t>устных</w:t>
      </w:r>
      <w:r w:rsidRPr="00E85698">
        <w:rPr>
          <w:spacing w:val="-3"/>
        </w:rPr>
        <w:t xml:space="preserve"> </w:t>
      </w:r>
      <w:r w:rsidRPr="00E85698">
        <w:t>ответов</w:t>
      </w:r>
      <w:r w:rsidRPr="00E85698">
        <w:rPr>
          <w:spacing w:val="-3"/>
        </w:rPr>
        <w:t xml:space="preserve"> </w:t>
      </w:r>
      <w:r w:rsidRPr="00E85698">
        <w:t>учащихся</w:t>
      </w:r>
    </w:p>
    <w:p w:rsidR="00A037E6" w:rsidRPr="00E85698" w:rsidRDefault="00A037E6" w:rsidP="00A037E6">
      <w:pPr>
        <w:pStyle w:val="a5"/>
        <w:ind w:left="532" w:right="835" w:firstLine="566"/>
      </w:pPr>
      <w:r w:rsidRPr="00E85698">
        <w:t>Устный опрос является одним из основных способов учета знаний учащихся по русскому</w:t>
      </w:r>
      <w:r w:rsidRPr="00E85698">
        <w:rPr>
          <w:spacing w:val="1"/>
        </w:rPr>
        <w:t xml:space="preserve"> </w:t>
      </w:r>
      <w:r w:rsidRPr="00E85698">
        <w:t>языку.</w:t>
      </w:r>
      <w:r w:rsidRPr="00E85698">
        <w:rPr>
          <w:spacing w:val="1"/>
        </w:rPr>
        <w:t xml:space="preserve"> </w:t>
      </w:r>
      <w:r w:rsidRPr="00E85698">
        <w:t>Развернутый</w:t>
      </w:r>
      <w:r w:rsidRPr="00E85698">
        <w:rPr>
          <w:spacing w:val="1"/>
        </w:rPr>
        <w:t xml:space="preserve"> </w:t>
      </w:r>
      <w:r w:rsidRPr="00E85698">
        <w:t>ответ</w:t>
      </w:r>
      <w:r w:rsidRPr="00E85698">
        <w:rPr>
          <w:spacing w:val="1"/>
        </w:rPr>
        <w:t xml:space="preserve"> </w:t>
      </w:r>
      <w:r w:rsidRPr="00E85698">
        <w:t>ученика</w:t>
      </w:r>
      <w:r w:rsidRPr="00E85698">
        <w:rPr>
          <w:spacing w:val="1"/>
        </w:rPr>
        <w:t xml:space="preserve"> </w:t>
      </w:r>
      <w:r w:rsidRPr="00E85698">
        <w:t>должен</w:t>
      </w:r>
      <w:r w:rsidRPr="00E85698">
        <w:rPr>
          <w:spacing w:val="1"/>
        </w:rPr>
        <w:t xml:space="preserve"> </w:t>
      </w:r>
      <w:r w:rsidRPr="00E85698">
        <w:t>представлять</w:t>
      </w:r>
      <w:r w:rsidRPr="00E85698">
        <w:rPr>
          <w:spacing w:val="1"/>
        </w:rPr>
        <w:t xml:space="preserve"> </w:t>
      </w:r>
      <w:r w:rsidRPr="00E85698">
        <w:t>собой</w:t>
      </w:r>
      <w:r w:rsidRPr="00E85698">
        <w:rPr>
          <w:spacing w:val="1"/>
        </w:rPr>
        <w:t xml:space="preserve"> </w:t>
      </w:r>
      <w:r w:rsidRPr="00E85698">
        <w:t>связное,</w:t>
      </w:r>
      <w:r w:rsidRPr="00E85698">
        <w:rPr>
          <w:spacing w:val="1"/>
        </w:rPr>
        <w:t xml:space="preserve"> </w:t>
      </w:r>
      <w:r w:rsidRPr="00E85698">
        <w:t>логически</w:t>
      </w:r>
      <w:r w:rsidRPr="00E85698">
        <w:rPr>
          <w:spacing w:val="-57"/>
        </w:rPr>
        <w:t xml:space="preserve"> </w:t>
      </w:r>
      <w:r w:rsidRPr="00E85698">
        <w:t>последовательное</w:t>
      </w:r>
      <w:r w:rsidRPr="00E85698">
        <w:rPr>
          <w:spacing w:val="1"/>
        </w:rPr>
        <w:t xml:space="preserve"> </w:t>
      </w:r>
      <w:r w:rsidRPr="00E85698">
        <w:t>сообщение</w:t>
      </w:r>
      <w:r w:rsidRPr="00E85698">
        <w:rPr>
          <w:spacing w:val="1"/>
        </w:rPr>
        <w:t xml:space="preserve"> </w:t>
      </w:r>
      <w:r w:rsidRPr="00E85698">
        <w:t>на</w:t>
      </w:r>
      <w:r w:rsidRPr="00E85698">
        <w:rPr>
          <w:spacing w:val="1"/>
        </w:rPr>
        <w:t xml:space="preserve"> </w:t>
      </w:r>
      <w:r w:rsidRPr="00E85698">
        <w:t>определенную</w:t>
      </w:r>
      <w:r w:rsidRPr="00E85698">
        <w:rPr>
          <w:spacing w:val="1"/>
        </w:rPr>
        <w:t xml:space="preserve"> </w:t>
      </w:r>
      <w:r w:rsidRPr="00E85698">
        <w:t>тему,</w:t>
      </w:r>
      <w:r w:rsidRPr="00E85698">
        <w:rPr>
          <w:spacing w:val="1"/>
        </w:rPr>
        <w:t xml:space="preserve"> </w:t>
      </w:r>
      <w:r w:rsidRPr="00E85698">
        <w:t>показывать</w:t>
      </w:r>
      <w:r w:rsidRPr="00E85698">
        <w:rPr>
          <w:spacing w:val="1"/>
        </w:rPr>
        <w:t xml:space="preserve"> </w:t>
      </w:r>
      <w:r w:rsidRPr="00E85698">
        <w:t>его</w:t>
      </w:r>
      <w:r w:rsidRPr="00E85698">
        <w:rPr>
          <w:spacing w:val="1"/>
        </w:rPr>
        <w:t xml:space="preserve"> </w:t>
      </w:r>
      <w:r w:rsidRPr="00E85698">
        <w:t>умение</w:t>
      </w:r>
      <w:r w:rsidRPr="00E85698">
        <w:rPr>
          <w:spacing w:val="1"/>
        </w:rPr>
        <w:t xml:space="preserve"> </w:t>
      </w:r>
      <w:r w:rsidRPr="00E85698">
        <w:t>применять</w:t>
      </w:r>
      <w:r w:rsidRPr="00E85698">
        <w:rPr>
          <w:spacing w:val="1"/>
        </w:rPr>
        <w:t xml:space="preserve"> </w:t>
      </w:r>
      <w:r w:rsidRPr="00E85698">
        <w:t>определения,</w:t>
      </w:r>
      <w:r w:rsidRPr="00E85698">
        <w:rPr>
          <w:spacing w:val="-1"/>
        </w:rPr>
        <w:t xml:space="preserve"> </w:t>
      </w:r>
      <w:r w:rsidRPr="00E85698">
        <w:t>правила</w:t>
      </w:r>
      <w:r w:rsidRPr="00E85698">
        <w:rPr>
          <w:spacing w:val="-1"/>
        </w:rPr>
        <w:t xml:space="preserve"> </w:t>
      </w:r>
      <w:r w:rsidRPr="00E85698">
        <w:t>в</w:t>
      </w:r>
      <w:r w:rsidRPr="00E85698">
        <w:rPr>
          <w:spacing w:val="-1"/>
        </w:rPr>
        <w:t xml:space="preserve"> </w:t>
      </w:r>
      <w:r w:rsidRPr="00E85698">
        <w:t>конкретных</w:t>
      </w:r>
      <w:r w:rsidRPr="00E85698">
        <w:rPr>
          <w:spacing w:val="1"/>
        </w:rPr>
        <w:t xml:space="preserve"> </w:t>
      </w:r>
      <w:r w:rsidRPr="00E85698">
        <w:t>случаях.</w:t>
      </w:r>
    </w:p>
    <w:p w:rsidR="00A037E6" w:rsidRPr="00E85698" w:rsidRDefault="00A037E6" w:rsidP="00A037E6">
      <w:pPr>
        <w:pStyle w:val="a5"/>
        <w:ind w:left="1099"/>
      </w:pPr>
      <w:r w:rsidRPr="00E85698">
        <w:t>При</w:t>
      </w:r>
      <w:r w:rsidRPr="00E85698">
        <w:rPr>
          <w:spacing w:val="-4"/>
        </w:rPr>
        <w:t xml:space="preserve"> </w:t>
      </w:r>
      <w:r w:rsidRPr="00E85698">
        <w:t>оценке</w:t>
      </w:r>
      <w:r w:rsidRPr="00E85698">
        <w:rPr>
          <w:spacing w:val="-5"/>
        </w:rPr>
        <w:t xml:space="preserve"> </w:t>
      </w:r>
      <w:r w:rsidRPr="00E85698">
        <w:t>ответа</w:t>
      </w:r>
      <w:r w:rsidRPr="00E85698">
        <w:rPr>
          <w:spacing w:val="-3"/>
        </w:rPr>
        <w:t xml:space="preserve"> </w:t>
      </w:r>
      <w:r w:rsidRPr="00E85698">
        <w:t>ученика</w:t>
      </w:r>
      <w:r w:rsidRPr="00E85698">
        <w:rPr>
          <w:spacing w:val="-4"/>
        </w:rPr>
        <w:t xml:space="preserve"> </w:t>
      </w:r>
      <w:r w:rsidRPr="00E85698">
        <w:t>надо</w:t>
      </w:r>
      <w:r w:rsidRPr="00E85698">
        <w:rPr>
          <w:spacing w:val="-4"/>
        </w:rPr>
        <w:t xml:space="preserve"> </w:t>
      </w:r>
      <w:r w:rsidRPr="00E85698">
        <w:t>руководствоваться</w:t>
      </w:r>
      <w:r w:rsidRPr="00E85698">
        <w:rPr>
          <w:spacing w:val="-4"/>
        </w:rPr>
        <w:t xml:space="preserve"> </w:t>
      </w:r>
      <w:r w:rsidRPr="00E85698">
        <w:t>следующими</w:t>
      </w:r>
      <w:r w:rsidRPr="00E85698">
        <w:rPr>
          <w:spacing w:val="-4"/>
        </w:rPr>
        <w:t xml:space="preserve"> </w:t>
      </w:r>
      <w:r w:rsidRPr="00E85698">
        <w:t>критериями:</w:t>
      </w:r>
    </w:p>
    <w:p w:rsidR="00A037E6" w:rsidRPr="00E85698" w:rsidRDefault="00A037E6" w:rsidP="00A037E6">
      <w:pPr>
        <w:pStyle w:val="a7"/>
        <w:numPr>
          <w:ilvl w:val="0"/>
          <w:numId w:val="27"/>
        </w:numPr>
        <w:tabs>
          <w:tab w:val="left" w:pos="1359"/>
        </w:tabs>
        <w:rPr>
          <w:sz w:val="24"/>
        </w:rPr>
      </w:pPr>
      <w:r w:rsidRPr="00E85698">
        <w:rPr>
          <w:sz w:val="24"/>
        </w:rPr>
        <w:t>полнота</w:t>
      </w:r>
      <w:r w:rsidRPr="00E85698">
        <w:rPr>
          <w:spacing w:val="-3"/>
          <w:sz w:val="24"/>
        </w:rPr>
        <w:t xml:space="preserve"> </w:t>
      </w:r>
      <w:r w:rsidRPr="00E85698">
        <w:rPr>
          <w:sz w:val="24"/>
        </w:rPr>
        <w:t>и</w:t>
      </w:r>
      <w:r w:rsidRPr="00E85698">
        <w:rPr>
          <w:spacing w:val="-4"/>
          <w:sz w:val="24"/>
        </w:rPr>
        <w:t xml:space="preserve"> </w:t>
      </w:r>
      <w:r w:rsidRPr="00E85698">
        <w:rPr>
          <w:sz w:val="24"/>
        </w:rPr>
        <w:t>правильность</w:t>
      </w:r>
      <w:r w:rsidRPr="00E85698">
        <w:rPr>
          <w:spacing w:val="-2"/>
          <w:sz w:val="24"/>
        </w:rPr>
        <w:t xml:space="preserve"> </w:t>
      </w:r>
      <w:r w:rsidRPr="00E85698">
        <w:rPr>
          <w:sz w:val="24"/>
        </w:rPr>
        <w:t>ответа;</w:t>
      </w:r>
    </w:p>
    <w:p w:rsidR="00A037E6" w:rsidRPr="00E85698" w:rsidRDefault="00A037E6" w:rsidP="00A037E6">
      <w:pPr>
        <w:pStyle w:val="a7"/>
        <w:numPr>
          <w:ilvl w:val="0"/>
          <w:numId w:val="27"/>
        </w:numPr>
        <w:tabs>
          <w:tab w:val="left" w:pos="1359"/>
        </w:tabs>
        <w:rPr>
          <w:sz w:val="24"/>
        </w:rPr>
      </w:pPr>
      <w:r w:rsidRPr="00E85698">
        <w:rPr>
          <w:sz w:val="24"/>
        </w:rPr>
        <w:t>степень</w:t>
      </w:r>
      <w:r w:rsidRPr="00E85698">
        <w:rPr>
          <w:spacing w:val="-4"/>
          <w:sz w:val="24"/>
        </w:rPr>
        <w:t xml:space="preserve"> </w:t>
      </w:r>
      <w:r w:rsidRPr="00E85698">
        <w:rPr>
          <w:sz w:val="24"/>
        </w:rPr>
        <w:t>осознанности,</w:t>
      </w:r>
      <w:r w:rsidRPr="00E85698">
        <w:rPr>
          <w:spacing w:val="-4"/>
          <w:sz w:val="24"/>
        </w:rPr>
        <w:t xml:space="preserve"> </w:t>
      </w:r>
      <w:r w:rsidRPr="00E85698">
        <w:rPr>
          <w:sz w:val="24"/>
        </w:rPr>
        <w:t>понимания</w:t>
      </w:r>
      <w:r w:rsidRPr="00E85698">
        <w:rPr>
          <w:spacing w:val="-7"/>
          <w:sz w:val="24"/>
        </w:rPr>
        <w:t xml:space="preserve"> </w:t>
      </w:r>
      <w:r w:rsidRPr="00E85698">
        <w:rPr>
          <w:sz w:val="24"/>
        </w:rPr>
        <w:t>изученного;</w:t>
      </w:r>
    </w:p>
    <w:p w:rsidR="00A037E6" w:rsidRPr="00E85698" w:rsidRDefault="00A037E6" w:rsidP="00A037E6">
      <w:pPr>
        <w:pStyle w:val="a7"/>
        <w:numPr>
          <w:ilvl w:val="0"/>
          <w:numId w:val="27"/>
        </w:numPr>
        <w:tabs>
          <w:tab w:val="left" w:pos="1359"/>
        </w:tabs>
        <w:rPr>
          <w:sz w:val="24"/>
        </w:rPr>
      </w:pPr>
      <w:r w:rsidRPr="00E85698">
        <w:rPr>
          <w:sz w:val="24"/>
        </w:rPr>
        <w:t>языковое</w:t>
      </w:r>
      <w:r w:rsidRPr="00E85698">
        <w:rPr>
          <w:spacing w:val="-3"/>
          <w:sz w:val="24"/>
        </w:rPr>
        <w:t xml:space="preserve"> </w:t>
      </w:r>
      <w:r w:rsidRPr="00E85698">
        <w:rPr>
          <w:sz w:val="24"/>
        </w:rPr>
        <w:t>оформление</w:t>
      </w:r>
      <w:r w:rsidRPr="00E85698">
        <w:rPr>
          <w:spacing w:val="-2"/>
          <w:sz w:val="24"/>
        </w:rPr>
        <w:t xml:space="preserve"> </w:t>
      </w:r>
      <w:r w:rsidRPr="00E85698">
        <w:rPr>
          <w:sz w:val="24"/>
        </w:rPr>
        <w:t>ответа.</w:t>
      </w:r>
    </w:p>
    <w:p w:rsidR="00A037E6" w:rsidRPr="00E85698" w:rsidRDefault="00A037E6" w:rsidP="00A037E6">
      <w:pPr>
        <w:pStyle w:val="a5"/>
        <w:spacing w:before="10"/>
        <w:ind w:left="0"/>
        <w:rPr>
          <w:sz w:val="23"/>
        </w:rPr>
      </w:pPr>
    </w:p>
    <w:p w:rsidR="00A037E6" w:rsidRPr="00E85698" w:rsidRDefault="00A037E6" w:rsidP="00A037E6">
      <w:pPr>
        <w:pStyle w:val="a5"/>
        <w:ind w:left="1099"/>
      </w:pPr>
      <w:r w:rsidRPr="00E85698">
        <w:t>Оценка</w:t>
      </w:r>
      <w:r w:rsidRPr="00E85698">
        <w:rPr>
          <w:spacing w:val="-4"/>
        </w:rPr>
        <w:t xml:space="preserve"> </w:t>
      </w:r>
      <w:r w:rsidRPr="00E85698">
        <w:rPr>
          <w:b/>
        </w:rPr>
        <w:t>«5»</w:t>
      </w:r>
      <w:r w:rsidRPr="00E85698">
        <w:rPr>
          <w:b/>
          <w:spacing w:val="-2"/>
        </w:rPr>
        <w:t xml:space="preserve"> </w:t>
      </w:r>
      <w:r w:rsidRPr="00E85698">
        <w:t>ставится,</w:t>
      </w:r>
      <w:r w:rsidRPr="00E85698">
        <w:rPr>
          <w:spacing w:val="-3"/>
        </w:rPr>
        <w:t xml:space="preserve"> </w:t>
      </w:r>
      <w:r w:rsidRPr="00E85698">
        <w:t>если</w:t>
      </w:r>
      <w:r w:rsidRPr="00E85698">
        <w:rPr>
          <w:spacing w:val="1"/>
        </w:rPr>
        <w:t xml:space="preserve"> </w:t>
      </w:r>
      <w:r w:rsidRPr="00E85698">
        <w:t>ученик:</w:t>
      </w:r>
    </w:p>
    <w:p w:rsidR="00A037E6" w:rsidRPr="00E85698" w:rsidRDefault="00A037E6" w:rsidP="00A037E6">
      <w:pPr>
        <w:pStyle w:val="a7"/>
        <w:numPr>
          <w:ilvl w:val="0"/>
          <w:numId w:val="26"/>
        </w:numPr>
        <w:tabs>
          <w:tab w:val="left" w:pos="1359"/>
        </w:tabs>
        <w:jc w:val="both"/>
        <w:rPr>
          <w:sz w:val="24"/>
        </w:rPr>
      </w:pPr>
      <w:r w:rsidRPr="00E85698">
        <w:rPr>
          <w:sz w:val="24"/>
        </w:rPr>
        <w:t>полно</w:t>
      </w:r>
      <w:r w:rsidRPr="00E85698">
        <w:rPr>
          <w:spacing w:val="-4"/>
          <w:sz w:val="24"/>
        </w:rPr>
        <w:t xml:space="preserve"> </w:t>
      </w:r>
      <w:r w:rsidRPr="00E85698">
        <w:rPr>
          <w:sz w:val="24"/>
        </w:rPr>
        <w:t>излагает</w:t>
      </w:r>
      <w:r w:rsidRPr="00E85698">
        <w:rPr>
          <w:spacing w:val="-3"/>
          <w:sz w:val="24"/>
        </w:rPr>
        <w:t xml:space="preserve"> </w:t>
      </w:r>
      <w:r w:rsidRPr="00E85698">
        <w:rPr>
          <w:sz w:val="24"/>
        </w:rPr>
        <w:t>изученный</w:t>
      </w:r>
      <w:r w:rsidRPr="00E85698">
        <w:rPr>
          <w:spacing w:val="-3"/>
          <w:sz w:val="24"/>
        </w:rPr>
        <w:t xml:space="preserve"> </w:t>
      </w:r>
      <w:r w:rsidRPr="00E85698">
        <w:rPr>
          <w:sz w:val="24"/>
        </w:rPr>
        <w:t>материал,</w:t>
      </w:r>
      <w:r w:rsidRPr="00E85698">
        <w:rPr>
          <w:spacing w:val="-4"/>
          <w:sz w:val="24"/>
        </w:rPr>
        <w:t xml:space="preserve"> </w:t>
      </w:r>
      <w:r w:rsidRPr="00E85698">
        <w:rPr>
          <w:sz w:val="24"/>
        </w:rPr>
        <w:t>дает</w:t>
      </w:r>
      <w:r w:rsidRPr="00E85698">
        <w:rPr>
          <w:spacing w:val="-3"/>
          <w:sz w:val="24"/>
        </w:rPr>
        <w:t xml:space="preserve"> </w:t>
      </w:r>
      <w:r w:rsidRPr="00E85698">
        <w:rPr>
          <w:sz w:val="24"/>
        </w:rPr>
        <w:t>правильные</w:t>
      </w:r>
      <w:r w:rsidRPr="00E85698">
        <w:rPr>
          <w:spacing w:val="-5"/>
          <w:sz w:val="24"/>
        </w:rPr>
        <w:t xml:space="preserve"> </w:t>
      </w:r>
      <w:r w:rsidRPr="00E85698">
        <w:rPr>
          <w:sz w:val="24"/>
        </w:rPr>
        <w:t>определения</w:t>
      </w:r>
      <w:r w:rsidRPr="00E85698">
        <w:rPr>
          <w:spacing w:val="-5"/>
          <w:sz w:val="24"/>
        </w:rPr>
        <w:t xml:space="preserve"> </w:t>
      </w:r>
      <w:r w:rsidRPr="00E85698">
        <w:rPr>
          <w:sz w:val="24"/>
        </w:rPr>
        <w:t>языковых</w:t>
      </w:r>
      <w:r w:rsidRPr="00E85698">
        <w:rPr>
          <w:spacing w:val="-4"/>
          <w:sz w:val="24"/>
        </w:rPr>
        <w:t xml:space="preserve"> </w:t>
      </w:r>
      <w:r w:rsidRPr="00E85698">
        <w:rPr>
          <w:sz w:val="24"/>
        </w:rPr>
        <w:t>понятий;</w:t>
      </w:r>
    </w:p>
    <w:p w:rsidR="00A037E6" w:rsidRPr="00E85698" w:rsidRDefault="00A037E6" w:rsidP="00A037E6">
      <w:pPr>
        <w:pStyle w:val="a7"/>
        <w:numPr>
          <w:ilvl w:val="0"/>
          <w:numId w:val="26"/>
        </w:numPr>
        <w:tabs>
          <w:tab w:val="left" w:pos="1431"/>
        </w:tabs>
        <w:ind w:left="532" w:right="835" w:firstLine="566"/>
        <w:jc w:val="both"/>
        <w:rPr>
          <w:sz w:val="24"/>
        </w:rPr>
      </w:pPr>
      <w:r w:rsidRPr="00E85698">
        <w:rPr>
          <w:sz w:val="24"/>
        </w:rPr>
        <w:t>обнаруживает</w:t>
      </w:r>
      <w:r w:rsidRPr="00E85698">
        <w:rPr>
          <w:spacing w:val="1"/>
          <w:sz w:val="24"/>
        </w:rPr>
        <w:t xml:space="preserve"> </w:t>
      </w:r>
      <w:r w:rsidRPr="00E85698">
        <w:rPr>
          <w:sz w:val="24"/>
        </w:rPr>
        <w:t>понимание</w:t>
      </w:r>
      <w:r w:rsidRPr="00E85698">
        <w:rPr>
          <w:spacing w:val="1"/>
          <w:sz w:val="24"/>
        </w:rPr>
        <w:t xml:space="preserve"> </w:t>
      </w:r>
      <w:r w:rsidRPr="00E85698">
        <w:rPr>
          <w:sz w:val="24"/>
        </w:rPr>
        <w:t>материала,</w:t>
      </w:r>
      <w:r w:rsidRPr="00E85698">
        <w:rPr>
          <w:spacing w:val="1"/>
          <w:sz w:val="24"/>
        </w:rPr>
        <w:t xml:space="preserve"> </w:t>
      </w:r>
      <w:r w:rsidRPr="00E85698">
        <w:rPr>
          <w:sz w:val="24"/>
        </w:rPr>
        <w:t>может</w:t>
      </w:r>
      <w:r w:rsidRPr="00E85698">
        <w:rPr>
          <w:spacing w:val="1"/>
          <w:sz w:val="24"/>
        </w:rPr>
        <w:t xml:space="preserve"> </w:t>
      </w:r>
      <w:r w:rsidRPr="00E85698">
        <w:rPr>
          <w:sz w:val="24"/>
        </w:rPr>
        <w:t>обосновать</w:t>
      </w:r>
      <w:r w:rsidRPr="00E85698">
        <w:rPr>
          <w:spacing w:val="1"/>
          <w:sz w:val="24"/>
        </w:rPr>
        <w:t xml:space="preserve"> </w:t>
      </w:r>
      <w:r w:rsidRPr="00E85698">
        <w:rPr>
          <w:sz w:val="24"/>
        </w:rPr>
        <w:t>свои</w:t>
      </w:r>
      <w:r w:rsidRPr="00E85698">
        <w:rPr>
          <w:spacing w:val="1"/>
          <w:sz w:val="24"/>
        </w:rPr>
        <w:t xml:space="preserve"> </w:t>
      </w:r>
      <w:r w:rsidRPr="00E85698">
        <w:rPr>
          <w:sz w:val="24"/>
        </w:rPr>
        <w:t>суждения,</w:t>
      </w:r>
      <w:r w:rsidRPr="00E85698">
        <w:rPr>
          <w:spacing w:val="1"/>
          <w:sz w:val="24"/>
        </w:rPr>
        <w:t xml:space="preserve"> </w:t>
      </w:r>
      <w:r w:rsidRPr="00E85698">
        <w:rPr>
          <w:sz w:val="24"/>
        </w:rPr>
        <w:t>применить</w:t>
      </w:r>
      <w:r w:rsidRPr="00E85698">
        <w:rPr>
          <w:spacing w:val="1"/>
          <w:sz w:val="24"/>
        </w:rPr>
        <w:t xml:space="preserve"> </w:t>
      </w:r>
      <w:r w:rsidRPr="00E85698">
        <w:rPr>
          <w:sz w:val="24"/>
        </w:rPr>
        <w:t>знания</w:t>
      </w:r>
      <w:r w:rsidRPr="00E85698">
        <w:rPr>
          <w:spacing w:val="1"/>
          <w:sz w:val="24"/>
        </w:rPr>
        <w:t xml:space="preserve"> </w:t>
      </w:r>
      <w:r w:rsidRPr="00E85698">
        <w:rPr>
          <w:sz w:val="24"/>
        </w:rPr>
        <w:t>на</w:t>
      </w:r>
      <w:r w:rsidRPr="00E85698">
        <w:rPr>
          <w:spacing w:val="1"/>
          <w:sz w:val="24"/>
        </w:rPr>
        <w:t xml:space="preserve"> </w:t>
      </w:r>
      <w:r w:rsidRPr="00E85698">
        <w:rPr>
          <w:sz w:val="24"/>
        </w:rPr>
        <w:t>практике,</w:t>
      </w:r>
      <w:r w:rsidRPr="00E85698">
        <w:rPr>
          <w:spacing w:val="1"/>
          <w:sz w:val="24"/>
        </w:rPr>
        <w:t xml:space="preserve"> </w:t>
      </w:r>
      <w:r w:rsidRPr="00E85698">
        <w:rPr>
          <w:sz w:val="24"/>
        </w:rPr>
        <w:t>привести</w:t>
      </w:r>
      <w:r w:rsidRPr="00E85698">
        <w:rPr>
          <w:spacing w:val="1"/>
          <w:sz w:val="24"/>
        </w:rPr>
        <w:t xml:space="preserve"> </w:t>
      </w:r>
      <w:r w:rsidRPr="00E85698">
        <w:rPr>
          <w:sz w:val="24"/>
        </w:rPr>
        <w:t>необходимые</w:t>
      </w:r>
      <w:r w:rsidRPr="00E85698">
        <w:rPr>
          <w:spacing w:val="1"/>
          <w:sz w:val="24"/>
        </w:rPr>
        <w:t xml:space="preserve"> </w:t>
      </w:r>
      <w:r w:rsidRPr="00E85698">
        <w:rPr>
          <w:sz w:val="24"/>
        </w:rPr>
        <w:t>примеры</w:t>
      </w:r>
      <w:r w:rsidRPr="00E85698">
        <w:rPr>
          <w:spacing w:val="1"/>
          <w:sz w:val="24"/>
        </w:rPr>
        <w:t xml:space="preserve"> </w:t>
      </w:r>
      <w:r w:rsidRPr="00E85698">
        <w:rPr>
          <w:sz w:val="24"/>
        </w:rPr>
        <w:t>не</w:t>
      </w:r>
      <w:r w:rsidRPr="00E85698">
        <w:rPr>
          <w:spacing w:val="1"/>
          <w:sz w:val="24"/>
        </w:rPr>
        <w:t xml:space="preserve"> </w:t>
      </w:r>
      <w:r w:rsidRPr="00E85698">
        <w:rPr>
          <w:sz w:val="24"/>
        </w:rPr>
        <w:t>только</w:t>
      </w:r>
      <w:r w:rsidRPr="00E85698">
        <w:rPr>
          <w:spacing w:val="1"/>
          <w:sz w:val="24"/>
        </w:rPr>
        <w:t xml:space="preserve"> </w:t>
      </w:r>
      <w:r w:rsidRPr="00E85698">
        <w:rPr>
          <w:sz w:val="24"/>
        </w:rPr>
        <w:t>по</w:t>
      </w:r>
      <w:r w:rsidRPr="00E85698">
        <w:rPr>
          <w:spacing w:val="1"/>
          <w:sz w:val="24"/>
        </w:rPr>
        <w:t xml:space="preserve"> </w:t>
      </w:r>
      <w:r w:rsidRPr="00E85698">
        <w:rPr>
          <w:sz w:val="24"/>
        </w:rPr>
        <w:t>учебнику,</w:t>
      </w:r>
      <w:r w:rsidRPr="00E85698">
        <w:rPr>
          <w:spacing w:val="1"/>
          <w:sz w:val="24"/>
        </w:rPr>
        <w:t xml:space="preserve"> </w:t>
      </w:r>
      <w:r w:rsidRPr="00E85698">
        <w:rPr>
          <w:sz w:val="24"/>
        </w:rPr>
        <w:t>но</w:t>
      </w:r>
      <w:r w:rsidRPr="00E85698">
        <w:rPr>
          <w:spacing w:val="1"/>
          <w:sz w:val="24"/>
        </w:rPr>
        <w:t xml:space="preserve"> </w:t>
      </w:r>
      <w:r w:rsidRPr="00E85698">
        <w:rPr>
          <w:sz w:val="24"/>
        </w:rPr>
        <w:t>и</w:t>
      </w:r>
      <w:r w:rsidRPr="00E85698">
        <w:rPr>
          <w:spacing w:val="1"/>
          <w:sz w:val="24"/>
        </w:rPr>
        <w:t xml:space="preserve"> </w:t>
      </w:r>
      <w:r w:rsidRPr="00E85698">
        <w:rPr>
          <w:sz w:val="24"/>
        </w:rPr>
        <w:t>самостоятельно</w:t>
      </w:r>
      <w:r w:rsidRPr="00E85698">
        <w:rPr>
          <w:spacing w:val="-1"/>
          <w:sz w:val="24"/>
        </w:rPr>
        <w:t xml:space="preserve"> </w:t>
      </w:r>
      <w:r w:rsidRPr="00E85698">
        <w:rPr>
          <w:sz w:val="24"/>
        </w:rPr>
        <w:t>составленные;</w:t>
      </w:r>
    </w:p>
    <w:p w:rsidR="00A037E6" w:rsidRPr="00E85698" w:rsidRDefault="00A037E6" w:rsidP="00A037E6">
      <w:pPr>
        <w:pStyle w:val="a7"/>
        <w:numPr>
          <w:ilvl w:val="0"/>
          <w:numId w:val="26"/>
        </w:numPr>
        <w:tabs>
          <w:tab w:val="left" w:pos="1400"/>
        </w:tabs>
        <w:ind w:left="532" w:right="840" w:firstLine="566"/>
        <w:jc w:val="both"/>
        <w:rPr>
          <w:sz w:val="24"/>
        </w:rPr>
      </w:pPr>
      <w:r w:rsidRPr="00E85698">
        <w:rPr>
          <w:sz w:val="24"/>
        </w:rPr>
        <w:t>излагает материал последовательно и правильно с точки зрения норм литературного</w:t>
      </w:r>
      <w:r w:rsidRPr="00E85698">
        <w:rPr>
          <w:spacing w:val="1"/>
          <w:sz w:val="24"/>
        </w:rPr>
        <w:t xml:space="preserve"> </w:t>
      </w:r>
      <w:r w:rsidRPr="00E85698">
        <w:rPr>
          <w:sz w:val="24"/>
        </w:rPr>
        <w:t>языка.</w:t>
      </w:r>
    </w:p>
    <w:p w:rsidR="00A037E6" w:rsidRPr="00E85698" w:rsidRDefault="00A037E6" w:rsidP="00A037E6">
      <w:pPr>
        <w:pStyle w:val="a5"/>
        <w:ind w:left="532" w:right="830" w:firstLine="566"/>
      </w:pPr>
      <w:r w:rsidRPr="00E85698">
        <w:t>Оценка</w:t>
      </w:r>
      <w:r w:rsidRPr="00E85698">
        <w:rPr>
          <w:spacing w:val="11"/>
        </w:rPr>
        <w:t xml:space="preserve"> </w:t>
      </w:r>
      <w:r w:rsidRPr="00E85698">
        <w:rPr>
          <w:b/>
        </w:rPr>
        <w:t>«4»</w:t>
      </w:r>
      <w:r w:rsidRPr="00E85698">
        <w:rPr>
          <w:b/>
          <w:spacing w:val="11"/>
        </w:rPr>
        <w:t xml:space="preserve"> </w:t>
      </w:r>
      <w:r w:rsidRPr="00E85698">
        <w:t>ставится,</w:t>
      </w:r>
      <w:r w:rsidRPr="00E85698">
        <w:rPr>
          <w:spacing w:val="11"/>
        </w:rPr>
        <w:t xml:space="preserve"> </w:t>
      </w:r>
      <w:r w:rsidRPr="00E85698">
        <w:t>если</w:t>
      </w:r>
      <w:r w:rsidRPr="00E85698">
        <w:rPr>
          <w:spacing w:val="14"/>
        </w:rPr>
        <w:t xml:space="preserve"> </w:t>
      </w:r>
      <w:r w:rsidRPr="00E85698">
        <w:t>ученик</w:t>
      </w:r>
      <w:r w:rsidRPr="00E85698">
        <w:rPr>
          <w:spacing w:val="11"/>
        </w:rPr>
        <w:t xml:space="preserve"> </w:t>
      </w:r>
      <w:r w:rsidRPr="00E85698">
        <w:t>дает</w:t>
      </w:r>
      <w:r w:rsidRPr="00E85698">
        <w:rPr>
          <w:spacing w:val="11"/>
        </w:rPr>
        <w:t xml:space="preserve"> </w:t>
      </w:r>
      <w:r w:rsidRPr="00E85698">
        <w:t>ответ,</w:t>
      </w:r>
      <w:r w:rsidRPr="00E85698">
        <w:rPr>
          <w:spacing w:val="11"/>
        </w:rPr>
        <w:t xml:space="preserve"> </w:t>
      </w:r>
      <w:r w:rsidRPr="00E85698">
        <w:t>удовлетворяющий</w:t>
      </w:r>
      <w:r w:rsidRPr="00E85698">
        <w:rPr>
          <w:spacing w:val="12"/>
        </w:rPr>
        <w:t xml:space="preserve"> </w:t>
      </w:r>
      <w:r w:rsidRPr="00E85698">
        <w:t>тем</w:t>
      </w:r>
      <w:r w:rsidRPr="00E85698">
        <w:rPr>
          <w:spacing w:val="10"/>
        </w:rPr>
        <w:t xml:space="preserve"> </w:t>
      </w:r>
      <w:r w:rsidRPr="00E85698">
        <w:t>же</w:t>
      </w:r>
      <w:r w:rsidRPr="00E85698">
        <w:rPr>
          <w:spacing w:val="9"/>
        </w:rPr>
        <w:t xml:space="preserve"> </w:t>
      </w:r>
      <w:r w:rsidRPr="00E85698">
        <w:t>требованиям,</w:t>
      </w:r>
      <w:r w:rsidRPr="00E85698">
        <w:rPr>
          <w:spacing w:val="11"/>
        </w:rPr>
        <w:t xml:space="preserve"> </w:t>
      </w:r>
      <w:r w:rsidRPr="00E85698">
        <w:t>что</w:t>
      </w:r>
      <w:r w:rsidRPr="00E85698">
        <w:rPr>
          <w:spacing w:val="-57"/>
        </w:rPr>
        <w:t xml:space="preserve"> </w:t>
      </w:r>
      <w:r w:rsidRPr="00E85698">
        <w:t>и для оценки «5», но допускает 1—2 ошибки, которые сам же исправляет, и 1—2 недочета в</w:t>
      </w:r>
      <w:r w:rsidRPr="00E85698">
        <w:rPr>
          <w:spacing w:val="1"/>
        </w:rPr>
        <w:t xml:space="preserve"> </w:t>
      </w:r>
      <w:r w:rsidRPr="00E85698">
        <w:t>последовательности</w:t>
      </w:r>
      <w:r w:rsidRPr="00E85698">
        <w:rPr>
          <w:spacing w:val="-1"/>
        </w:rPr>
        <w:t xml:space="preserve"> </w:t>
      </w:r>
      <w:r w:rsidRPr="00E85698">
        <w:t>и языковом оформлении</w:t>
      </w:r>
      <w:r w:rsidRPr="00E85698">
        <w:rPr>
          <w:spacing w:val="-3"/>
        </w:rPr>
        <w:t xml:space="preserve"> </w:t>
      </w:r>
      <w:r w:rsidRPr="00E85698">
        <w:t>излагаемого.</w:t>
      </w:r>
    </w:p>
    <w:p w:rsidR="00A037E6" w:rsidRPr="00E85698" w:rsidRDefault="00A037E6" w:rsidP="00A037E6">
      <w:pPr>
        <w:pStyle w:val="a5"/>
        <w:ind w:left="532" w:right="836" w:firstLine="566"/>
      </w:pPr>
      <w:r w:rsidRPr="00E85698">
        <w:t>Оценка</w:t>
      </w:r>
      <w:r w:rsidRPr="00E85698">
        <w:rPr>
          <w:spacing w:val="1"/>
        </w:rPr>
        <w:t xml:space="preserve"> </w:t>
      </w:r>
      <w:r w:rsidRPr="00E85698">
        <w:rPr>
          <w:b/>
        </w:rPr>
        <w:t>«3»</w:t>
      </w:r>
      <w:r w:rsidRPr="00E85698">
        <w:rPr>
          <w:b/>
          <w:spacing w:val="1"/>
        </w:rPr>
        <w:t xml:space="preserve"> </w:t>
      </w:r>
      <w:r w:rsidRPr="00E85698">
        <w:t>ставится,</w:t>
      </w:r>
      <w:r w:rsidRPr="00E85698">
        <w:rPr>
          <w:spacing w:val="1"/>
        </w:rPr>
        <w:t xml:space="preserve"> </w:t>
      </w:r>
      <w:r w:rsidRPr="00E85698">
        <w:t>если</w:t>
      </w:r>
      <w:r w:rsidRPr="00E85698">
        <w:rPr>
          <w:spacing w:val="1"/>
        </w:rPr>
        <w:t xml:space="preserve"> </w:t>
      </w:r>
      <w:r w:rsidRPr="00E85698">
        <w:t>ученик</w:t>
      </w:r>
      <w:r w:rsidRPr="00E85698">
        <w:rPr>
          <w:spacing w:val="1"/>
        </w:rPr>
        <w:t xml:space="preserve"> </w:t>
      </w:r>
      <w:r w:rsidRPr="00E85698">
        <w:t>обнаруживает</w:t>
      </w:r>
      <w:r w:rsidRPr="00E85698">
        <w:rPr>
          <w:spacing w:val="1"/>
        </w:rPr>
        <w:t xml:space="preserve"> </w:t>
      </w:r>
      <w:r w:rsidRPr="00E85698">
        <w:t>знание</w:t>
      </w:r>
      <w:r w:rsidRPr="00E85698">
        <w:rPr>
          <w:spacing w:val="1"/>
        </w:rPr>
        <w:t xml:space="preserve"> </w:t>
      </w:r>
      <w:r w:rsidRPr="00E85698">
        <w:t>и</w:t>
      </w:r>
      <w:r w:rsidRPr="00E85698">
        <w:rPr>
          <w:spacing w:val="1"/>
        </w:rPr>
        <w:t xml:space="preserve"> </w:t>
      </w:r>
      <w:r w:rsidRPr="00E85698">
        <w:t>понимание</w:t>
      </w:r>
      <w:r w:rsidRPr="00E85698">
        <w:rPr>
          <w:spacing w:val="61"/>
        </w:rPr>
        <w:t xml:space="preserve"> </w:t>
      </w:r>
      <w:r w:rsidRPr="00E85698">
        <w:t>основных</w:t>
      </w:r>
      <w:r w:rsidRPr="00E85698">
        <w:rPr>
          <w:spacing w:val="1"/>
        </w:rPr>
        <w:t xml:space="preserve"> </w:t>
      </w:r>
      <w:r w:rsidRPr="00E85698">
        <w:t>положений</w:t>
      </w:r>
      <w:r w:rsidRPr="00E85698">
        <w:rPr>
          <w:spacing w:val="-1"/>
        </w:rPr>
        <w:t xml:space="preserve"> </w:t>
      </w:r>
      <w:r w:rsidRPr="00E85698">
        <w:t>данной темы, но:</w:t>
      </w:r>
    </w:p>
    <w:p w:rsidR="00A037E6" w:rsidRPr="00E85698" w:rsidRDefault="00A037E6" w:rsidP="00A037E6">
      <w:pPr>
        <w:pStyle w:val="a7"/>
        <w:numPr>
          <w:ilvl w:val="0"/>
          <w:numId w:val="25"/>
        </w:numPr>
        <w:tabs>
          <w:tab w:val="left" w:pos="1450"/>
        </w:tabs>
        <w:ind w:right="839" w:firstLine="566"/>
        <w:rPr>
          <w:sz w:val="24"/>
        </w:rPr>
      </w:pPr>
      <w:r w:rsidRPr="00E85698">
        <w:rPr>
          <w:sz w:val="24"/>
        </w:rPr>
        <w:t>излагает</w:t>
      </w:r>
      <w:r w:rsidRPr="00E85698">
        <w:rPr>
          <w:spacing w:val="28"/>
          <w:sz w:val="24"/>
        </w:rPr>
        <w:t xml:space="preserve"> </w:t>
      </w:r>
      <w:r w:rsidRPr="00E85698">
        <w:rPr>
          <w:sz w:val="24"/>
        </w:rPr>
        <w:t>материал</w:t>
      </w:r>
      <w:r w:rsidRPr="00E85698">
        <w:rPr>
          <w:spacing w:val="28"/>
          <w:sz w:val="24"/>
        </w:rPr>
        <w:t xml:space="preserve"> </w:t>
      </w:r>
      <w:r w:rsidRPr="00E85698">
        <w:rPr>
          <w:sz w:val="24"/>
        </w:rPr>
        <w:t>неполно</w:t>
      </w:r>
      <w:r w:rsidRPr="00E85698">
        <w:rPr>
          <w:spacing w:val="25"/>
          <w:sz w:val="24"/>
        </w:rPr>
        <w:t xml:space="preserve"> </w:t>
      </w:r>
      <w:r w:rsidRPr="00E85698">
        <w:rPr>
          <w:sz w:val="24"/>
        </w:rPr>
        <w:t>и</w:t>
      </w:r>
      <w:r w:rsidRPr="00E85698">
        <w:rPr>
          <w:spacing w:val="28"/>
          <w:sz w:val="24"/>
        </w:rPr>
        <w:t xml:space="preserve"> </w:t>
      </w:r>
      <w:r w:rsidRPr="00E85698">
        <w:rPr>
          <w:sz w:val="24"/>
        </w:rPr>
        <w:t>допускает</w:t>
      </w:r>
      <w:r w:rsidRPr="00E85698">
        <w:rPr>
          <w:spacing w:val="28"/>
          <w:sz w:val="24"/>
        </w:rPr>
        <w:t xml:space="preserve"> </w:t>
      </w:r>
      <w:r w:rsidRPr="00E85698">
        <w:rPr>
          <w:sz w:val="24"/>
        </w:rPr>
        <w:t>неточности</w:t>
      </w:r>
      <w:r w:rsidRPr="00E85698">
        <w:rPr>
          <w:spacing w:val="28"/>
          <w:sz w:val="24"/>
        </w:rPr>
        <w:t xml:space="preserve"> </w:t>
      </w:r>
      <w:r w:rsidRPr="00E85698">
        <w:rPr>
          <w:sz w:val="24"/>
        </w:rPr>
        <w:t>в</w:t>
      </w:r>
      <w:r w:rsidRPr="00E85698">
        <w:rPr>
          <w:spacing w:val="27"/>
          <w:sz w:val="24"/>
        </w:rPr>
        <w:t xml:space="preserve"> </w:t>
      </w:r>
      <w:r w:rsidRPr="00E85698">
        <w:rPr>
          <w:sz w:val="24"/>
        </w:rPr>
        <w:t>определении</w:t>
      </w:r>
      <w:r w:rsidRPr="00E85698">
        <w:rPr>
          <w:spacing w:val="28"/>
          <w:sz w:val="24"/>
        </w:rPr>
        <w:t xml:space="preserve"> </w:t>
      </w:r>
      <w:r w:rsidRPr="00E85698">
        <w:rPr>
          <w:sz w:val="24"/>
        </w:rPr>
        <w:t>понятий</w:t>
      </w:r>
      <w:r w:rsidRPr="00E85698">
        <w:rPr>
          <w:spacing w:val="26"/>
          <w:sz w:val="24"/>
        </w:rPr>
        <w:t xml:space="preserve"> </w:t>
      </w:r>
      <w:r w:rsidRPr="00E85698">
        <w:rPr>
          <w:sz w:val="24"/>
        </w:rPr>
        <w:t>или</w:t>
      </w:r>
      <w:r w:rsidRPr="00E85698">
        <w:rPr>
          <w:spacing w:val="-57"/>
          <w:sz w:val="24"/>
        </w:rPr>
        <w:t xml:space="preserve"> </w:t>
      </w:r>
      <w:r w:rsidRPr="00E85698">
        <w:rPr>
          <w:sz w:val="24"/>
        </w:rPr>
        <w:t>формулировке</w:t>
      </w:r>
      <w:r w:rsidRPr="00E85698">
        <w:rPr>
          <w:spacing w:val="-1"/>
          <w:sz w:val="24"/>
        </w:rPr>
        <w:t xml:space="preserve"> </w:t>
      </w:r>
      <w:r w:rsidRPr="00E85698">
        <w:rPr>
          <w:sz w:val="24"/>
        </w:rPr>
        <w:t>правил;</w:t>
      </w:r>
    </w:p>
    <w:p w:rsidR="00A037E6" w:rsidRPr="00E85698" w:rsidRDefault="00A037E6" w:rsidP="00A037E6">
      <w:pPr>
        <w:pStyle w:val="a7"/>
        <w:numPr>
          <w:ilvl w:val="0"/>
          <w:numId w:val="25"/>
        </w:numPr>
        <w:tabs>
          <w:tab w:val="left" w:pos="1359"/>
        </w:tabs>
        <w:spacing w:before="1"/>
        <w:ind w:right="826" w:firstLine="566"/>
        <w:rPr>
          <w:sz w:val="24"/>
        </w:rPr>
      </w:pPr>
      <w:r w:rsidRPr="00E85698">
        <w:rPr>
          <w:sz w:val="24"/>
        </w:rPr>
        <w:t>не умеет достаточно глубоко и доказательно обосновать свои суждения и привести свои</w:t>
      </w:r>
      <w:r w:rsidRPr="00E85698">
        <w:rPr>
          <w:spacing w:val="-57"/>
          <w:sz w:val="24"/>
        </w:rPr>
        <w:t xml:space="preserve"> </w:t>
      </w:r>
      <w:r w:rsidRPr="00E85698">
        <w:rPr>
          <w:sz w:val="24"/>
        </w:rPr>
        <w:t>примеры;</w:t>
      </w:r>
    </w:p>
    <w:p w:rsidR="00A037E6" w:rsidRPr="00E85698" w:rsidRDefault="00A037E6" w:rsidP="00A037E6">
      <w:pPr>
        <w:pStyle w:val="a7"/>
        <w:numPr>
          <w:ilvl w:val="0"/>
          <w:numId w:val="25"/>
        </w:numPr>
        <w:tabs>
          <w:tab w:val="left" w:pos="1414"/>
        </w:tabs>
        <w:ind w:right="834" w:firstLine="566"/>
        <w:rPr>
          <w:sz w:val="24"/>
        </w:rPr>
      </w:pPr>
      <w:r w:rsidRPr="00E85698">
        <w:rPr>
          <w:sz w:val="24"/>
        </w:rPr>
        <w:t>излагает</w:t>
      </w:r>
      <w:r w:rsidRPr="00E85698">
        <w:rPr>
          <w:spacing w:val="52"/>
          <w:sz w:val="24"/>
        </w:rPr>
        <w:t xml:space="preserve"> </w:t>
      </w:r>
      <w:r w:rsidRPr="00E85698">
        <w:rPr>
          <w:sz w:val="24"/>
        </w:rPr>
        <w:t>материал</w:t>
      </w:r>
      <w:r w:rsidRPr="00E85698">
        <w:rPr>
          <w:spacing w:val="54"/>
          <w:sz w:val="24"/>
        </w:rPr>
        <w:t xml:space="preserve"> </w:t>
      </w:r>
      <w:r w:rsidRPr="00E85698">
        <w:rPr>
          <w:sz w:val="24"/>
        </w:rPr>
        <w:t>непоследовательно</w:t>
      </w:r>
      <w:r w:rsidRPr="00E85698">
        <w:rPr>
          <w:spacing w:val="51"/>
          <w:sz w:val="24"/>
        </w:rPr>
        <w:t xml:space="preserve"> </w:t>
      </w:r>
      <w:r w:rsidRPr="00E85698">
        <w:rPr>
          <w:sz w:val="24"/>
        </w:rPr>
        <w:t>и</w:t>
      </w:r>
      <w:r w:rsidRPr="00E85698">
        <w:rPr>
          <w:spacing w:val="52"/>
          <w:sz w:val="24"/>
        </w:rPr>
        <w:t xml:space="preserve"> </w:t>
      </w:r>
      <w:r w:rsidRPr="00E85698">
        <w:rPr>
          <w:sz w:val="24"/>
        </w:rPr>
        <w:t>допускает</w:t>
      </w:r>
      <w:r w:rsidRPr="00E85698">
        <w:rPr>
          <w:spacing w:val="52"/>
          <w:sz w:val="24"/>
        </w:rPr>
        <w:t xml:space="preserve"> </w:t>
      </w:r>
      <w:r w:rsidRPr="00E85698">
        <w:rPr>
          <w:sz w:val="24"/>
        </w:rPr>
        <w:t>ошибки</w:t>
      </w:r>
      <w:r w:rsidRPr="00E85698">
        <w:rPr>
          <w:spacing w:val="52"/>
          <w:sz w:val="24"/>
        </w:rPr>
        <w:t xml:space="preserve"> </w:t>
      </w:r>
      <w:r w:rsidRPr="00E85698">
        <w:rPr>
          <w:sz w:val="24"/>
        </w:rPr>
        <w:t>в</w:t>
      </w:r>
      <w:r w:rsidRPr="00E85698">
        <w:rPr>
          <w:spacing w:val="51"/>
          <w:sz w:val="24"/>
        </w:rPr>
        <w:t xml:space="preserve"> </w:t>
      </w:r>
      <w:r w:rsidRPr="00E85698">
        <w:rPr>
          <w:sz w:val="24"/>
        </w:rPr>
        <w:t>языковом</w:t>
      </w:r>
      <w:r w:rsidRPr="00E85698">
        <w:rPr>
          <w:spacing w:val="51"/>
          <w:sz w:val="24"/>
        </w:rPr>
        <w:t xml:space="preserve"> </w:t>
      </w:r>
      <w:r w:rsidRPr="00E85698">
        <w:rPr>
          <w:sz w:val="24"/>
        </w:rPr>
        <w:t>оформлении</w:t>
      </w:r>
      <w:r w:rsidRPr="00E85698">
        <w:rPr>
          <w:spacing w:val="-57"/>
          <w:sz w:val="24"/>
        </w:rPr>
        <w:t xml:space="preserve"> </w:t>
      </w:r>
      <w:r w:rsidRPr="00E85698">
        <w:rPr>
          <w:sz w:val="24"/>
        </w:rPr>
        <w:t>излагаемого.</w:t>
      </w:r>
    </w:p>
    <w:p w:rsidR="00A037E6" w:rsidRPr="00E85698" w:rsidRDefault="00A037E6" w:rsidP="00A037E6">
      <w:pPr>
        <w:pStyle w:val="a5"/>
        <w:ind w:left="532" w:right="838" w:firstLine="566"/>
      </w:pPr>
      <w:r w:rsidRPr="00E85698">
        <w:t>Оценка</w:t>
      </w:r>
      <w:r w:rsidRPr="00E85698">
        <w:rPr>
          <w:spacing w:val="1"/>
        </w:rPr>
        <w:t xml:space="preserve"> </w:t>
      </w:r>
      <w:r w:rsidRPr="00E85698">
        <w:rPr>
          <w:b/>
        </w:rPr>
        <w:t>«2»</w:t>
      </w:r>
      <w:r w:rsidRPr="00E85698">
        <w:rPr>
          <w:b/>
          <w:spacing w:val="1"/>
        </w:rPr>
        <w:t xml:space="preserve"> </w:t>
      </w:r>
      <w:r w:rsidRPr="00E85698">
        <w:t>ставится,</w:t>
      </w:r>
      <w:r w:rsidRPr="00E85698">
        <w:rPr>
          <w:spacing w:val="1"/>
        </w:rPr>
        <w:t xml:space="preserve"> </w:t>
      </w:r>
      <w:r w:rsidRPr="00E85698">
        <w:t>если</w:t>
      </w:r>
      <w:r w:rsidRPr="00E85698">
        <w:rPr>
          <w:spacing w:val="1"/>
        </w:rPr>
        <w:t xml:space="preserve"> </w:t>
      </w:r>
      <w:r w:rsidRPr="00E85698">
        <w:t>ученик</w:t>
      </w:r>
      <w:r w:rsidRPr="00E85698">
        <w:rPr>
          <w:spacing w:val="1"/>
        </w:rPr>
        <w:t xml:space="preserve"> </w:t>
      </w:r>
      <w:r w:rsidRPr="00E85698">
        <w:t>обнаруживает</w:t>
      </w:r>
      <w:r w:rsidRPr="00E85698">
        <w:rPr>
          <w:spacing w:val="1"/>
        </w:rPr>
        <w:t xml:space="preserve"> </w:t>
      </w:r>
      <w:r w:rsidRPr="00E85698">
        <w:t>незнание</w:t>
      </w:r>
      <w:r w:rsidRPr="00E85698">
        <w:rPr>
          <w:spacing w:val="1"/>
        </w:rPr>
        <w:t xml:space="preserve"> </w:t>
      </w:r>
      <w:r w:rsidRPr="00E85698">
        <w:t>большей</w:t>
      </w:r>
      <w:r w:rsidRPr="00E85698">
        <w:rPr>
          <w:spacing w:val="1"/>
        </w:rPr>
        <w:t xml:space="preserve"> </w:t>
      </w:r>
      <w:r w:rsidRPr="00E85698">
        <w:t>части</w:t>
      </w:r>
      <w:r w:rsidRPr="00E85698">
        <w:rPr>
          <w:spacing w:val="1"/>
        </w:rPr>
        <w:t xml:space="preserve"> </w:t>
      </w:r>
      <w:r w:rsidRPr="00E85698">
        <w:t>соответствующего</w:t>
      </w:r>
      <w:r w:rsidRPr="00E85698">
        <w:rPr>
          <w:spacing w:val="1"/>
        </w:rPr>
        <w:t xml:space="preserve"> </w:t>
      </w:r>
      <w:r w:rsidRPr="00E85698">
        <w:t>раздела</w:t>
      </w:r>
      <w:r w:rsidRPr="00E85698">
        <w:rPr>
          <w:spacing w:val="1"/>
        </w:rPr>
        <w:t xml:space="preserve"> </w:t>
      </w:r>
      <w:r w:rsidRPr="00E85698">
        <w:t>изучаемого</w:t>
      </w:r>
      <w:r w:rsidRPr="00E85698">
        <w:rPr>
          <w:spacing w:val="1"/>
        </w:rPr>
        <w:t xml:space="preserve"> </w:t>
      </w:r>
      <w:r w:rsidRPr="00E85698">
        <w:t>материала,</w:t>
      </w:r>
      <w:r w:rsidRPr="00E85698">
        <w:rPr>
          <w:spacing w:val="1"/>
        </w:rPr>
        <w:t xml:space="preserve"> </w:t>
      </w:r>
      <w:r w:rsidRPr="00E85698">
        <w:t>допускает</w:t>
      </w:r>
      <w:r w:rsidRPr="00E85698">
        <w:rPr>
          <w:spacing w:val="1"/>
        </w:rPr>
        <w:t xml:space="preserve"> </w:t>
      </w:r>
      <w:r w:rsidRPr="00E85698">
        <w:t>ошибки</w:t>
      </w:r>
      <w:r w:rsidRPr="00E85698">
        <w:rPr>
          <w:spacing w:val="1"/>
        </w:rPr>
        <w:t xml:space="preserve"> </w:t>
      </w:r>
      <w:r w:rsidRPr="00E85698">
        <w:t>в</w:t>
      </w:r>
      <w:r w:rsidRPr="00E85698">
        <w:rPr>
          <w:spacing w:val="1"/>
        </w:rPr>
        <w:t xml:space="preserve"> </w:t>
      </w:r>
      <w:r w:rsidRPr="00E85698">
        <w:t>формулировке</w:t>
      </w:r>
      <w:r w:rsidRPr="00E85698">
        <w:rPr>
          <w:spacing w:val="1"/>
        </w:rPr>
        <w:t xml:space="preserve"> </w:t>
      </w:r>
      <w:r w:rsidRPr="00E85698">
        <w:t>определений</w:t>
      </w:r>
      <w:r w:rsidRPr="00E85698">
        <w:rPr>
          <w:spacing w:val="-3"/>
        </w:rPr>
        <w:t xml:space="preserve"> </w:t>
      </w:r>
      <w:r w:rsidRPr="00E85698">
        <w:t>и</w:t>
      </w:r>
      <w:r w:rsidRPr="00E85698">
        <w:rPr>
          <w:spacing w:val="-4"/>
        </w:rPr>
        <w:t xml:space="preserve"> </w:t>
      </w:r>
      <w:r w:rsidRPr="00E85698">
        <w:t>правил,</w:t>
      </w:r>
      <w:r w:rsidRPr="00E85698">
        <w:rPr>
          <w:spacing w:val="-5"/>
        </w:rPr>
        <w:t xml:space="preserve"> </w:t>
      </w:r>
      <w:r w:rsidRPr="00E85698">
        <w:t>искажающие</w:t>
      </w:r>
      <w:r w:rsidRPr="00E85698">
        <w:rPr>
          <w:spacing w:val="-3"/>
        </w:rPr>
        <w:t xml:space="preserve"> </w:t>
      </w:r>
      <w:r w:rsidRPr="00E85698">
        <w:t>их смысл,</w:t>
      </w:r>
      <w:r w:rsidRPr="00E85698">
        <w:rPr>
          <w:spacing w:val="-4"/>
        </w:rPr>
        <w:t xml:space="preserve"> </w:t>
      </w:r>
      <w:r w:rsidRPr="00E85698">
        <w:t>беспорядочно</w:t>
      </w:r>
      <w:r w:rsidRPr="00E85698">
        <w:rPr>
          <w:spacing w:val="-2"/>
        </w:rPr>
        <w:t xml:space="preserve"> </w:t>
      </w:r>
      <w:r w:rsidRPr="00E85698">
        <w:t>и</w:t>
      </w:r>
      <w:r w:rsidRPr="00E85698">
        <w:rPr>
          <w:spacing w:val="-2"/>
        </w:rPr>
        <w:t xml:space="preserve"> </w:t>
      </w:r>
      <w:r w:rsidRPr="00E85698">
        <w:t>неуверенно</w:t>
      </w:r>
      <w:r w:rsidRPr="00E85698">
        <w:rPr>
          <w:spacing w:val="-2"/>
        </w:rPr>
        <w:t xml:space="preserve"> </w:t>
      </w:r>
      <w:r w:rsidRPr="00E85698">
        <w:t>излагает</w:t>
      </w:r>
      <w:r w:rsidRPr="00E85698">
        <w:rPr>
          <w:spacing w:val="-2"/>
        </w:rPr>
        <w:t xml:space="preserve"> </w:t>
      </w:r>
      <w:r w:rsidRPr="00E85698">
        <w:t>материал.</w:t>
      </w:r>
    </w:p>
    <w:p w:rsidR="00A037E6" w:rsidRPr="00E85698" w:rsidRDefault="00A037E6" w:rsidP="00A037E6">
      <w:pPr>
        <w:pStyle w:val="a5"/>
        <w:ind w:left="532" w:right="837" w:firstLine="566"/>
      </w:pPr>
      <w:r w:rsidRPr="00E85698">
        <w:t>Оценка</w:t>
      </w:r>
      <w:r w:rsidRPr="00E85698">
        <w:rPr>
          <w:spacing w:val="1"/>
        </w:rPr>
        <w:t xml:space="preserve"> </w:t>
      </w:r>
      <w:r w:rsidRPr="00E85698">
        <w:t>«2»</w:t>
      </w:r>
      <w:r w:rsidRPr="00E85698">
        <w:rPr>
          <w:spacing w:val="1"/>
        </w:rPr>
        <w:t xml:space="preserve"> </w:t>
      </w:r>
      <w:r w:rsidRPr="00E85698">
        <w:t>отмечает</w:t>
      </w:r>
      <w:r w:rsidRPr="00E85698">
        <w:rPr>
          <w:spacing w:val="1"/>
        </w:rPr>
        <w:t xml:space="preserve"> </w:t>
      </w:r>
      <w:r w:rsidRPr="00E85698">
        <w:t>такие</w:t>
      </w:r>
      <w:r w:rsidRPr="00E85698">
        <w:rPr>
          <w:spacing w:val="1"/>
        </w:rPr>
        <w:t xml:space="preserve"> </w:t>
      </w:r>
      <w:r w:rsidRPr="00E85698">
        <w:t>недостатки</w:t>
      </w:r>
      <w:r w:rsidRPr="00E85698">
        <w:rPr>
          <w:spacing w:val="1"/>
        </w:rPr>
        <w:t xml:space="preserve"> </w:t>
      </w:r>
      <w:r w:rsidRPr="00E85698">
        <w:t>в</w:t>
      </w:r>
      <w:r w:rsidRPr="00E85698">
        <w:rPr>
          <w:spacing w:val="1"/>
        </w:rPr>
        <w:t xml:space="preserve"> </w:t>
      </w:r>
      <w:r w:rsidRPr="00E85698">
        <w:t>подготовке</w:t>
      </w:r>
      <w:r w:rsidRPr="00E85698">
        <w:rPr>
          <w:spacing w:val="1"/>
        </w:rPr>
        <w:t xml:space="preserve"> </w:t>
      </w:r>
      <w:r w:rsidRPr="00E85698">
        <w:t>ученика,</w:t>
      </w:r>
      <w:r w:rsidRPr="00E85698">
        <w:rPr>
          <w:spacing w:val="1"/>
        </w:rPr>
        <w:t xml:space="preserve"> </w:t>
      </w:r>
      <w:r w:rsidRPr="00E85698">
        <w:t>которые</w:t>
      </w:r>
      <w:r w:rsidRPr="00E85698">
        <w:rPr>
          <w:spacing w:val="61"/>
        </w:rPr>
        <w:t xml:space="preserve"> </w:t>
      </w:r>
      <w:r w:rsidRPr="00E85698">
        <w:t>являются</w:t>
      </w:r>
      <w:r w:rsidRPr="00E85698">
        <w:rPr>
          <w:spacing w:val="1"/>
        </w:rPr>
        <w:t xml:space="preserve"> </w:t>
      </w:r>
      <w:r w:rsidRPr="00E85698">
        <w:t>серьезным</w:t>
      </w:r>
      <w:r w:rsidRPr="00E85698">
        <w:rPr>
          <w:spacing w:val="-3"/>
        </w:rPr>
        <w:t xml:space="preserve"> </w:t>
      </w:r>
      <w:r w:rsidRPr="00E85698">
        <w:t>препятствием</w:t>
      </w:r>
      <w:r w:rsidRPr="00E85698">
        <w:rPr>
          <w:spacing w:val="-2"/>
        </w:rPr>
        <w:t xml:space="preserve"> </w:t>
      </w:r>
      <w:r w:rsidRPr="00E85698">
        <w:t>к</w:t>
      </w:r>
      <w:r w:rsidRPr="00E85698">
        <w:rPr>
          <w:spacing w:val="2"/>
        </w:rPr>
        <w:t xml:space="preserve"> </w:t>
      </w:r>
      <w:r w:rsidRPr="00E85698">
        <w:t>успешному</w:t>
      </w:r>
      <w:r w:rsidRPr="00E85698">
        <w:rPr>
          <w:spacing w:val="-6"/>
        </w:rPr>
        <w:t xml:space="preserve"> </w:t>
      </w:r>
      <w:r w:rsidRPr="00E85698">
        <w:t>овладению последующим</w:t>
      </w:r>
      <w:r w:rsidRPr="00E85698">
        <w:rPr>
          <w:spacing w:val="-2"/>
        </w:rPr>
        <w:t xml:space="preserve"> </w:t>
      </w:r>
      <w:r w:rsidRPr="00E85698">
        <w:t>материалом.</w:t>
      </w:r>
    </w:p>
    <w:p w:rsidR="00A037E6" w:rsidRPr="00E85698" w:rsidRDefault="00A037E6" w:rsidP="00A037E6">
      <w:pPr>
        <w:pStyle w:val="a5"/>
        <w:ind w:left="532" w:right="834" w:firstLine="566"/>
      </w:pPr>
      <w:r w:rsidRPr="00E85698">
        <w:t>Оценка</w:t>
      </w:r>
      <w:r w:rsidRPr="00E85698">
        <w:rPr>
          <w:spacing w:val="1"/>
        </w:rPr>
        <w:t xml:space="preserve"> </w:t>
      </w:r>
      <w:r w:rsidRPr="00E85698">
        <w:t>(«5», «4», «3») может ставиться не только за единовременный ответ</w:t>
      </w:r>
      <w:r w:rsidRPr="00E85698">
        <w:rPr>
          <w:spacing w:val="1"/>
        </w:rPr>
        <w:t xml:space="preserve"> </w:t>
      </w:r>
      <w:r w:rsidRPr="00E85698">
        <w:t>(когда на</w:t>
      </w:r>
      <w:r w:rsidRPr="00E85698">
        <w:rPr>
          <w:spacing w:val="1"/>
        </w:rPr>
        <w:t xml:space="preserve"> </w:t>
      </w:r>
      <w:r w:rsidRPr="00E85698">
        <w:t xml:space="preserve">проверку подготовки ученика </w:t>
      </w:r>
      <w:proofErr w:type="spellStart"/>
      <w:r w:rsidRPr="00E85698">
        <w:t>oтводится</w:t>
      </w:r>
      <w:proofErr w:type="spellEnd"/>
      <w:r w:rsidRPr="00E85698">
        <w:t xml:space="preserve"> определенное время), но и за рассредоточенный по</w:t>
      </w:r>
      <w:r w:rsidRPr="00E85698">
        <w:rPr>
          <w:spacing w:val="1"/>
        </w:rPr>
        <w:t xml:space="preserve"> </w:t>
      </w:r>
      <w:r w:rsidRPr="00E85698">
        <w:t>времени,</w:t>
      </w:r>
      <w:r w:rsidRPr="00E85698">
        <w:rPr>
          <w:spacing w:val="1"/>
        </w:rPr>
        <w:t xml:space="preserve"> </w:t>
      </w:r>
      <w:r w:rsidRPr="00E85698">
        <w:t>т.е.</w:t>
      </w:r>
      <w:r w:rsidRPr="00E85698">
        <w:rPr>
          <w:spacing w:val="1"/>
        </w:rPr>
        <w:t xml:space="preserve"> </w:t>
      </w:r>
      <w:r w:rsidRPr="00E85698">
        <w:t>за</w:t>
      </w:r>
      <w:r w:rsidRPr="00E85698">
        <w:rPr>
          <w:spacing w:val="1"/>
        </w:rPr>
        <w:t xml:space="preserve"> </w:t>
      </w:r>
      <w:r w:rsidRPr="00E85698">
        <w:t>сумму</w:t>
      </w:r>
      <w:r w:rsidRPr="00E85698">
        <w:rPr>
          <w:spacing w:val="1"/>
        </w:rPr>
        <w:t xml:space="preserve"> </w:t>
      </w:r>
      <w:r w:rsidRPr="00E85698">
        <w:t>ответов,</w:t>
      </w:r>
      <w:r w:rsidRPr="00E85698">
        <w:rPr>
          <w:spacing w:val="1"/>
        </w:rPr>
        <w:t xml:space="preserve"> </w:t>
      </w:r>
      <w:r w:rsidRPr="00E85698">
        <w:t>данных</w:t>
      </w:r>
      <w:r w:rsidRPr="00E85698">
        <w:rPr>
          <w:spacing w:val="60"/>
        </w:rPr>
        <w:t xml:space="preserve"> </w:t>
      </w:r>
      <w:r w:rsidRPr="00E85698">
        <w:t>учеником</w:t>
      </w:r>
      <w:r w:rsidRPr="00E85698">
        <w:rPr>
          <w:spacing w:val="61"/>
        </w:rPr>
        <w:t xml:space="preserve"> </w:t>
      </w:r>
      <w:r w:rsidRPr="00E85698">
        <w:t>на</w:t>
      </w:r>
      <w:r w:rsidRPr="00E85698">
        <w:rPr>
          <w:spacing w:val="61"/>
        </w:rPr>
        <w:t xml:space="preserve"> </w:t>
      </w:r>
      <w:r w:rsidRPr="00E85698">
        <w:t>протяжении</w:t>
      </w:r>
      <w:r w:rsidRPr="00E85698">
        <w:rPr>
          <w:spacing w:val="60"/>
        </w:rPr>
        <w:t xml:space="preserve"> </w:t>
      </w:r>
      <w:r w:rsidRPr="00E85698">
        <w:t>урока</w:t>
      </w:r>
      <w:r w:rsidRPr="00E85698">
        <w:rPr>
          <w:spacing w:val="61"/>
        </w:rPr>
        <w:t xml:space="preserve"> </w:t>
      </w:r>
      <w:r w:rsidRPr="00E85698">
        <w:t>(выводится</w:t>
      </w:r>
      <w:r w:rsidRPr="00E85698">
        <w:rPr>
          <w:spacing w:val="1"/>
        </w:rPr>
        <w:t xml:space="preserve"> </w:t>
      </w:r>
      <w:r w:rsidRPr="00E85698">
        <w:rPr>
          <w:i/>
        </w:rPr>
        <w:t>поурочный</w:t>
      </w:r>
      <w:r w:rsidRPr="00E85698">
        <w:rPr>
          <w:i/>
          <w:spacing w:val="1"/>
        </w:rPr>
        <w:t xml:space="preserve"> </w:t>
      </w:r>
      <w:r w:rsidRPr="00E85698">
        <w:rPr>
          <w:i/>
        </w:rPr>
        <w:t>балл</w:t>
      </w:r>
      <w:r w:rsidRPr="00E85698">
        <w:t>),</w:t>
      </w:r>
      <w:r w:rsidRPr="00E85698">
        <w:rPr>
          <w:spacing w:val="1"/>
        </w:rPr>
        <w:t xml:space="preserve"> </w:t>
      </w:r>
      <w:r w:rsidRPr="00E85698">
        <w:t>при</w:t>
      </w:r>
      <w:r w:rsidRPr="00E85698">
        <w:rPr>
          <w:spacing w:val="1"/>
        </w:rPr>
        <w:t xml:space="preserve"> </w:t>
      </w:r>
      <w:r w:rsidRPr="00E85698">
        <w:t>условии,</w:t>
      </w:r>
      <w:r w:rsidRPr="00E85698">
        <w:rPr>
          <w:spacing w:val="1"/>
        </w:rPr>
        <w:t xml:space="preserve"> </w:t>
      </w:r>
      <w:r w:rsidRPr="00E85698">
        <w:t>если</w:t>
      </w:r>
      <w:r w:rsidRPr="00E85698">
        <w:rPr>
          <w:spacing w:val="1"/>
        </w:rPr>
        <w:t xml:space="preserve"> </w:t>
      </w:r>
      <w:r w:rsidRPr="00E85698">
        <w:t>в</w:t>
      </w:r>
      <w:r w:rsidRPr="00E85698">
        <w:rPr>
          <w:spacing w:val="1"/>
        </w:rPr>
        <w:t xml:space="preserve"> </w:t>
      </w:r>
      <w:r w:rsidRPr="00E85698">
        <w:t>процессе</w:t>
      </w:r>
      <w:r w:rsidRPr="00E85698">
        <w:rPr>
          <w:spacing w:val="1"/>
        </w:rPr>
        <w:t xml:space="preserve"> </w:t>
      </w:r>
      <w:r w:rsidRPr="00E85698">
        <w:t>урока</w:t>
      </w:r>
      <w:r w:rsidRPr="00E85698">
        <w:rPr>
          <w:spacing w:val="1"/>
        </w:rPr>
        <w:t xml:space="preserve"> </w:t>
      </w:r>
      <w:r w:rsidRPr="00E85698">
        <w:t>не</w:t>
      </w:r>
      <w:r w:rsidRPr="00E85698">
        <w:rPr>
          <w:spacing w:val="1"/>
        </w:rPr>
        <w:t xml:space="preserve"> </w:t>
      </w:r>
      <w:r w:rsidRPr="00E85698">
        <w:t>только</w:t>
      </w:r>
      <w:r w:rsidRPr="00E85698">
        <w:rPr>
          <w:spacing w:val="1"/>
        </w:rPr>
        <w:t xml:space="preserve"> </w:t>
      </w:r>
      <w:r w:rsidRPr="00E85698">
        <w:t>заслушивались</w:t>
      </w:r>
      <w:r w:rsidRPr="00E85698">
        <w:rPr>
          <w:spacing w:val="1"/>
        </w:rPr>
        <w:t xml:space="preserve"> </w:t>
      </w:r>
      <w:r w:rsidRPr="00E85698">
        <w:t>ответы</w:t>
      </w:r>
      <w:r w:rsidRPr="00E85698">
        <w:rPr>
          <w:spacing w:val="1"/>
        </w:rPr>
        <w:t xml:space="preserve"> </w:t>
      </w:r>
      <w:r w:rsidRPr="00E85698">
        <w:t>учащегося,</w:t>
      </w:r>
      <w:r w:rsidRPr="00E85698">
        <w:rPr>
          <w:spacing w:val="-2"/>
        </w:rPr>
        <w:t xml:space="preserve"> </w:t>
      </w:r>
      <w:r w:rsidRPr="00E85698">
        <w:t>но</w:t>
      </w:r>
      <w:r w:rsidRPr="00E85698">
        <w:rPr>
          <w:spacing w:val="58"/>
        </w:rPr>
        <w:t xml:space="preserve"> </w:t>
      </w:r>
      <w:r w:rsidRPr="00E85698">
        <w:t>и</w:t>
      </w:r>
      <w:r w:rsidRPr="00E85698">
        <w:rPr>
          <w:spacing w:val="57"/>
        </w:rPr>
        <w:t xml:space="preserve"> </w:t>
      </w:r>
      <w:r w:rsidRPr="00E85698">
        <w:t>осуществлялась</w:t>
      </w:r>
      <w:r w:rsidRPr="00E85698">
        <w:rPr>
          <w:spacing w:val="-1"/>
        </w:rPr>
        <w:t xml:space="preserve"> </w:t>
      </w:r>
      <w:r w:rsidRPr="00E85698">
        <w:t>проверка</w:t>
      </w:r>
      <w:r w:rsidRPr="00E85698">
        <w:rPr>
          <w:spacing w:val="57"/>
        </w:rPr>
        <w:t xml:space="preserve"> </w:t>
      </w:r>
      <w:r w:rsidRPr="00E85698">
        <w:t>его</w:t>
      </w:r>
      <w:r w:rsidRPr="00E85698">
        <w:rPr>
          <w:spacing w:val="2"/>
        </w:rPr>
        <w:t xml:space="preserve"> </w:t>
      </w:r>
      <w:r w:rsidRPr="00E85698">
        <w:t>умения</w:t>
      </w:r>
      <w:r w:rsidRPr="00E85698">
        <w:rPr>
          <w:spacing w:val="57"/>
        </w:rPr>
        <w:t xml:space="preserve"> </w:t>
      </w:r>
      <w:r w:rsidRPr="00E85698">
        <w:t>применять</w:t>
      </w:r>
      <w:r w:rsidRPr="00E85698">
        <w:rPr>
          <w:spacing w:val="-1"/>
        </w:rPr>
        <w:t xml:space="preserve"> </w:t>
      </w:r>
      <w:r w:rsidRPr="00E85698">
        <w:t>знания</w:t>
      </w:r>
      <w:r w:rsidRPr="00E85698">
        <w:rPr>
          <w:spacing w:val="-1"/>
        </w:rPr>
        <w:t xml:space="preserve"> </w:t>
      </w:r>
      <w:r w:rsidRPr="00E85698">
        <w:t>на</w:t>
      </w:r>
      <w:r w:rsidRPr="00E85698">
        <w:rPr>
          <w:spacing w:val="-2"/>
        </w:rPr>
        <w:t xml:space="preserve"> </w:t>
      </w:r>
      <w:r w:rsidRPr="00E85698">
        <w:t>практике.</w:t>
      </w:r>
    </w:p>
    <w:p w:rsidR="00A037E6" w:rsidRPr="00E85698" w:rsidRDefault="00A037E6" w:rsidP="00A037E6">
      <w:pPr>
        <w:pStyle w:val="210"/>
        <w:spacing w:before="5"/>
        <w:ind w:left="1099" w:right="6132"/>
        <w:jc w:val="both"/>
      </w:pPr>
    </w:p>
    <w:p w:rsidR="00A037E6" w:rsidRPr="00E85698" w:rsidRDefault="00A037E6" w:rsidP="00A037E6">
      <w:pPr>
        <w:pStyle w:val="210"/>
        <w:spacing w:before="5"/>
        <w:ind w:left="1099" w:right="6132"/>
        <w:jc w:val="both"/>
      </w:pPr>
      <w:r w:rsidRPr="00E85698">
        <w:t>Оценка письменных работ учащихся</w:t>
      </w:r>
      <w:r w:rsidRPr="00E85698">
        <w:rPr>
          <w:spacing w:val="-57"/>
        </w:rPr>
        <w:t xml:space="preserve"> </w:t>
      </w:r>
      <w:r w:rsidRPr="00E85698">
        <w:t>Оценка</w:t>
      </w:r>
      <w:r w:rsidRPr="00E85698">
        <w:rPr>
          <w:spacing w:val="-1"/>
        </w:rPr>
        <w:t xml:space="preserve"> </w:t>
      </w:r>
      <w:r w:rsidRPr="00E85698">
        <w:t>диктантов</w:t>
      </w:r>
    </w:p>
    <w:p w:rsidR="00A037E6" w:rsidRPr="00E85698" w:rsidRDefault="00A037E6" w:rsidP="00A037E6">
      <w:pPr>
        <w:pStyle w:val="a5"/>
        <w:ind w:left="532" w:right="831" w:firstLine="566"/>
      </w:pPr>
      <w:r w:rsidRPr="00E85698">
        <w:t>Диктант</w:t>
      </w:r>
      <w:r w:rsidRPr="00E85698">
        <w:rPr>
          <w:spacing w:val="1"/>
        </w:rPr>
        <w:t xml:space="preserve"> </w:t>
      </w:r>
      <w:r w:rsidRPr="00E85698">
        <w:t>—</w:t>
      </w:r>
      <w:r w:rsidRPr="00E85698">
        <w:rPr>
          <w:spacing w:val="1"/>
        </w:rPr>
        <w:t xml:space="preserve"> </w:t>
      </w:r>
      <w:r w:rsidRPr="00E85698">
        <w:t>одна</w:t>
      </w:r>
      <w:r w:rsidRPr="00E85698">
        <w:rPr>
          <w:spacing w:val="1"/>
        </w:rPr>
        <w:t xml:space="preserve"> </w:t>
      </w:r>
      <w:r w:rsidRPr="00E85698">
        <w:t>из</w:t>
      </w:r>
      <w:r w:rsidRPr="00E85698">
        <w:rPr>
          <w:spacing w:val="1"/>
        </w:rPr>
        <w:t xml:space="preserve"> </w:t>
      </w:r>
      <w:r w:rsidRPr="00E85698">
        <w:t>основных</w:t>
      </w:r>
      <w:r w:rsidRPr="00E85698">
        <w:rPr>
          <w:spacing w:val="1"/>
        </w:rPr>
        <w:t xml:space="preserve"> </w:t>
      </w:r>
      <w:r w:rsidRPr="00E85698">
        <w:t>форм</w:t>
      </w:r>
      <w:r w:rsidRPr="00E85698">
        <w:rPr>
          <w:spacing w:val="1"/>
        </w:rPr>
        <w:t xml:space="preserve"> </w:t>
      </w:r>
      <w:r w:rsidRPr="00E85698">
        <w:t>проверки</w:t>
      </w:r>
      <w:r w:rsidRPr="00E85698">
        <w:rPr>
          <w:spacing w:val="1"/>
        </w:rPr>
        <w:t xml:space="preserve"> </w:t>
      </w:r>
      <w:r w:rsidRPr="00E85698">
        <w:t>орфографической</w:t>
      </w:r>
      <w:r w:rsidRPr="00E85698">
        <w:rPr>
          <w:spacing w:val="1"/>
        </w:rPr>
        <w:t xml:space="preserve"> </w:t>
      </w:r>
      <w:r w:rsidRPr="00E85698">
        <w:t>и</w:t>
      </w:r>
      <w:r w:rsidRPr="00E85698">
        <w:rPr>
          <w:spacing w:val="1"/>
        </w:rPr>
        <w:t xml:space="preserve"> </w:t>
      </w:r>
      <w:r w:rsidRPr="00E85698">
        <w:t>пунктуационной</w:t>
      </w:r>
      <w:r w:rsidRPr="00E85698">
        <w:rPr>
          <w:spacing w:val="1"/>
        </w:rPr>
        <w:t xml:space="preserve"> </w:t>
      </w:r>
      <w:r w:rsidRPr="00E85698">
        <w:t>грамотности.</w:t>
      </w:r>
    </w:p>
    <w:p w:rsidR="00A037E6" w:rsidRPr="00E85698" w:rsidRDefault="00A037E6" w:rsidP="00A037E6">
      <w:pPr>
        <w:pStyle w:val="a5"/>
        <w:ind w:left="532" w:right="839" w:firstLine="566"/>
      </w:pPr>
      <w:r w:rsidRPr="00E85698">
        <w:t>Для диктантов целесообразно использовать связные тексты, которые должны отвечать</w:t>
      </w:r>
      <w:r w:rsidRPr="00E85698">
        <w:rPr>
          <w:spacing w:val="1"/>
        </w:rPr>
        <w:t xml:space="preserve"> </w:t>
      </w:r>
      <w:r w:rsidRPr="00E85698">
        <w:t>нормам современного литературного языка,</w:t>
      </w:r>
      <w:r w:rsidRPr="00E85698">
        <w:rPr>
          <w:spacing w:val="1"/>
        </w:rPr>
        <w:t xml:space="preserve"> </w:t>
      </w:r>
      <w:r w:rsidRPr="00E85698">
        <w:t>быть</w:t>
      </w:r>
      <w:r w:rsidRPr="00E85698">
        <w:rPr>
          <w:spacing w:val="1"/>
        </w:rPr>
        <w:t xml:space="preserve"> </w:t>
      </w:r>
      <w:r w:rsidRPr="00E85698">
        <w:t>доступными</w:t>
      </w:r>
      <w:r w:rsidRPr="00E85698">
        <w:rPr>
          <w:spacing w:val="1"/>
        </w:rPr>
        <w:t xml:space="preserve"> </w:t>
      </w:r>
      <w:r w:rsidRPr="00E85698">
        <w:t>по</w:t>
      </w:r>
      <w:r w:rsidRPr="00E85698">
        <w:rPr>
          <w:spacing w:val="1"/>
        </w:rPr>
        <w:t xml:space="preserve"> </w:t>
      </w:r>
      <w:r w:rsidRPr="00E85698">
        <w:t>содержанию</w:t>
      </w:r>
      <w:r w:rsidRPr="00E85698">
        <w:rPr>
          <w:spacing w:val="1"/>
        </w:rPr>
        <w:t xml:space="preserve"> </w:t>
      </w:r>
      <w:r w:rsidRPr="00E85698">
        <w:t>учащимся</w:t>
      </w:r>
      <w:r w:rsidRPr="00E85698">
        <w:rPr>
          <w:spacing w:val="1"/>
        </w:rPr>
        <w:t xml:space="preserve"> </w:t>
      </w:r>
      <w:r w:rsidRPr="00E85698">
        <w:t>данного</w:t>
      </w:r>
      <w:r w:rsidRPr="00E85698">
        <w:rPr>
          <w:spacing w:val="-1"/>
        </w:rPr>
        <w:t xml:space="preserve"> </w:t>
      </w:r>
      <w:r w:rsidRPr="00E85698">
        <w:t>класса.</w:t>
      </w:r>
    </w:p>
    <w:p w:rsidR="00A037E6" w:rsidRPr="00E85698" w:rsidRDefault="00A037E6" w:rsidP="00A037E6">
      <w:pPr>
        <w:sectPr w:rsidR="00A037E6" w:rsidRPr="00E85698" w:rsidSect="00A037E6">
          <w:pgSz w:w="11910" w:h="16840"/>
          <w:pgMar w:top="1580" w:right="20" w:bottom="280" w:left="600" w:header="720" w:footer="720" w:gutter="0"/>
          <w:cols w:space="720"/>
        </w:sectPr>
      </w:pPr>
    </w:p>
    <w:p w:rsidR="00A037E6" w:rsidRPr="00E85698" w:rsidRDefault="00A037E6" w:rsidP="00A037E6">
      <w:pPr>
        <w:pStyle w:val="210"/>
        <w:spacing w:before="71" w:after="3"/>
        <w:ind w:left="1099"/>
        <w:jc w:val="both"/>
      </w:pPr>
      <w:r w:rsidRPr="00E85698">
        <w:lastRenderedPageBreak/>
        <w:t>Требования</w:t>
      </w:r>
      <w:r w:rsidRPr="00E85698">
        <w:rPr>
          <w:spacing w:val="-2"/>
        </w:rPr>
        <w:t xml:space="preserve"> </w:t>
      </w:r>
      <w:r w:rsidRPr="00E85698">
        <w:t>к</w:t>
      </w:r>
      <w:r w:rsidRPr="00E85698">
        <w:rPr>
          <w:spacing w:val="-4"/>
        </w:rPr>
        <w:t xml:space="preserve"> </w:t>
      </w:r>
      <w:r w:rsidRPr="00E85698">
        <w:t>тексту диктанта</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074"/>
        <w:gridCol w:w="1560"/>
        <w:gridCol w:w="1589"/>
        <w:gridCol w:w="1971"/>
        <w:gridCol w:w="1529"/>
      </w:tblGrid>
      <w:tr w:rsidR="00A037E6" w:rsidRPr="00E85698" w:rsidTr="006C1B1D">
        <w:trPr>
          <w:trHeight w:val="318"/>
        </w:trPr>
        <w:tc>
          <w:tcPr>
            <w:tcW w:w="1416" w:type="dxa"/>
            <w:vMerge w:val="restart"/>
          </w:tcPr>
          <w:p w:rsidR="00A037E6" w:rsidRPr="00E85698" w:rsidRDefault="00A037E6" w:rsidP="006C1B1D">
            <w:pPr>
              <w:pStyle w:val="TableParagraph"/>
              <w:spacing w:before="3"/>
              <w:rPr>
                <w:b/>
                <w:sz w:val="27"/>
              </w:rPr>
            </w:pPr>
          </w:p>
          <w:p w:rsidR="00A037E6" w:rsidRPr="00E85698" w:rsidRDefault="00A037E6" w:rsidP="006C1B1D">
            <w:pPr>
              <w:pStyle w:val="TableParagraph"/>
              <w:rPr>
                <w:sz w:val="24"/>
              </w:rPr>
            </w:pPr>
            <w:r w:rsidRPr="00E85698">
              <w:rPr>
                <w:sz w:val="24"/>
              </w:rPr>
              <w:t>Класс</w:t>
            </w:r>
          </w:p>
        </w:tc>
        <w:tc>
          <w:tcPr>
            <w:tcW w:w="7194" w:type="dxa"/>
            <w:gridSpan w:val="4"/>
          </w:tcPr>
          <w:p w:rsidR="00A037E6" w:rsidRPr="00E85698" w:rsidRDefault="00A037E6" w:rsidP="006C1B1D">
            <w:pPr>
              <w:pStyle w:val="TableParagraph"/>
              <w:spacing w:line="273" w:lineRule="exact"/>
              <w:ind w:left="816"/>
              <w:rPr>
                <w:sz w:val="24"/>
              </w:rPr>
            </w:pPr>
            <w:r w:rsidRPr="00E85698">
              <w:rPr>
                <w:sz w:val="24"/>
              </w:rPr>
              <w:t>Количество</w:t>
            </w:r>
            <w:r w:rsidRPr="00E85698">
              <w:rPr>
                <w:spacing w:val="-3"/>
                <w:sz w:val="24"/>
              </w:rPr>
              <w:t xml:space="preserve"> </w:t>
            </w:r>
            <w:r w:rsidRPr="00E85698">
              <w:rPr>
                <w:sz w:val="24"/>
              </w:rPr>
              <w:t>в</w:t>
            </w:r>
            <w:r w:rsidRPr="00E85698">
              <w:rPr>
                <w:spacing w:val="-3"/>
                <w:sz w:val="24"/>
              </w:rPr>
              <w:t xml:space="preserve"> </w:t>
            </w:r>
            <w:r w:rsidRPr="00E85698">
              <w:rPr>
                <w:sz w:val="24"/>
              </w:rPr>
              <w:t>контрольном</w:t>
            </w:r>
            <w:r w:rsidRPr="00E85698">
              <w:rPr>
                <w:spacing w:val="-3"/>
                <w:sz w:val="24"/>
              </w:rPr>
              <w:t xml:space="preserve"> </w:t>
            </w:r>
            <w:r w:rsidRPr="00E85698">
              <w:rPr>
                <w:sz w:val="24"/>
              </w:rPr>
              <w:t>диктанте</w:t>
            </w:r>
          </w:p>
        </w:tc>
        <w:tc>
          <w:tcPr>
            <w:tcW w:w="1529" w:type="dxa"/>
            <w:vMerge w:val="restart"/>
          </w:tcPr>
          <w:p w:rsidR="00A037E6" w:rsidRPr="00E85698" w:rsidRDefault="00A037E6" w:rsidP="006C1B1D">
            <w:pPr>
              <w:pStyle w:val="TableParagraph"/>
              <w:spacing w:line="276" w:lineRule="auto"/>
              <w:ind w:left="108" w:right="97"/>
              <w:jc w:val="both"/>
              <w:rPr>
                <w:sz w:val="24"/>
              </w:rPr>
            </w:pPr>
            <w:r w:rsidRPr="00E85698">
              <w:rPr>
                <w:sz w:val="24"/>
              </w:rPr>
              <w:t>Кол-во</w:t>
            </w:r>
            <w:r w:rsidRPr="00E85698">
              <w:rPr>
                <w:spacing w:val="1"/>
                <w:sz w:val="24"/>
              </w:rPr>
              <w:t xml:space="preserve"> </w:t>
            </w:r>
            <w:r w:rsidRPr="00E85698">
              <w:rPr>
                <w:sz w:val="24"/>
              </w:rPr>
              <w:t>слов</w:t>
            </w:r>
            <w:r w:rsidRPr="00E85698">
              <w:rPr>
                <w:spacing w:val="-57"/>
                <w:sz w:val="24"/>
              </w:rPr>
              <w:t xml:space="preserve"> </w:t>
            </w:r>
            <w:r w:rsidRPr="00E85698">
              <w:rPr>
                <w:sz w:val="24"/>
              </w:rPr>
              <w:t>в словарном</w:t>
            </w:r>
            <w:r w:rsidRPr="00E85698">
              <w:rPr>
                <w:spacing w:val="-57"/>
                <w:sz w:val="24"/>
              </w:rPr>
              <w:t xml:space="preserve"> </w:t>
            </w:r>
            <w:r w:rsidRPr="00E85698">
              <w:rPr>
                <w:sz w:val="24"/>
              </w:rPr>
              <w:t>диктанте</w:t>
            </w:r>
          </w:p>
        </w:tc>
      </w:tr>
      <w:tr w:rsidR="00A037E6" w:rsidRPr="00E85698" w:rsidTr="006C1B1D">
        <w:trPr>
          <w:trHeight w:val="952"/>
        </w:trPr>
        <w:tc>
          <w:tcPr>
            <w:tcW w:w="1416" w:type="dxa"/>
            <w:vMerge/>
            <w:tcBorders>
              <w:top w:val="nil"/>
            </w:tcBorders>
          </w:tcPr>
          <w:p w:rsidR="00A037E6" w:rsidRPr="00E85698" w:rsidRDefault="00A037E6" w:rsidP="006C1B1D">
            <w:pPr>
              <w:rPr>
                <w:sz w:val="2"/>
                <w:szCs w:val="2"/>
              </w:rPr>
            </w:pPr>
          </w:p>
        </w:tc>
        <w:tc>
          <w:tcPr>
            <w:tcW w:w="2074" w:type="dxa"/>
          </w:tcPr>
          <w:p w:rsidR="00A037E6" w:rsidRPr="00E85698" w:rsidRDefault="00A037E6" w:rsidP="006C1B1D">
            <w:pPr>
              <w:pStyle w:val="TableParagraph"/>
              <w:spacing w:line="276" w:lineRule="auto"/>
              <w:ind w:left="108" w:right="79"/>
              <w:rPr>
                <w:sz w:val="24"/>
              </w:rPr>
            </w:pPr>
            <w:r w:rsidRPr="00E85698">
              <w:rPr>
                <w:sz w:val="24"/>
              </w:rPr>
              <w:t>слов</w:t>
            </w:r>
            <w:r w:rsidRPr="00E85698">
              <w:rPr>
                <w:spacing w:val="1"/>
                <w:sz w:val="24"/>
              </w:rPr>
              <w:t xml:space="preserve"> </w:t>
            </w:r>
            <w:r w:rsidRPr="00E85698">
              <w:rPr>
                <w:sz w:val="24"/>
              </w:rPr>
              <w:t>(самостоятельных</w:t>
            </w:r>
          </w:p>
          <w:p w:rsidR="00A037E6" w:rsidRPr="00E85698" w:rsidRDefault="00A037E6" w:rsidP="006C1B1D">
            <w:pPr>
              <w:pStyle w:val="TableParagraph"/>
              <w:ind w:left="108"/>
              <w:rPr>
                <w:sz w:val="24"/>
              </w:rPr>
            </w:pPr>
            <w:r w:rsidRPr="00E85698">
              <w:rPr>
                <w:sz w:val="24"/>
              </w:rPr>
              <w:t>и</w:t>
            </w:r>
            <w:r w:rsidRPr="00E85698">
              <w:rPr>
                <w:spacing w:val="-2"/>
                <w:sz w:val="24"/>
              </w:rPr>
              <w:t xml:space="preserve"> </w:t>
            </w:r>
            <w:r w:rsidRPr="00E85698">
              <w:rPr>
                <w:sz w:val="24"/>
              </w:rPr>
              <w:t>служебных)</w:t>
            </w:r>
            <w:r w:rsidRPr="00E85698">
              <w:rPr>
                <w:sz w:val="24"/>
                <w:vertAlign w:val="superscript"/>
              </w:rPr>
              <w:t>1</w:t>
            </w:r>
          </w:p>
        </w:tc>
        <w:tc>
          <w:tcPr>
            <w:tcW w:w="1560" w:type="dxa"/>
          </w:tcPr>
          <w:p w:rsidR="00A037E6" w:rsidRPr="00E85698" w:rsidRDefault="00A037E6" w:rsidP="006C1B1D">
            <w:pPr>
              <w:pStyle w:val="TableParagraph"/>
              <w:spacing w:line="271" w:lineRule="exact"/>
              <w:ind w:left="108"/>
              <w:rPr>
                <w:sz w:val="24"/>
              </w:rPr>
            </w:pPr>
            <w:r w:rsidRPr="00E85698">
              <w:rPr>
                <w:sz w:val="24"/>
              </w:rPr>
              <w:t>орфограмм</w:t>
            </w:r>
            <w:r w:rsidRPr="00E85698">
              <w:rPr>
                <w:sz w:val="24"/>
                <w:vertAlign w:val="superscript"/>
              </w:rPr>
              <w:t>2</w:t>
            </w:r>
          </w:p>
        </w:tc>
        <w:tc>
          <w:tcPr>
            <w:tcW w:w="1589" w:type="dxa"/>
          </w:tcPr>
          <w:p w:rsidR="00A037E6" w:rsidRPr="00E85698" w:rsidRDefault="00A037E6" w:rsidP="006C1B1D">
            <w:pPr>
              <w:pStyle w:val="TableParagraph"/>
              <w:spacing w:line="271" w:lineRule="exact"/>
              <w:ind w:left="108"/>
              <w:rPr>
                <w:sz w:val="24"/>
              </w:rPr>
            </w:pPr>
            <w:proofErr w:type="spellStart"/>
            <w:r w:rsidRPr="00E85698">
              <w:rPr>
                <w:sz w:val="24"/>
              </w:rPr>
              <w:t>пунктограмм</w:t>
            </w:r>
            <w:proofErr w:type="spellEnd"/>
          </w:p>
        </w:tc>
        <w:tc>
          <w:tcPr>
            <w:tcW w:w="1971" w:type="dxa"/>
          </w:tcPr>
          <w:p w:rsidR="00A037E6" w:rsidRPr="00E85698" w:rsidRDefault="00A037E6" w:rsidP="006C1B1D">
            <w:pPr>
              <w:pStyle w:val="TableParagraph"/>
              <w:tabs>
                <w:tab w:val="left" w:pos="1754"/>
              </w:tabs>
              <w:spacing w:line="271" w:lineRule="exact"/>
              <w:ind w:left="108"/>
              <w:rPr>
                <w:sz w:val="24"/>
              </w:rPr>
            </w:pPr>
            <w:r w:rsidRPr="00E85698">
              <w:rPr>
                <w:sz w:val="24"/>
              </w:rPr>
              <w:t>слов</w:t>
            </w:r>
            <w:r w:rsidRPr="00E85698">
              <w:rPr>
                <w:sz w:val="24"/>
              </w:rPr>
              <w:tab/>
              <w:t>с</w:t>
            </w:r>
          </w:p>
          <w:p w:rsidR="00A037E6" w:rsidRPr="00E85698" w:rsidRDefault="00A037E6" w:rsidP="006C1B1D">
            <w:pPr>
              <w:pStyle w:val="TableParagraph"/>
              <w:spacing w:before="9" w:line="320" w:lineRule="exact"/>
              <w:ind w:left="108" w:right="93"/>
              <w:rPr>
                <w:sz w:val="24"/>
              </w:rPr>
            </w:pPr>
            <w:r w:rsidRPr="00E85698">
              <w:rPr>
                <w:spacing w:val="-1"/>
                <w:sz w:val="24"/>
              </w:rPr>
              <w:t>непроверяемыми</w:t>
            </w:r>
            <w:r w:rsidRPr="00E85698">
              <w:rPr>
                <w:spacing w:val="-57"/>
                <w:sz w:val="24"/>
              </w:rPr>
              <w:t xml:space="preserve"> </w:t>
            </w:r>
            <w:r w:rsidRPr="00E85698">
              <w:rPr>
                <w:sz w:val="24"/>
              </w:rPr>
              <w:t>орфограммами</w:t>
            </w:r>
            <w:r w:rsidRPr="00E85698">
              <w:rPr>
                <w:sz w:val="24"/>
                <w:vertAlign w:val="superscript"/>
              </w:rPr>
              <w:t>3</w:t>
            </w:r>
          </w:p>
        </w:tc>
        <w:tc>
          <w:tcPr>
            <w:tcW w:w="1529" w:type="dxa"/>
            <w:vMerge/>
            <w:tcBorders>
              <w:top w:val="nil"/>
            </w:tcBorders>
          </w:tcPr>
          <w:p w:rsidR="00A037E6" w:rsidRPr="00E85698" w:rsidRDefault="00A037E6" w:rsidP="006C1B1D">
            <w:pPr>
              <w:rPr>
                <w:sz w:val="2"/>
                <w:szCs w:val="2"/>
              </w:rPr>
            </w:pPr>
          </w:p>
        </w:tc>
      </w:tr>
      <w:tr w:rsidR="00A037E6" w:rsidRPr="00E85698" w:rsidTr="006C1B1D">
        <w:trPr>
          <w:trHeight w:val="316"/>
        </w:trPr>
        <w:tc>
          <w:tcPr>
            <w:tcW w:w="1416" w:type="dxa"/>
          </w:tcPr>
          <w:p w:rsidR="00A037E6" w:rsidRPr="00E85698" w:rsidRDefault="00A037E6" w:rsidP="006C1B1D">
            <w:pPr>
              <w:pStyle w:val="TableParagraph"/>
              <w:spacing w:line="270" w:lineRule="exact"/>
              <w:ind w:right="467"/>
              <w:jc w:val="right"/>
              <w:rPr>
                <w:sz w:val="24"/>
              </w:rPr>
            </w:pPr>
            <w:r w:rsidRPr="00E85698">
              <w:rPr>
                <w:sz w:val="24"/>
              </w:rPr>
              <w:t>5</w:t>
            </w:r>
          </w:p>
        </w:tc>
        <w:tc>
          <w:tcPr>
            <w:tcW w:w="2074" w:type="dxa"/>
          </w:tcPr>
          <w:p w:rsidR="00A037E6" w:rsidRPr="00E85698" w:rsidRDefault="00A037E6" w:rsidP="006C1B1D">
            <w:pPr>
              <w:pStyle w:val="TableParagraph"/>
              <w:spacing w:line="270" w:lineRule="exact"/>
              <w:ind w:left="816"/>
              <w:rPr>
                <w:sz w:val="24"/>
              </w:rPr>
            </w:pPr>
            <w:r w:rsidRPr="00E85698">
              <w:rPr>
                <w:sz w:val="24"/>
              </w:rPr>
              <w:t>90-100</w:t>
            </w:r>
          </w:p>
        </w:tc>
        <w:tc>
          <w:tcPr>
            <w:tcW w:w="1560" w:type="dxa"/>
          </w:tcPr>
          <w:p w:rsidR="00A037E6" w:rsidRPr="00E85698" w:rsidRDefault="00A037E6" w:rsidP="006C1B1D">
            <w:pPr>
              <w:pStyle w:val="TableParagraph"/>
              <w:spacing w:line="270" w:lineRule="exact"/>
              <w:ind w:left="816"/>
              <w:rPr>
                <w:sz w:val="24"/>
              </w:rPr>
            </w:pPr>
            <w:r w:rsidRPr="00E85698">
              <w:rPr>
                <w:sz w:val="24"/>
              </w:rPr>
              <w:t>12</w:t>
            </w:r>
          </w:p>
        </w:tc>
        <w:tc>
          <w:tcPr>
            <w:tcW w:w="1589" w:type="dxa"/>
          </w:tcPr>
          <w:p w:rsidR="00A037E6" w:rsidRPr="00E85698" w:rsidRDefault="00A037E6" w:rsidP="006C1B1D">
            <w:pPr>
              <w:pStyle w:val="TableParagraph"/>
              <w:spacing w:line="270" w:lineRule="exact"/>
              <w:ind w:left="816"/>
              <w:rPr>
                <w:sz w:val="24"/>
              </w:rPr>
            </w:pPr>
            <w:r w:rsidRPr="00E85698">
              <w:rPr>
                <w:sz w:val="24"/>
              </w:rPr>
              <w:t>2-3</w:t>
            </w:r>
          </w:p>
        </w:tc>
        <w:tc>
          <w:tcPr>
            <w:tcW w:w="1971" w:type="dxa"/>
          </w:tcPr>
          <w:p w:rsidR="00A037E6" w:rsidRPr="00E85698" w:rsidRDefault="00A037E6" w:rsidP="006C1B1D">
            <w:pPr>
              <w:pStyle w:val="TableParagraph"/>
              <w:spacing w:line="270" w:lineRule="exact"/>
              <w:ind w:left="816"/>
              <w:rPr>
                <w:sz w:val="24"/>
              </w:rPr>
            </w:pPr>
            <w:r w:rsidRPr="00E85698">
              <w:rPr>
                <w:sz w:val="24"/>
              </w:rPr>
              <w:t>5</w:t>
            </w:r>
          </w:p>
        </w:tc>
        <w:tc>
          <w:tcPr>
            <w:tcW w:w="1529" w:type="dxa"/>
          </w:tcPr>
          <w:p w:rsidR="00A037E6" w:rsidRPr="00E85698" w:rsidRDefault="00A037E6" w:rsidP="006C1B1D">
            <w:pPr>
              <w:pStyle w:val="TableParagraph"/>
              <w:spacing w:line="270" w:lineRule="exact"/>
              <w:ind w:left="156"/>
              <w:rPr>
                <w:sz w:val="24"/>
              </w:rPr>
            </w:pPr>
            <w:r w:rsidRPr="00E85698">
              <w:rPr>
                <w:sz w:val="24"/>
              </w:rPr>
              <w:t>15-20</w:t>
            </w:r>
          </w:p>
        </w:tc>
      </w:tr>
      <w:tr w:rsidR="00A037E6" w:rsidRPr="00E85698" w:rsidTr="006C1B1D">
        <w:trPr>
          <w:trHeight w:val="318"/>
        </w:trPr>
        <w:tc>
          <w:tcPr>
            <w:tcW w:w="1416" w:type="dxa"/>
          </w:tcPr>
          <w:p w:rsidR="00A037E6" w:rsidRPr="00E85698" w:rsidRDefault="00A037E6" w:rsidP="006C1B1D">
            <w:pPr>
              <w:pStyle w:val="TableParagraph"/>
              <w:spacing w:line="270" w:lineRule="exact"/>
              <w:ind w:right="467"/>
              <w:jc w:val="right"/>
              <w:rPr>
                <w:sz w:val="24"/>
              </w:rPr>
            </w:pPr>
            <w:r w:rsidRPr="00E85698">
              <w:rPr>
                <w:sz w:val="24"/>
              </w:rPr>
              <w:t>6</w:t>
            </w:r>
          </w:p>
        </w:tc>
        <w:tc>
          <w:tcPr>
            <w:tcW w:w="2074" w:type="dxa"/>
          </w:tcPr>
          <w:p w:rsidR="00A037E6" w:rsidRPr="00E85698" w:rsidRDefault="00A037E6" w:rsidP="006C1B1D">
            <w:pPr>
              <w:pStyle w:val="TableParagraph"/>
              <w:spacing w:line="270" w:lineRule="exact"/>
              <w:ind w:left="816"/>
              <w:rPr>
                <w:sz w:val="24"/>
              </w:rPr>
            </w:pPr>
            <w:r w:rsidRPr="00E85698">
              <w:rPr>
                <w:sz w:val="24"/>
              </w:rPr>
              <w:t>100-110</w:t>
            </w:r>
          </w:p>
        </w:tc>
        <w:tc>
          <w:tcPr>
            <w:tcW w:w="1560" w:type="dxa"/>
          </w:tcPr>
          <w:p w:rsidR="00A037E6" w:rsidRPr="00E85698" w:rsidRDefault="00A037E6" w:rsidP="006C1B1D">
            <w:pPr>
              <w:pStyle w:val="TableParagraph"/>
              <w:spacing w:line="270" w:lineRule="exact"/>
              <w:ind w:left="816"/>
              <w:rPr>
                <w:sz w:val="24"/>
              </w:rPr>
            </w:pPr>
            <w:r w:rsidRPr="00E85698">
              <w:rPr>
                <w:sz w:val="24"/>
              </w:rPr>
              <w:t>16</w:t>
            </w:r>
          </w:p>
        </w:tc>
        <w:tc>
          <w:tcPr>
            <w:tcW w:w="1589" w:type="dxa"/>
          </w:tcPr>
          <w:p w:rsidR="00A037E6" w:rsidRPr="00E85698" w:rsidRDefault="00A037E6" w:rsidP="006C1B1D">
            <w:pPr>
              <w:pStyle w:val="TableParagraph"/>
              <w:spacing w:line="270" w:lineRule="exact"/>
              <w:ind w:left="816"/>
              <w:rPr>
                <w:sz w:val="24"/>
              </w:rPr>
            </w:pPr>
            <w:r w:rsidRPr="00E85698">
              <w:rPr>
                <w:sz w:val="24"/>
              </w:rPr>
              <w:t>3-4</w:t>
            </w:r>
          </w:p>
        </w:tc>
        <w:tc>
          <w:tcPr>
            <w:tcW w:w="1971" w:type="dxa"/>
          </w:tcPr>
          <w:p w:rsidR="00A037E6" w:rsidRPr="00E85698" w:rsidRDefault="00A037E6" w:rsidP="006C1B1D">
            <w:pPr>
              <w:pStyle w:val="TableParagraph"/>
              <w:spacing w:line="270" w:lineRule="exact"/>
              <w:ind w:left="816"/>
              <w:rPr>
                <w:sz w:val="24"/>
              </w:rPr>
            </w:pPr>
            <w:r w:rsidRPr="00E85698">
              <w:rPr>
                <w:sz w:val="24"/>
              </w:rPr>
              <w:t>7</w:t>
            </w:r>
          </w:p>
        </w:tc>
        <w:tc>
          <w:tcPr>
            <w:tcW w:w="1529" w:type="dxa"/>
          </w:tcPr>
          <w:p w:rsidR="00A037E6" w:rsidRPr="00E85698" w:rsidRDefault="00A037E6" w:rsidP="006C1B1D">
            <w:pPr>
              <w:pStyle w:val="TableParagraph"/>
              <w:spacing w:line="270" w:lineRule="exact"/>
              <w:ind w:left="156"/>
              <w:rPr>
                <w:sz w:val="24"/>
              </w:rPr>
            </w:pPr>
            <w:r w:rsidRPr="00E85698">
              <w:rPr>
                <w:sz w:val="24"/>
              </w:rPr>
              <w:t>20-25</w:t>
            </w:r>
          </w:p>
        </w:tc>
      </w:tr>
      <w:tr w:rsidR="00A037E6" w:rsidRPr="00E85698" w:rsidTr="006C1B1D">
        <w:trPr>
          <w:trHeight w:val="316"/>
        </w:trPr>
        <w:tc>
          <w:tcPr>
            <w:tcW w:w="1416" w:type="dxa"/>
          </w:tcPr>
          <w:p w:rsidR="00A037E6" w:rsidRPr="00E85698" w:rsidRDefault="00A037E6" w:rsidP="006C1B1D">
            <w:pPr>
              <w:pStyle w:val="TableParagraph"/>
              <w:spacing w:line="270" w:lineRule="exact"/>
              <w:ind w:right="467"/>
              <w:jc w:val="right"/>
              <w:rPr>
                <w:sz w:val="24"/>
              </w:rPr>
            </w:pPr>
            <w:r w:rsidRPr="00E85698">
              <w:rPr>
                <w:sz w:val="24"/>
              </w:rPr>
              <w:t>7</w:t>
            </w:r>
          </w:p>
        </w:tc>
        <w:tc>
          <w:tcPr>
            <w:tcW w:w="2074" w:type="dxa"/>
          </w:tcPr>
          <w:p w:rsidR="00A037E6" w:rsidRPr="00E85698" w:rsidRDefault="00A037E6" w:rsidP="006C1B1D">
            <w:pPr>
              <w:pStyle w:val="TableParagraph"/>
              <w:spacing w:line="270" w:lineRule="exact"/>
              <w:ind w:left="816"/>
              <w:rPr>
                <w:sz w:val="24"/>
              </w:rPr>
            </w:pPr>
            <w:r w:rsidRPr="00E85698">
              <w:rPr>
                <w:sz w:val="24"/>
              </w:rPr>
              <w:t>110-120</w:t>
            </w:r>
          </w:p>
        </w:tc>
        <w:tc>
          <w:tcPr>
            <w:tcW w:w="1560" w:type="dxa"/>
          </w:tcPr>
          <w:p w:rsidR="00A037E6" w:rsidRPr="00E85698" w:rsidRDefault="00A037E6" w:rsidP="006C1B1D">
            <w:pPr>
              <w:pStyle w:val="TableParagraph"/>
              <w:spacing w:line="270" w:lineRule="exact"/>
              <w:ind w:left="816"/>
              <w:rPr>
                <w:sz w:val="24"/>
              </w:rPr>
            </w:pPr>
            <w:r w:rsidRPr="00E85698">
              <w:rPr>
                <w:sz w:val="24"/>
              </w:rPr>
              <w:t>20</w:t>
            </w:r>
          </w:p>
        </w:tc>
        <w:tc>
          <w:tcPr>
            <w:tcW w:w="1589" w:type="dxa"/>
          </w:tcPr>
          <w:p w:rsidR="00A037E6" w:rsidRPr="00E85698" w:rsidRDefault="00A037E6" w:rsidP="006C1B1D">
            <w:pPr>
              <w:pStyle w:val="TableParagraph"/>
              <w:spacing w:line="270" w:lineRule="exact"/>
              <w:ind w:left="816"/>
              <w:rPr>
                <w:sz w:val="24"/>
              </w:rPr>
            </w:pPr>
            <w:r w:rsidRPr="00E85698">
              <w:rPr>
                <w:sz w:val="24"/>
              </w:rPr>
              <w:t>4-5</w:t>
            </w:r>
          </w:p>
        </w:tc>
        <w:tc>
          <w:tcPr>
            <w:tcW w:w="1971" w:type="dxa"/>
          </w:tcPr>
          <w:p w:rsidR="00A037E6" w:rsidRPr="00E85698" w:rsidRDefault="00A037E6" w:rsidP="006C1B1D">
            <w:pPr>
              <w:pStyle w:val="TableParagraph"/>
              <w:spacing w:line="270" w:lineRule="exact"/>
              <w:ind w:left="816"/>
              <w:rPr>
                <w:sz w:val="24"/>
              </w:rPr>
            </w:pPr>
            <w:r w:rsidRPr="00E85698">
              <w:rPr>
                <w:sz w:val="24"/>
              </w:rPr>
              <w:t>10</w:t>
            </w:r>
          </w:p>
        </w:tc>
        <w:tc>
          <w:tcPr>
            <w:tcW w:w="1529" w:type="dxa"/>
          </w:tcPr>
          <w:p w:rsidR="00A037E6" w:rsidRPr="00E85698" w:rsidRDefault="00A037E6" w:rsidP="006C1B1D">
            <w:pPr>
              <w:pStyle w:val="TableParagraph"/>
              <w:spacing w:line="270" w:lineRule="exact"/>
              <w:ind w:left="156"/>
              <w:rPr>
                <w:sz w:val="24"/>
              </w:rPr>
            </w:pPr>
            <w:r w:rsidRPr="00E85698">
              <w:rPr>
                <w:sz w:val="24"/>
              </w:rPr>
              <w:t>25-30</w:t>
            </w:r>
          </w:p>
        </w:tc>
      </w:tr>
      <w:tr w:rsidR="00A037E6" w:rsidRPr="00E85698" w:rsidTr="006C1B1D">
        <w:trPr>
          <w:trHeight w:val="316"/>
        </w:trPr>
        <w:tc>
          <w:tcPr>
            <w:tcW w:w="1416" w:type="dxa"/>
          </w:tcPr>
          <w:p w:rsidR="00A037E6" w:rsidRPr="00E85698" w:rsidRDefault="00A037E6" w:rsidP="006C1B1D">
            <w:pPr>
              <w:pStyle w:val="TableParagraph"/>
              <w:spacing w:line="270" w:lineRule="exact"/>
              <w:ind w:right="467"/>
              <w:jc w:val="right"/>
              <w:rPr>
                <w:sz w:val="24"/>
              </w:rPr>
            </w:pPr>
            <w:r w:rsidRPr="00E85698">
              <w:rPr>
                <w:sz w:val="24"/>
              </w:rPr>
              <w:t>8</w:t>
            </w:r>
          </w:p>
        </w:tc>
        <w:tc>
          <w:tcPr>
            <w:tcW w:w="2074" w:type="dxa"/>
          </w:tcPr>
          <w:p w:rsidR="00A037E6" w:rsidRPr="00E85698" w:rsidRDefault="00A037E6" w:rsidP="006C1B1D">
            <w:pPr>
              <w:pStyle w:val="TableParagraph"/>
              <w:spacing w:line="270" w:lineRule="exact"/>
              <w:ind w:left="816"/>
              <w:rPr>
                <w:sz w:val="24"/>
              </w:rPr>
            </w:pPr>
            <w:r w:rsidRPr="00E85698">
              <w:rPr>
                <w:sz w:val="24"/>
              </w:rPr>
              <w:t>120-150</w:t>
            </w:r>
          </w:p>
        </w:tc>
        <w:tc>
          <w:tcPr>
            <w:tcW w:w="1560" w:type="dxa"/>
          </w:tcPr>
          <w:p w:rsidR="00A037E6" w:rsidRPr="00E85698" w:rsidRDefault="00A037E6" w:rsidP="006C1B1D">
            <w:pPr>
              <w:pStyle w:val="TableParagraph"/>
              <w:spacing w:line="270" w:lineRule="exact"/>
              <w:ind w:left="816"/>
              <w:rPr>
                <w:sz w:val="24"/>
              </w:rPr>
            </w:pPr>
            <w:r w:rsidRPr="00E85698">
              <w:rPr>
                <w:sz w:val="24"/>
              </w:rPr>
              <w:t>24</w:t>
            </w:r>
          </w:p>
        </w:tc>
        <w:tc>
          <w:tcPr>
            <w:tcW w:w="1589" w:type="dxa"/>
          </w:tcPr>
          <w:p w:rsidR="00A037E6" w:rsidRPr="00E85698" w:rsidRDefault="00A037E6" w:rsidP="006C1B1D">
            <w:pPr>
              <w:pStyle w:val="TableParagraph"/>
              <w:spacing w:line="270" w:lineRule="exact"/>
              <w:ind w:left="816"/>
              <w:rPr>
                <w:sz w:val="24"/>
              </w:rPr>
            </w:pPr>
            <w:r w:rsidRPr="00E85698">
              <w:rPr>
                <w:sz w:val="24"/>
              </w:rPr>
              <w:t>10</w:t>
            </w:r>
          </w:p>
        </w:tc>
        <w:tc>
          <w:tcPr>
            <w:tcW w:w="1971" w:type="dxa"/>
          </w:tcPr>
          <w:p w:rsidR="00A037E6" w:rsidRPr="00E85698" w:rsidRDefault="00A037E6" w:rsidP="006C1B1D">
            <w:pPr>
              <w:pStyle w:val="TableParagraph"/>
              <w:spacing w:line="270" w:lineRule="exact"/>
              <w:ind w:left="816"/>
              <w:rPr>
                <w:sz w:val="24"/>
              </w:rPr>
            </w:pPr>
            <w:r w:rsidRPr="00E85698">
              <w:rPr>
                <w:sz w:val="24"/>
              </w:rPr>
              <w:t>10</w:t>
            </w:r>
          </w:p>
        </w:tc>
        <w:tc>
          <w:tcPr>
            <w:tcW w:w="1529" w:type="dxa"/>
          </w:tcPr>
          <w:p w:rsidR="00A037E6" w:rsidRPr="00E85698" w:rsidRDefault="00A037E6" w:rsidP="006C1B1D">
            <w:pPr>
              <w:pStyle w:val="TableParagraph"/>
              <w:spacing w:line="270" w:lineRule="exact"/>
              <w:ind w:left="156"/>
              <w:rPr>
                <w:sz w:val="24"/>
              </w:rPr>
            </w:pPr>
            <w:r w:rsidRPr="00E85698">
              <w:rPr>
                <w:sz w:val="24"/>
              </w:rPr>
              <w:t>30-35</w:t>
            </w:r>
          </w:p>
        </w:tc>
      </w:tr>
      <w:tr w:rsidR="00A037E6" w:rsidRPr="00E85698" w:rsidTr="006C1B1D">
        <w:trPr>
          <w:trHeight w:val="318"/>
        </w:trPr>
        <w:tc>
          <w:tcPr>
            <w:tcW w:w="1416" w:type="dxa"/>
          </w:tcPr>
          <w:p w:rsidR="00A037E6" w:rsidRPr="00E85698" w:rsidRDefault="00A037E6" w:rsidP="006C1B1D">
            <w:pPr>
              <w:pStyle w:val="TableParagraph"/>
              <w:spacing w:line="273" w:lineRule="exact"/>
              <w:ind w:right="467"/>
              <w:jc w:val="right"/>
              <w:rPr>
                <w:sz w:val="24"/>
              </w:rPr>
            </w:pPr>
            <w:r w:rsidRPr="00E85698">
              <w:rPr>
                <w:sz w:val="24"/>
              </w:rPr>
              <w:t>9</w:t>
            </w:r>
          </w:p>
        </w:tc>
        <w:tc>
          <w:tcPr>
            <w:tcW w:w="2074" w:type="dxa"/>
          </w:tcPr>
          <w:p w:rsidR="00A037E6" w:rsidRPr="00E85698" w:rsidRDefault="00A037E6" w:rsidP="006C1B1D">
            <w:pPr>
              <w:pStyle w:val="TableParagraph"/>
              <w:spacing w:line="273" w:lineRule="exact"/>
              <w:ind w:left="816"/>
              <w:rPr>
                <w:sz w:val="24"/>
              </w:rPr>
            </w:pPr>
            <w:r w:rsidRPr="00E85698">
              <w:rPr>
                <w:sz w:val="24"/>
              </w:rPr>
              <w:t>150-170</w:t>
            </w:r>
          </w:p>
        </w:tc>
        <w:tc>
          <w:tcPr>
            <w:tcW w:w="1560" w:type="dxa"/>
          </w:tcPr>
          <w:p w:rsidR="00A037E6" w:rsidRPr="00E85698" w:rsidRDefault="00A037E6" w:rsidP="006C1B1D">
            <w:pPr>
              <w:pStyle w:val="TableParagraph"/>
              <w:spacing w:line="273" w:lineRule="exact"/>
              <w:ind w:left="816"/>
              <w:rPr>
                <w:sz w:val="24"/>
              </w:rPr>
            </w:pPr>
            <w:r w:rsidRPr="00E85698">
              <w:rPr>
                <w:sz w:val="24"/>
              </w:rPr>
              <w:t>24</w:t>
            </w:r>
          </w:p>
        </w:tc>
        <w:tc>
          <w:tcPr>
            <w:tcW w:w="1589" w:type="dxa"/>
          </w:tcPr>
          <w:p w:rsidR="00A037E6" w:rsidRPr="00E85698" w:rsidRDefault="00A037E6" w:rsidP="006C1B1D">
            <w:pPr>
              <w:pStyle w:val="TableParagraph"/>
              <w:spacing w:line="273" w:lineRule="exact"/>
              <w:ind w:left="816"/>
              <w:rPr>
                <w:sz w:val="24"/>
              </w:rPr>
            </w:pPr>
            <w:r w:rsidRPr="00E85698">
              <w:rPr>
                <w:sz w:val="24"/>
              </w:rPr>
              <w:t>15</w:t>
            </w:r>
          </w:p>
        </w:tc>
        <w:tc>
          <w:tcPr>
            <w:tcW w:w="1971" w:type="dxa"/>
          </w:tcPr>
          <w:p w:rsidR="00A037E6" w:rsidRPr="00E85698" w:rsidRDefault="00A037E6" w:rsidP="006C1B1D">
            <w:pPr>
              <w:pStyle w:val="TableParagraph"/>
              <w:spacing w:line="273" w:lineRule="exact"/>
              <w:ind w:left="816"/>
              <w:rPr>
                <w:sz w:val="24"/>
              </w:rPr>
            </w:pPr>
            <w:r w:rsidRPr="00E85698">
              <w:rPr>
                <w:sz w:val="24"/>
              </w:rPr>
              <w:t>10</w:t>
            </w:r>
          </w:p>
        </w:tc>
        <w:tc>
          <w:tcPr>
            <w:tcW w:w="1529" w:type="dxa"/>
          </w:tcPr>
          <w:p w:rsidR="00A037E6" w:rsidRPr="00E85698" w:rsidRDefault="00A037E6" w:rsidP="006C1B1D">
            <w:pPr>
              <w:pStyle w:val="TableParagraph"/>
              <w:spacing w:line="273" w:lineRule="exact"/>
              <w:ind w:left="156"/>
              <w:rPr>
                <w:sz w:val="24"/>
              </w:rPr>
            </w:pPr>
            <w:r w:rsidRPr="00E85698">
              <w:rPr>
                <w:sz w:val="24"/>
              </w:rPr>
              <w:t>35-40</w:t>
            </w:r>
          </w:p>
        </w:tc>
      </w:tr>
    </w:tbl>
    <w:p w:rsidR="00A037E6" w:rsidRPr="00E85698" w:rsidRDefault="00A037E6" w:rsidP="00A037E6">
      <w:pPr>
        <w:pStyle w:val="a5"/>
        <w:ind w:left="0"/>
        <w:rPr>
          <w:b/>
          <w:sz w:val="27"/>
        </w:rPr>
      </w:pPr>
    </w:p>
    <w:p w:rsidR="00A037E6" w:rsidRPr="00E85698" w:rsidRDefault="00A037E6" w:rsidP="00A037E6">
      <w:pPr>
        <w:pStyle w:val="a5"/>
        <w:spacing w:line="276" w:lineRule="auto"/>
        <w:ind w:left="532" w:right="834" w:firstLine="566"/>
      </w:pPr>
      <w:r w:rsidRPr="00E85698">
        <w:rPr>
          <w:vertAlign w:val="superscript"/>
        </w:rPr>
        <w:t>1</w:t>
      </w:r>
      <w:r w:rsidRPr="00E85698">
        <w:t>До конца первой четверти (а в 5 классе – до конца первого полугодия) сохраняется объем</w:t>
      </w:r>
      <w:r w:rsidRPr="00E85698">
        <w:rPr>
          <w:spacing w:val="1"/>
        </w:rPr>
        <w:t xml:space="preserve"> </w:t>
      </w:r>
      <w:r w:rsidRPr="00E85698">
        <w:t>текста,</w:t>
      </w:r>
      <w:r w:rsidRPr="00E85698">
        <w:rPr>
          <w:spacing w:val="-1"/>
        </w:rPr>
        <w:t xml:space="preserve"> </w:t>
      </w:r>
      <w:r w:rsidRPr="00E85698">
        <w:t>рекомендованный для предыдущего</w:t>
      </w:r>
      <w:r w:rsidRPr="00E85698">
        <w:rPr>
          <w:spacing w:val="-1"/>
        </w:rPr>
        <w:t xml:space="preserve"> </w:t>
      </w:r>
      <w:r w:rsidRPr="00E85698">
        <w:t>класса.</w:t>
      </w:r>
    </w:p>
    <w:p w:rsidR="00A037E6" w:rsidRPr="00E85698" w:rsidRDefault="00A037E6" w:rsidP="00A037E6">
      <w:pPr>
        <w:pStyle w:val="a5"/>
        <w:spacing w:before="2" w:line="276" w:lineRule="auto"/>
        <w:ind w:left="532" w:right="826" w:firstLine="566"/>
      </w:pPr>
      <w:r w:rsidRPr="00E85698">
        <w:rPr>
          <w:vertAlign w:val="superscript"/>
        </w:rPr>
        <w:t>2</w:t>
      </w:r>
      <w:r w:rsidRPr="00E85698">
        <w:t>Для контрольных диктантов следует подбирать такие тексты, в</w:t>
      </w:r>
      <w:r w:rsidRPr="00E85698">
        <w:rPr>
          <w:spacing w:val="1"/>
        </w:rPr>
        <w:t xml:space="preserve"> </w:t>
      </w:r>
      <w:r w:rsidRPr="00E85698">
        <w:t>которых изучаемые в</w:t>
      </w:r>
      <w:r w:rsidRPr="00E85698">
        <w:rPr>
          <w:spacing w:val="1"/>
        </w:rPr>
        <w:t xml:space="preserve"> </w:t>
      </w:r>
      <w:r w:rsidRPr="00E85698">
        <w:t xml:space="preserve">данной теме орфограммы и </w:t>
      </w:r>
      <w:proofErr w:type="spellStart"/>
      <w:r w:rsidRPr="00E85698">
        <w:t>пунктограммы</w:t>
      </w:r>
      <w:proofErr w:type="spellEnd"/>
      <w:r w:rsidRPr="00E85698">
        <w:t xml:space="preserve"> были бы представлены не менее 2—3 случаями. Из</w:t>
      </w:r>
      <w:r w:rsidRPr="00E85698">
        <w:rPr>
          <w:spacing w:val="1"/>
        </w:rPr>
        <w:t xml:space="preserve"> </w:t>
      </w:r>
      <w:r w:rsidRPr="00E85698">
        <w:t>изученных</w:t>
      </w:r>
      <w:r w:rsidRPr="00E85698">
        <w:rPr>
          <w:spacing w:val="1"/>
        </w:rPr>
        <w:t xml:space="preserve"> </w:t>
      </w:r>
      <w:r w:rsidRPr="00E85698">
        <w:t>ранее</w:t>
      </w:r>
      <w:r w:rsidRPr="00E85698">
        <w:rPr>
          <w:spacing w:val="1"/>
        </w:rPr>
        <w:t xml:space="preserve"> </w:t>
      </w:r>
      <w:r w:rsidRPr="00E85698">
        <w:t>орфограмм</w:t>
      </w:r>
      <w:r w:rsidRPr="00E85698">
        <w:rPr>
          <w:spacing w:val="1"/>
        </w:rPr>
        <w:t xml:space="preserve"> </w:t>
      </w:r>
      <w:r w:rsidRPr="00E85698">
        <w:t>и</w:t>
      </w:r>
      <w:r w:rsidRPr="00E85698">
        <w:rPr>
          <w:spacing w:val="1"/>
        </w:rPr>
        <w:t xml:space="preserve"> </w:t>
      </w:r>
      <w:proofErr w:type="spellStart"/>
      <w:r w:rsidRPr="00E85698">
        <w:t>пунктограмм</w:t>
      </w:r>
      <w:proofErr w:type="spellEnd"/>
      <w:r w:rsidRPr="00E85698">
        <w:rPr>
          <w:spacing w:val="1"/>
        </w:rPr>
        <w:t xml:space="preserve"> </w:t>
      </w:r>
      <w:r w:rsidRPr="00E85698">
        <w:t>включаются</w:t>
      </w:r>
      <w:r w:rsidRPr="00E85698">
        <w:rPr>
          <w:spacing w:val="1"/>
        </w:rPr>
        <w:t xml:space="preserve"> </w:t>
      </w:r>
      <w:r w:rsidRPr="00E85698">
        <w:t>основные;</w:t>
      </w:r>
      <w:r w:rsidRPr="00E85698">
        <w:rPr>
          <w:spacing w:val="1"/>
        </w:rPr>
        <w:t xml:space="preserve"> </w:t>
      </w:r>
      <w:r w:rsidRPr="00E85698">
        <w:t>они</w:t>
      </w:r>
      <w:r w:rsidRPr="00E85698">
        <w:rPr>
          <w:spacing w:val="1"/>
        </w:rPr>
        <w:t xml:space="preserve"> </w:t>
      </w:r>
      <w:r w:rsidRPr="00E85698">
        <w:t>должны</w:t>
      </w:r>
      <w:r w:rsidRPr="00E85698">
        <w:rPr>
          <w:spacing w:val="1"/>
        </w:rPr>
        <w:t xml:space="preserve"> </w:t>
      </w:r>
      <w:r w:rsidRPr="00E85698">
        <w:t>быть</w:t>
      </w:r>
      <w:r w:rsidRPr="00E85698">
        <w:rPr>
          <w:spacing w:val="-57"/>
        </w:rPr>
        <w:t xml:space="preserve"> </w:t>
      </w:r>
      <w:r w:rsidRPr="00E85698">
        <w:t>представлены</w:t>
      </w:r>
      <w:r w:rsidRPr="00E85698">
        <w:rPr>
          <w:spacing w:val="1"/>
        </w:rPr>
        <w:t xml:space="preserve"> </w:t>
      </w:r>
      <w:r w:rsidRPr="00E85698">
        <w:t xml:space="preserve">1—3 случаями. В целом количество проверяемых орфограмм и </w:t>
      </w:r>
      <w:proofErr w:type="spellStart"/>
      <w:r w:rsidRPr="00E85698">
        <w:t>пунктограмм</w:t>
      </w:r>
      <w:proofErr w:type="spellEnd"/>
      <w:r w:rsidRPr="00E85698">
        <w:t xml:space="preserve"> не</w:t>
      </w:r>
      <w:r w:rsidRPr="00E85698">
        <w:rPr>
          <w:spacing w:val="1"/>
        </w:rPr>
        <w:t xml:space="preserve"> </w:t>
      </w:r>
      <w:r w:rsidRPr="00E85698">
        <w:t>должно</w:t>
      </w:r>
      <w:r w:rsidRPr="00E85698">
        <w:rPr>
          <w:spacing w:val="-1"/>
        </w:rPr>
        <w:t xml:space="preserve"> </w:t>
      </w:r>
      <w:r w:rsidRPr="00E85698">
        <w:t>превышать норм, представленных</w:t>
      </w:r>
      <w:r w:rsidRPr="00E85698">
        <w:rPr>
          <w:spacing w:val="1"/>
        </w:rPr>
        <w:t xml:space="preserve"> </w:t>
      </w:r>
      <w:r w:rsidRPr="00E85698">
        <w:t>в</w:t>
      </w:r>
      <w:r w:rsidRPr="00E85698">
        <w:rPr>
          <w:spacing w:val="-1"/>
        </w:rPr>
        <w:t xml:space="preserve"> </w:t>
      </w:r>
      <w:r w:rsidRPr="00E85698">
        <w:t>таблице.</w:t>
      </w:r>
    </w:p>
    <w:p w:rsidR="00A037E6" w:rsidRPr="00E85698" w:rsidRDefault="00A037E6" w:rsidP="00A037E6">
      <w:pPr>
        <w:pStyle w:val="a5"/>
        <w:spacing w:line="276" w:lineRule="auto"/>
        <w:ind w:left="532" w:right="829" w:firstLine="566"/>
      </w:pPr>
      <w:r w:rsidRPr="00E85698">
        <w:rPr>
          <w:vertAlign w:val="superscript"/>
        </w:rPr>
        <w:t>3</w:t>
      </w:r>
      <w:r w:rsidRPr="00E85698">
        <w:rPr>
          <w:spacing w:val="1"/>
        </w:rPr>
        <w:t xml:space="preserve"> </w:t>
      </w:r>
      <w:proofErr w:type="gramStart"/>
      <w:r w:rsidRPr="00E85698">
        <w:t>В</w:t>
      </w:r>
      <w:proofErr w:type="gramEnd"/>
      <w:r w:rsidRPr="00E85698">
        <w:rPr>
          <w:spacing w:val="1"/>
        </w:rPr>
        <w:t xml:space="preserve"> </w:t>
      </w:r>
      <w:r w:rsidRPr="00E85698">
        <w:t>тексты</w:t>
      </w:r>
      <w:r w:rsidRPr="00E85698">
        <w:rPr>
          <w:spacing w:val="1"/>
        </w:rPr>
        <w:t xml:space="preserve"> </w:t>
      </w:r>
      <w:r w:rsidRPr="00E85698">
        <w:t>контрольных</w:t>
      </w:r>
      <w:r w:rsidRPr="00E85698">
        <w:rPr>
          <w:spacing w:val="1"/>
        </w:rPr>
        <w:t xml:space="preserve"> </w:t>
      </w:r>
      <w:r w:rsidRPr="00E85698">
        <w:t>диктантов</w:t>
      </w:r>
      <w:r w:rsidRPr="00E85698">
        <w:rPr>
          <w:spacing w:val="1"/>
        </w:rPr>
        <w:t xml:space="preserve"> </w:t>
      </w:r>
      <w:r w:rsidRPr="00E85698">
        <w:t>могут</w:t>
      </w:r>
      <w:r w:rsidRPr="00E85698">
        <w:rPr>
          <w:spacing w:val="1"/>
        </w:rPr>
        <w:t xml:space="preserve"> </w:t>
      </w:r>
      <w:r w:rsidRPr="00E85698">
        <w:t>включаться</w:t>
      </w:r>
      <w:r w:rsidRPr="00E85698">
        <w:rPr>
          <w:spacing w:val="1"/>
        </w:rPr>
        <w:t xml:space="preserve"> </w:t>
      </w:r>
      <w:r w:rsidRPr="00E85698">
        <w:t>только</w:t>
      </w:r>
      <w:r w:rsidRPr="00E85698">
        <w:rPr>
          <w:spacing w:val="1"/>
        </w:rPr>
        <w:t xml:space="preserve"> </w:t>
      </w:r>
      <w:r w:rsidRPr="00E85698">
        <w:t>те</w:t>
      </w:r>
      <w:r w:rsidRPr="00E85698">
        <w:rPr>
          <w:spacing w:val="1"/>
        </w:rPr>
        <w:t xml:space="preserve"> </w:t>
      </w:r>
      <w:r w:rsidRPr="00E85698">
        <w:t>вновь</w:t>
      </w:r>
      <w:r w:rsidRPr="00E85698">
        <w:rPr>
          <w:spacing w:val="1"/>
        </w:rPr>
        <w:t xml:space="preserve"> </w:t>
      </w:r>
      <w:r w:rsidRPr="00E85698">
        <w:t>изученные</w:t>
      </w:r>
      <w:r w:rsidRPr="00E85698">
        <w:rPr>
          <w:spacing w:val="1"/>
        </w:rPr>
        <w:t xml:space="preserve"> </w:t>
      </w:r>
      <w:r w:rsidRPr="00E85698">
        <w:t>орфограммы, которые в достаточной мер закреплялись (не менее чем на двух-трех предыдущих</w:t>
      </w:r>
      <w:r w:rsidRPr="00E85698">
        <w:rPr>
          <w:spacing w:val="1"/>
        </w:rPr>
        <w:t xml:space="preserve"> </w:t>
      </w:r>
      <w:r w:rsidRPr="00E85698">
        <w:t>уроках).</w:t>
      </w:r>
    </w:p>
    <w:p w:rsidR="00A037E6" w:rsidRPr="00E85698" w:rsidRDefault="00A037E6" w:rsidP="00A037E6">
      <w:pPr>
        <w:pStyle w:val="210"/>
        <w:spacing w:before="5" w:after="42"/>
        <w:ind w:left="1099"/>
        <w:jc w:val="both"/>
      </w:pPr>
      <w:r w:rsidRPr="00E85698">
        <w:t>Нормы</w:t>
      </w:r>
      <w:r w:rsidRPr="00E85698">
        <w:rPr>
          <w:spacing w:val="-3"/>
        </w:rPr>
        <w:t xml:space="preserve"> </w:t>
      </w:r>
      <w:r w:rsidRPr="00E85698">
        <w:t>оценивания</w:t>
      </w:r>
      <w:r w:rsidRPr="00E85698">
        <w:rPr>
          <w:spacing w:val="-1"/>
        </w:rPr>
        <w:t xml:space="preserve"> </w:t>
      </w:r>
      <w:r w:rsidRPr="00E85698">
        <w:t>диктанта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2009"/>
        <w:gridCol w:w="2254"/>
        <w:gridCol w:w="2134"/>
        <w:gridCol w:w="2034"/>
      </w:tblGrid>
      <w:tr w:rsidR="00A037E6" w:rsidRPr="00E85698" w:rsidTr="006C1B1D">
        <w:trPr>
          <w:trHeight w:val="316"/>
        </w:trPr>
        <w:tc>
          <w:tcPr>
            <w:tcW w:w="1618" w:type="dxa"/>
            <w:vMerge w:val="restart"/>
          </w:tcPr>
          <w:p w:rsidR="00A037E6" w:rsidRPr="00E85698" w:rsidRDefault="00A037E6" w:rsidP="006C1B1D">
            <w:pPr>
              <w:pStyle w:val="TableParagraph"/>
              <w:spacing w:line="270" w:lineRule="exact"/>
              <w:ind w:left="110"/>
              <w:rPr>
                <w:sz w:val="24"/>
              </w:rPr>
            </w:pPr>
            <w:r w:rsidRPr="00E85698">
              <w:rPr>
                <w:sz w:val="24"/>
              </w:rPr>
              <w:t>Вид</w:t>
            </w:r>
            <w:r w:rsidRPr="00E85698">
              <w:rPr>
                <w:spacing w:val="-2"/>
                <w:sz w:val="24"/>
              </w:rPr>
              <w:t xml:space="preserve"> </w:t>
            </w:r>
            <w:r w:rsidRPr="00E85698">
              <w:rPr>
                <w:sz w:val="24"/>
              </w:rPr>
              <w:t>диктанта</w:t>
            </w:r>
          </w:p>
        </w:tc>
        <w:tc>
          <w:tcPr>
            <w:tcW w:w="8431" w:type="dxa"/>
            <w:gridSpan w:val="4"/>
          </w:tcPr>
          <w:p w:rsidR="00A037E6" w:rsidRPr="00E85698" w:rsidRDefault="00A037E6" w:rsidP="006C1B1D">
            <w:pPr>
              <w:pStyle w:val="TableParagraph"/>
              <w:spacing w:line="270" w:lineRule="exact"/>
              <w:ind w:left="818"/>
              <w:rPr>
                <w:sz w:val="24"/>
              </w:rPr>
            </w:pPr>
            <w:r w:rsidRPr="00E85698">
              <w:rPr>
                <w:sz w:val="24"/>
              </w:rPr>
              <w:t>оценка/количество</w:t>
            </w:r>
            <w:r w:rsidRPr="00E85698">
              <w:rPr>
                <w:spacing w:val="-5"/>
                <w:sz w:val="24"/>
              </w:rPr>
              <w:t xml:space="preserve"> </w:t>
            </w:r>
            <w:r w:rsidRPr="00E85698">
              <w:rPr>
                <w:sz w:val="24"/>
              </w:rPr>
              <w:t>ошибок</w:t>
            </w:r>
          </w:p>
        </w:tc>
      </w:tr>
      <w:tr w:rsidR="00A037E6" w:rsidRPr="00E85698" w:rsidTr="006C1B1D">
        <w:trPr>
          <w:trHeight w:val="318"/>
        </w:trPr>
        <w:tc>
          <w:tcPr>
            <w:tcW w:w="1618" w:type="dxa"/>
            <w:vMerge/>
            <w:tcBorders>
              <w:top w:val="nil"/>
            </w:tcBorders>
          </w:tcPr>
          <w:p w:rsidR="00A037E6" w:rsidRPr="00E85698" w:rsidRDefault="00A037E6" w:rsidP="006C1B1D">
            <w:pPr>
              <w:rPr>
                <w:sz w:val="2"/>
                <w:szCs w:val="2"/>
              </w:rPr>
            </w:pPr>
          </w:p>
        </w:tc>
        <w:tc>
          <w:tcPr>
            <w:tcW w:w="2009" w:type="dxa"/>
          </w:tcPr>
          <w:p w:rsidR="00A037E6" w:rsidRPr="00E85698" w:rsidRDefault="00A037E6" w:rsidP="006C1B1D">
            <w:pPr>
              <w:pStyle w:val="TableParagraph"/>
              <w:spacing w:line="270" w:lineRule="exact"/>
              <w:ind w:left="799" w:right="799"/>
              <w:jc w:val="center"/>
              <w:rPr>
                <w:sz w:val="24"/>
              </w:rPr>
            </w:pPr>
            <w:r w:rsidRPr="00E85698">
              <w:rPr>
                <w:sz w:val="24"/>
              </w:rPr>
              <w:t>«5»</w:t>
            </w:r>
          </w:p>
        </w:tc>
        <w:tc>
          <w:tcPr>
            <w:tcW w:w="2254" w:type="dxa"/>
          </w:tcPr>
          <w:p w:rsidR="00A037E6" w:rsidRPr="00E85698" w:rsidRDefault="00A037E6" w:rsidP="006C1B1D">
            <w:pPr>
              <w:pStyle w:val="TableParagraph"/>
              <w:spacing w:line="270" w:lineRule="exact"/>
              <w:ind w:left="798" w:right="1045"/>
              <w:jc w:val="center"/>
              <w:rPr>
                <w:sz w:val="24"/>
              </w:rPr>
            </w:pPr>
            <w:r w:rsidRPr="00E85698">
              <w:rPr>
                <w:sz w:val="24"/>
              </w:rPr>
              <w:t>«4»</w:t>
            </w:r>
          </w:p>
        </w:tc>
        <w:tc>
          <w:tcPr>
            <w:tcW w:w="2134" w:type="dxa"/>
          </w:tcPr>
          <w:p w:rsidR="00A037E6" w:rsidRPr="00E85698" w:rsidRDefault="00A037E6" w:rsidP="006C1B1D">
            <w:pPr>
              <w:pStyle w:val="TableParagraph"/>
              <w:spacing w:line="270" w:lineRule="exact"/>
              <w:ind w:left="801" w:right="923"/>
              <w:jc w:val="center"/>
              <w:rPr>
                <w:sz w:val="24"/>
              </w:rPr>
            </w:pPr>
            <w:r w:rsidRPr="00E85698">
              <w:rPr>
                <w:sz w:val="24"/>
              </w:rPr>
              <w:t>«3»</w:t>
            </w:r>
          </w:p>
        </w:tc>
        <w:tc>
          <w:tcPr>
            <w:tcW w:w="2034" w:type="dxa"/>
          </w:tcPr>
          <w:p w:rsidR="00A037E6" w:rsidRPr="00E85698" w:rsidRDefault="00A037E6" w:rsidP="006C1B1D">
            <w:pPr>
              <w:pStyle w:val="TableParagraph"/>
              <w:spacing w:line="270" w:lineRule="exact"/>
              <w:ind w:left="798" w:right="825"/>
              <w:jc w:val="center"/>
              <w:rPr>
                <w:sz w:val="24"/>
              </w:rPr>
            </w:pPr>
            <w:r w:rsidRPr="00E85698">
              <w:rPr>
                <w:sz w:val="24"/>
              </w:rPr>
              <w:t>«2»</w:t>
            </w:r>
          </w:p>
        </w:tc>
      </w:tr>
      <w:tr w:rsidR="00A037E6" w:rsidRPr="00E85698" w:rsidTr="006C1B1D">
        <w:trPr>
          <w:trHeight w:val="272"/>
        </w:trPr>
        <w:tc>
          <w:tcPr>
            <w:tcW w:w="1618" w:type="dxa"/>
            <w:tcBorders>
              <w:bottom w:val="nil"/>
            </w:tcBorders>
          </w:tcPr>
          <w:p w:rsidR="00A037E6" w:rsidRPr="00E85698" w:rsidRDefault="00A037E6" w:rsidP="006C1B1D">
            <w:pPr>
              <w:pStyle w:val="TableParagraph"/>
              <w:spacing w:line="253" w:lineRule="exact"/>
              <w:ind w:left="110"/>
              <w:rPr>
                <w:sz w:val="24"/>
              </w:rPr>
            </w:pPr>
            <w:r w:rsidRPr="00E85698">
              <w:rPr>
                <w:sz w:val="24"/>
              </w:rPr>
              <w:t>Контрольный</w:t>
            </w:r>
          </w:p>
        </w:tc>
        <w:tc>
          <w:tcPr>
            <w:tcW w:w="2009" w:type="dxa"/>
            <w:tcBorders>
              <w:bottom w:val="nil"/>
            </w:tcBorders>
          </w:tcPr>
          <w:p w:rsidR="00A037E6" w:rsidRPr="00E85698" w:rsidRDefault="00A037E6" w:rsidP="006C1B1D">
            <w:pPr>
              <w:pStyle w:val="TableParagraph"/>
              <w:tabs>
                <w:tab w:val="left" w:pos="988"/>
              </w:tabs>
              <w:spacing w:line="253" w:lineRule="exact"/>
              <w:ind w:left="86"/>
              <w:rPr>
                <w:sz w:val="24"/>
              </w:rPr>
            </w:pPr>
            <w:r w:rsidRPr="00E85698">
              <w:rPr>
                <w:sz w:val="24"/>
              </w:rPr>
              <w:t>1</w:t>
            </w:r>
            <w:r w:rsidRPr="00E85698">
              <w:rPr>
                <w:sz w:val="24"/>
              </w:rPr>
              <w:tab/>
              <w:t>негрубая</w:t>
            </w:r>
          </w:p>
        </w:tc>
        <w:tc>
          <w:tcPr>
            <w:tcW w:w="2254" w:type="dxa"/>
            <w:tcBorders>
              <w:bottom w:val="nil"/>
            </w:tcBorders>
          </w:tcPr>
          <w:p w:rsidR="00A037E6" w:rsidRPr="00E85698" w:rsidRDefault="00A037E6" w:rsidP="006C1B1D">
            <w:pPr>
              <w:pStyle w:val="TableParagraph"/>
              <w:spacing w:line="253" w:lineRule="exact"/>
              <w:ind w:left="108"/>
              <w:rPr>
                <w:sz w:val="24"/>
              </w:rPr>
            </w:pPr>
            <w:r w:rsidRPr="00E85698">
              <w:rPr>
                <w:b/>
                <w:sz w:val="24"/>
              </w:rPr>
              <w:t>2</w:t>
            </w:r>
            <w:r w:rsidRPr="00E85698">
              <w:rPr>
                <w:sz w:val="24"/>
              </w:rPr>
              <w:t>орф.</w:t>
            </w:r>
            <w:r w:rsidRPr="00E85698">
              <w:rPr>
                <w:spacing w:val="-1"/>
                <w:sz w:val="24"/>
              </w:rPr>
              <w:t xml:space="preserve"> </w:t>
            </w:r>
            <w:r w:rsidRPr="00E85698">
              <w:rPr>
                <w:sz w:val="24"/>
              </w:rPr>
              <w:t>-</w:t>
            </w:r>
            <w:r w:rsidRPr="00E85698">
              <w:rPr>
                <w:spacing w:val="-2"/>
                <w:sz w:val="24"/>
              </w:rPr>
              <w:t xml:space="preserve"> </w:t>
            </w:r>
            <w:r w:rsidRPr="00E85698">
              <w:rPr>
                <w:b/>
                <w:sz w:val="24"/>
              </w:rPr>
              <w:t>2</w:t>
            </w:r>
            <w:r w:rsidRPr="00E85698">
              <w:rPr>
                <w:b/>
                <w:spacing w:val="58"/>
                <w:sz w:val="24"/>
              </w:rPr>
              <w:t xml:space="preserve"> </w:t>
            </w:r>
            <w:r w:rsidRPr="00E85698">
              <w:rPr>
                <w:sz w:val="24"/>
              </w:rPr>
              <w:t>пункт.</w:t>
            </w:r>
          </w:p>
        </w:tc>
        <w:tc>
          <w:tcPr>
            <w:tcW w:w="2134" w:type="dxa"/>
            <w:tcBorders>
              <w:bottom w:val="nil"/>
            </w:tcBorders>
          </w:tcPr>
          <w:p w:rsidR="00A037E6" w:rsidRPr="00E85698" w:rsidRDefault="00A037E6" w:rsidP="006C1B1D">
            <w:pPr>
              <w:pStyle w:val="TableParagraph"/>
              <w:spacing w:line="253" w:lineRule="exact"/>
              <w:ind w:left="110"/>
              <w:rPr>
                <w:sz w:val="24"/>
              </w:rPr>
            </w:pPr>
            <w:r w:rsidRPr="00E85698">
              <w:rPr>
                <w:b/>
                <w:sz w:val="24"/>
              </w:rPr>
              <w:t>4</w:t>
            </w:r>
            <w:r w:rsidRPr="00E85698">
              <w:rPr>
                <w:sz w:val="24"/>
              </w:rPr>
              <w:t>орф.</w:t>
            </w:r>
            <w:r w:rsidRPr="00E85698">
              <w:rPr>
                <w:spacing w:val="-2"/>
                <w:sz w:val="24"/>
              </w:rPr>
              <w:t xml:space="preserve"> </w:t>
            </w:r>
            <w:r w:rsidRPr="00E85698">
              <w:rPr>
                <w:sz w:val="24"/>
              </w:rPr>
              <w:t>-</w:t>
            </w:r>
            <w:r w:rsidRPr="00E85698">
              <w:rPr>
                <w:spacing w:val="-2"/>
                <w:sz w:val="24"/>
              </w:rPr>
              <w:t xml:space="preserve"> </w:t>
            </w:r>
            <w:r w:rsidRPr="00E85698">
              <w:rPr>
                <w:b/>
                <w:sz w:val="24"/>
              </w:rPr>
              <w:t>4</w:t>
            </w:r>
            <w:r w:rsidRPr="00E85698">
              <w:rPr>
                <w:b/>
                <w:spacing w:val="-1"/>
                <w:sz w:val="24"/>
              </w:rPr>
              <w:t xml:space="preserve"> </w:t>
            </w:r>
            <w:r w:rsidRPr="00E85698">
              <w:rPr>
                <w:sz w:val="24"/>
              </w:rPr>
              <w:t>пункт.</w:t>
            </w:r>
          </w:p>
        </w:tc>
        <w:tc>
          <w:tcPr>
            <w:tcW w:w="2034" w:type="dxa"/>
            <w:tcBorders>
              <w:bottom w:val="nil"/>
            </w:tcBorders>
          </w:tcPr>
          <w:p w:rsidR="00A037E6" w:rsidRPr="00E85698" w:rsidRDefault="00A037E6" w:rsidP="006C1B1D">
            <w:pPr>
              <w:pStyle w:val="TableParagraph"/>
              <w:spacing w:line="253" w:lineRule="exact"/>
              <w:ind w:left="69"/>
              <w:rPr>
                <w:sz w:val="24"/>
              </w:rPr>
            </w:pPr>
            <w:r w:rsidRPr="00E85698">
              <w:rPr>
                <w:b/>
                <w:sz w:val="24"/>
              </w:rPr>
              <w:t>7</w:t>
            </w:r>
            <w:r w:rsidRPr="00E85698">
              <w:rPr>
                <w:sz w:val="24"/>
              </w:rPr>
              <w:t>орф.-</w:t>
            </w:r>
            <w:r w:rsidRPr="00E85698">
              <w:rPr>
                <w:spacing w:val="-3"/>
                <w:sz w:val="24"/>
              </w:rPr>
              <w:t xml:space="preserve"> </w:t>
            </w:r>
            <w:r w:rsidRPr="00E85698">
              <w:rPr>
                <w:b/>
                <w:sz w:val="24"/>
              </w:rPr>
              <w:t>7</w:t>
            </w:r>
            <w:r w:rsidRPr="00E85698">
              <w:rPr>
                <w:b/>
                <w:spacing w:val="-1"/>
                <w:sz w:val="24"/>
              </w:rPr>
              <w:t xml:space="preserve"> </w:t>
            </w:r>
            <w:r w:rsidRPr="00E85698">
              <w:rPr>
                <w:sz w:val="24"/>
              </w:rPr>
              <w:t>пункт.</w:t>
            </w: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орфографическая</w:t>
            </w:r>
          </w:p>
        </w:tc>
        <w:tc>
          <w:tcPr>
            <w:tcW w:w="2254" w:type="dxa"/>
            <w:tcBorders>
              <w:top w:val="nil"/>
              <w:bottom w:val="nil"/>
            </w:tcBorders>
          </w:tcPr>
          <w:p w:rsidR="00A037E6" w:rsidRPr="00E85698" w:rsidRDefault="00A037E6" w:rsidP="006C1B1D">
            <w:pPr>
              <w:pStyle w:val="TableParagraph"/>
              <w:spacing w:line="256" w:lineRule="exact"/>
              <w:ind w:left="108"/>
              <w:rPr>
                <w:sz w:val="24"/>
              </w:rPr>
            </w:pPr>
            <w:r w:rsidRPr="00E85698">
              <w:rPr>
                <w:sz w:val="24"/>
              </w:rPr>
              <w:t xml:space="preserve">или </w:t>
            </w:r>
            <w:r w:rsidRPr="00E85698">
              <w:rPr>
                <w:b/>
                <w:sz w:val="24"/>
              </w:rPr>
              <w:t>1</w:t>
            </w:r>
            <w:r w:rsidRPr="00E85698">
              <w:rPr>
                <w:sz w:val="24"/>
              </w:rPr>
              <w:t>орф.-</w:t>
            </w:r>
            <w:r w:rsidRPr="00E85698">
              <w:rPr>
                <w:spacing w:val="-2"/>
                <w:sz w:val="24"/>
              </w:rPr>
              <w:t xml:space="preserve"> </w:t>
            </w:r>
            <w:r w:rsidRPr="00E85698">
              <w:rPr>
                <w:b/>
                <w:sz w:val="24"/>
              </w:rPr>
              <w:t>3</w:t>
            </w:r>
            <w:r w:rsidRPr="00E85698">
              <w:rPr>
                <w:b/>
                <w:spacing w:val="-1"/>
                <w:sz w:val="24"/>
              </w:rPr>
              <w:t xml:space="preserve"> </w:t>
            </w:r>
            <w:r w:rsidRPr="00E85698">
              <w:rPr>
                <w:sz w:val="24"/>
              </w:rPr>
              <w:t>пункт.</w:t>
            </w:r>
          </w:p>
        </w:tc>
        <w:tc>
          <w:tcPr>
            <w:tcW w:w="2134" w:type="dxa"/>
            <w:tcBorders>
              <w:top w:val="nil"/>
              <w:bottom w:val="nil"/>
            </w:tcBorders>
          </w:tcPr>
          <w:p w:rsidR="00A037E6" w:rsidRPr="00E85698" w:rsidRDefault="00A037E6" w:rsidP="006C1B1D">
            <w:pPr>
              <w:pStyle w:val="TableParagraph"/>
              <w:tabs>
                <w:tab w:val="left" w:pos="1908"/>
              </w:tabs>
              <w:spacing w:line="256" w:lineRule="exact"/>
              <w:ind w:left="110"/>
              <w:rPr>
                <w:b/>
                <w:sz w:val="24"/>
              </w:rPr>
            </w:pPr>
            <w:r w:rsidRPr="00E85698">
              <w:rPr>
                <w:sz w:val="24"/>
              </w:rPr>
              <w:t xml:space="preserve">Или   </w:t>
            </w:r>
            <w:r w:rsidRPr="00E85698">
              <w:rPr>
                <w:b/>
                <w:sz w:val="24"/>
              </w:rPr>
              <w:t>3</w:t>
            </w:r>
            <w:r w:rsidRPr="00E85698">
              <w:rPr>
                <w:sz w:val="24"/>
              </w:rPr>
              <w:t>орф.</w:t>
            </w:r>
            <w:r w:rsidRPr="00E85698">
              <w:rPr>
                <w:spacing w:val="120"/>
                <w:sz w:val="24"/>
              </w:rPr>
              <w:t xml:space="preserve"> </w:t>
            </w:r>
            <w:r w:rsidRPr="00E85698">
              <w:rPr>
                <w:sz w:val="24"/>
              </w:rPr>
              <w:t>-</w:t>
            </w:r>
            <w:r w:rsidRPr="00E85698">
              <w:rPr>
                <w:sz w:val="24"/>
              </w:rPr>
              <w:tab/>
            </w:r>
            <w:r w:rsidRPr="00E85698">
              <w:rPr>
                <w:b/>
                <w:sz w:val="24"/>
              </w:rPr>
              <w:t>5</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sz w:val="24"/>
              </w:rPr>
              <w:t>или</w:t>
            </w: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или</w:t>
            </w:r>
            <w:r w:rsidRPr="00E85698">
              <w:rPr>
                <w:spacing w:val="70"/>
                <w:sz w:val="24"/>
              </w:rPr>
              <w:t xml:space="preserve"> </w:t>
            </w:r>
            <w:r w:rsidRPr="00E85698">
              <w:rPr>
                <w:sz w:val="24"/>
              </w:rPr>
              <w:t xml:space="preserve">1  </w:t>
            </w:r>
            <w:r w:rsidRPr="00E85698">
              <w:rPr>
                <w:spacing w:val="6"/>
                <w:sz w:val="24"/>
              </w:rPr>
              <w:t xml:space="preserve"> </w:t>
            </w:r>
            <w:r w:rsidRPr="00E85698">
              <w:rPr>
                <w:sz w:val="24"/>
              </w:rPr>
              <w:t>негрубая</w:t>
            </w:r>
          </w:p>
        </w:tc>
        <w:tc>
          <w:tcPr>
            <w:tcW w:w="2254" w:type="dxa"/>
            <w:tcBorders>
              <w:top w:val="nil"/>
              <w:bottom w:val="nil"/>
            </w:tcBorders>
          </w:tcPr>
          <w:p w:rsidR="00A037E6" w:rsidRPr="00E85698" w:rsidRDefault="00A037E6" w:rsidP="006C1B1D">
            <w:pPr>
              <w:pStyle w:val="TableParagraph"/>
              <w:tabs>
                <w:tab w:val="left" w:pos="796"/>
                <w:tab w:val="left" w:pos="1639"/>
                <w:tab w:val="left" w:pos="2026"/>
              </w:tabs>
              <w:spacing w:line="256" w:lineRule="exact"/>
              <w:ind w:left="108"/>
              <w:rPr>
                <w:b/>
                <w:sz w:val="24"/>
              </w:rPr>
            </w:pPr>
            <w:r w:rsidRPr="00E85698">
              <w:rPr>
                <w:sz w:val="24"/>
              </w:rPr>
              <w:t>Или</w:t>
            </w:r>
            <w:r w:rsidRPr="00E85698">
              <w:rPr>
                <w:sz w:val="24"/>
              </w:rPr>
              <w:tab/>
            </w:r>
            <w:r w:rsidRPr="00E85698">
              <w:rPr>
                <w:b/>
                <w:sz w:val="24"/>
              </w:rPr>
              <w:t>0</w:t>
            </w:r>
            <w:r w:rsidRPr="00E85698">
              <w:rPr>
                <w:sz w:val="24"/>
              </w:rPr>
              <w:t>орф.</w:t>
            </w:r>
            <w:r w:rsidRPr="00E85698">
              <w:rPr>
                <w:sz w:val="24"/>
              </w:rPr>
              <w:tab/>
              <w:t>–</w:t>
            </w:r>
            <w:r w:rsidRPr="00E85698">
              <w:rPr>
                <w:sz w:val="24"/>
              </w:rPr>
              <w:tab/>
            </w:r>
            <w:r w:rsidRPr="00E85698">
              <w:rPr>
                <w:b/>
                <w:sz w:val="24"/>
              </w:rPr>
              <w:t>4</w:t>
            </w: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пункт.</w:t>
            </w:r>
            <w:r w:rsidRPr="00E85698">
              <w:rPr>
                <w:spacing w:val="-3"/>
                <w:sz w:val="24"/>
              </w:rPr>
              <w:t xml:space="preserve"> </w:t>
            </w:r>
            <w:r w:rsidRPr="00E85698">
              <w:rPr>
                <w:sz w:val="24"/>
              </w:rPr>
              <w:t>или</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b/>
                <w:sz w:val="24"/>
              </w:rPr>
              <w:t>6</w:t>
            </w:r>
            <w:r w:rsidRPr="00E85698">
              <w:rPr>
                <w:sz w:val="24"/>
              </w:rPr>
              <w:t>орф.</w:t>
            </w:r>
            <w:r w:rsidRPr="00E85698">
              <w:rPr>
                <w:spacing w:val="-2"/>
                <w:sz w:val="24"/>
              </w:rPr>
              <w:t xml:space="preserve"> </w:t>
            </w:r>
            <w:r w:rsidRPr="00E85698">
              <w:rPr>
                <w:sz w:val="24"/>
              </w:rPr>
              <w:t>-</w:t>
            </w:r>
            <w:r w:rsidRPr="00E85698">
              <w:rPr>
                <w:spacing w:val="-2"/>
                <w:sz w:val="24"/>
              </w:rPr>
              <w:t xml:space="preserve"> </w:t>
            </w:r>
            <w:r w:rsidRPr="00E85698">
              <w:rPr>
                <w:b/>
                <w:sz w:val="24"/>
              </w:rPr>
              <w:t>8</w:t>
            </w:r>
            <w:r w:rsidRPr="00E85698">
              <w:rPr>
                <w:b/>
                <w:spacing w:val="-1"/>
                <w:sz w:val="24"/>
              </w:rPr>
              <w:t xml:space="preserve"> </w:t>
            </w:r>
            <w:r w:rsidRPr="00E85698">
              <w:rPr>
                <w:sz w:val="24"/>
              </w:rPr>
              <w:t>пункт.</w:t>
            </w:r>
          </w:p>
        </w:tc>
      </w:tr>
      <w:tr w:rsidR="00A037E6" w:rsidRPr="00E85698" w:rsidTr="006C1B1D">
        <w:trPr>
          <w:trHeight w:val="275"/>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пунктуационная</w:t>
            </w:r>
          </w:p>
        </w:tc>
        <w:tc>
          <w:tcPr>
            <w:tcW w:w="2254" w:type="dxa"/>
            <w:tcBorders>
              <w:top w:val="nil"/>
              <w:bottom w:val="nil"/>
            </w:tcBorders>
          </w:tcPr>
          <w:p w:rsidR="00A037E6" w:rsidRPr="00E85698" w:rsidRDefault="00A037E6" w:rsidP="006C1B1D">
            <w:pPr>
              <w:pStyle w:val="TableParagraph"/>
              <w:spacing w:line="256" w:lineRule="exact"/>
              <w:ind w:left="108"/>
              <w:rPr>
                <w:sz w:val="24"/>
              </w:rPr>
            </w:pPr>
            <w:r w:rsidRPr="00E85698">
              <w:rPr>
                <w:sz w:val="24"/>
              </w:rPr>
              <w:t>пункт.</w:t>
            </w: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b/>
                <w:sz w:val="24"/>
              </w:rPr>
              <w:t>0</w:t>
            </w:r>
            <w:r w:rsidRPr="00E85698">
              <w:rPr>
                <w:sz w:val="24"/>
              </w:rPr>
              <w:t>орф.</w:t>
            </w:r>
            <w:r w:rsidRPr="00E85698">
              <w:rPr>
                <w:spacing w:val="-2"/>
                <w:sz w:val="24"/>
              </w:rPr>
              <w:t xml:space="preserve"> </w:t>
            </w:r>
            <w:r w:rsidRPr="00E85698">
              <w:rPr>
                <w:sz w:val="24"/>
              </w:rPr>
              <w:t>-</w:t>
            </w:r>
            <w:r w:rsidRPr="00E85698">
              <w:rPr>
                <w:spacing w:val="-2"/>
                <w:sz w:val="24"/>
              </w:rPr>
              <w:t xml:space="preserve"> </w:t>
            </w:r>
            <w:r w:rsidRPr="00E85698">
              <w:rPr>
                <w:b/>
                <w:sz w:val="24"/>
              </w:rPr>
              <w:t>7</w:t>
            </w:r>
            <w:r w:rsidRPr="00E85698">
              <w:rPr>
                <w:b/>
                <w:spacing w:val="-1"/>
                <w:sz w:val="24"/>
              </w:rPr>
              <w:t xml:space="preserve"> </w:t>
            </w:r>
            <w:r w:rsidRPr="00E85698">
              <w:rPr>
                <w:sz w:val="24"/>
              </w:rPr>
              <w:t>пункт.</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sz w:val="24"/>
              </w:rPr>
              <w:t>или</w:t>
            </w:r>
          </w:p>
        </w:tc>
      </w:tr>
      <w:tr w:rsidR="00A037E6" w:rsidRPr="00E85698" w:rsidTr="006C1B1D">
        <w:trPr>
          <w:trHeight w:val="275"/>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ошибка.</w:t>
            </w:r>
          </w:p>
        </w:tc>
        <w:tc>
          <w:tcPr>
            <w:tcW w:w="2254" w:type="dxa"/>
            <w:tcBorders>
              <w:top w:val="nil"/>
              <w:bottom w:val="nil"/>
            </w:tcBorders>
          </w:tcPr>
          <w:p w:rsidR="00A037E6" w:rsidRPr="00E85698" w:rsidRDefault="00A037E6" w:rsidP="006C1B1D">
            <w:pPr>
              <w:pStyle w:val="TableParagraph"/>
              <w:tabs>
                <w:tab w:val="left" w:pos="1088"/>
                <w:tab w:val="left" w:pos="1690"/>
              </w:tabs>
              <w:spacing w:line="256" w:lineRule="exact"/>
              <w:ind w:left="108"/>
              <w:rPr>
                <w:sz w:val="24"/>
              </w:rPr>
            </w:pPr>
            <w:r w:rsidRPr="00E85698">
              <w:rPr>
                <w:sz w:val="24"/>
              </w:rPr>
              <w:t>*при</w:t>
            </w:r>
            <w:r w:rsidRPr="00E85698">
              <w:rPr>
                <w:sz w:val="24"/>
              </w:rPr>
              <w:tab/>
              <w:t>3</w:t>
            </w:r>
            <w:r w:rsidRPr="00E85698">
              <w:rPr>
                <w:sz w:val="24"/>
              </w:rPr>
              <w:tab/>
            </w:r>
            <w:proofErr w:type="spellStart"/>
            <w:r w:rsidRPr="00E85698">
              <w:rPr>
                <w:sz w:val="24"/>
              </w:rPr>
              <w:t>орф</w:t>
            </w:r>
            <w:proofErr w:type="spellEnd"/>
            <w:r w:rsidRPr="00E85698">
              <w:rPr>
                <w:sz w:val="24"/>
              </w:rPr>
              <w:t>.</w:t>
            </w:r>
          </w:p>
        </w:tc>
        <w:tc>
          <w:tcPr>
            <w:tcW w:w="2134" w:type="dxa"/>
            <w:tcBorders>
              <w:top w:val="nil"/>
              <w:bottom w:val="nil"/>
            </w:tcBorders>
          </w:tcPr>
          <w:p w:rsidR="00A037E6" w:rsidRPr="00E85698" w:rsidRDefault="00A037E6" w:rsidP="006C1B1D">
            <w:pPr>
              <w:pStyle w:val="TableParagraph"/>
              <w:tabs>
                <w:tab w:val="left" w:pos="794"/>
                <w:tab w:val="left" w:pos="1365"/>
              </w:tabs>
              <w:spacing w:line="256" w:lineRule="exact"/>
              <w:ind w:left="110"/>
              <w:rPr>
                <w:sz w:val="24"/>
              </w:rPr>
            </w:pPr>
            <w:r w:rsidRPr="00E85698">
              <w:rPr>
                <w:sz w:val="24"/>
              </w:rPr>
              <w:t>*в</w:t>
            </w:r>
            <w:r w:rsidRPr="00E85698">
              <w:rPr>
                <w:sz w:val="24"/>
              </w:rPr>
              <w:tab/>
              <w:t>5</w:t>
            </w:r>
            <w:r w:rsidRPr="00E85698">
              <w:rPr>
                <w:sz w:val="24"/>
              </w:rPr>
              <w:tab/>
              <w:t>классе</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b/>
                <w:sz w:val="24"/>
              </w:rPr>
              <w:t>5</w:t>
            </w:r>
            <w:r w:rsidRPr="00E85698">
              <w:rPr>
                <w:sz w:val="24"/>
              </w:rPr>
              <w:t>орф.-</w:t>
            </w:r>
            <w:r w:rsidRPr="00E85698">
              <w:rPr>
                <w:spacing w:val="-3"/>
                <w:sz w:val="24"/>
              </w:rPr>
              <w:t xml:space="preserve"> </w:t>
            </w:r>
            <w:r w:rsidRPr="00E85698">
              <w:rPr>
                <w:b/>
                <w:sz w:val="24"/>
              </w:rPr>
              <w:t>9</w:t>
            </w:r>
            <w:r w:rsidRPr="00E85698">
              <w:rPr>
                <w:b/>
                <w:spacing w:val="58"/>
                <w:sz w:val="24"/>
              </w:rPr>
              <w:t xml:space="preserve"> </w:t>
            </w:r>
            <w:r w:rsidRPr="00E85698">
              <w:rPr>
                <w:sz w:val="24"/>
              </w:rPr>
              <w:t>пункт.</w:t>
            </w: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tabs>
                <w:tab w:val="left" w:pos="1686"/>
              </w:tabs>
              <w:spacing w:line="256" w:lineRule="exact"/>
              <w:ind w:left="108"/>
              <w:rPr>
                <w:sz w:val="24"/>
              </w:rPr>
            </w:pPr>
            <w:r w:rsidRPr="00E85698">
              <w:rPr>
                <w:sz w:val="24"/>
              </w:rPr>
              <w:t>ошибках,</w:t>
            </w:r>
            <w:r w:rsidRPr="00E85698">
              <w:rPr>
                <w:sz w:val="24"/>
              </w:rPr>
              <w:tab/>
              <w:t>если</w:t>
            </w:r>
          </w:p>
        </w:tc>
        <w:tc>
          <w:tcPr>
            <w:tcW w:w="2134" w:type="dxa"/>
            <w:tcBorders>
              <w:top w:val="nil"/>
              <w:bottom w:val="nil"/>
            </w:tcBorders>
          </w:tcPr>
          <w:p w:rsidR="00A037E6" w:rsidRPr="00E85698" w:rsidRDefault="00A037E6" w:rsidP="006C1B1D">
            <w:pPr>
              <w:pStyle w:val="TableParagraph"/>
              <w:spacing w:line="256" w:lineRule="exact"/>
              <w:ind w:left="110"/>
              <w:rPr>
                <w:sz w:val="24"/>
              </w:rPr>
            </w:pPr>
            <w:proofErr w:type="spellStart"/>
            <w:r w:rsidRPr="00E85698">
              <w:rPr>
                <w:sz w:val="24"/>
              </w:rPr>
              <w:t>допуск.при</w:t>
            </w:r>
            <w:proofErr w:type="spellEnd"/>
            <w:r w:rsidRPr="00E85698">
              <w:rPr>
                <w:spacing w:val="34"/>
                <w:sz w:val="24"/>
              </w:rPr>
              <w:t xml:space="preserve"> </w:t>
            </w:r>
            <w:r w:rsidRPr="00E85698">
              <w:rPr>
                <w:sz w:val="24"/>
              </w:rPr>
              <w:t>5</w:t>
            </w:r>
            <w:r w:rsidRPr="00E85698">
              <w:rPr>
                <w:spacing w:val="34"/>
                <w:sz w:val="24"/>
              </w:rPr>
              <w:t xml:space="preserve"> </w:t>
            </w:r>
            <w:proofErr w:type="spellStart"/>
            <w:r w:rsidRPr="00E85698">
              <w:rPr>
                <w:sz w:val="24"/>
              </w:rPr>
              <w:t>орф</w:t>
            </w:r>
            <w:proofErr w:type="spellEnd"/>
            <w:r w:rsidRPr="00E85698">
              <w:rPr>
                <w:sz w:val="24"/>
              </w:rPr>
              <w:t>.</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sz w:val="24"/>
              </w:rPr>
              <w:t>или</w:t>
            </w:r>
          </w:p>
        </w:tc>
      </w:tr>
      <w:tr w:rsidR="00A037E6" w:rsidRPr="00E85698" w:rsidTr="006C1B1D">
        <w:trPr>
          <w:trHeight w:val="275"/>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tabs>
                <w:tab w:val="left" w:pos="1180"/>
              </w:tabs>
              <w:spacing w:line="256" w:lineRule="exact"/>
              <w:ind w:left="108"/>
              <w:rPr>
                <w:sz w:val="24"/>
              </w:rPr>
            </w:pPr>
            <w:r w:rsidRPr="00E85698">
              <w:rPr>
                <w:sz w:val="24"/>
              </w:rPr>
              <w:t>среди</w:t>
            </w:r>
            <w:r w:rsidRPr="00E85698">
              <w:rPr>
                <w:sz w:val="24"/>
              </w:rPr>
              <w:tab/>
              <w:t>них</w:t>
            </w:r>
            <w:r w:rsidRPr="00E85698">
              <w:rPr>
                <w:spacing w:val="41"/>
                <w:sz w:val="24"/>
              </w:rPr>
              <w:t xml:space="preserve"> </w:t>
            </w:r>
            <w:r w:rsidRPr="00E85698">
              <w:rPr>
                <w:sz w:val="24"/>
              </w:rPr>
              <w:t>есть</w:t>
            </w: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и</w:t>
            </w:r>
            <w:r w:rsidRPr="00E85698">
              <w:rPr>
                <w:spacing w:val="-2"/>
                <w:sz w:val="24"/>
              </w:rPr>
              <w:t xml:space="preserve"> </w:t>
            </w:r>
            <w:r w:rsidRPr="00E85698">
              <w:rPr>
                <w:sz w:val="24"/>
              </w:rPr>
              <w:t>4</w:t>
            </w:r>
            <w:r w:rsidRPr="00E85698">
              <w:rPr>
                <w:spacing w:val="-1"/>
                <w:sz w:val="24"/>
              </w:rPr>
              <w:t xml:space="preserve"> </w:t>
            </w:r>
            <w:r w:rsidRPr="00E85698">
              <w:rPr>
                <w:sz w:val="24"/>
              </w:rPr>
              <w:t>пункт.</w:t>
            </w:r>
          </w:p>
        </w:tc>
        <w:tc>
          <w:tcPr>
            <w:tcW w:w="2034" w:type="dxa"/>
            <w:tcBorders>
              <w:top w:val="nil"/>
              <w:bottom w:val="nil"/>
            </w:tcBorders>
          </w:tcPr>
          <w:p w:rsidR="00A037E6" w:rsidRPr="00E85698" w:rsidRDefault="00A037E6" w:rsidP="006C1B1D">
            <w:pPr>
              <w:pStyle w:val="TableParagraph"/>
              <w:spacing w:line="256" w:lineRule="exact"/>
              <w:ind w:left="69"/>
              <w:rPr>
                <w:sz w:val="24"/>
              </w:rPr>
            </w:pPr>
            <w:r w:rsidRPr="00E85698">
              <w:rPr>
                <w:b/>
                <w:sz w:val="24"/>
              </w:rPr>
              <w:t>8</w:t>
            </w:r>
            <w:r w:rsidRPr="00E85698">
              <w:rPr>
                <w:sz w:val="24"/>
              </w:rPr>
              <w:t>орф.-</w:t>
            </w:r>
            <w:r w:rsidRPr="00E85698">
              <w:rPr>
                <w:spacing w:val="-3"/>
                <w:sz w:val="24"/>
              </w:rPr>
              <w:t xml:space="preserve"> </w:t>
            </w:r>
            <w:r w:rsidRPr="00E85698">
              <w:rPr>
                <w:b/>
                <w:sz w:val="24"/>
              </w:rPr>
              <w:t>6</w:t>
            </w:r>
            <w:r w:rsidRPr="00E85698">
              <w:rPr>
                <w:b/>
                <w:spacing w:val="-1"/>
                <w:sz w:val="24"/>
              </w:rPr>
              <w:t xml:space="preserve"> </w:t>
            </w:r>
            <w:r w:rsidRPr="00E85698">
              <w:rPr>
                <w:sz w:val="24"/>
              </w:rPr>
              <w:t>пункт.</w:t>
            </w: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spacing w:line="256" w:lineRule="exact"/>
              <w:ind w:left="108"/>
              <w:rPr>
                <w:sz w:val="24"/>
              </w:rPr>
            </w:pPr>
            <w:r w:rsidRPr="00E85698">
              <w:rPr>
                <w:sz w:val="24"/>
              </w:rPr>
              <w:t>однотипные.</w:t>
            </w: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*при</w:t>
            </w:r>
            <w:r w:rsidRPr="00E85698">
              <w:rPr>
                <w:spacing w:val="30"/>
                <w:sz w:val="24"/>
              </w:rPr>
              <w:t xml:space="preserve"> </w:t>
            </w:r>
            <w:r w:rsidRPr="00E85698">
              <w:rPr>
                <w:sz w:val="24"/>
              </w:rPr>
              <w:t>6</w:t>
            </w:r>
            <w:r w:rsidRPr="00E85698">
              <w:rPr>
                <w:spacing w:val="88"/>
                <w:sz w:val="24"/>
              </w:rPr>
              <w:t xml:space="preserve"> </w:t>
            </w:r>
            <w:proofErr w:type="spellStart"/>
            <w:r w:rsidRPr="00E85698">
              <w:rPr>
                <w:sz w:val="24"/>
              </w:rPr>
              <w:t>орф</w:t>
            </w:r>
            <w:proofErr w:type="spellEnd"/>
            <w:r w:rsidRPr="00E85698">
              <w:rPr>
                <w:sz w:val="24"/>
              </w:rPr>
              <w:t>.</w:t>
            </w:r>
            <w:r w:rsidRPr="00E85698">
              <w:rPr>
                <w:spacing w:val="89"/>
                <w:sz w:val="24"/>
              </w:rPr>
              <w:t xml:space="preserve"> </w:t>
            </w:r>
            <w:r w:rsidRPr="00E85698">
              <w:rPr>
                <w:sz w:val="24"/>
              </w:rPr>
              <w:t>и</w:t>
            </w:r>
            <w:r w:rsidRPr="00E85698">
              <w:rPr>
                <w:spacing w:val="89"/>
                <w:sz w:val="24"/>
              </w:rPr>
              <w:t xml:space="preserve"> </w:t>
            </w:r>
            <w:r w:rsidRPr="00E85698">
              <w:rPr>
                <w:sz w:val="24"/>
              </w:rPr>
              <w:t>6</w:t>
            </w:r>
          </w:p>
        </w:tc>
        <w:tc>
          <w:tcPr>
            <w:tcW w:w="2034" w:type="dxa"/>
            <w:tcBorders>
              <w:top w:val="nil"/>
              <w:bottom w:val="nil"/>
            </w:tcBorders>
          </w:tcPr>
          <w:p w:rsidR="00A037E6" w:rsidRPr="00E85698" w:rsidRDefault="00A037E6" w:rsidP="006C1B1D">
            <w:pPr>
              <w:pStyle w:val="TableParagraph"/>
              <w:rPr>
                <w:sz w:val="20"/>
              </w:rPr>
            </w:pPr>
          </w:p>
        </w:tc>
      </w:tr>
      <w:tr w:rsidR="00A037E6" w:rsidRPr="00E85698" w:rsidTr="006C1B1D">
        <w:trPr>
          <w:trHeight w:val="275"/>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rPr>
                <w:sz w:val="20"/>
              </w:rPr>
            </w:pP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пункт.,</w:t>
            </w:r>
            <w:r w:rsidRPr="00E85698">
              <w:rPr>
                <w:spacing w:val="13"/>
                <w:sz w:val="24"/>
              </w:rPr>
              <w:t xml:space="preserve"> </w:t>
            </w:r>
            <w:r w:rsidRPr="00E85698">
              <w:rPr>
                <w:sz w:val="24"/>
              </w:rPr>
              <w:t>если</w:t>
            </w:r>
            <w:r w:rsidRPr="00E85698">
              <w:rPr>
                <w:spacing w:val="14"/>
                <w:sz w:val="24"/>
              </w:rPr>
              <w:t xml:space="preserve"> </w:t>
            </w:r>
            <w:r w:rsidRPr="00E85698">
              <w:rPr>
                <w:sz w:val="24"/>
              </w:rPr>
              <w:t>среди</w:t>
            </w:r>
          </w:p>
        </w:tc>
        <w:tc>
          <w:tcPr>
            <w:tcW w:w="2034" w:type="dxa"/>
            <w:tcBorders>
              <w:top w:val="nil"/>
              <w:bottom w:val="nil"/>
            </w:tcBorders>
          </w:tcPr>
          <w:p w:rsidR="00A037E6" w:rsidRPr="00E85698" w:rsidRDefault="00A037E6" w:rsidP="006C1B1D">
            <w:pPr>
              <w:pStyle w:val="TableParagraph"/>
              <w:rPr>
                <w:sz w:val="20"/>
              </w:rPr>
            </w:pPr>
          </w:p>
        </w:tc>
      </w:tr>
      <w:tr w:rsidR="00A037E6" w:rsidRPr="00E85698" w:rsidTr="006C1B1D">
        <w:trPr>
          <w:trHeight w:val="275"/>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rPr>
                <w:sz w:val="20"/>
              </w:rPr>
            </w:pPr>
          </w:p>
        </w:tc>
        <w:tc>
          <w:tcPr>
            <w:tcW w:w="2134" w:type="dxa"/>
            <w:tcBorders>
              <w:top w:val="nil"/>
              <w:bottom w:val="nil"/>
            </w:tcBorders>
          </w:tcPr>
          <w:p w:rsidR="00A037E6" w:rsidRPr="00E85698" w:rsidRDefault="00A037E6" w:rsidP="006C1B1D">
            <w:pPr>
              <w:pStyle w:val="TableParagraph"/>
              <w:tabs>
                <w:tab w:val="left" w:pos="815"/>
                <w:tab w:val="left" w:pos="1318"/>
              </w:tabs>
              <w:spacing w:line="256" w:lineRule="exact"/>
              <w:ind w:left="110"/>
              <w:rPr>
                <w:sz w:val="24"/>
              </w:rPr>
            </w:pPr>
            <w:r w:rsidRPr="00E85698">
              <w:rPr>
                <w:sz w:val="24"/>
              </w:rPr>
              <w:t>тех</w:t>
            </w:r>
            <w:r w:rsidRPr="00E85698">
              <w:rPr>
                <w:sz w:val="24"/>
              </w:rPr>
              <w:tab/>
              <w:t>и</w:t>
            </w:r>
            <w:r w:rsidRPr="00E85698">
              <w:rPr>
                <w:sz w:val="24"/>
              </w:rPr>
              <w:tab/>
              <w:t>других</w:t>
            </w:r>
          </w:p>
        </w:tc>
        <w:tc>
          <w:tcPr>
            <w:tcW w:w="2034" w:type="dxa"/>
            <w:tcBorders>
              <w:top w:val="nil"/>
              <w:bottom w:val="nil"/>
            </w:tcBorders>
          </w:tcPr>
          <w:p w:rsidR="00A037E6" w:rsidRPr="00E85698" w:rsidRDefault="00A037E6" w:rsidP="006C1B1D">
            <w:pPr>
              <w:pStyle w:val="TableParagraph"/>
              <w:rPr>
                <w:sz w:val="20"/>
              </w:rPr>
            </w:pP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rPr>
                <w:sz w:val="20"/>
              </w:rPr>
            </w:pPr>
          </w:p>
        </w:tc>
        <w:tc>
          <w:tcPr>
            <w:tcW w:w="2134" w:type="dxa"/>
            <w:tcBorders>
              <w:top w:val="nil"/>
              <w:bottom w:val="nil"/>
            </w:tcBorders>
          </w:tcPr>
          <w:p w:rsidR="00A037E6" w:rsidRPr="00E85698" w:rsidRDefault="00A037E6" w:rsidP="006C1B1D">
            <w:pPr>
              <w:pStyle w:val="TableParagraph"/>
              <w:spacing w:line="256" w:lineRule="exact"/>
              <w:ind w:left="110"/>
              <w:rPr>
                <w:sz w:val="24"/>
              </w:rPr>
            </w:pPr>
            <w:r w:rsidRPr="00E85698">
              <w:rPr>
                <w:sz w:val="24"/>
              </w:rPr>
              <w:t>имеются</w:t>
            </w:r>
          </w:p>
        </w:tc>
        <w:tc>
          <w:tcPr>
            <w:tcW w:w="2034" w:type="dxa"/>
            <w:tcBorders>
              <w:top w:val="nil"/>
              <w:bottom w:val="nil"/>
            </w:tcBorders>
          </w:tcPr>
          <w:p w:rsidR="00A037E6" w:rsidRPr="00E85698" w:rsidRDefault="00A037E6" w:rsidP="006C1B1D">
            <w:pPr>
              <w:pStyle w:val="TableParagraph"/>
              <w:rPr>
                <w:sz w:val="20"/>
              </w:rPr>
            </w:pPr>
          </w:p>
        </w:tc>
      </w:tr>
      <w:tr w:rsidR="00A037E6" w:rsidRPr="00E85698" w:rsidTr="006C1B1D">
        <w:trPr>
          <w:trHeight w:val="276"/>
        </w:trPr>
        <w:tc>
          <w:tcPr>
            <w:tcW w:w="1618" w:type="dxa"/>
            <w:tcBorders>
              <w:top w:val="nil"/>
              <w:bottom w:val="nil"/>
            </w:tcBorders>
          </w:tcPr>
          <w:p w:rsidR="00A037E6" w:rsidRPr="00E85698" w:rsidRDefault="00A037E6" w:rsidP="006C1B1D">
            <w:pPr>
              <w:pStyle w:val="TableParagraph"/>
              <w:rPr>
                <w:sz w:val="20"/>
              </w:rPr>
            </w:pPr>
          </w:p>
        </w:tc>
        <w:tc>
          <w:tcPr>
            <w:tcW w:w="2009" w:type="dxa"/>
            <w:tcBorders>
              <w:top w:val="nil"/>
              <w:bottom w:val="nil"/>
            </w:tcBorders>
          </w:tcPr>
          <w:p w:rsidR="00A037E6" w:rsidRPr="00E85698" w:rsidRDefault="00A037E6" w:rsidP="006C1B1D">
            <w:pPr>
              <w:pStyle w:val="TableParagraph"/>
              <w:rPr>
                <w:sz w:val="20"/>
              </w:rPr>
            </w:pPr>
          </w:p>
        </w:tc>
        <w:tc>
          <w:tcPr>
            <w:tcW w:w="2254" w:type="dxa"/>
            <w:tcBorders>
              <w:top w:val="nil"/>
              <w:bottom w:val="nil"/>
            </w:tcBorders>
          </w:tcPr>
          <w:p w:rsidR="00A037E6" w:rsidRPr="00E85698" w:rsidRDefault="00A037E6" w:rsidP="006C1B1D">
            <w:pPr>
              <w:pStyle w:val="TableParagraph"/>
              <w:rPr>
                <w:sz w:val="20"/>
              </w:rPr>
            </w:pPr>
          </w:p>
        </w:tc>
        <w:tc>
          <w:tcPr>
            <w:tcW w:w="2134" w:type="dxa"/>
            <w:tcBorders>
              <w:top w:val="nil"/>
              <w:bottom w:val="nil"/>
            </w:tcBorders>
          </w:tcPr>
          <w:p w:rsidR="00A037E6" w:rsidRPr="00E85698" w:rsidRDefault="00A037E6" w:rsidP="006C1B1D">
            <w:pPr>
              <w:pStyle w:val="TableParagraph"/>
              <w:tabs>
                <w:tab w:val="left" w:pos="1900"/>
              </w:tabs>
              <w:spacing w:line="256" w:lineRule="exact"/>
              <w:ind w:left="110"/>
              <w:rPr>
                <w:sz w:val="24"/>
              </w:rPr>
            </w:pPr>
            <w:r w:rsidRPr="00E85698">
              <w:rPr>
                <w:sz w:val="24"/>
              </w:rPr>
              <w:t>однотипные</w:t>
            </w:r>
            <w:r w:rsidRPr="00E85698">
              <w:rPr>
                <w:sz w:val="24"/>
              </w:rPr>
              <w:tab/>
              <w:t>и</w:t>
            </w:r>
          </w:p>
        </w:tc>
        <w:tc>
          <w:tcPr>
            <w:tcW w:w="2034" w:type="dxa"/>
            <w:tcBorders>
              <w:top w:val="nil"/>
              <w:bottom w:val="nil"/>
            </w:tcBorders>
          </w:tcPr>
          <w:p w:rsidR="00A037E6" w:rsidRPr="00E85698" w:rsidRDefault="00A037E6" w:rsidP="006C1B1D">
            <w:pPr>
              <w:pStyle w:val="TableParagraph"/>
              <w:rPr>
                <w:sz w:val="20"/>
              </w:rPr>
            </w:pPr>
          </w:p>
        </w:tc>
      </w:tr>
      <w:tr w:rsidR="00A037E6" w:rsidRPr="00E85698" w:rsidTr="006C1B1D">
        <w:trPr>
          <w:trHeight w:val="278"/>
        </w:trPr>
        <w:tc>
          <w:tcPr>
            <w:tcW w:w="1618" w:type="dxa"/>
            <w:tcBorders>
              <w:top w:val="nil"/>
            </w:tcBorders>
          </w:tcPr>
          <w:p w:rsidR="00A037E6" w:rsidRPr="00E85698" w:rsidRDefault="00A037E6" w:rsidP="006C1B1D">
            <w:pPr>
              <w:pStyle w:val="TableParagraph"/>
              <w:rPr>
                <w:sz w:val="20"/>
              </w:rPr>
            </w:pPr>
          </w:p>
        </w:tc>
        <w:tc>
          <w:tcPr>
            <w:tcW w:w="2009" w:type="dxa"/>
            <w:tcBorders>
              <w:top w:val="nil"/>
            </w:tcBorders>
          </w:tcPr>
          <w:p w:rsidR="00A037E6" w:rsidRPr="00E85698" w:rsidRDefault="00A037E6" w:rsidP="006C1B1D">
            <w:pPr>
              <w:pStyle w:val="TableParagraph"/>
              <w:rPr>
                <w:sz w:val="20"/>
              </w:rPr>
            </w:pPr>
          </w:p>
        </w:tc>
        <w:tc>
          <w:tcPr>
            <w:tcW w:w="2254" w:type="dxa"/>
            <w:tcBorders>
              <w:top w:val="nil"/>
            </w:tcBorders>
          </w:tcPr>
          <w:p w:rsidR="00A037E6" w:rsidRPr="00E85698" w:rsidRDefault="00A037E6" w:rsidP="006C1B1D">
            <w:pPr>
              <w:pStyle w:val="TableParagraph"/>
              <w:rPr>
                <w:sz w:val="20"/>
              </w:rPr>
            </w:pPr>
          </w:p>
        </w:tc>
        <w:tc>
          <w:tcPr>
            <w:tcW w:w="2134" w:type="dxa"/>
            <w:tcBorders>
              <w:top w:val="nil"/>
            </w:tcBorders>
          </w:tcPr>
          <w:p w:rsidR="00A037E6" w:rsidRPr="00E85698" w:rsidRDefault="00A037E6" w:rsidP="006C1B1D">
            <w:pPr>
              <w:pStyle w:val="TableParagraph"/>
              <w:spacing w:line="259" w:lineRule="exact"/>
              <w:ind w:left="110"/>
              <w:rPr>
                <w:sz w:val="24"/>
              </w:rPr>
            </w:pPr>
            <w:r w:rsidRPr="00E85698">
              <w:rPr>
                <w:sz w:val="24"/>
              </w:rPr>
              <w:t>негрубые</w:t>
            </w:r>
            <w:r w:rsidRPr="00E85698">
              <w:rPr>
                <w:spacing w:val="-4"/>
                <w:sz w:val="24"/>
              </w:rPr>
              <w:t xml:space="preserve"> </w:t>
            </w:r>
            <w:r w:rsidRPr="00E85698">
              <w:rPr>
                <w:sz w:val="24"/>
              </w:rPr>
              <w:t>ошибки.</w:t>
            </w:r>
          </w:p>
        </w:tc>
        <w:tc>
          <w:tcPr>
            <w:tcW w:w="2034" w:type="dxa"/>
            <w:tcBorders>
              <w:top w:val="nil"/>
            </w:tcBorders>
          </w:tcPr>
          <w:p w:rsidR="00A037E6" w:rsidRPr="00E85698" w:rsidRDefault="00A037E6" w:rsidP="006C1B1D">
            <w:pPr>
              <w:pStyle w:val="TableParagraph"/>
              <w:rPr>
                <w:sz w:val="20"/>
              </w:rPr>
            </w:pPr>
          </w:p>
        </w:tc>
      </w:tr>
      <w:tr w:rsidR="00A037E6" w:rsidRPr="00E85698" w:rsidTr="006C1B1D">
        <w:trPr>
          <w:trHeight w:val="345"/>
        </w:trPr>
        <w:tc>
          <w:tcPr>
            <w:tcW w:w="1618" w:type="dxa"/>
          </w:tcPr>
          <w:p w:rsidR="00A037E6" w:rsidRPr="00E85698" w:rsidRDefault="00A037E6" w:rsidP="006C1B1D">
            <w:pPr>
              <w:pStyle w:val="TableParagraph"/>
              <w:spacing w:line="270" w:lineRule="exact"/>
              <w:ind w:left="2"/>
              <w:rPr>
                <w:sz w:val="24"/>
              </w:rPr>
            </w:pPr>
            <w:r w:rsidRPr="00E85698">
              <w:rPr>
                <w:sz w:val="24"/>
              </w:rPr>
              <w:t>Словарный</w:t>
            </w:r>
          </w:p>
        </w:tc>
        <w:tc>
          <w:tcPr>
            <w:tcW w:w="2009" w:type="dxa"/>
          </w:tcPr>
          <w:p w:rsidR="00A037E6" w:rsidRPr="00E85698" w:rsidRDefault="00A037E6" w:rsidP="006C1B1D">
            <w:pPr>
              <w:pStyle w:val="TableParagraph"/>
              <w:spacing w:line="270" w:lineRule="exact"/>
              <w:ind w:left="818"/>
              <w:rPr>
                <w:sz w:val="24"/>
              </w:rPr>
            </w:pPr>
            <w:r w:rsidRPr="00E85698">
              <w:rPr>
                <w:b/>
                <w:sz w:val="24"/>
              </w:rPr>
              <w:t xml:space="preserve">0 </w:t>
            </w:r>
            <w:r w:rsidRPr="00E85698">
              <w:rPr>
                <w:sz w:val="24"/>
              </w:rPr>
              <w:t>ошибок</w:t>
            </w:r>
          </w:p>
        </w:tc>
        <w:tc>
          <w:tcPr>
            <w:tcW w:w="2254" w:type="dxa"/>
          </w:tcPr>
          <w:p w:rsidR="00A037E6" w:rsidRPr="00E85698" w:rsidRDefault="00A037E6" w:rsidP="006C1B1D">
            <w:pPr>
              <w:pStyle w:val="TableParagraph"/>
              <w:spacing w:line="270" w:lineRule="exact"/>
              <w:ind w:left="816"/>
              <w:rPr>
                <w:sz w:val="24"/>
              </w:rPr>
            </w:pPr>
            <w:r w:rsidRPr="00E85698">
              <w:rPr>
                <w:b/>
                <w:sz w:val="24"/>
              </w:rPr>
              <w:t xml:space="preserve">1-2 </w:t>
            </w:r>
            <w:r w:rsidRPr="00E85698">
              <w:rPr>
                <w:sz w:val="24"/>
              </w:rPr>
              <w:t>ошибки</w:t>
            </w:r>
          </w:p>
        </w:tc>
        <w:tc>
          <w:tcPr>
            <w:tcW w:w="2134" w:type="dxa"/>
          </w:tcPr>
          <w:p w:rsidR="00A037E6" w:rsidRPr="00E85698" w:rsidRDefault="00A037E6" w:rsidP="006C1B1D">
            <w:pPr>
              <w:pStyle w:val="TableParagraph"/>
              <w:spacing w:line="270" w:lineRule="exact"/>
              <w:ind w:left="818"/>
              <w:rPr>
                <w:sz w:val="24"/>
              </w:rPr>
            </w:pPr>
            <w:r w:rsidRPr="00E85698">
              <w:rPr>
                <w:b/>
                <w:sz w:val="24"/>
              </w:rPr>
              <w:t xml:space="preserve">3-4 </w:t>
            </w:r>
            <w:r w:rsidRPr="00E85698">
              <w:rPr>
                <w:sz w:val="24"/>
              </w:rPr>
              <w:t>ошибки</w:t>
            </w:r>
          </w:p>
        </w:tc>
        <w:tc>
          <w:tcPr>
            <w:tcW w:w="2034" w:type="dxa"/>
          </w:tcPr>
          <w:p w:rsidR="00A037E6" w:rsidRPr="00E85698" w:rsidRDefault="00A037E6" w:rsidP="006C1B1D">
            <w:pPr>
              <w:pStyle w:val="TableParagraph"/>
              <w:spacing w:line="270" w:lineRule="exact"/>
              <w:rPr>
                <w:sz w:val="24"/>
              </w:rPr>
            </w:pPr>
            <w:r w:rsidRPr="00E85698">
              <w:rPr>
                <w:sz w:val="24"/>
              </w:rPr>
              <w:t xml:space="preserve">до </w:t>
            </w:r>
            <w:r w:rsidRPr="00E85698">
              <w:rPr>
                <w:b/>
                <w:sz w:val="24"/>
              </w:rPr>
              <w:t xml:space="preserve">7 </w:t>
            </w:r>
            <w:r w:rsidRPr="00E85698">
              <w:rPr>
                <w:sz w:val="24"/>
              </w:rPr>
              <w:t>ошибок</w:t>
            </w:r>
          </w:p>
        </w:tc>
      </w:tr>
    </w:tbl>
    <w:p w:rsidR="00A037E6" w:rsidRPr="00E85698" w:rsidRDefault="00A037E6" w:rsidP="00A037E6">
      <w:pPr>
        <w:pStyle w:val="a5"/>
        <w:ind w:left="1099"/>
        <w:rPr>
          <w:b/>
        </w:rPr>
      </w:pPr>
      <w:r w:rsidRPr="00E85698">
        <w:t>При</w:t>
      </w:r>
      <w:r w:rsidRPr="00E85698">
        <w:rPr>
          <w:spacing w:val="-3"/>
        </w:rPr>
        <w:t xml:space="preserve"> </w:t>
      </w:r>
      <w:r w:rsidRPr="00E85698">
        <w:t>большем</w:t>
      </w:r>
      <w:r w:rsidRPr="00E85698">
        <w:rPr>
          <w:spacing w:val="-4"/>
        </w:rPr>
        <w:t xml:space="preserve"> </w:t>
      </w:r>
      <w:r w:rsidRPr="00E85698">
        <w:t>количестве</w:t>
      </w:r>
      <w:r w:rsidRPr="00E85698">
        <w:rPr>
          <w:spacing w:val="-4"/>
        </w:rPr>
        <w:t xml:space="preserve"> </w:t>
      </w:r>
      <w:r w:rsidRPr="00E85698">
        <w:t>ошибок</w:t>
      </w:r>
      <w:r w:rsidRPr="00E85698">
        <w:rPr>
          <w:spacing w:val="-2"/>
        </w:rPr>
        <w:t xml:space="preserve"> </w:t>
      </w:r>
      <w:r w:rsidRPr="00E85698">
        <w:t>диктант</w:t>
      </w:r>
      <w:r w:rsidRPr="00E85698">
        <w:rPr>
          <w:spacing w:val="-3"/>
        </w:rPr>
        <w:t xml:space="preserve"> </w:t>
      </w:r>
      <w:r w:rsidRPr="00E85698">
        <w:t>оценивается</w:t>
      </w:r>
      <w:r w:rsidRPr="00E85698">
        <w:rPr>
          <w:spacing w:val="-2"/>
        </w:rPr>
        <w:t xml:space="preserve"> </w:t>
      </w:r>
      <w:r w:rsidRPr="00E85698">
        <w:rPr>
          <w:b/>
        </w:rPr>
        <w:t>баллом</w:t>
      </w:r>
      <w:r w:rsidRPr="00E85698">
        <w:rPr>
          <w:b/>
          <w:spacing w:val="1"/>
        </w:rPr>
        <w:t xml:space="preserve"> </w:t>
      </w:r>
      <w:r w:rsidRPr="00E85698">
        <w:rPr>
          <w:b/>
        </w:rPr>
        <w:t>«1»</w:t>
      </w:r>
    </w:p>
    <w:p w:rsidR="00A037E6" w:rsidRPr="00E85698" w:rsidRDefault="00A037E6" w:rsidP="00A037E6">
      <w:pPr>
        <w:spacing w:before="35"/>
        <w:ind w:left="1099"/>
        <w:rPr>
          <w:b/>
          <w:i/>
          <w:sz w:val="24"/>
        </w:rPr>
      </w:pPr>
      <w:r w:rsidRPr="00E85698">
        <w:rPr>
          <w:b/>
          <w:i/>
          <w:sz w:val="24"/>
        </w:rPr>
        <w:t>Примечание.</w:t>
      </w:r>
    </w:p>
    <w:p w:rsidR="00A037E6" w:rsidRPr="00E85698" w:rsidRDefault="00A037E6" w:rsidP="00A037E6">
      <w:pPr>
        <w:pStyle w:val="a5"/>
        <w:tabs>
          <w:tab w:val="left" w:pos="1775"/>
          <w:tab w:val="left" w:pos="2737"/>
          <w:tab w:val="left" w:pos="3905"/>
          <w:tab w:val="left" w:pos="5653"/>
          <w:tab w:val="left" w:pos="6157"/>
          <w:tab w:val="left" w:pos="6649"/>
          <w:tab w:val="left" w:pos="8255"/>
          <w:tab w:val="left" w:pos="10325"/>
        </w:tabs>
        <w:spacing w:before="39"/>
        <w:ind w:left="532" w:right="830" w:firstLine="566"/>
      </w:pPr>
      <w:r w:rsidRPr="00E85698">
        <w:t>При</w:t>
      </w:r>
      <w:r w:rsidRPr="00E85698">
        <w:tab/>
        <w:t>оценке</w:t>
      </w:r>
      <w:r w:rsidRPr="00E85698">
        <w:tab/>
        <w:t>диктанта</w:t>
      </w:r>
      <w:r w:rsidRPr="00E85698">
        <w:tab/>
        <w:t>исправляются,</w:t>
      </w:r>
      <w:r w:rsidRPr="00E85698">
        <w:tab/>
        <w:t>но</w:t>
      </w:r>
      <w:r w:rsidRPr="00E85698">
        <w:tab/>
        <w:t>не</w:t>
      </w:r>
      <w:r w:rsidRPr="00E85698">
        <w:tab/>
        <w:t>учитываются</w:t>
      </w:r>
      <w:r w:rsidRPr="00E85698">
        <w:tab/>
        <w:t>орфографические</w:t>
      </w:r>
      <w:r w:rsidRPr="00E85698">
        <w:tab/>
      </w:r>
      <w:r w:rsidRPr="00E85698">
        <w:rPr>
          <w:spacing w:val="-2"/>
        </w:rPr>
        <w:t>и</w:t>
      </w:r>
      <w:r w:rsidRPr="00E85698">
        <w:rPr>
          <w:spacing w:val="-57"/>
        </w:rPr>
        <w:t xml:space="preserve"> </w:t>
      </w:r>
      <w:r w:rsidRPr="00E85698">
        <w:t>пунктуационные</w:t>
      </w:r>
      <w:r w:rsidRPr="00E85698">
        <w:rPr>
          <w:spacing w:val="-3"/>
        </w:rPr>
        <w:t xml:space="preserve"> </w:t>
      </w:r>
      <w:r w:rsidRPr="00E85698">
        <w:t>ошибки:</w:t>
      </w:r>
    </w:p>
    <w:p w:rsidR="00A037E6" w:rsidRPr="00E85698" w:rsidRDefault="00A037E6" w:rsidP="00A037E6">
      <w:pPr>
        <w:pStyle w:val="a7"/>
        <w:numPr>
          <w:ilvl w:val="0"/>
          <w:numId w:val="24"/>
        </w:numPr>
        <w:tabs>
          <w:tab w:val="left" w:pos="1479"/>
        </w:tabs>
        <w:rPr>
          <w:sz w:val="24"/>
        </w:rPr>
      </w:pPr>
      <w:r w:rsidRPr="00E85698">
        <w:rPr>
          <w:sz w:val="24"/>
        </w:rPr>
        <w:t>в</w:t>
      </w:r>
      <w:r w:rsidRPr="00E85698">
        <w:rPr>
          <w:spacing w:val="-3"/>
          <w:sz w:val="24"/>
        </w:rPr>
        <w:t xml:space="preserve"> </w:t>
      </w:r>
      <w:r w:rsidRPr="00E85698">
        <w:rPr>
          <w:sz w:val="24"/>
        </w:rPr>
        <w:t>переносе слов;</w:t>
      </w:r>
    </w:p>
    <w:p w:rsidR="00A037E6" w:rsidRPr="00E85698" w:rsidRDefault="00A037E6" w:rsidP="00A037E6">
      <w:pPr>
        <w:pStyle w:val="a7"/>
        <w:numPr>
          <w:ilvl w:val="0"/>
          <w:numId w:val="24"/>
        </w:numPr>
        <w:tabs>
          <w:tab w:val="left" w:pos="1479"/>
        </w:tabs>
        <w:rPr>
          <w:sz w:val="24"/>
        </w:rPr>
      </w:pPr>
      <w:r w:rsidRPr="00E85698">
        <w:rPr>
          <w:sz w:val="24"/>
        </w:rPr>
        <w:t>на</w:t>
      </w:r>
      <w:r w:rsidRPr="00E85698">
        <w:rPr>
          <w:spacing w:val="-3"/>
          <w:sz w:val="24"/>
        </w:rPr>
        <w:t xml:space="preserve"> </w:t>
      </w:r>
      <w:r w:rsidRPr="00E85698">
        <w:rPr>
          <w:sz w:val="24"/>
        </w:rPr>
        <w:t>правила,</w:t>
      </w:r>
      <w:r w:rsidRPr="00E85698">
        <w:rPr>
          <w:spacing w:val="-2"/>
          <w:sz w:val="24"/>
        </w:rPr>
        <w:t xml:space="preserve"> </w:t>
      </w:r>
      <w:r w:rsidRPr="00E85698">
        <w:rPr>
          <w:sz w:val="24"/>
        </w:rPr>
        <w:t>которые</w:t>
      </w:r>
      <w:r w:rsidRPr="00E85698">
        <w:rPr>
          <w:spacing w:val="-4"/>
          <w:sz w:val="24"/>
        </w:rPr>
        <w:t xml:space="preserve"> </w:t>
      </w:r>
      <w:r w:rsidRPr="00E85698">
        <w:rPr>
          <w:sz w:val="24"/>
        </w:rPr>
        <w:t>не</w:t>
      </w:r>
      <w:r w:rsidRPr="00E85698">
        <w:rPr>
          <w:spacing w:val="-3"/>
          <w:sz w:val="24"/>
        </w:rPr>
        <w:t xml:space="preserve"> </w:t>
      </w:r>
      <w:r w:rsidRPr="00E85698">
        <w:rPr>
          <w:sz w:val="24"/>
        </w:rPr>
        <w:t>включены</w:t>
      </w:r>
      <w:r w:rsidRPr="00E85698">
        <w:rPr>
          <w:spacing w:val="-2"/>
          <w:sz w:val="24"/>
        </w:rPr>
        <w:t xml:space="preserve"> </w:t>
      </w:r>
      <w:r w:rsidRPr="00E85698">
        <w:rPr>
          <w:sz w:val="24"/>
        </w:rPr>
        <w:t>в</w:t>
      </w:r>
      <w:r w:rsidRPr="00E85698">
        <w:rPr>
          <w:spacing w:val="-3"/>
          <w:sz w:val="24"/>
        </w:rPr>
        <w:t xml:space="preserve"> </w:t>
      </w:r>
      <w:r w:rsidRPr="00E85698">
        <w:rPr>
          <w:sz w:val="24"/>
        </w:rPr>
        <w:t>школьную</w:t>
      </w:r>
      <w:r w:rsidRPr="00E85698">
        <w:rPr>
          <w:spacing w:val="-2"/>
          <w:sz w:val="24"/>
        </w:rPr>
        <w:t xml:space="preserve"> </w:t>
      </w:r>
      <w:r w:rsidRPr="00E85698">
        <w:rPr>
          <w:sz w:val="24"/>
        </w:rPr>
        <w:t>программу;</w:t>
      </w:r>
    </w:p>
    <w:p w:rsidR="00A037E6" w:rsidRPr="00E85698" w:rsidRDefault="00A037E6" w:rsidP="00A037E6">
      <w:pPr>
        <w:pStyle w:val="a7"/>
        <w:numPr>
          <w:ilvl w:val="0"/>
          <w:numId w:val="24"/>
        </w:numPr>
        <w:tabs>
          <w:tab w:val="left" w:pos="1479"/>
        </w:tabs>
        <w:rPr>
          <w:sz w:val="24"/>
        </w:rPr>
      </w:pPr>
      <w:r w:rsidRPr="00E85698">
        <w:rPr>
          <w:sz w:val="24"/>
        </w:rPr>
        <w:t>на</w:t>
      </w:r>
      <w:r w:rsidRPr="00E85698">
        <w:rPr>
          <w:spacing w:val="-3"/>
          <w:sz w:val="24"/>
        </w:rPr>
        <w:t xml:space="preserve"> </w:t>
      </w:r>
      <w:r w:rsidRPr="00E85698">
        <w:rPr>
          <w:sz w:val="24"/>
        </w:rPr>
        <w:t>еще</w:t>
      </w:r>
      <w:r w:rsidRPr="00E85698">
        <w:rPr>
          <w:spacing w:val="-2"/>
          <w:sz w:val="24"/>
        </w:rPr>
        <w:t xml:space="preserve"> </w:t>
      </w:r>
      <w:r w:rsidRPr="00E85698">
        <w:rPr>
          <w:sz w:val="24"/>
        </w:rPr>
        <w:t>не</w:t>
      </w:r>
      <w:r w:rsidRPr="00E85698">
        <w:rPr>
          <w:spacing w:val="-2"/>
          <w:sz w:val="24"/>
        </w:rPr>
        <w:t xml:space="preserve"> </w:t>
      </w:r>
      <w:r w:rsidRPr="00E85698">
        <w:rPr>
          <w:sz w:val="24"/>
        </w:rPr>
        <w:t>изученные</w:t>
      </w:r>
      <w:r w:rsidRPr="00E85698">
        <w:rPr>
          <w:spacing w:val="-3"/>
          <w:sz w:val="24"/>
        </w:rPr>
        <w:t xml:space="preserve"> </w:t>
      </w:r>
      <w:r w:rsidRPr="00E85698">
        <w:rPr>
          <w:sz w:val="24"/>
        </w:rPr>
        <w:t>правила;</w:t>
      </w:r>
    </w:p>
    <w:p w:rsidR="00A037E6" w:rsidRPr="00E85698" w:rsidRDefault="00A037E6" w:rsidP="00A037E6">
      <w:pPr>
        <w:pStyle w:val="a7"/>
        <w:numPr>
          <w:ilvl w:val="0"/>
          <w:numId w:val="24"/>
        </w:numPr>
        <w:tabs>
          <w:tab w:val="left" w:pos="1521"/>
          <w:tab w:val="left" w:pos="1522"/>
        </w:tabs>
        <w:ind w:left="532" w:right="838" w:firstLine="566"/>
        <w:rPr>
          <w:sz w:val="24"/>
        </w:rPr>
      </w:pPr>
      <w:r w:rsidRPr="00E85698">
        <w:rPr>
          <w:sz w:val="24"/>
        </w:rPr>
        <w:t>в</w:t>
      </w:r>
      <w:r w:rsidRPr="00E85698">
        <w:rPr>
          <w:spacing w:val="10"/>
          <w:sz w:val="24"/>
        </w:rPr>
        <w:t xml:space="preserve"> </w:t>
      </w:r>
      <w:r w:rsidRPr="00E85698">
        <w:rPr>
          <w:sz w:val="24"/>
        </w:rPr>
        <w:t>словах</w:t>
      </w:r>
      <w:r w:rsidRPr="00E85698">
        <w:rPr>
          <w:spacing w:val="13"/>
          <w:sz w:val="24"/>
        </w:rPr>
        <w:t xml:space="preserve"> </w:t>
      </w:r>
      <w:r w:rsidRPr="00E85698">
        <w:rPr>
          <w:sz w:val="24"/>
        </w:rPr>
        <w:t>с</w:t>
      </w:r>
      <w:r w:rsidRPr="00E85698">
        <w:rPr>
          <w:spacing w:val="11"/>
          <w:sz w:val="24"/>
        </w:rPr>
        <w:t xml:space="preserve"> </w:t>
      </w:r>
      <w:r w:rsidRPr="00E85698">
        <w:rPr>
          <w:sz w:val="24"/>
        </w:rPr>
        <w:t>непроверяемыми</w:t>
      </w:r>
      <w:r w:rsidRPr="00E85698">
        <w:rPr>
          <w:spacing w:val="12"/>
          <w:sz w:val="24"/>
        </w:rPr>
        <w:t xml:space="preserve"> </w:t>
      </w:r>
      <w:r w:rsidRPr="00E85698">
        <w:rPr>
          <w:sz w:val="24"/>
        </w:rPr>
        <w:t>написаниями,</w:t>
      </w:r>
      <w:r w:rsidRPr="00E85698">
        <w:rPr>
          <w:spacing w:val="8"/>
          <w:sz w:val="24"/>
        </w:rPr>
        <w:t xml:space="preserve"> </w:t>
      </w:r>
      <w:r w:rsidRPr="00E85698">
        <w:rPr>
          <w:sz w:val="24"/>
        </w:rPr>
        <w:t>над</w:t>
      </w:r>
      <w:r w:rsidRPr="00E85698">
        <w:rPr>
          <w:spacing w:val="12"/>
          <w:sz w:val="24"/>
        </w:rPr>
        <w:t xml:space="preserve"> </w:t>
      </w:r>
      <w:r w:rsidRPr="00E85698">
        <w:rPr>
          <w:sz w:val="24"/>
        </w:rPr>
        <w:t>которыми</w:t>
      </w:r>
      <w:r w:rsidRPr="00E85698">
        <w:rPr>
          <w:spacing w:val="12"/>
          <w:sz w:val="24"/>
        </w:rPr>
        <w:t xml:space="preserve"> </w:t>
      </w:r>
      <w:r w:rsidRPr="00E85698">
        <w:rPr>
          <w:sz w:val="24"/>
        </w:rPr>
        <w:t>не</w:t>
      </w:r>
      <w:r w:rsidRPr="00E85698">
        <w:rPr>
          <w:spacing w:val="10"/>
          <w:sz w:val="24"/>
        </w:rPr>
        <w:t xml:space="preserve"> </w:t>
      </w:r>
      <w:r w:rsidRPr="00E85698">
        <w:rPr>
          <w:sz w:val="24"/>
        </w:rPr>
        <w:t>проводилась</w:t>
      </w:r>
      <w:r w:rsidRPr="00E85698">
        <w:rPr>
          <w:spacing w:val="12"/>
          <w:sz w:val="24"/>
        </w:rPr>
        <w:t xml:space="preserve"> </w:t>
      </w:r>
      <w:r w:rsidRPr="00E85698">
        <w:rPr>
          <w:sz w:val="24"/>
        </w:rPr>
        <w:t>специальная</w:t>
      </w:r>
      <w:r w:rsidRPr="00E85698">
        <w:rPr>
          <w:spacing w:val="-57"/>
          <w:sz w:val="24"/>
        </w:rPr>
        <w:t xml:space="preserve"> </w:t>
      </w:r>
      <w:r w:rsidRPr="00E85698">
        <w:rPr>
          <w:sz w:val="24"/>
        </w:rPr>
        <w:t>работа;</w:t>
      </w:r>
    </w:p>
    <w:p w:rsidR="00A037E6" w:rsidRPr="00E85698" w:rsidRDefault="00A037E6" w:rsidP="00A037E6">
      <w:pPr>
        <w:pStyle w:val="a7"/>
        <w:numPr>
          <w:ilvl w:val="0"/>
          <w:numId w:val="24"/>
        </w:numPr>
        <w:tabs>
          <w:tab w:val="left" w:pos="1419"/>
        </w:tabs>
        <w:ind w:left="1418" w:hanging="320"/>
        <w:rPr>
          <w:sz w:val="24"/>
        </w:rPr>
      </w:pPr>
      <w:r w:rsidRPr="00E85698">
        <w:rPr>
          <w:sz w:val="24"/>
        </w:rPr>
        <w:t>в</w:t>
      </w:r>
      <w:r w:rsidRPr="00E85698">
        <w:rPr>
          <w:spacing w:val="-5"/>
          <w:sz w:val="24"/>
        </w:rPr>
        <w:t xml:space="preserve"> </w:t>
      </w:r>
      <w:r w:rsidRPr="00E85698">
        <w:rPr>
          <w:sz w:val="24"/>
        </w:rPr>
        <w:t>передаче</w:t>
      </w:r>
      <w:r w:rsidRPr="00E85698">
        <w:rPr>
          <w:spacing w:val="-4"/>
          <w:sz w:val="24"/>
        </w:rPr>
        <w:t xml:space="preserve"> </w:t>
      </w:r>
      <w:r w:rsidRPr="00E85698">
        <w:rPr>
          <w:sz w:val="24"/>
        </w:rPr>
        <w:t>авторской</w:t>
      </w:r>
      <w:r w:rsidRPr="00E85698">
        <w:rPr>
          <w:spacing w:val="-3"/>
          <w:sz w:val="24"/>
        </w:rPr>
        <w:t xml:space="preserve"> </w:t>
      </w:r>
      <w:r w:rsidRPr="00E85698">
        <w:rPr>
          <w:sz w:val="24"/>
        </w:rPr>
        <w:t>пунктуации.</w:t>
      </w:r>
    </w:p>
    <w:p w:rsidR="00A037E6" w:rsidRPr="00E85698" w:rsidRDefault="00A037E6" w:rsidP="00A037E6">
      <w:pPr>
        <w:rPr>
          <w:sz w:val="24"/>
        </w:rPr>
        <w:sectPr w:rsidR="00A037E6" w:rsidRPr="00E85698">
          <w:pgSz w:w="11910" w:h="16840"/>
          <w:pgMar w:top="1040" w:right="20" w:bottom="280" w:left="600" w:header="720" w:footer="720" w:gutter="0"/>
          <w:cols w:space="720"/>
        </w:sectPr>
      </w:pPr>
    </w:p>
    <w:p w:rsidR="00A037E6" w:rsidRPr="00E85698" w:rsidRDefault="00A037E6" w:rsidP="00A037E6">
      <w:pPr>
        <w:pStyle w:val="a5"/>
        <w:spacing w:before="66"/>
        <w:ind w:left="532" w:right="834" w:firstLine="566"/>
      </w:pPr>
      <w:r w:rsidRPr="00E85698">
        <w:lastRenderedPageBreak/>
        <w:t>Исправляются,</w:t>
      </w:r>
      <w:r w:rsidRPr="00E85698">
        <w:rPr>
          <w:spacing w:val="1"/>
        </w:rPr>
        <w:t xml:space="preserve"> </w:t>
      </w:r>
      <w:r w:rsidRPr="00E85698">
        <w:t>но</w:t>
      </w:r>
      <w:r w:rsidRPr="00E85698">
        <w:rPr>
          <w:spacing w:val="1"/>
        </w:rPr>
        <w:t xml:space="preserve"> </w:t>
      </w:r>
      <w:r w:rsidRPr="00E85698">
        <w:t>не</w:t>
      </w:r>
      <w:r w:rsidRPr="00E85698">
        <w:rPr>
          <w:spacing w:val="1"/>
        </w:rPr>
        <w:t xml:space="preserve"> </w:t>
      </w:r>
      <w:r w:rsidRPr="00E85698">
        <w:t>учитываются</w:t>
      </w:r>
      <w:r w:rsidRPr="00E85698">
        <w:rPr>
          <w:spacing w:val="1"/>
        </w:rPr>
        <w:t xml:space="preserve"> </w:t>
      </w:r>
      <w:r w:rsidRPr="00E85698">
        <w:t>описки,</w:t>
      </w:r>
      <w:r w:rsidRPr="00E85698">
        <w:rPr>
          <w:spacing w:val="1"/>
        </w:rPr>
        <w:t xml:space="preserve"> </w:t>
      </w:r>
      <w:r w:rsidRPr="00E85698">
        <w:t>неправильные</w:t>
      </w:r>
      <w:r w:rsidRPr="00E85698">
        <w:rPr>
          <w:spacing w:val="1"/>
        </w:rPr>
        <w:t xml:space="preserve"> </w:t>
      </w:r>
      <w:r w:rsidRPr="00E85698">
        <w:t>написания,</w:t>
      </w:r>
      <w:r w:rsidRPr="00E85698">
        <w:rPr>
          <w:spacing w:val="1"/>
        </w:rPr>
        <w:t xml:space="preserve"> </w:t>
      </w:r>
      <w:r w:rsidRPr="00E85698">
        <w:t>искажающие</w:t>
      </w:r>
      <w:r w:rsidRPr="00E85698">
        <w:rPr>
          <w:spacing w:val="1"/>
        </w:rPr>
        <w:t xml:space="preserve"> </w:t>
      </w:r>
      <w:r w:rsidRPr="00E85698">
        <w:t>звуковой</w:t>
      </w:r>
      <w:r w:rsidRPr="00E85698">
        <w:rPr>
          <w:spacing w:val="29"/>
        </w:rPr>
        <w:t xml:space="preserve"> </w:t>
      </w:r>
      <w:r w:rsidRPr="00E85698">
        <w:t>облик</w:t>
      </w:r>
      <w:r w:rsidRPr="00E85698">
        <w:rPr>
          <w:spacing w:val="29"/>
        </w:rPr>
        <w:t xml:space="preserve"> </w:t>
      </w:r>
      <w:r w:rsidRPr="00E85698">
        <w:t>слова,</w:t>
      </w:r>
      <w:r w:rsidRPr="00E85698">
        <w:rPr>
          <w:spacing w:val="28"/>
        </w:rPr>
        <w:t xml:space="preserve"> </w:t>
      </w:r>
      <w:proofErr w:type="gramStart"/>
      <w:r w:rsidRPr="00E85698">
        <w:t>например</w:t>
      </w:r>
      <w:proofErr w:type="gramEnd"/>
      <w:r w:rsidRPr="00E85698">
        <w:t>:</w:t>
      </w:r>
      <w:r w:rsidRPr="00E85698">
        <w:rPr>
          <w:spacing w:val="34"/>
        </w:rPr>
        <w:t xml:space="preserve"> </w:t>
      </w:r>
      <w:r w:rsidRPr="00E85698">
        <w:t>«</w:t>
      </w:r>
      <w:proofErr w:type="spellStart"/>
      <w:r w:rsidRPr="00E85698">
        <w:t>рапотает</w:t>
      </w:r>
      <w:proofErr w:type="spellEnd"/>
      <w:r w:rsidRPr="00E85698">
        <w:t>»</w:t>
      </w:r>
      <w:r w:rsidRPr="00E85698">
        <w:rPr>
          <w:spacing w:val="26"/>
        </w:rPr>
        <w:t xml:space="preserve"> </w:t>
      </w:r>
      <w:r w:rsidRPr="00E85698">
        <w:t>(вместо</w:t>
      </w:r>
      <w:r w:rsidRPr="00E85698">
        <w:rPr>
          <w:spacing w:val="28"/>
        </w:rPr>
        <w:t xml:space="preserve"> </w:t>
      </w:r>
      <w:r w:rsidRPr="00E85698">
        <w:t>работает),</w:t>
      </w:r>
      <w:r w:rsidRPr="00E85698">
        <w:rPr>
          <w:spacing w:val="30"/>
        </w:rPr>
        <w:t xml:space="preserve"> </w:t>
      </w:r>
      <w:r w:rsidRPr="00E85698">
        <w:t>«</w:t>
      </w:r>
      <w:proofErr w:type="spellStart"/>
      <w:r w:rsidRPr="00E85698">
        <w:t>дулпо</w:t>
      </w:r>
      <w:proofErr w:type="spellEnd"/>
      <w:r w:rsidRPr="00E85698">
        <w:t>»</w:t>
      </w:r>
      <w:r w:rsidRPr="00E85698">
        <w:rPr>
          <w:spacing w:val="26"/>
        </w:rPr>
        <w:t xml:space="preserve"> </w:t>
      </w:r>
      <w:r w:rsidRPr="00E85698">
        <w:t>(вместо</w:t>
      </w:r>
      <w:r w:rsidRPr="00E85698">
        <w:rPr>
          <w:spacing w:val="28"/>
        </w:rPr>
        <w:t xml:space="preserve"> </w:t>
      </w:r>
      <w:r w:rsidRPr="00E85698">
        <w:t>дупло),</w:t>
      </w:r>
    </w:p>
    <w:p w:rsidR="00A037E6" w:rsidRPr="00E85698" w:rsidRDefault="00A037E6" w:rsidP="00A037E6">
      <w:pPr>
        <w:pStyle w:val="a5"/>
        <w:ind w:left="532"/>
      </w:pPr>
      <w:r w:rsidRPr="00E85698">
        <w:t>«</w:t>
      </w:r>
      <w:proofErr w:type="spellStart"/>
      <w:r w:rsidRPr="00E85698">
        <w:t>мемля</w:t>
      </w:r>
      <w:proofErr w:type="spellEnd"/>
      <w:r w:rsidRPr="00E85698">
        <w:t>»</w:t>
      </w:r>
      <w:r w:rsidRPr="00E85698">
        <w:rPr>
          <w:spacing w:val="-7"/>
        </w:rPr>
        <w:t xml:space="preserve"> </w:t>
      </w:r>
      <w:r w:rsidRPr="00E85698">
        <w:t>(вместо</w:t>
      </w:r>
      <w:r w:rsidRPr="00E85698">
        <w:rPr>
          <w:spacing w:val="-1"/>
        </w:rPr>
        <w:t xml:space="preserve"> </w:t>
      </w:r>
      <w:r w:rsidRPr="00E85698">
        <w:t>земля).</w:t>
      </w:r>
    </w:p>
    <w:p w:rsidR="00A037E6" w:rsidRPr="00E85698" w:rsidRDefault="00A037E6" w:rsidP="00A037E6">
      <w:pPr>
        <w:pStyle w:val="a5"/>
        <w:spacing w:before="1"/>
        <w:ind w:left="532" w:right="834" w:firstLine="566"/>
      </w:pPr>
      <w:r w:rsidRPr="00E85698">
        <w:t>При оценке диктантов важно также учитывать характер ошибки. Среди ошибок следует</w:t>
      </w:r>
      <w:r w:rsidRPr="00E85698">
        <w:rPr>
          <w:spacing w:val="1"/>
        </w:rPr>
        <w:t xml:space="preserve"> </w:t>
      </w:r>
      <w:r w:rsidRPr="00E85698">
        <w:t>выделять</w:t>
      </w:r>
      <w:r w:rsidRPr="00E85698">
        <w:rPr>
          <w:spacing w:val="1"/>
        </w:rPr>
        <w:t xml:space="preserve"> </w:t>
      </w:r>
      <w:r w:rsidRPr="00E85698">
        <w:rPr>
          <w:b/>
        </w:rPr>
        <w:t>негрубые</w:t>
      </w:r>
      <w:r w:rsidRPr="00E85698">
        <w:t>,</w:t>
      </w:r>
      <w:r w:rsidRPr="00E85698">
        <w:rPr>
          <w:spacing w:val="1"/>
        </w:rPr>
        <w:t xml:space="preserve"> </w:t>
      </w:r>
      <w:r w:rsidRPr="00E85698">
        <w:t>т.</w:t>
      </w:r>
      <w:r w:rsidRPr="00E85698">
        <w:rPr>
          <w:spacing w:val="1"/>
        </w:rPr>
        <w:t xml:space="preserve"> </w:t>
      </w:r>
      <w:r w:rsidRPr="00E85698">
        <w:t>е.</w:t>
      </w:r>
      <w:r w:rsidRPr="00E85698">
        <w:rPr>
          <w:spacing w:val="1"/>
        </w:rPr>
        <w:t xml:space="preserve"> </w:t>
      </w:r>
      <w:r w:rsidRPr="00E85698">
        <w:t>не</w:t>
      </w:r>
      <w:r w:rsidRPr="00E85698">
        <w:rPr>
          <w:spacing w:val="1"/>
        </w:rPr>
        <w:t xml:space="preserve"> </w:t>
      </w:r>
      <w:r w:rsidRPr="00E85698">
        <w:t>имеющие</w:t>
      </w:r>
      <w:r w:rsidRPr="00E85698">
        <w:rPr>
          <w:spacing w:val="1"/>
        </w:rPr>
        <w:t xml:space="preserve"> </w:t>
      </w:r>
      <w:r w:rsidRPr="00E85698">
        <w:t>существенного</w:t>
      </w:r>
      <w:r w:rsidRPr="00E85698">
        <w:rPr>
          <w:spacing w:val="1"/>
        </w:rPr>
        <w:t xml:space="preserve"> </w:t>
      </w:r>
      <w:r w:rsidRPr="00E85698">
        <w:t>значения</w:t>
      </w:r>
      <w:r w:rsidRPr="00E85698">
        <w:rPr>
          <w:spacing w:val="1"/>
        </w:rPr>
        <w:t xml:space="preserve"> </w:t>
      </w:r>
      <w:r w:rsidRPr="00E85698">
        <w:t>для</w:t>
      </w:r>
      <w:r w:rsidRPr="00E85698">
        <w:rPr>
          <w:spacing w:val="61"/>
        </w:rPr>
        <w:t xml:space="preserve"> </w:t>
      </w:r>
      <w:r w:rsidRPr="00E85698">
        <w:t>характеристики</w:t>
      </w:r>
      <w:r w:rsidRPr="00E85698">
        <w:rPr>
          <w:spacing w:val="1"/>
        </w:rPr>
        <w:t xml:space="preserve"> </w:t>
      </w:r>
      <w:r w:rsidRPr="00E85698">
        <w:t>грамотности.</w:t>
      </w:r>
      <w:r w:rsidRPr="00E85698">
        <w:rPr>
          <w:spacing w:val="-1"/>
        </w:rPr>
        <w:t xml:space="preserve"> </w:t>
      </w:r>
      <w:r w:rsidRPr="00E85698">
        <w:t>При подсчете</w:t>
      </w:r>
      <w:r w:rsidRPr="00E85698">
        <w:rPr>
          <w:spacing w:val="-2"/>
        </w:rPr>
        <w:t xml:space="preserve"> </w:t>
      </w:r>
      <w:r w:rsidRPr="00E85698">
        <w:t>ошибок</w:t>
      </w:r>
      <w:r w:rsidRPr="00E85698">
        <w:rPr>
          <w:spacing w:val="1"/>
        </w:rPr>
        <w:t xml:space="preserve"> </w:t>
      </w:r>
      <w:r w:rsidRPr="00E85698">
        <w:t>две</w:t>
      </w:r>
      <w:r w:rsidRPr="00E85698">
        <w:rPr>
          <w:spacing w:val="-2"/>
        </w:rPr>
        <w:t xml:space="preserve"> </w:t>
      </w:r>
      <w:r w:rsidRPr="00E85698">
        <w:t>негрубые</w:t>
      </w:r>
      <w:r w:rsidRPr="00E85698">
        <w:rPr>
          <w:spacing w:val="-3"/>
        </w:rPr>
        <w:t xml:space="preserve"> </w:t>
      </w:r>
      <w:r w:rsidRPr="00E85698">
        <w:t>считаются за</w:t>
      </w:r>
      <w:r w:rsidRPr="00E85698">
        <w:rPr>
          <w:spacing w:val="-1"/>
        </w:rPr>
        <w:t xml:space="preserve"> </w:t>
      </w:r>
      <w:r w:rsidRPr="00E85698">
        <w:t>одну.</w:t>
      </w:r>
    </w:p>
    <w:p w:rsidR="00A037E6" w:rsidRPr="00E85698" w:rsidRDefault="00A037E6" w:rsidP="00A037E6">
      <w:pPr>
        <w:pStyle w:val="a5"/>
        <w:ind w:left="1099"/>
      </w:pPr>
      <w:r w:rsidRPr="00E85698">
        <w:t>К</w:t>
      </w:r>
      <w:r w:rsidRPr="00E85698">
        <w:rPr>
          <w:spacing w:val="-2"/>
        </w:rPr>
        <w:t xml:space="preserve"> </w:t>
      </w:r>
      <w:r w:rsidRPr="00E85698">
        <w:t>негрубым</w:t>
      </w:r>
      <w:r w:rsidRPr="00E85698">
        <w:rPr>
          <w:spacing w:val="-3"/>
        </w:rPr>
        <w:t xml:space="preserve"> </w:t>
      </w:r>
      <w:r w:rsidRPr="00E85698">
        <w:t>относятся ошибки:</w:t>
      </w:r>
    </w:p>
    <w:p w:rsidR="00A037E6" w:rsidRPr="00E85698" w:rsidRDefault="00A037E6" w:rsidP="00A037E6">
      <w:pPr>
        <w:pStyle w:val="a7"/>
        <w:numPr>
          <w:ilvl w:val="0"/>
          <w:numId w:val="23"/>
        </w:numPr>
        <w:tabs>
          <w:tab w:val="left" w:pos="1479"/>
        </w:tabs>
        <w:jc w:val="both"/>
        <w:rPr>
          <w:sz w:val="24"/>
        </w:rPr>
      </w:pPr>
      <w:r w:rsidRPr="00E85698">
        <w:rPr>
          <w:sz w:val="24"/>
        </w:rPr>
        <w:t>в</w:t>
      </w:r>
      <w:r w:rsidRPr="00E85698">
        <w:rPr>
          <w:spacing w:val="-4"/>
          <w:sz w:val="24"/>
        </w:rPr>
        <w:t xml:space="preserve"> </w:t>
      </w:r>
      <w:r w:rsidRPr="00E85698">
        <w:rPr>
          <w:sz w:val="24"/>
        </w:rPr>
        <w:t>исключениях</w:t>
      </w:r>
      <w:r w:rsidRPr="00E85698">
        <w:rPr>
          <w:spacing w:val="-1"/>
          <w:sz w:val="24"/>
        </w:rPr>
        <w:t xml:space="preserve"> </w:t>
      </w:r>
      <w:r w:rsidRPr="00E85698">
        <w:rPr>
          <w:sz w:val="24"/>
        </w:rPr>
        <w:t>из</w:t>
      </w:r>
      <w:r w:rsidRPr="00E85698">
        <w:rPr>
          <w:spacing w:val="-3"/>
          <w:sz w:val="24"/>
        </w:rPr>
        <w:t xml:space="preserve"> </w:t>
      </w:r>
      <w:r w:rsidRPr="00E85698">
        <w:rPr>
          <w:sz w:val="24"/>
        </w:rPr>
        <w:t>правил;</w:t>
      </w:r>
    </w:p>
    <w:p w:rsidR="00A037E6" w:rsidRPr="00E85698" w:rsidRDefault="00A037E6" w:rsidP="00A037E6">
      <w:pPr>
        <w:pStyle w:val="a7"/>
        <w:numPr>
          <w:ilvl w:val="0"/>
          <w:numId w:val="23"/>
        </w:numPr>
        <w:tabs>
          <w:tab w:val="left" w:pos="1479"/>
        </w:tabs>
        <w:jc w:val="both"/>
        <w:rPr>
          <w:sz w:val="24"/>
        </w:rPr>
      </w:pPr>
      <w:r w:rsidRPr="00E85698">
        <w:rPr>
          <w:sz w:val="24"/>
        </w:rPr>
        <w:t>в</w:t>
      </w:r>
      <w:r w:rsidRPr="00E85698">
        <w:rPr>
          <w:spacing w:val="114"/>
          <w:sz w:val="24"/>
        </w:rPr>
        <w:t xml:space="preserve"> </w:t>
      </w:r>
      <w:r w:rsidRPr="00E85698">
        <w:rPr>
          <w:sz w:val="24"/>
        </w:rPr>
        <w:t>написании</w:t>
      </w:r>
      <w:r w:rsidRPr="00E85698">
        <w:rPr>
          <w:spacing w:val="116"/>
          <w:sz w:val="24"/>
        </w:rPr>
        <w:t xml:space="preserve"> </w:t>
      </w:r>
      <w:r w:rsidRPr="00E85698">
        <w:rPr>
          <w:sz w:val="24"/>
        </w:rPr>
        <w:t>большой</w:t>
      </w:r>
      <w:r w:rsidRPr="00E85698">
        <w:rPr>
          <w:spacing w:val="116"/>
          <w:sz w:val="24"/>
        </w:rPr>
        <w:t xml:space="preserve"> </w:t>
      </w:r>
      <w:r w:rsidRPr="00E85698">
        <w:rPr>
          <w:sz w:val="24"/>
        </w:rPr>
        <w:t>буквы</w:t>
      </w:r>
      <w:r w:rsidRPr="00E85698">
        <w:rPr>
          <w:spacing w:val="117"/>
          <w:sz w:val="24"/>
        </w:rPr>
        <w:t xml:space="preserve"> </w:t>
      </w:r>
      <w:r w:rsidRPr="00E85698">
        <w:rPr>
          <w:sz w:val="24"/>
        </w:rPr>
        <w:t>в</w:t>
      </w:r>
      <w:r w:rsidRPr="00E85698">
        <w:rPr>
          <w:spacing w:val="115"/>
          <w:sz w:val="24"/>
        </w:rPr>
        <w:t xml:space="preserve"> </w:t>
      </w:r>
      <w:r w:rsidRPr="00E85698">
        <w:rPr>
          <w:sz w:val="24"/>
        </w:rPr>
        <w:t>составных</w:t>
      </w:r>
      <w:r w:rsidRPr="00E85698">
        <w:rPr>
          <w:spacing w:val="62"/>
          <w:sz w:val="24"/>
        </w:rPr>
        <w:t xml:space="preserve"> </w:t>
      </w:r>
      <w:r w:rsidRPr="00E85698">
        <w:rPr>
          <w:sz w:val="24"/>
        </w:rPr>
        <w:t>собственных</w:t>
      </w:r>
      <w:r w:rsidRPr="00E85698">
        <w:rPr>
          <w:spacing w:val="-2"/>
          <w:sz w:val="24"/>
        </w:rPr>
        <w:t xml:space="preserve"> </w:t>
      </w:r>
      <w:r w:rsidRPr="00E85698">
        <w:rPr>
          <w:sz w:val="24"/>
        </w:rPr>
        <w:t>наименованиях;</w:t>
      </w:r>
    </w:p>
    <w:p w:rsidR="00A037E6" w:rsidRPr="00E85698" w:rsidRDefault="00A037E6" w:rsidP="00A037E6">
      <w:pPr>
        <w:pStyle w:val="a7"/>
        <w:numPr>
          <w:ilvl w:val="0"/>
          <w:numId w:val="23"/>
        </w:numPr>
        <w:tabs>
          <w:tab w:val="left" w:pos="1522"/>
        </w:tabs>
        <w:ind w:left="532" w:right="839" w:firstLine="566"/>
        <w:jc w:val="both"/>
        <w:rPr>
          <w:sz w:val="24"/>
        </w:rPr>
      </w:pPr>
      <w:r w:rsidRPr="00E85698">
        <w:rPr>
          <w:sz w:val="24"/>
        </w:rPr>
        <w:t>в</w:t>
      </w:r>
      <w:r w:rsidRPr="00E85698">
        <w:rPr>
          <w:spacing w:val="60"/>
          <w:sz w:val="24"/>
        </w:rPr>
        <w:t xml:space="preserve"> </w:t>
      </w:r>
      <w:r w:rsidRPr="00E85698">
        <w:rPr>
          <w:sz w:val="24"/>
        </w:rPr>
        <w:t>случаях слитного и</w:t>
      </w:r>
      <w:r w:rsidRPr="00E85698">
        <w:rPr>
          <w:spacing w:val="60"/>
          <w:sz w:val="24"/>
        </w:rPr>
        <w:t xml:space="preserve"> </w:t>
      </w:r>
      <w:r w:rsidRPr="00E85698">
        <w:rPr>
          <w:sz w:val="24"/>
        </w:rPr>
        <w:t>раздельного написания</w:t>
      </w:r>
      <w:r w:rsidRPr="00E85698">
        <w:rPr>
          <w:spacing w:val="60"/>
          <w:sz w:val="24"/>
        </w:rPr>
        <w:t xml:space="preserve"> </w:t>
      </w:r>
      <w:r w:rsidRPr="00E85698">
        <w:rPr>
          <w:sz w:val="24"/>
        </w:rPr>
        <w:t>приставок в</w:t>
      </w:r>
      <w:r w:rsidRPr="00E85698">
        <w:rPr>
          <w:spacing w:val="60"/>
          <w:sz w:val="24"/>
        </w:rPr>
        <w:t xml:space="preserve"> </w:t>
      </w:r>
      <w:r w:rsidRPr="00E85698">
        <w:rPr>
          <w:sz w:val="24"/>
        </w:rPr>
        <w:t>наречиях,</w:t>
      </w:r>
      <w:r w:rsidRPr="00E85698">
        <w:rPr>
          <w:spacing w:val="60"/>
          <w:sz w:val="24"/>
        </w:rPr>
        <w:t xml:space="preserve"> </w:t>
      </w:r>
      <w:r w:rsidRPr="00E85698">
        <w:rPr>
          <w:sz w:val="24"/>
        </w:rPr>
        <w:t>образованных</w:t>
      </w:r>
      <w:r w:rsidRPr="00E85698">
        <w:rPr>
          <w:spacing w:val="1"/>
          <w:sz w:val="24"/>
        </w:rPr>
        <w:t xml:space="preserve"> </w:t>
      </w:r>
      <w:r w:rsidRPr="00E85698">
        <w:rPr>
          <w:sz w:val="24"/>
        </w:rPr>
        <w:t>от</w:t>
      </w:r>
      <w:r w:rsidRPr="00E85698">
        <w:rPr>
          <w:spacing w:val="57"/>
          <w:sz w:val="24"/>
        </w:rPr>
        <w:t xml:space="preserve"> </w:t>
      </w:r>
      <w:r w:rsidRPr="00E85698">
        <w:rPr>
          <w:sz w:val="24"/>
        </w:rPr>
        <w:t>существительных</w:t>
      </w:r>
      <w:r w:rsidRPr="00E85698">
        <w:rPr>
          <w:spacing w:val="59"/>
          <w:sz w:val="24"/>
        </w:rPr>
        <w:t xml:space="preserve"> </w:t>
      </w:r>
      <w:r w:rsidRPr="00E85698">
        <w:rPr>
          <w:sz w:val="24"/>
        </w:rPr>
        <w:t>с</w:t>
      </w:r>
      <w:r w:rsidRPr="00E85698">
        <w:rPr>
          <w:spacing w:val="53"/>
          <w:sz w:val="24"/>
        </w:rPr>
        <w:t xml:space="preserve"> </w:t>
      </w:r>
      <w:r w:rsidRPr="00E85698">
        <w:rPr>
          <w:sz w:val="24"/>
        </w:rPr>
        <w:t>предлогами,</w:t>
      </w:r>
      <w:r w:rsidRPr="00E85698">
        <w:rPr>
          <w:spacing w:val="-2"/>
          <w:sz w:val="24"/>
        </w:rPr>
        <w:t xml:space="preserve"> </w:t>
      </w:r>
      <w:r w:rsidRPr="00E85698">
        <w:rPr>
          <w:sz w:val="24"/>
        </w:rPr>
        <w:t>правописание</w:t>
      </w:r>
      <w:r w:rsidRPr="00E85698">
        <w:rPr>
          <w:spacing w:val="-2"/>
          <w:sz w:val="24"/>
        </w:rPr>
        <w:t xml:space="preserve"> </w:t>
      </w:r>
      <w:r w:rsidRPr="00E85698">
        <w:rPr>
          <w:sz w:val="24"/>
        </w:rPr>
        <w:t>которых</w:t>
      </w:r>
      <w:r w:rsidRPr="00E85698">
        <w:rPr>
          <w:spacing w:val="1"/>
          <w:sz w:val="24"/>
        </w:rPr>
        <w:t xml:space="preserve"> </w:t>
      </w:r>
      <w:r w:rsidRPr="00E85698">
        <w:rPr>
          <w:sz w:val="24"/>
        </w:rPr>
        <w:t>не</w:t>
      </w:r>
      <w:r w:rsidRPr="00E85698">
        <w:rPr>
          <w:spacing w:val="-2"/>
          <w:sz w:val="24"/>
        </w:rPr>
        <w:t xml:space="preserve"> </w:t>
      </w:r>
      <w:r w:rsidRPr="00E85698">
        <w:rPr>
          <w:sz w:val="24"/>
        </w:rPr>
        <w:t>регулируется</w:t>
      </w:r>
      <w:r w:rsidRPr="00E85698">
        <w:rPr>
          <w:spacing w:val="-1"/>
          <w:sz w:val="24"/>
        </w:rPr>
        <w:t xml:space="preserve"> </w:t>
      </w:r>
      <w:r w:rsidRPr="00E85698">
        <w:rPr>
          <w:sz w:val="24"/>
        </w:rPr>
        <w:t>правилами;</w:t>
      </w:r>
    </w:p>
    <w:p w:rsidR="00A037E6" w:rsidRPr="00E85698" w:rsidRDefault="00A037E6" w:rsidP="00A037E6">
      <w:pPr>
        <w:pStyle w:val="a7"/>
        <w:numPr>
          <w:ilvl w:val="0"/>
          <w:numId w:val="23"/>
        </w:numPr>
        <w:tabs>
          <w:tab w:val="left" w:pos="1594"/>
        </w:tabs>
        <w:ind w:left="532" w:right="831" w:firstLine="566"/>
        <w:jc w:val="both"/>
        <w:rPr>
          <w:sz w:val="24"/>
        </w:rPr>
      </w:pPr>
      <w:r w:rsidRPr="00E85698">
        <w:rPr>
          <w:sz w:val="24"/>
        </w:rPr>
        <w:t xml:space="preserve">в случаях трудного различения </w:t>
      </w:r>
      <w:r w:rsidRPr="00E85698">
        <w:rPr>
          <w:i/>
          <w:sz w:val="24"/>
        </w:rPr>
        <w:t xml:space="preserve">не </w:t>
      </w:r>
      <w:r w:rsidRPr="00E85698">
        <w:rPr>
          <w:sz w:val="24"/>
        </w:rPr>
        <w:t xml:space="preserve">и </w:t>
      </w:r>
      <w:proofErr w:type="gramStart"/>
      <w:r w:rsidRPr="00E85698">
        <w:rPr>
          <w:i/>
          <w:sz w:val="24"/>
        </w:rPr>
        <w:t>ни(</w:t>
      </w:r>
      <w:proofErr w:type="gramEnd"/>
      <w:r w:rsidRPr="00E85698">
        <w:rPr>
          <w:i/>
          <w:sz w:val="24"/>
        </w:rPr>
        <w:t>Куда он только не обращался! Куда он ни</w:t>
      </w:r>
      <w:r w:rsidRPr="00E85698">
        <w:rPr>
          <w:i/>
          <w:spacing w:val="1"/>
          <w:sz w:val="24"/>
        </w:rPr>
        <w:t xml:space="preserve"> </w:t>
      </w:r>
      <w:r w:rsidRPr="00E85698">
        <w:rPr>
          <w:i/>
          <w:sz w:val="24"/>
        </w:rPr>
        <w:t>обращался, никто не мог дать ему ответ. Никто иной не...; не кто иной, как; ничто иное не…,</w:t>
      </w:r>
      <w:r w:rsidRPr="00E85698">
        <w:rPr>
          <w:i/>
          <w:spacing w:val="1"/>
          <w:sz w:val="24"/>
        </w:rPr>
        <w:t xml:space="preserve"> </w:t>
      </w:r>
      <w:r w:rsidRPr="00E85698">
        <w:rPr>
          <w:i/>
          <w:sz w:val="24"/>
        </w:rPr>
        <w:t>не</w:t>
      </w:r>
      <w:r w:rsidRPr="00E85698">
        <w:rPr>
          <w:i/>
          <w:spacing w:val="-2"/>
          <w:sz w:val="24"/>
        </w:rPr>
        <w:t xml:space="preserve"> </w:t>
      </w:r>
      <w:r w:rsidRPr="00E85698">
        <w:rPr>
          <w:i/>
          <w:sz w:val="24"/>
        </w:rPr>
        <w:t>что</w:t>
      </w:r>
      <w:r w:rsidRPr="00E85698">
        <w:rPr>
          <w:i/>
          <w:spacing w:val="-1"/>
          <w:sz w:val="24"/>
        </w:rPr>
        <w:t xml:space="preserve"> </w:t>
      </w:r>
      <w:r w:rsidRPr="00E85698">
        <w:rPr>
          <w:i/>
          <w:sz w:val="24"/>
        </w:rPr>
        <w:t>иное, как и др.)</w:t>
      </w:r>
      <w:r w:rsidRPr="00E85698">
        <w:rPr>
          <w:sz w:val="24"/>
        </w:rPr>
        <w:t>;</w:t>
      </w:r>
    </w:p>
    <w:p w:rsidR="00A037E6" w:rsidRPr="00E85698" w:rsidRDefault="00A037E6" w:rsidP="00A037E6">
      <w:pPr>
        <w:pStyle w:val="a7"/>
        <w:numPr>
          <w:ilvl w:val="0"/>
          <w:numId w:val="23"/>
        </w:numPr>
        <w:tabs>
          <w:tab w:val="left" w:pos="1479"/>
        </w:tabs>
        <w:jc w:val="both"/>
        <w:rPr>
          <w:sz w:val="24"/>
        </w:rPr>
      </w:pPr>
      <w:r w:rsidRPr="00E85698">
        <w:rPr>
          <w:sz w:val="24"/>
        </w:rPr>
        <w:t>в</w:t>
      </w:r>
      <w:r w:rsidRPr="00E85698">
        <w:rPr>
          <w:spacing w:val="-5"/>
          <w:sz w:val="24"/>
        </w:rPr>
        <w:t xml:space="preserve"> </w:t>
      </w:r>
      <w:r w:rsidRPr="00E85698">
        <w:rPr>
          <w:sz w:val="24"/>
        </w:rPr>
        <w:t>собственных</w:t>
      </w:r>
      <w:r w:rsidRPr="00E85698">
        <w:rPr>
          <w:spacing w:val="-4"/>
          <w:sz w:val="24"/>
        </w:rPr>
        <w:t xml:space="preserve"> </w:t>
      </w:r>
      <w:r w:rsidRPr="00E85698">
        <w:rPr>
          <w:sz w:val="24"/>
        </w:rPr>
        <w:t>именах</w:t>
      </w:r>
      <w:r w:rsidRPr="00E85698">
        <w:rPr>
          <w:spacing w:val="-1"/>
          <w:sz w:val="24"/>
        </w:rPr>
        <w:t xml:space="preserve"> </w:t>
      </w:r>
      <w:r w:rsidRPr="00E85698">
        <w:rPr>
          <w:sz w:val="24"/>
        </w:rPr>
        <w:t>нерусского</w:t>
      </w:r>
      <w:r w:rsidRPr="00E85698">
        <w:rPr>
          <w:spacing w:val="-3"/>
          <w:sz w:val="24"/>
        </w:rPr>
        <w:t xml:space="preserve"> </w:t>
      </w:r>
      <w:r w:rsidRPr="00E85698">
        <w:rPr>
          <w:sz w:val="24"/>
        </w:rPr>
        <w:t>происхождения;</w:t>
      </w:r>
    </w:p>
    <w:p w:rsidR="00A037E6" w:rsidRPr="00E85698" w:rsidRDefault="00A037E6" w:rsidP="00A037E6">
      <w:pPr>
        <w:pStyle w:val="a7"/>
        <w:numPr>
          <w:ilvl w:val="0"/>
          <w:numId w:val="23"/>
        </w:numPr>
        <w:tabs>
          <w:tab w:val="left" w:pos="1479"/>
        </w:tabs>
        <w:jc w:val="both"/>
        <w:rPr>
          <w:sz w:val="24"/>
        </w:rPr>
      </w:pPr>
      <w:r w:rsidRPr="00E85698">
        <w:rPr>
          <w:sz w:val="24"/>
        </w:rPr>
        <w:t>в</w:t>
      </w:r>
      <w:r w:rsidRPr="00E85698">
        <w:rPr>
          <w:spacing w:val="57"/>
          <w:sz w:val="24"/>
        </w:rPr>
        <w:t xml:space="preserve"> </w:t>
      </w:r>
      <w:r w:rsidRPr="00E85698">
        <w:rPr>
          <w:sz w:val="24"/>
        </w:rPr>
        <w:t>случаях,</w:t>
      </w:r>
      <w:r w:rsidRPr="00E85698">
        <w:rPr>
          <w:spacing w:val="59"/>
          <w:sz w:val="24"/>
        </w:rPr>
        <w:t xml:space="preserve"> </w:t>
      </w:r>
      <w:r w:rsidRPr="00E85698">
        <w:rPr>
          <w:sz w:val="24"/>
        </w:rPr>
        <w:t>когда</w:t>
      </w:r>
      <w:r w:rsidRPr="00E85698">
        <w:rPr>
          <w:spacing w:val="114"/>
          <w:sz w:val="24"/>
        </w:rPr>
        <w:t xml:space="preserve"> </w:t>
      </w:r>
      <w:r w:rsidRPr="00E85698">
        <w:rPr>
          <w:sz w:val="24"/>
        </w:rPr>
        <w:t>вместо</w:t>
      </w:r>
      <w:r w:rsidRPr="00E85698">
        <w:rPr>
          <w:spacing w:val="58"/>
          <w:sz w:val="24"/>
        </w:rPr>
        <w:t xml:space="preserve"> </w:t>
      </w:r>
      <w:r w:rsidRPr="00E85698">
        <w:rPr>
          <w:sz w:val="24"/>
        </w:rPr>
        <w:t>одного</w:t>
      </w:r>
      <w:r w:rsidRPr="00E85698">
        <w:rPr>
          <w:spacing w:val="58"/>
          <w:sz w:val="24"/>
        </w:rPr>
        <w:t xml:space="preserve"> </w:t>
      </w:r>
      <w:r w:rsidRPr="00E85698">
        <w:rPr>
          <w:sz w:val="24"/>
        </w:rPr>
        <w:t>знака</w:t>
      </w:r>
      <w:r w:rsidRPr="00E85698">
        <w:rPr>
          <w:spacing w:val="117"/>
          <w:sz w:val="24"/>
        </w:rPr>
        <w:t xml:space="preserve"> </w:t>
      </w:r>
      <w:r w:rsidRPr="00E85698">
        <w:rPr>
          <w:sz w:val="24"/>
        </w:rPr>
        <w:t>препинания</w:t>
      </w:r>
      <w:r w:rsidRPr="00E85698">
        <w:rPr>
          <w:spacing w:val="115"/>
          <w:sz w:val="24"/>
        </w:rPr>
        <w:t xml:space="preserve"> </w:t>
      </w:r>
      <w:r w:rsidRPr="00E85698">
        <w:rPr>
          <w:sz w:val="24"/>
        </w:rPr>
        <w:t>поставлен</w:t>
      </w:r>
      <w:r w:rsidRPr="00E85698">
        <w:rPr>
          <w:spacing w:val="-1"/>
          <w:sz w:val="24"/>
        </w:rPr>
        <w:t xml:space="preserve"> </w:t>
      </w:r>
      <w:r w:rsidRPr="00E85698">
        <w:rPr>
          <w:sz w:val="24"/>
        </w:rPr>
        <w:t>другой;</w:t>
      </w:r>
    </w:p>
    <w:p w:rsidR="00A037E6" w:rsidRPr="00E85698" w:rsidRDefault="00A037E6" w:rsidP="00A037E6">
      <w:pPr>
        <w:pStyle w:val="a7"/>
        <w:numPr>
          <w:ilvl w:val="0"/>
          <w:numId w:val="23"/>
        </w:numPr>
        <w:tabs>
          <w:tab w:val="left" w:pos="1733"/>
        </w:tabs>
        <w:ind w:left="532" w:right="839" w:firstLine="566"/>
        <w:jc w:val="both"/>
        <w:rPr>
          <w:sz w:val="24"/>
        </w:rPr>
      </w:pPr>
      <w:r w:rsidRPr="00E85698">
        <w:rPr>
          <w:sz w:val="24"/>
        </w:rPr>
        <w:t>в</w:t>
      </w:r>
      <w:r w:rsidRPr="00E85698">
        <w:rPr>
          <w:spacing w:val="1"/>
          <w:sz w:val="24"/>
        </w:rPr>
        <w:t xml:space="preserve"> </w:t>
      </w:r>
      <w:r w:rsidRPr="00E85698">
        <w:rPr>
          <w:sz w:val="24"/>
        </w:rPr>
        <w:t>пропуске</w:t>
      </w:r>
      <w:r w:rsidRPr="00E85698">
        <w:rPr>
          <w:spacing w:val="1"/>
          <w:sz w:val="24"/>
        </w:rPr>
        <w:t xml:space="preserve"> </w:t>
      </w:r>
      <w:r w:rsidRPr="00E85698">
        <w:rPr>
          <w:sz w:val="24"/>
        </w:rPr>
        <w:t>одного</w:t>
      </w:r>
      <w:r w:rsidRPr="00E85698">
        <w:rPr>
          <w:spacing w:val="1"/>
          <w:sz w:val="24"/>
        </w:rPr>
        <w:t xml:space="preserve"> </w:t>
      </w:r>
      <w:r w:rsidRPr="00E85698">
        <w:rPr>
          <w:sz w:val="24"/>
        </w:rPr>
        <w:t>из</w:t>
      </w:r>
      <w:r w:rsidRPr="00E85698">
        <w:rPr>
          <w:spacing w:val="1"/>
          <w:sz w:val="24"/>
        </w:rPr>
        <w:t xml:space="preserve"> </w:t>
      </w:r>
      <w:r w:rsidRPr="00E85698">
        <w:rPr>
          <w:sz w:val="24"/>
        </w:rPr>
        <w:t>сочетающихся</w:t>
      </w:r>
      <w:r w:rsidRPr="00E85698">
        <w:rPr>
          <w:spacing w:val="1"/>
          <w:sz w:val="24"/>
        </w:rPr>
        <w:t xml:space="preserve"> </w:t>
      </w:r>
      <w:r w:rsidRPr="00E85698">
        <w:rPr>
          <w:sz w:val="24"/>
        </w:rPr>
        <w:t>знаков</w:t>
      </w:r>
      <w:r w:rsidRPr="00E85698">
        <w:rPr>
          <w:spacing w:val="1"/>
          <w:sz w:val="24"/>
        </w:rPr>
        <w:t xml:space="preserve"> </w:t>
      </w:r>
      <w:r w:rsidRPr="00E85698">
        <w:rPr>
          <w:sz w:val="24"/>
        </w:rPr>
        <w:t>препинания</w:t>
      </w:r>
      <w:r w:rsidRPr="00E85698">
        <w:rPr>
          <w:spacing w:val="1"/>
          <w:sz w:val="24"/>
        </w:rPr>
        <w:t xml:space="preserve"> </w:t>
      </w:r>
      <w:r w:rsidRPr="00E85698">
        <w:rPr>
          <w:sz w:val="24"/>
        </w:rPr>
        <w:t>или</w:t>
      </w:r>
      <w:r w:rsidRPr="00E85698">
        <w:rPr>
          <w:spacing w:val="1"/>
          <w:sz w:val="24"/>
        </w:rPr>
        <w:t xml:space="preserve"> </w:t>
      </w:r>
      <w:r w:rsidRPr="00E85698">
        <w:rPr>
          <w:sz w:val="24"/>
        </w:rPr>
        <w:t>в</w:t>
      </w:r>
      <w:r w:rsidRPr="00E85698">
        <w:rPr>
          <w:spacing w:val="1"/>
          <w:sz w:val="24"/>
        </w:rPr>
        <w:t xml:space="preserve"> </w:t>
      </w:r>
      <w:r w:rsidRPr="00E85698">
        <w:rPr>
          <w:sz w:val="24"/>
        </w:rPr>
        <w:t>нарушении</w:t>
      </w:r>
      <w:r w:rsidRPr="00E85698">
        <w:rPr>
          <w:spacing w:val="1"/>
          <w:sz w:val="24"/>
        </w:rPr>
        <w:t xml:space="preserve"> </w:t>
      </w:r>
      <w:r w:rsidRPr="00E85698">
        <w:rPr>
          <w:sz w:val="24"/>
        </w:rPr>
        <w:t>их</w:t>
      </w:r>
      <w:r w:rsidRPr="00E85698">
        <w:rPr>
          <w:spacing w:val="1"/>
          <w:sz w:val="24"/>
        </w:rPr>
        <w:t xml:space="preserve"> </w:t>
      </w:r>
      <w:r w:rsidRPr="00E85698">
        <w:rPr>
          <w:sz w:val="24"/>
        </w:rPr>
        <w:t>последовательности.</w:t>
      </w:r>
    </w:p>
    <w:p w:rsidR="00A037E6" w:rsidRPr="00E85698" w:rsidRDefault="00A037E6" w:rsidP="00A037E6">
      <w:pPr>
        <w:pStyle w:val="a5"/>
        <w:ind w:left="0"/>
      </w:pPr>
    </w:p>
    <w:p w:rsidR="00A037E6" w:rsidRPr="00E85698" w:rsidRDefault="00A037E6" w:rsidP="00A037E6">
      <w:pPr>
        <w:pStyle w:val="a5"/>
        <w:ind w:left="532" w:right="826" w:firstLine="566"/>
      </w:pPr>
      <w:r w:rsidRPr="00E85698">
        <w:t>Необходимо</w:t>
      </w:r>
      <w:r w:rsidRPr="00E85698">
        <w:rPr>
          <w:spacing w:val="1"/>
        </w:rPr>
        <w:t xml:space="preserve"> </w:t>
      </w:r>
      <w:r w:rsidRPr="00E85698">
        <w:t>учитывать</w:t>
      </w:r>
      <w:r w:rsidRPr="00E85698">
        <w:rPr>
          <w:spacing w:val="1"/>
        </w:rPr>
        <w:t xml:space="preserve"> </w:t>
      </w:r>
      <w:r w:rsidRPr="00E85698">
        <w:t>также</w:t>
      </w:r>
      <w:r w:rsidRPr="00E85698">
        <w:rPr>
          <w:spacing w:val="1"/>
        </w:rPr>
        <w:t xml:space="preserve"> </w:t>
      </w:r>
      <w:r w:rsidRPr="00E85698">
        <w:rPr>
          <w:b/>
        </w:rPr>
        <w:t>повторяемость</w:t>
      </w:r>
      <w:r w:rsidRPr="00E85698">
        <w:rPr>
          <w:b/>
          <w:spacing w:val="1"/>
        </w:rPr>
        <w:t xml:space="preserve"> </w:t>
      </w:r>
      <w:r w:rsidRPr="00E85698">
        <w:rPr>
          <w:b/>
        </w:rPr>
        <w:t>и</w:t>
      </w:r>
      <w:r w:rsidRPr="00E85698">
        <w:rPr>
          <w:b/>
          <w:spacing w:val="1"/>
        </w:rPr>
        <w:t xml:space="preserve"> </w:t>
      </w:r>
      <w:r w:rsidRPr="00E85698">
        <w:rPr>
          <w:b/>
        </w:rPr>
        <w:t>однотипность</w:t>
      </w:r>
      <w:r w:rsidRPr="00E85698">
        <w:rPr>
          <w:b/>
          <w:spacing w:val="1"/>
        </w:rPr>
        <w:t xml:space="preserve"> </w:t>
      </w:r>
      <w:r w:rsidRPr="00E85698">
        <w:t>ошибок.</w:t>
      </w:r>
      <w:r w:rsidRPr="00E85698">
        <w:rPr>
          <w:spacing w:val="1"/>
        </w:rPr>
        <w:t xml:space="preserve"> </w:t>
      </w:r>
      <w:r w:rsidRPr="00E85698">
        <w:t>Если</w:t>
      </w:r>
      <w:r w:rsidRPr="00E85698">
        <w:rPr>
          <w:spacing w:val="1"/>
        </w:rPr>
        <w:t xml:space="preserve"> </w:t>
      </w:r>
      <w:r w:rsidRPr="00E85698">
        <w:t>ошибка</w:t>
      </w:r>
      <w:r w:rsidRPr="00E85698">
        <w:rPr>
          <w:spacing w:val="-57"/>
        </w:rPr>
        <w:t xml:space="preserve"> </w:t>
      </w:r>
      <w:r w:rsidRPr="00E85698">
        <w:t>повторяется в одном и том же слове или в корне однокоренных слов, то она считается за одну</w:t>
      </w:r>
      <w:r w:rsidRPr="00E85698">
        <w:rPr>
          <w:spacing w:val="1"/>
        </w:rPr>
        <w:t xml:space="preserve"> </w:t>
      </w:r>
      <w:r w:rsidRPr="00E85698">
        <w:t>ошибку.</w:t>
      </w:r>
    </w:p>
    <w:p w:rsidR="00A037E6" w:rsidRPr="00E85698" w:rsidRDefault="00A037E6" w:rsidP="00A037E6">
      <w:pPr>
        <w:spacing w:before="1"/>
        <w:ind w:left="532" w:right="829" w:firstLine="566"/>
        <w:jc w:val="both"/>
        <w:rPr>
          <w:sz w:val="24"/>
        </w:rPr>
      </w:pPr>
      <w:r w:rsidRPr="00E85698">
        <w:rPr>
          <w:sz w:val="24"/>
        </w:rPr>
        <w:t>Однотипными</w:t>
      </w:r>
      <w:r w:rsidRPr="00E85698">
        <w:rPr>
          <w:spacing w:val="1"/>
          <w:sz w:val="24"/>
        </w:rPr>
        <w:t xml:space="preserve"> </w:t>
      </w:r>
      <w:r w:rsidRPr="00E85698">
        <w:rPr>
          <w:sz w:val="24"/>
        </w:rPr>
        <w:t>считаются ошибки на одно правило, если</w:t>
      </w:r>
      <w:r w:rsidRPr="00E85698">
        <w:rPr>
          <w:spacing w:val="1"/>
          <w:sz w:val="24"/>
        </w:rPr>
        <w:t xml:space="preserve"> </w:t>
      </w:r>
      <w:r w:rsidRPr="00E85698">
        <w:rPr>
          <w:sz w:val="24"/>
        </w:rPr>
        <w:t>условия выбора правильного</w:t>
      </w:r>
      <w:r w:rsidRPr="00E85698">
        <w:rPr>
          <w:spacing w:val="1"/>
          <w:sz w:val="24"/>
        </w:rPr>
        <w:t xml:space="preserve"> </w:t>
      </w:r>
      <w:r w:rsidRPr="00E85698">
        <w:rPr>
          <w:sz w:val="24"/>
        </w:rPr>
        <w:t xml:space="preserve">написания заключены в грамматических </w:t>
      </w:r>
      <w:r w:rsidRPr="00E85698">
        <w:rPr>
          <w:i/>
          <w:sz w:val="24"/>
        </w:rPr>
        <w:t xml:space="preserve">(в армии, в роще; колют, борются) </w:t>
      </w:r>
      <w:r w:rsidRPr="00E85698">
        <w:rPr>
          <w:sz w:val="24"/>
        </w:rPr>
        <w:t>и фонетических</w:t>
      </w:r>
      <w:r w:rsidRPr="00E85698">
        <w:rPr>
          <w:spacing w:val="1"/>
          <w:sz w:val="24"/>
        </w:rPr>
        <w:t xml:space="preserve"> </w:t>
      </w:r>
      <w:r w:rsidRPr="00E85698">
        <w:rPr>
          <w:i/>
          <w:sz w:val="24"/>
        </w:rPr>
        <w:t>(пирожок,</w:t>
      </w:r>
      <w:r w:rsidRPr="00E85698">
        <w:rPr>
          <w:i/>
          <w:spacing w:val="1"/>
          <w:sz w:val="24"/>
        </w:rPr>
        <w:t xml:space="preserve"> </w:t>
      </w:r>
      <w:r w:rsidRPr="00E85698">
        <w:rPr>
          <w:i/>
          <w:sz w:val="24"/>
        </w:rPr>
        <w:t>сверчок)</w:t>
      </w:r>
      <w:r w:rsidRPr="00E85698">
        <w:rPr>
          <w:i/>
          <w:spacing w:val="-2"/>
          <w:sz w:val="24"/>
        </w:rPr>
        <w:t xml:space="preserve"> </w:t>
      </w:r>
      <w:r w:rsidRPr="00E85698">
        <w:rPr>
          <w:sz w:val="24"/>
        </w:rPr>
        <w:t>особенностях</w:t>
      </w:r>
      <w:r w:rsidRPr="00E85698">
        <w:rPr>
          <w:spacing w:val="2"/>
          <w:sz w:val="24"/>
        </w:rPr>
        <w:t xml:space="preserve"> </w:t>
      </w:r>
      <w:r w:rsidRPr="00E85698">
        <w:rPr>
          <w:sz w:val="24"/>
        </w:rPr>
        <w:t>данного слова.</w:t>
      </w:r>
    </w:p>
    <w:p w:rsidR="00A037E6" w:rsidRPr="00E85698" w:rsidRDefault="00A037E6" w:rsidP="00A037E6">
      <w:pPr>
        <w:ind w:left="532" w:right="836" w:firstLine="566"/>
        <w:jc w:val="both"/>
        <w:rPr>
          <w:i/>
          <w:sz w:val="24"/>
        </w:rPr>
      </w:pPr>
      <w:r w:rsidRPr="00E85698">
        <w:rPr>
          <w:sz w:val="24"/>
        </w:rPr>
        <w:t>Не</w:t>
      </w:r>
      <w:r w:rsidRPr="00E85698">
        <w:rPr>
          <w:spacing w:val="1"/>
          <w:sz w:val="24"/>
        </w:rPr>
        <w:t xml:space="preserve"> </w:t>
      </w:r>
      <w:r w:rsidRPr="00E85698">
        <w:rPr>
          <w:sz w:val="24"/>
        </w:rPr>
        <w:t>считаются</w:t>
      </w:r>
      <w:r w:rsidRPr="00E85698">
        <w:rPr>
          <w:spacing w:val="1"/>
          <w:sz w:val="24"/>
        </w:rPr>
        <w:t xml:space="preserve"> </w:t>
      </w:r>
      <w:r w:rsidRPr="00E85698">
        <w:rPr>
          <w:sz w:val="24"/>
        </w:rPr>
        <w:t>однотипными</w:t>
      </w:r>
      <w:r w:rsidRPr="00E85698">
        <w:rPr>
          <w:spacing w:val="1"/>
          <w:sz w:val="24"/>
        </w:rPr>
        <w:t xml:space="preserve"> </w:t>
      </w:r>
      <w:r w:rsidRPr="00E85698">
        <w:rPr>
          <w:sz w:val="24"/>
        </w:rPr>
        <w:t>ошибки</w:t>
      </w:r>
      <w:r w:rsidRPr="00E85698">
        <w:rPr>
          <w:spacing w:val="1"/>
          <w:sz w:val="24"/>
        </w:rPr>
        <w:t xml:space="preserve"> </w:t>
      </w:r>
      <w:r w:rsidRPr="00E85698">
        <w:rPr>
          <w:sz w:val="24"/>
        </w:rPr>
        <w:t>на</w:t>
      </w:r>
      <w:r w:rsidRPr="00E85698">
        <w:rPr>
          <w:spacing w:val="1"/>
          <w:sz w:val="24"/>
        </w:rPr>
        <w:t xml:space="preserve"> </w:t>
      </w:r>
      <w:r w:rsidRPr="00E85698">
        <w:rPr>
          <w:sz w:val="24"/>
        </w:rPr>
        <w:t>такое</w:t>
      </w:r>
      <w:r w:rsidRPr="00E85698">
        <w:rPr>
          <w:spacing w:val="1"/>
          <w:sz w:val="24"/>
        </w:rPr>
        <w:t xml:space="preserve"> </w:t>
      </w:r>
      <w:r w:rsidRPr="00E85698">
        <w:rPr>
          <w:sz w:val="24"/>
        </w:rPr>
        <w:t>правило,</w:t>
      </w:r>
      <w:r w:rsidRPr="00E85698">
        <w:rPr>
          <w:spacing w:val="1"/>
          <w:sz w:val="24"/>
        </w:rPr>
        <w:t xml:space="preserve"> </w:t>
      </w:r>
      <w:r w:rsidRPr="00E85698">
        <w:rPr>
          <w:sz w:val="24"/>
        </w:rPr>
        <w:t>в</w:t>
      </w:r>
      <w:r w:rsidRPr="00E85698">
        <w:rPr>
          <w:spacing w:val="1"/>
          <w:sz w:val="24"/>
        </w:rPr>
        <w:t xml:space="preserve"> </w:t>
      </w:r>
      <w:r w:rsidRPr="00E85698">
        <w:rPr>
          <w:sz w:val="24"/>
        </w:rPr>
        <w:t>котором</w:t>
      </w:r>
      <w:r w:rsidRPr="00E85698">
        <w:rPr>
          <w:spacing w:val="1"/>
          <w:sz w:val="24"/>
        </w:rPr>
        <w:t xml:space="preserve"> </w:t>
      </w:r>
      <w:r w:rsidRPr="00E85698">
        <w:rPr>
          <w:sz w:val="24"/>
        </w:rPr>
        <w:t>для</w:t>
      </w:r>
      <w:r w:rsidRPr="00E85698">
        <w:rPr>
          <w:spacing w:val="1"/>
          <w:sz w:val="24"/>
        </w:rPr>
        <w:t xml:space="preserve"> </w:t>
      </w:r>
      <w:r w:rsidRPr="00E85698">
        <w:rPr>
          <w:sz w:val="24"/>
        </w:rPr>
        <w:t>выяснения</w:t>
      </w:r>
      <w:r w:rsidRPr="00E85698">
        <w:rPr>
          <w:spacing w:val="1"/>
          <w:sz w:val="24"/>
        </w:rPr>
        <w:t xml:space="preserve"> </w:t>
      </w:r>
      <w:r w:rsidRPr="00E85698">
        <w:rPr>
          <w:sz w:val="24"/>
        </w:rPr>
        <w:t>правильного</w:t>
      </w:r>
      <w:r w:rsidRPr="00E85698">
        <w:rPr>
          <w:spacing w:val="1"/>
          <w:sz w:val="24"/>
        </w:rPr>
        <w:t xml:space="preserve"> </w:t>
      </w:r>
      <w:r w:rsidRPr="00E85698">
        <w:rPr>
          <w:sz w:val="24"/>
        </w:rPr>
        <w:t>написания</w:t>
      </w:r>
      <w:r w:rsidRPr="00E85698">
        <w:rPr>
          <w:spacing w:val="1"/>
          <w:sz w:val="24"/>
        </w:rPr>
        <w:t xml:space="preserve"> </w:t>
      </w:r>
      <w:r w:rsidRPr="00E85698">
        <w:rPr>
          <w:sz w:val="24"/>
        </w:rPr>
        <w:t>одного</w:t>
      </w:r>
      <w:r w:rsidRPr="00E85698">
        <w:rPr>
          <w:spacing w:val="1"/>
          <w:sz w:val="24"/>
        </w:rPr>
        <w:t xml:space="preserve"> </w:t>
      </w:r>
      <w:r w:rsidRPr="00E85698">
        <w:rPr>
          <w:sz w:val="24"/>
        </w:rPr>
        <w:t>слове</w:t>
      </w:r>
      <w:r w:rsidRPr="00E85698">
        <w:rPr>
          <w:spacing w:val="1"/>
          <w:sz w:val="24"/>
        </w:rPr>
        <w:t xml:space="preserve"> </w:t>
      </w:r>
      <w:r w:rsidRPr="00E85698">
        <w:rPr>
          <w:sz w:val="24"/>
        </w:rPr>
        <w:t>требуется</w:t>
      </w:r>
      <w:r w:rsidRPr="00E85698">
        <w:rPr>
          <w:spacing w:val="1"/>
          <w:sz w:val="24"/>
        </w:rPr>
        <w:t xml:space="preserve"> </w:t>
      </w:r>
      <w:r w:rsidRPr="00E85698">
        <w:rPr>
          <w:sz w:val="24"/>
        </w:rPr>
        <w:t>подобрать</w:t>
      </w:r>
      <w:r w:rsidRPr="00E85698">
        <w:rPr>
          <w:spacing w:val="1"/>
          <w:sz w:val="24"/>
        </w:rPr>
        <w:t xml:space="preserve"> </w:t>
      </w:r>
      <w:r w:rsidRPr="00E85698">
        <w:rPr>
          <w:sz w:val="24"/>
        </w:rPr>
        <w:t>другое</w:t>
      </w:r>
      <w:r w:rsidRPr="00E85698">
        <w:rPr>
          <w:spacing w:val="1"/>
          <w:sz w:val="24"/>
        </w:rPr>
        <w:t xml:space="preserve"> </w:t>
      </w:r>
      <w:r w:rsidRPr="00E85698">
        <w:rPr>
          <w:sz w:val="24"/>
        </w:rPr>
        <w:t>(опорное)</w:t>
      </w:r>
      <w:r w:rsidRPr="00E85698">
        <w:rPr>
          <w:spacing w:val="1"/>
          <w:sz w:val="24"/>
        </w:rPr>
        <w:t xml:space="preserve"> </w:t>
      </w:r>
      <w:r w:rsidRPr="00E85698">
        <w:rPr>
          <w:sz w:val="24"/>
        </w:rPr>
        <w:t>слово</w:t>
      </w:r>
      <w:r w:rsidRPr="00E85698">
        <w:rPr>
          <w:spacing w:val="1"/>
          <w:sz w:val="24"/>
        </w:rPr>
        <w:t xml:space="preserve"> </w:t>
      </w:r>
      <w:r w:rsidRPr="00E85698">
        <w:rPr>
          <w:sz w:val="24"/>
        </w:rPr>
        <w:t>или</w:t>
      </w:r>
      <w:r w:rsidRPr="00E85698">
        <w:rPr>
          <w:spacing w:val="1"/>
          <w:sz w:val="24"/>
        </w:rPr>
        <w:t xml:space="preserve"> </w:t>
      </w:r>
      <w:r w:rsidRPr="00E85698">
        <w:rPr>
          <w:sz w:val="24"/>
        </w:rPr>
        <w:t>его</w:t>
      </w:r>
      <w:r w:rsidRPr="00E85698">
        <w:rPr>
          <w:spacing w:val="-57"/>
          <w:sz w:val="24"/>
        </w:rPr>
        <w:t xml:space="preserve"> </w:t>
      </w:r>
      <w:r w:rsidRPr="00E85698">
        <w:rPr>
          <w:sz w:val="24"/>
        </w:rPr>
        <w:t>форму</w:t>
      </w:r>
      <w:r w:rsidRPr="00E85698">
        <w:rPr>
          <w:spacing w:val="-3"/>
          <w:sz w:val="24"/>
        </w:rPr>
        <w:t xml:space="preserve"> </w:t>
      </w:r>
      <w:r w:rsidRPr="00E85698">
        <w:rPr>
          <w:i/>
          <w:sz w:val="24"/>
        </w:rPr>
        <w:t>(вода —</w:t>
      </w:r>
      <w:r w:rsidRPr="00E85698">
        <w:rPr>
          <w:i/>
          <w:spacing w:val="-1"/>
          <w:sz w:val="24"/>
        </w:rPr>
        <w:t xml:space="preserve"> </w:t>
      </w:r>
      <w:r w:rsidRPr="00E85698">
        <w:rPr>
          <w:i/>
          <w:sz w:val="24"/>
        </w:rPr>
        <w:t>воды, рот</w:t>
      </w:r>
      <w:r w:rsidRPr="00E85698">
        <w:rPr>
          <w:i/>
          <w:spacing w:val="-1"/>
          <w:sz w:val="24"/>
        </w:rPr>
        <w:t xml:space="preserve"> </w:t>
      </w:r>
      <w:r w:rsidRPr="00E85698">
        <w:rPr>
          <w:i/>
          <w:sz w:val="24"/>
        </w:rPr>
        <w:t>— ротик,</w:t>
      </w:r>
      <w:r w:rsidRPr="00E85698">
        <w:rPr>
          <w:i/>
          <w:spacing w:val="-1"/>
          <w:sz w:val="24"/>
        </w:rPr>
        <w:t xml:space="preserve"> </w:t>
      </w:r>
      <w:r w:rsidRPr="00E85698">
        <w:rPr>
          <w:i/>
          <w:sz w:val="24"/>
        </w:rPr>
        <w:t>грустный</w:t>
      </w:r>
      <w:r w:rsidRPr="00E85698">
        <w:rPr>
          <w:i/>
          <w:spacing w:val="2"/>
          <w:sz w:val="24"/>
        </w:rPr>
        <w:t xml:space="preserve"> </w:t>
      </w:r>
      <w:r w:rsidRPr="00E85698">
        <w:rPr>
          <w:i/>
          <w:sz w:val="24"/>
        </w:rPr>
        <w:t>—</w:t>
      </w:r>
      <w:r w:rsidRPr="00E85698">
        <w:rPr>
          <w:i/>
          <w:spacing w:val="-1"/>
          <w:sz w:val="24"/>
        </w:rPr>
        <w:t xml:space="preserve"> </w:t>
      </w:r>
      <w:r w:rsidRPr="00E85698">
        <w:rPr>
          <w:i/>
          <w:sz w:val="24"/>
        </w:rPr>
        <w:t>грустить, резкий -резок).</w:t>
      </w:r>
    </w:p>
    <w:p w:rsidR="00A037E6" w:rsidRPr="00E85698" w:rsidRDefault="00A037E6" w:rsidP="00A037E6">
      <w:pPr>
        <w:pStyle w:val="a5"/>
        <w:ind w:left="532" w:right="836" w:firstLine="566"/>
      </w:pPr>
      <w:r w:rsidRPr="00E85698">
        <w:t>Первые</w:t>
      </w:r>
      <w:r w:rsidRPr="00E85698">
        <w:rPr>
          <w:spacing w:val="1"/>
        </w:rPr>
        <w:t xml:space="preserve"> </w:t>
      </w:r>
      <w:r w:rsidRPr="00E85698">
        <w:t>три</w:t>
      </w:r>
      <w:r w:rsidRPr="00E85698">
        <w:rPr>
          <w:spacing w:val="1"/>
        </w:rPr>
        <w:t xml:space="preserve"> </w:t>
      </w:r>
      <w:r w:rsidRPr="00E85698">
        <w:t>однотипные</w:t>
      </w:r>
      <w:r w:rsidRPr="00E85698">
        <w:rPr>
          <w:spacing w:val="1"/>
        </w:rPr>
        <w:t xml:space="preserve"> </w:t>
      </w:r>
      <w:r w:rsidRPr="00E85698">
        <w:t>ошибки</w:t>
      </w:r>
      <w:r w:rsidRPr="00E85698">
        <w:rPr>
          <w:spacing w:val="1"/>
        </w:rPr>
        <w:t xml:space="preserve"> </w:t>
      </w:r>
      <w:r w:rsidRPr="00E85698">
        <w:t>считаются</w:t>
      </w:r>
      <w:r w:rsidRPr="00E85698">
        <w:rPr>
          <w:spacing w:val="1"/>
        </w:rPr>
        <w:t xml:space="preserve"> </w:t>
      </w:r>
      <w:r w:rsidRPr="00E85698">
        <w:t>за</w:t>
      </w:r>
      <w:r w:rsidRPr="00E85698">
        <w:rPr>
          <w:spacing w:val="1"/>
        </w:rPr>
        <w:t xml:space="preserve"> </w:t>
      </w:r>
      <w:r w:rsidRPr="00E85698">
        <w:t>одну</w:t>
      </w:r>
      <w:r w:rsidRPr="00E85698">
        <w:rPr>
          <w:spacing w:val="60"/>
        </w:rPr>
        <w:t xml:space="preserve"> </w:t>
      </w:r>
      <w:r w:rsidRPr="00E85698">
        <w:t>ошибку,</w:t>
      </w:r>
      <w:r w:rsidRPr="00E85698">
        <w:rPr>
          <w:spacing w:val="60"/>
        </w:rPr>
        <w:t xml:space="preserve"> </w:t>
      </w:r>
      <w:r w:rsidRPr="00E85698">
        <w:t>каждая</w:t>
      </w:r>
      <w:r w:rsidRPr="00E85698">
        <w:rPr>
          <w:spacing w:val="61"/>
        </w:rPr>
        <w:t xml:space="preserve"> </w:t>
      </w:r>
      <w:r w:rsidRPr="00E85698">
        <w:t>следующая</w:t>
      </w:r>
      <w:r w:rsidRPr="00E85698">
        <w:rPr>
          <w:spacing w:val="1"/>
        </w:rPr>
        <w:t xml:space="preserve"> </w:t>
      </w:r>
      <w:r w:rsidRPr="00E85698">
        <w:t>подобная</w:t>
      </w:r>
      <w:r w:rsidRPr="00E85698">
        <w:rPr>
          <w:spacing w:val="60"/>
        </w:rPr>
        <w:t xml:space="preserve"> </w:t>
      </w:r>
      <w:r w:rsidRPr="00E85698">
        <w:t>ошибка</w:t>
      </w:r>
      <w:r w:rsidRPr="00E85698">
        <w:rPr>
          <w:spacing w:val="1"/>
        </w:rPr>
        <w:t xml:space="preserve"> </w:t>
      </w:r>
      <w:r w:rsidRPr="00E85698">
        <w:t>учитывается</w:t>
      </w:r>
      <w:r w:rsidRPr="00E85698">
        <w:rPr>
          <w:spacing w:val="60"/>
        </w:rPr>
        <w:t xml:space="preserve"> </w:t>
      </w:r>
      <w:r w:rsidRPr="00E85698">
        <w:t>самостоятельно.</w:t>
      </w:r>
    </w:p>
    <w:p w:rsidR="00A037E6" w:rsidRPr="00E85698" w:rsidRDefault="00A037E6" w:rsidP="00A037E6">
      <w:pPr>
        <w:pStyle w:val="a5"/>
        <w:ind w:left="532" w:right="836" w:firstLine="566"/>
      </w:pPr>
      <w:r w:rsidRPr="00E85698">
        <w:t>Если в одном непроверяемом слове допущены 2 и более ошибок, то все они считаются за</w:t>
      </w:r>
      <w:r w:rsidRPr="00E85698">
        <w:rPr>
          <w:spacing w:val="1"/>
        </w:rPr>
        <w:t xml:space="preserve"> </w:t>
      </w:r>
      <w:r w:rsidRPr="00E85698">
        <w:t>одну</w:t>
      </w:r>
      <w:r w:rsidRPr="00E85698">
        <w:rPr>
          <w:spacing w:val="-8"/>
        </w:rPr>
        <w:t xml:space="preserve"> </w:t>
      </w:r>
      <w:r w:rsidRPr="00E85698">
        <w:t>ошибку.</w:t>
      </w:r>
    </w:p>
    <w:p w:rsidR="00A037E6" w:rsidRPr="00E85698" w:rsidRDefault="00A037E6" w:rsidP="00A037E6">
      <w:pPr>
        <w:pStyle w:val="a5"/>
        <w:ind w:left="532" w:right="828" w:firstLine="566"/>
      </w:pPr>
      <w:r w:rsidRPr="00E85698">
        <w:t>При</w:t>
      </w:r>
      <w:r w:rsidRPr="00E85698">
        <w:rPr>
          <w:spacing w:val="1"/>
        </w:rPr>
        <w:t xml:space="preserve"> </w:t>
      </w:r>
      <w:r w:rsidRPr="00E85698">
        <w:t>наличии</w:t>
      </w:r>
      <w:r w:rsidRPr="00E85698">
        <w:rPr>
          <w:spacing w:val="1"/>
        </w:rPr>
        <w:t xml:space="preserve"> </w:t>
      </w:r>
      <w:r w:rsidRPr="00E85698">
        <w:t>в</w:t>
      </w:r>
      <w:r w:rsidRPr="00E85698">
        <w:rPr>
          <w:spacing w:val="1"/>
        </w:rPr>
        <w:t xml:space="preserve"> </w:t>
      </w:r>
      <w:r w:rsidRPr="00E85698">
        <w:t>контрольном</w:t>
      </w:r>
      <w:r w:rsidRPr="00E85698">
        <w:rPr>
          <w:spacing w:val="1"/>
        </w:rPr>
        <w:t xml:space="preserve"> </w:t>
      </w:r>
      <w:r w:rsidRPr="00E85698">
        <w:t>диктанте</w:t>
      </w:r>
      <w:r w:rsidRPr="00E85698">
        <w:rPr>
          <w:spacing w:val="1"/>
        </w:rPr>
        <w:t xml:space="preserve"> </w:t>
      </w:r>
      <w:r w:rsidRPr="00E85698">
        <w:t>более</w:t>
      </w:r>
      <w:r w:rsidRPr="00E85698">
        <w:rPr>
          <w:spacing w:val="1"/>
        </w:rPr>
        <w:t xml:space="preserve"> </w:t>
      </w:r>
      <w:r w:rsidRPr="00E85698">
        <w:t>5</w:t>
      </w:r>
      <w:r w:rsidRPr="00E85698">
        <w:rPr>
          <w:spacing w:val="1"/>
        </w:rPr>
        <w:t xml:space="preserve"> </w:t>
      </w:r>
      <w:r w:rsidRPr="00E85698">
        <w:t>поправок</w:t>
      </w:r>
      <w:r w:rsidRPr="00E85698">
        <w:rPr>
          <w:spacing w:val="1"/>
        </w:rPr>
        <w:t xml:space="preserve"> </w:t>
      </w:r>
      <w:r w:rsidRPr="00E85698">
        <w:t>(исправление</w:t>
      </w:r>
      <w:r w:rsidRPr="00E85698">
        <w:rPr>
          <w:spacing w:val="61"/>
        </w:rPr>
        <w:t xml:space="preserve"> </w:t>
      </w:r>
      <w:r w:rsidRPr="00E85698">
        <w:t>неверного</w:t>
      </w:r>
      <w:r w:rsidRPr="00E85698">
        <w:rPr>
          <w:spacing w:val="-57"/>
        </w:rPr>
        <w:t xml:space="preserve"> </w:t>
      </w:r>
      <w:r w:rsidRPr="00E85698">
        <w:t>написания</w:t>
      </w:r>
      <w:r w:rsidRPr="00E85698">
        <w:rPr>
          <w:spacing w:val="1"/>
        </w:rPr>
        <w:t xml:space="preserve"> </w:t>
      </w:r>
      <w:r w:rsidRPr="00E85698">
        <w:t>на верное)</w:t>
      </w:r>
      <w:r w:rsidRPr="00E85698">
        <w:rPr>
          <w:spacing w:val="1"/>
        </w:rPr>
        <w:t xml:space="preserve"> </w:t>
      </w:r>
      <w:r w:rsidRPr="00E85698">
        <w:t>оценка снижается на один балл. Отличная оценка не выставляется при</w:t>
      </w:r>
      <w:r w:rsidRPr="00E85698">
        <w:rPr>
          <w:spacing w:val="1"/>
        </w:rPr>
        <w:t xml:space="preserve"> </w:t>
      </w:r>
      <w:r w:rsidRPr="00E85698">
        <w:t>наличии</w:t>
      </w:r>
      <w:r w:rsidRPr="00E85698">
        <w:rPr>
          <w:spacing w:val="-3"/>
        </w:rPr>
        <w:t xml:space="preserve"> </w:t>
      </w:r>
      <w:r w:rsidRPr="00E85698">
        <w:t>трех</w:t>
      </w:r>
      <w:r w:rsidRPr="00E85698">
        <w:rPr>
          <w:spacing w:val="-1"/>
        </w:rPr>
        <w:t xml:space="preserve"> </w:t>
      </w:r>
      <w:r w:rsidRPr="00E85698">
        <w:t>и более</w:t>
      </w:r>
      <w:r w:rsidRPr="00E85698">
        <w:rPr>
          <w:spacing w:val="-2"/>
        </w:rPr>
        <w:t xml:space="preserve"> </w:t>
      </w:r>
      <w:r w:rsidRPr="00E85698">
        <w:t>исправлений.</w:t>
      </w:r>
    </w:p>
    <w:p w:rsidR="00A037E6" w:rsidRPr="00E85698" w:rsidRDefault="00A037E6" w:rsidP="00A037E6">
      <w:pPr>
        <w:pStyle w:val="a5"/>
        <w:ind w:left="0"/>
      </w:pPr>
    </w:p>
    <w:p w:rsidR="00A037E6" w:rsidRPr="00E85698" w:rsidRDefault="00A037E6" w:rsidP="00A037E6">
      <w:pPr>
        <w:pStyle w:val="a5"/>
        <w:ind w:left="532" w:right="830" w:firstLine="566"/>
      </w:pPr>
      <w:r w:rsidRPr="00E85698">
        <w:t>В</w:t>
      </w:r>
      <w:r w:rsidRPr="00E85698">
        <w:rPr>
          <w:spacing w:val="1"/>
        </w:rPr>
        <w:t xml:space="preserve"> </w:t>
      </w:r>
      <w:r w:rsidRPr="00E85698">
        <w:t>комплексной</w:t>
      </w:r>
      <w:r w:rsidRPr="00E85698">
        <w:rPr>
          <w:spacing w:val="1"/>
        </w:rPr>
        <w:t xml:space="preserve"> </w:t>
      </w:r>
      <w:r w:rsidRPr="00E85698">
        <w:t>контрольной</w:t>
      </w:r>
      <w:r w:rsidRPr="00E85698">
        <w:rPr>
          <w:spacing w:val="1"/>
        </w:rPr>
        <w:t xml:space="preserve"> </w:t>
      </w:r>
      <w:r w:rsidRPr="00E85698">
        <w:t>работе, состоящей</w:t>
      </w:r>
      <w:r w:rsidRPr="00E85698">
        <w:rPr>
          <w:spacing w:val="1"/>
        </w:rPr>
        <w:t xml:space="preserve"> </w:t>
      </w:r>
      <w:r w:rsidRPr="00E85698">
        <w:t>из</w:t>
      </w:r>
      <w:r w:rsidRPr="00E85698">
        <w:rPr>
          <w:spacing w:val="1"/>
        </w:rPr>
        <w:t xml:space="preserve"> </w:t>
      </w:r>
      <w:r w:rsidRPr="00E85698">
        <w:t>диктанта</w:t>
      </w:r>
      <w:r w:rsidRPr="00E85698">
        <w:rPr>
          <w:spacing w:val="1"/>
        </w:rPr>
        <w:t xml:space="preserve"> </w:t>
      </w:r>
      <w:r w:rsidRPr="00E85698">
        <w:t>и</w:t>
      </w:r>
      <w:r w:rsidRPr="00E85698">
        <w:rPr>
          <w:spacing w:val="1"/>
        </w:rPr>
        <w:t xml:space="preserve"> </w:t>
      </w:r>
      <w:r w:rsidRPr="00E85698">
        <w:t>дополнительного</w:t>
      </w:r>
      <w:r w:rsidRPr="00E85698">
        <w:rPr>
          <w:spacing w:val="1"/>
        </w:rPr>
        <w:t xml:space="preserve"> </w:t>
      </w:r>
      <w:r w:rsidRPr="00E85698">
        <w:t>(фонетического, лексического, орфографического,   грамматического) задания, выставляются</w:t>
      </w:r>
      <w:r w:rsidRPr="00E85698">
        <w:rPr>
          <w:spacing w:val="1"/>
        </w:rPr>
        <w:t xml:space="preserve"> </w:t>
      </w:r>
      <w:r w:rsidRPr="00E85698">
        <w:t>две</w:t>
      </w:r>
      <w:r w:rsidRPr="00E85698">
        <w:rPr>
          <w:spacing w:val="-3"/>
        </w:rPr>
        <w:t xml:space="preserve"> </w:t>
      </w:r>
      <w:r w:rsidRPr="00E85698">
        <w:t>оценки (за</w:t>
      </w:r>
      <w:r w:rsidRPr="00E85698">
        <w:rPr>
          <w:spacing w:val="-1"/>
        </w:rPr>
        <w:t xml:space="preserve"> </w:t>
      </w:r>
      <w:r w:rsidRPr="00E85698">
        <w:t>каждый</w:t>
      </w:r>
      <w:r w:rsidRPr="00E85698">
        <w:rPr>
          <w:spacing w:val="-2"/>
        </w:rPr>
        <w:t xml:space="preserve"> </w:t>
      </w:r>
      <w:r w:rsidRPr="00E85698">
        <w:t>вид работы).</w:t>
      </w:r>
    </w:p>
    <w:p w:rsidR="00A037E6" w:rsidRPr="00E85698" w:rsidRDefault="00A037E6" w:rsidP="00A037E6">
      <w:pPr>
        <w:pStyle w:val="a5"/>
        <w:ind w:left="532" w:right="838" w:firstLine="566"/>
      </w:pPr>
      <w:r w:rsidRPr="00E85698">
        <w:t>При</w:t>
      </w:r>
      <w:r w:rsidRPr="00E85698">
        <w:rPr>
          <w:spacing w:val="1"/>
        </w:rPr>
        <w:t xml:space="preserve"> </w:t>
      </w:r>
      <w:r w:rsidRPr="00E85698">
        <w:t>оценке</w:t>
      </w:r>
      <w:r w:rsidRPr="00E85698">
        <w:rPr>
          <w:spacing w:val="1"/>
        </w:rPr>
        <w:t xml:space="preserve"> </w:t>
      </w:r>
      <w:r w:rsidRPr="00E85698">
        <w:t>выполнения</w:t>
      </w:r>
      <w:r w:rsidRPr="00E85698">
        <w:rPr>
          <w:spacing w:val="1"/>
        </w:rPr>
        <w:t xml:space="preserve"> </w:t>
      </w:r>
      <w:r w:rsidRPr="00E85698">
        <w:t>дополнительных</w:t>
      </w:r>
      <w:r w:rsidRPr="00E85698">
        <w:rPr>
          <w:spacing w:val="1"/>
        </w:rPr>
        <w:t xml:space="preserve"> </w:t>
      </w:r>
      <w:r w:rsidRPr="00E85698">
        <w:t>заданий</w:t>
      </w:r>
      <w:r w:rsidRPr="00E85698">
        <w:rPr>
          <w:spacing w:val="1"/>
        </w:rPr>
        <w:t xml:space="preserve"> </w:t>
      </w:r>
      <w:r w:rsidRPr="00E85698">
        <w:t>рекомендуется</w:t>
      </w:r>
      <w:r w:rsidRPr="00E85698">
        <w:rPr>
          <w:spacing w:val="1"/>
        </w:rPr>
        <w:t xml:space="preserve"> </w:t>
      </w:r>
      <w:r w:rsidRPr="00E85698">
        <w:t>руководствоваться</w:t>
      </w:r>
      <w:r w:rsidRPr="00E85698">
        <w:rPr>
          <w:spacing w:val="1"/>
        </w:rPr>
        <w:t xml:space="preserve"> </w:t>
      </w:r>
      <w:r w:rsidRPr="00E85698">
        <w:t>следующим:</w:t>
      </w:r>
    </w:p>
    <w:p w:rsidR="00A037E6" w:rsidRPr="00E85698" w:rsidRDefault="00A037E6" w:rsidP="00A037E6">
      <w:pPr>
        <w:pStyle w:val="a5"/>
        <w:ind w:left="1099"/>
      </w:pPr>
      <w:r w:rsidRPr="00E85698">
        <w:t>Оценка «5»</w:t>
      </w:r>
      <w:r w:rsidRPr="00E85698">
        <w:rPr>
          <w:spacing w:val="-9"/>
        </w:rPr>
        <w:t xml:space="preserve"> </w:t>
      </w:r>
      <w:r w:rsidRPr="00E85698">
        <w:t>ставится,</w:t>
      </w:r>
      <w:r w:rsidRPr="00E85698">
        <w:rPr>
          <w:spacing w:val="-3"/>
        </w:rPr>
        <w:t xml:space="preserve"> </w:t>
      </w:r>
      <w:r w:rsidRPr="00E85698">
        <w:t>если ученик</w:t>
      </w:r>
      <w:r w:rsidRPr="00E85698">
        <w:rPr>
          <w:spacing w:val="-2"/>
        </w:rPr>
        <w:t xml:space="preserve"> </w:t>
      </w:r>
      <w:r w:rsidRPr="00E85698">
        <w:t>выполнил</w:t>
      </w:r>
      <w:r w:rsidRPr="00E85698">
        <w:rPr>
          <w:spacing w:val="-4"/>
        </w:rPr>
        <w:t xml:space="preserve"> </w:t>
      </w:r>
      <w:r w:rsidRPr="00E85698">
        <w:t>все</w:t>
      </w:r>
      <w:r w:rsidRPr="00E85698">
        <w:rPr>
          <w:spacing w:val="-4"/>
        </w:rPr>
        <w:t xml:space="preserve"> </w:t>
      </w:r>
      <w:r w:rsidRPr="00E85698">
        <w:t>задания</w:t>
      </w:r>
      <w:r w:rsidRPr="00E85698">
        <w:rPr>
          <w:spacing w:val="-3"/>
        </w:rPr>
        <w:t xml:space="preserve"> </w:t>
      </w:r>
      <w:r w:rsidRPr="00E85698">
        <w:t>верно.</w:t>
      </w:r>
    </w:p>
    <w:p w:rsidR="00A037E6" w:rsidRPr="00E85698" w:rsidRDefault="00A037E6" w:rsidP="00A037E6">
      <w:pPr>
        <w:pStyle w:val="a5"/>
        <w:ind w:left="1099"/>
      </w:pPr>
      <w:r w:rsidRPr="00E85698">
        <w:t>Оценка «4»</w:t>
      </w:r>
      <w:r w:rsidRPr="00E85698">
        <w:rPr>
          <w:spacing w:val="-7"/>
        </w:rPr>
        <w:t xml:space="preserve"> </w:t>
      </w:r>
      <w:r w:rsidRPr="00E85698">
        <w:t>ставится,</w:t>
      </w:r>
      <w:r w:rsidRPr="00E85698">
        <w:rPr>
          <w:spacing w:val="-2"/>
        </w:rPr>
        <w:t xml:space="preserve"> </w:t>
      </w:r>
      <w:r w:rsidRPr="00E85698">
        <w:t>если</w:t>
      </w:r>
      <w:r w:rsidRPr="00E85698">
        <w:rPr>
          <w:spacing w:val="1"/>
        </w:rPr>
        <w:t xml:space="preserve"> </w:t>
      </w:r>
      <w:r w:rsidRPr="00E85698">
        <w:t>ученик</w:t>
      </w:r>
      <w:r w:rsidRPr="00E85698">
        <w:rPr>
          <w:spacing w:val="-2"/>
        </w:rPr>
        <w:t xml:space="preserve"> </w:t>
      </w:r>
      <w:r w:rsidRPr="00E85698">
        <w:t>выполнил</w:t>
      </w:r>
      <w:r w:rsidRPr="00E85698">
        <w:rPr>
          <w:spacing w:val="-5"/>
        </w:rPr>
        <w:t xml:space="preserve"> </w:t>
      </w:r>
      <w:r w:rsidRPr="00E85698">
        <w:t>правильно</w:t>
      </w:r>
      <w:r w:rsidRPr="00E85698">
        <w:rPr>
          <w:spacing w:val="-2"/>
        </w:rPr>
        <w:t xml:space="preserve"> </w:t>
      </w:r>
      <w:r w:rsidRPr="00E85698">
        <w:t>не</w:t>
      </w:r>
      <w:r w:rsidRPr="00E85698">
        <w:rPr>
          <w:spacing w:val="-3"/>
        </w:rPr>
        <w:t xml:space="preserve"> </w:t>
      </w:r>
      <w:r w:rsidRPr="00E85698">
        <w:t>менее</w:t>
      </w:r>
      <w:r w:rsidRPr="00E85698">
        <w:rPr>
          <w:spacing w:val="-3"/>
        </w:rPr>
        <w:t xml:space="preserve"> </w:t>
      </w:r>
      <w:r w:rsidRPr="00E85698">
        <w:t>3/4</w:t>
      </w:r>
      <w:r w:rsidRPr="00E85698">
        <w:rPr>
          <w:spacing w:val="-2"/>
        </w:rPr>
        <w:t xml:space="preserve"> </w:t>
      </w:r>
      <w:r w:rsidRPr="00E85698">
        <w:t>заданий.</w:t>
      </w:r>
    </w:p>
    <w:p w:rsidR="00A037E6" w:rsidRPr="00E85698" w:rsidRDefault="00A037E6" w:rsidP="00A037E6">
      <w:pPr>
        <w:pStyle w:val="a5"/>
        <w:spacing w:before="1"/>
        <w:ind w:left="532" w:right="837" w:firstLine="566"/>
      </w:pPr>
      <w:r w:rsidRPr="00E85698">
        <w:t>Оценка</w:t>
      </w:r>
      <w:r w:rsidRPr="00E85698">
        <w:rPr>
          <w:spacing w:val="1"/>
        </w:rPr>
        <w:t xml:space="preserve"> </w:t>
      </w:r>
      <w:r w:rsidRPr="00E85698">
        <w:t>«3»</w:t>
      </w:r>
      <w:r w:rsidRPr="00E85698">
        <w:rPr>
          <w:spacing w:val="1"/>
        </w:rPr>
        <w:t xml:space="preserve"> </w:t>
      </w:r>
      <w:r w:rsidRPr="00E85698">
        <w:t>ставится</w:t>
      </w:r>
      <w:r w:rsidRPr="00E85698">
        <w:rPr>
          <w:spacing w:val="1"/>
        </w:rPr>
        <w:t xml:space="preserve"> </w:t>
      </w:r>
      <w:r w:rsidRPr="00E85698">
        <w:t>за</w:t>
      </w:r>
      <w:r w:rsidRPr="00E85698">
        <w:rPr>
          <w:spacing w:val="1"/>
        </w:rPr>
        <w:t xml:space="preserve"> </w:t>
      </w:r>
      <w:r w:rsidRPr="00E85698">
        <w:t>работу,</w:t>
      </w:r>
      <w:r w:rsidRPr="00E85698">
        <w:rPr>
          <w:spacing w:val="1"/>
        </w:rPr>
        <w:t xml:space="preserve"> </w:t>
      </w:r>
      <w:r w:rsidRPr="00E85698">
        <w:t>в</w:t>
      </w:r>
      <w:r w:rsidRPr="00E85698">
        <w:rPr>
          <w:spacing w:val="1"/>
        </w:rPr>
        <w:t xml:space="preserve"> </w:t>
      </w:r>
      <w:r w:rsidRPr="00E85698">
        <w:t>которой</w:t>
      </w:r>
      <w:r w:rsidRPr="00E85698">
        <w:rPr>
          <w:spacing w:val="1"/>
        </w:rPr>
        <w:t xml:space="preserve"> </w:t>
      </w:r>
      <w:r w:rsidRPr="00E85698">
        <w:t>правильно</w:t>
      </w:r>
      <w:r w:rsidRPr="00E85698">
        <w:rPr>
          <w:spacing w:val="1"/>
        </w:rPr>
        <w:t xml:space="preserve"> </w:t>
      </w:r>
      <w:r w:rsidRPr="00E85698">
        <w:t>выполнено</w:t>
      </w:r>
      <w:r w:rsidRPr="00E85698">
        <w:rPr>
          <w:spacing w:val="1"/>
        </w:rPr>
        <w:t xml:space="preserve"> </w:t>
      </w:r>
      <w:r w:rsidRPr="00E85698">
        <w:t>не</w:t>
      </w:r>
      <w:r w:rsidRPr="00E85698">
        <w:rPr>
          <w:spacing w:val="1"/>
        </w:rPr>
        <w:t xml:space="preserve"> </w:t>
      </w:r>
      <w:r w:rsidRPr="00E85698">
        <w:t>менее</w:t>
      </w:r>
      <w:r w:rsidRPr="00E85698">
        <w:rPr>
          <w:spacing w:val="1"/>
        </w:rPr>
        <w:t xml:space="preserve"> </w:t>
      </w:r>
      <w:r w:rsidRPr="00E85698">
        <w:t>половины</w:t>
      </w:r>
      <w:r w:rsidRPr="00E85698">
        <w:rPr>
          <w:spacing w:val="1"/>
        </w:rPr>
        <w:t xml:space="preserve"> </w:t>
      </w:r>
      <w:r w:rsidRPr="00E85698">
        <w:t>заданий.</w:t>
      </w:r>
    </w:p>
    <w:p w:rsidR="00A037E6" w:rsidRPr="00E85698" w:rsidRDefault="00A037E6" w:rsidP="00A037E6">
      <w:pPr>
        <w:pStyle w:val="a5"/>
        <w:ind w:left="1099"/>
      </w:pPr>
      <w:r w:rsidRPr="00E85698">
        <w:t>Оценка</w:t>
      </w:r>
      <w:r w:rsidRPr="00E85698">
        <w:rPr>
          <w:spacing w:val="1"/>
        </w:rPr>
        <w:t xml:space="preserve"> </w:t>
      </w:r>
      <w:r w:rsidRPr="00E85698">
        <w:t>«2»</w:t>
      </w:r>
      <w:r w:rsidRPr="00E85698">
        <w:rPr>
          <w:spacing w:val="-8"/>
        </w:rPr>
        <w:t xml:space="preserve"> </w:t>
      </w:r>
      <w:r w:rsidRPr="00E85698">
        <w:t>ставится</w:t>
      </w:r>
      <w:r w:rsidRPr="00E85698">
        <w:rPr>
          <w:spacing w:val="-1"/>
        </w:rPr>
        <w:t xml:space="preserve"> </w:t>
      </w:r>
      <w:r w:rsidRPr="00E85698">
        <w:t>за</w:t>
      </w:r>
      <w:r w:rsidRPr="00E85698">
        <w:rPr>
          <w:spacing w:val="-1"/>
        </w:rPr>
        <w:t xml:space="preserve"> </w:t>
      </w:r>
      <w:r w:rsidRPr="00E85698">
        <w:t>работу,</w:t>
      </w:r>
      <w:r w:rsidRPr="00E85698">
        <w:rPr>
          <w:spacing w:val="-2"/>
        </w:rPr>
        <w:t xml:space="preserve"> </w:t>
      </w:r>
      <w:r w:rsidRPr="00E85698">
        <w:t>в</w:t>
      </w:r>
      <w:r w:rsidRPr="00E85698">
        <w:rPr>
          <w:spacing w:val="-2"/>
        </w:rPr>
        <w:t xml:space="preserve"> </w:t>
      </w:r>
      <w:r w:rsidRPr="00E85698">
        <w:t>которой</w:t>
      </w:r>
      <w:r w:rsidRPr="00E85698">
        <w:rPr>
          <w:spacing w:val="-2"/>
        </w:rPr>
        <w:t xml:space="preserve"> </w:t>
      </w:r>
      <w:r w:rsidRPr="00E85698">
        <w:t>не</w:t>
      </w:r>
      <w:r w:rsidRPr="00E85698">
        <w:rPr>
          <w:spacing w:val="-2"/>
        </w:rPr>
        <w:t xml:space="preserve"> </w:t>
      </w:r>
      <w:r w:rsidRPr="00E85698">
        <w:t>выполнено</w:t>
      </w:r>
      <w:r w:rsidRPr="00E85698">
        <w:rPr>
          <w:spacing w:val="-2"/>
        </w:rPr>
        <w:t xml:space="preserve"> </w:t>
      </w:r>
      <w:r w:rsidRPr="00E85698">
        <w:t>более</w:t>
      </w:r>
      <w:r w:rsidRPr="00E85698">
        <w:rPr>
          <w:spacing w:val="-4"/>
        </w:rPr>
        <w:t xml:space="preserve"> </w:t>
      </w:r>
      <w:r w:rsidRPr="00E85698">
        <w:t>половины</w:t>
      </w:r>
      <w:r w:rsidRPr="00E85698">
        <w:rPr>
          <w:spacing w:val="-1"/>
        </w:rPr>
        <w:t xml:space="preserve"> </w:t>
      </w:r>
      <w:r w:rsidRPr="00E85698">
        <w:t>заданий.</w:t>
      </w:r>
    </w:p>
    <w:p w:rsidR="00A037E6" w:rsidRPr="00E85698" w:rsidRDefault="00A037E6" w:rsidP="00A037E6">
      <w:pPr>
        <w:pStyle w:val="a5"/>
        <w:ind w:left="0"/>
      </w:pPr>
    </w:p>
    <w:p w:rsidR="00A037E6" w:rsidRPr="00E85698" w:rsidRDefault="00A037E6" w:rsidP="00A037E6">
      <w:pPr>
        <w:pStyle w:val="210"/>
        <w:spacing w:line="244" w:lineRule="auto"/>
        <w:ind w:left="532" w:right="834" w:firstLine="566"/>
        <w:jc w:val="both"/>
      </w:pPr>
      <w:r w:rsidRPr="00E85698">
        <w:rPr>
          <w:b w:val="0"/>
        </w:rPr>
        <w:t>Примечание.</w:t>
      </w:r>
      <w:r w:rsidRPr="00E85698">
        <w:rPr>
          <w:b w:val="0"/>
          <w:spacing w:val="1"/>
        </w:rPr>
        <w:t xml:space="preserve"> </w:t>
      </w:r>
      <w:r w:rsidRPr="00E85698">
        <w:t>Орфографические</w:t>
      </w:r>
      <w:r w:rsidRPr="00E85698">
        <w:rPr>
          <w:spacing w:val="1"/>
        </w:rPr>
        <w:t xml:space="preserve"> </w:t>
      </w:r>
      <w:r w:rsidRPr="00E85698">
        <w:t>и</w:t>
      </w:r>
      <w:r w:rsidRPr="00E85698">
        <w:rPr>
          <w:spacing w:val="1"/>
        </w:rPr>
        <w:t xml:space="preserve"> </w:t>
      </w:r>
      <w:r w:rsidRPr="00E85698">
        <w:t>пунктуационные</w:t>
      </w:r>
      <w:r w:rsidRPr="00E85698">
        <w:rPr>
          <w:spacing w:val="1"/>
        </w:rPr>
        <w:t xml:space="preserve"> </w:t>
      </w:r>
      <w:r w:rsidRPr="00E85698">
        <w:t>ошибки,</w:t>
      </w:r>
      <w:r w:rsidRPr="00E85698">
        <w:rPr>
          <w:spacing w:val="1"/>
        </w:rPr>
        <w:t xml:space="preserve"> </w:t>
      </w:r>
      <w:r w:rsidRPr="00E85698">
        <w:t>допущенные</w:t>
      </w:r>
      <w:r w:rsidRPr="00E85698">
        <w:rPr>
          <w:spacing w:val="1"/>
        </w:rPr>
        <w:t xml:space="preserve"> </w:t>
      </w:r>
      <w:r w:rsidRPr="00E85698">
        <w:t>при</w:t>
      </w:r>
      <w:r w:rsidRPr="00E85698">
        <w:rPr>
          <w:spacing w:val="1"/>
        </w:rPr>
        <w:t xml:space="preserve"> </w:t>
      </w:r>
      <w:r w:rsidRPr="00E85698">
        <w:t>выполнении</w:t>
      </w:r>
      <w:r w:rsidRPr="00E85698">
        <w:rPr>
          <w:spacing w:val="-4"/>
        </w:rPr>
        <w:t xml:space="preserve"> </w:t>
      </w:r>
      <w:r w:rsidRPr="00E85698">
        <w:t>дополнительных</w:t>
      </w:r>
      <w:r w:rsidRPr="00E85698">
        <w:rPr>
          <w:spacing w:val="-2"/>
        </w:rPr>
        <w:t xml:space="preserve"> </w:t>
      </w:r>
      <w:r w:rsidRPr="00E85698">
        <w:t>заданий,</w:t>
      </w:r>
      <w:r w:rsidRPr="00E85698">
        <w:rPr>
          <w:spacing w:val="-2"/>
        </w:rPr>
        <w:t xml:space="preserve"> </w:t>
      </w:r>
      <w:r w:rsidRPr="00E85698">
        <w:t>учитываются</w:t>
      </w:r>
      <w:r w:rsidRPr="00E85698">
        <w:rPr>
          <w:spacing w:val="-2"/>
        </w:rPr>
        <w:t xml:space="preserve"> </w:t>
      </w:r>
      <w:r w:rsidRPr="00E85698">
        <w:t>при</w:t>
      </w:r>
      <w:r w:rsidRPr="00E85698">
        <w:rPr>
          <w:spacing w:val="-2"/>
        </w:rPr>
        <w:t xml:space="preserve"> </w:t>
      </w:r>
      <w:r w:rsidRPr="00E85698">
        <w:t>выведении</w:t>
      </w:r>
      <w:r w:rsidRPr="00E85698">
        <w:rPr>
          <w:spacing w:val="-2"/>
        </w:rPr>
        <w:t xml:space="preserve"> </w:t>
      </w:r>
      <w:r w:rsidRPr="00E85698">
        <w:t>оценки</w:t>
      </w:r>
      <w:r w:rsidRPr="00E85698">
        <w:rPr>
          <w:spacing w:val="-2"/>
        </w:rPr>
        <w:t xml:space="preserve"> </w:t>
      </w:r>
      <w:r w:rsidRPr="00E85698">
        <w:t>за</w:t>
      </w:r>
      <w:r w:rsidRPr="00E85698">
        <w:rPr>
          <w:spacing w:val="-2"/>
        </w:rPr>
        <w:t xml:space="preserve"> </w:t>
      </w:r>
      <w:r w:rsidRPr="00E85698">
        <w:t>диктант.</w:t>
      </w:r>
    </w:p>
    <w:p w:rsidR="00A037E6" w:rsidRPr="00E85698" w:rsidRDefault="00A037E6" w:rsidP="00A037E6">
      <w:pPr>
        <w:pStyle w:val="a5"/>
        <w:ind w:left="0"/>
        <w:rPr>
          <w:b/>
          <w:sz w:val="26"/>
        </w:rPr>
      </w:pPr>
    </w:p>
    <w:p w:rsidR="00A037E6" w:rsidRPr="00E85698" w:rsidRDefault="00A037E6" w:rsidP="00A037E6">
      <w:pPr>
        <w:pStyle w:val="a5"/>
        <w:spacing w:before="5"/>
        <w:ind w:left="0"/>
        <w:rPr>
          <w:b/>
          <w:sz w:val="21"/>
        </w:rPr>
      </w:pPr>
    </w:p>
    <w:p w:rsidR="00A037E6" w:rsidRPr="00E85698" w:rsidRDefault="00A037E6" w:rsidP="00A037E6">
      <w:pPr>
        <w:ind w:left="1099"/>
        <w:jc w:val="both"/>
        <w:rPr>
          <w:b/>
          <w:sz w:val="24"/>
        </w:rPr>
      </w:pPr>
      <w:r w:rsidRPr="00E85698">
        <w:rPr>
          <w:b/>
          <w:sz w:val="24"/>
        </w:rPr>
        <w:t>Оценка</w:t>
      </w:r>
      <w:r w:rsidRPr="00E85698">
        <w:rPr>
          <w:b/>
          <w:spacing w:val="-3"/>
          <w:sz w:val="24"/>
        </w:rPr>
        <w:t xml:space="preserve"> </w:t>
      </w:r>
      <w:r w:rsidRPr="00E85698">
        <w:rPr>
          <w:b/>
          <w:sz w:val="24"/>
        </w:rPr>
        <w:t>сочинений</w:t>
      </w:r>
      <w:r w:rsidRPr="00E85698">
        <w:rPr>
          <w:b/>
          <w:spacing w:val="-3"/>
          <w:sz w:val="24"/>
        </w:rPr>
        <w:t xml:space="preserve"> </w:t>
      </w:r>
      <w:r w:rsidRPr="00E85698">
        <w:rPr>
          <w:b/>
          <w:sz w:val="24"/>
        </w:rPr>
        <w:t>и</w:t>
      </w:r>
      <w:r w:rsidRPr="00E85698">
        <w:rPr>
          <w:b/>
          <w:spacing w:val="-2"/>
          <w:sz w:val="24"/>
        </w:rPr>
        <w:t xml:space="preserve"> </w:t>
      </w:r>
      <w:r w:rsidRPr="00E85698">
        <w:rPr>
          <w:b/>
          <w:sz w:val="24"/>
        </w:rPr>
        <w:t>изложений</w:t>
      </w:r>
    </w:p>
    <w:p w:rsidR="00A037E6" w:rsidRPr="00E85698" w:rsidRDefault="00A037E6" w:rsidP="00A037E6">
      <w:pPr>
        <w:jc w:val="both"/>
        <w:rPr>
          <w:sz w:val="24"/>
        </w:rPr>
        <w:sectPr w:rsidR="00A037E6" w:rsidRPr="00E85698">
          <w:pgSz w:w="11910" w:h="16840"/>
          <w:pgMar w:top="1040" w:right="20" w:bottom="280" w:left="600" w:header="720" w:footer="720" w:gutter="0"/>
          <w:cols w:space="720"/>
        </w:sectPr>
      </w:pPr>
    </w:p>
    <w:p w:rsidR="00A037E6" w:rsidRPr="00E85698" w:rsidRDefault="00A037E6" w:rsidP="00A037E6">
      <w:pPr>
        <w:pStyle w:val="a5"/>
        <w:tabs>
          <w:tab w:val="left" w:pos="2449"/>
          <w:tab w:val="left" w:pos="3012"/>
          <w:tab w:val="left" w:pos="4331"/>
          <w:tab w:val="left" w:pos="5533"/>
          <w:tab w:val="left" w:pos="6457"/>
          <w:tab w:val="left" w:pos="7632"/>
          <w:tab w:val="left" w:pos="8591"/>
          <w:tab w:val="left" w:pos="10318"/>
        </w:tabs>
        <w:spacing w:before="66"/>
        <w:ind w:left="532" w:right="837" w:firstLine="566"/>
      </w:pPr>
      <w:r w:rsidRPr="00E85698">
        <w:lastRenderedPageBreak/>
        <w:t>Сочинения</w:t>
      </w:r>
      <w:r w:rsidRPr="00E85698">
        <w:tab/>
        <w:t>и</w:t>
      </w:r>
      <w:r w:rsidRPr="00E85698">
        <w:tab/>
        <w:t>изложения</w:t>
      </w:r>
      <w:r w:rsidRPr="00E85698">
        <w:tab/>
        <w:t>основные</w:t>
      </w:r>
      <w:r w:rsidRPr="00E85698">
        <w:tab/>
        <w:t>формы</w:t>
      </w:r>
      <w:r w:rsidRPr="00E85698">
        <w:tab/>
        <w:t>проверки</w:t>
      </w:r>
      <w:r w:rsidRPr="00E85698">
        <w:tab/>
        <w:t>умения</w:t>
      </w:r>
      <w:r w:rsidRPr="00E85698">
        <w:tab/>
        <w:t>правильно</w:t>
      </w:r>
      <w:r w:rsidRPr="00E85698">
        <w:tab/>
      </w:r>
      <w:r w:rsidRPr="00E85698">
        <w:rPr>
          <w:spacing w:val="-2"/>
        </w:rPr>
        <w:t>и</w:t>
      </w:r>
      <w:r w:rsidRPr="00E85698">
        <w:rPr>
          <w:spacing w:val="-57"/>
        </w:rPr>
        <w:t xml:space="preserve"> </w:t>
      </w:r>
      <w:r w:rsidRPr="00E85698">
        <w:t>последовательно</w:t>
      </w:r>
      <w:r w:rsidRPr="00E85698">
        <w:rPr>
          <w:spacing w:val="58"/>
        </w:rPr>
        <w:t xml:space="preserve"> </w:t>
      </w:r>
      <w:r w:rsidRPr="00E85698">
        <w:t>излагать мысли,</w:t>
      </w:r>
      <w:r w:rsidRPr="00E85698">
        <w:rPr>
          <w:spacing w:val="1"/>
        </w:rPr>
        <w:t xml:space="preserve"> </w:t>
      </w:r>
      <w:r w:rsidRPr="00E85698">
        <w:t>уровня речевой</w:t>
      </w:r>
      <w:r w:rsidRPr="00E85698">
        <w:rPr>
          <w:spacing w:val="-1"/>
        </w:rPr>
        <w:t xml:space="preserve"> </w:t>
      </w:r>
      <w:r w:rsidRPr="00E85698">
        <w:t>подготовки</w:t>
      </w:r>
      <w:r w:rsidRPr="00E85698">
        <w:rPr>
          <w:spacing w:val="3"/>
        </w:rPr>
        <w:t xml:space="preserve"> </w:t>
      </w:r>
      <w:r w:rsidRPr="00E85698">
        <w:t>учащихся.</w:t>
      </w:r>
    </w:p>
    <w:p w:rsidR="00A037E6" w:rsidRPr="00E85698" w:rsidRDefault="00A037E6" w:rsidP="00A037E6">
      <w:pPr>
        <w:pStyle w:val="a5"/>
        <w:spacing w:after="9"/>
        <w:ind w:left="1099"/>
      </w:pPr>
      <w:r w:rsidRPr="00E85698">
        <w:t>Примерный</w:t>
      </w:r>
      <w:r w:rsidRPr="00E85698">
        <w:rPr>
          <w:spacing w:val="-3"/>
        </w:rPr>
        <w:t xml:space="preserve"> </w:t>
      </w:r>
      <w:r w:rsidRPr="00E85698">
        <w:t>объем</w:t>
      </w:r>
      <w:r w:rsidRPr="00E85698">
        <w:rPr>
          <w:spacing w:val="-3"/>
        </w:rPr>
        <w:t xml:space="preserve"> </w:t>
      </w:r>
      <w:r w:rsidRPr="00E85698">
        <w:t>текста</w:t>
      </w:r>
      <w:r w:rsidRPr="00E85698">
        <w:rPr>
          <w:spacing w:val="-2"/>
        </w:rPr>
        <w:t xml:space="preserve"> </w:t>
      </w:r>
      <w:r w:rsidRPr="00E85698">
        <w:t>изложений</w:t>
      </w:r>
      <w:r w:rsidRPr="00E85698">
        <w:rPr>
          <w:spacing w:val="-2"/>
        </w:rPr>
        <w:t xml:space="preserve"> </w:t>
      </w:r>
      <w:r w:rsidRPr="00E85698">
        <w:t>и</w:t>
      </w:r>
      <w:r w:rsidRPr="00E85698">
        <w:rPr>
          <w:spacing w:val="-2"/>
        </w:rPr>
        <w:t xml:space="preserve"> </w:t>
      </w:r>
      <w:r w:rsidRPr="00E85698">
        <w:t>сочинений</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165"/>
        <w:gridCol w:w="4167"/>
      </w:tblGrid>
      <w:tr w:rsidR="00A037E6" w:rsidRPr="00E85698" w:rsidTr="006C1B1D">
        <w:trPr>
          <w:trHeight w:val="277"/>
        </w:trPr>
        <w:tc>
          <w:tcPr>
            <w:tcW w:w="1244" w:type="dxa"/>
            <w:vMerge w:val="restart"/>
          </w:tcPr>
          <w:p w:rsidR="00A037E6" w:rsidRPr="00E85698" w:rsidRDefault="00A037E6" w:rsidP="006C1B1D">
            <w:pPr>
              <w:pStyle w:val="TableParagraph"/>
              <w:spacing w:line="270" w:lineRule="exact"/>
              <w:ind w:left="816"/>
              <w:rPr>
                <w:sz w:val="24"/>
              </w:rPr>
            </w:pPr>
            <w:proofErr w:type="spellStart"/>
            <w:r w:rsidRPr="00E85698">
              <w:rPr>
                <w:sz w:val="24"/>
              </w:rPr>
              <w:t>кл</w:t>
            </w:r>
            <w:proofErr w:type="spellEnd"/>
          </w:p>
          <w:p w:rsidR="00A037E6" w:rsidRPr="00E85698" w:rsidRDefault="00A037E6" w:rsidP="006C1B1D">
            <w:pPr>
              <w:pStyle w:val="TableParagraph"/>
              <w:spacing w:line="273" w:lineRule="exact"/>
              <w:rPr>
                <w:sz w:val="24"/>
              </w:rPr>
            </w:pPr>
          </w:p>
        </w:tc>
        <w:tc>
          <w:tcPr>
            <w:tcW w:w="8332" w:type="dxa"/>
            <w:gridSpan w:val="2"/>
          </w:tcPr>
          <w:p w:rsidR="00A037E6" w:rsidRPr="00E85698" w:rsidRDefault="00A037E6" w:rsidP="006C1B1D">
            <w:pPr>
              <w:pStyle w:val="TableParagraph"/>
              <w:spacing w:line="258" w:lineRule="exact"/>
              <w:ind w:left="815"/>
              <w:rPr>
                <w:sz w:val="24"/>
              </w:rPr>
            </w:pPr>
            <w:r w:rsidRPr="00E85698">
              <w:rPr>
                <w:sz w:val="24"/>
              </w:rPr>
              <w:t>Объем</w:t>
            </w:r>
            <w:r w:rsidRPr="00E85698">
              <w:rPr>
                <w:spacing w:val="-4"/>
                <w:sz w:val="24"/>
              </w:rPr>
              <w:t xml:space="preserve"> </w:t>
            </w:r>
            <w:r w:rsidRPr="00E85698">
              <w:rPr>
                <w:sz w:val="24"/>
              </w:rPr>
              <w:t>текста</w:t>
            </w:r>
            <w:r w:rsidRPr="00E85698">
              <w:rPr>
                <w:spacing w:val="-1"/>
                <w:sz w:val="24"/>
              </w:rPr>
              <w:t xml:space="preserve"> </w:t>
            </w:r>
            <w:r w:rsidRPr="00E85698">
              <w:rPr>
                <w:sz w:val="24"/>
              </w:rPr>
              <w:t>для</w:t>
            </w:r>
          </w:p>
        </w:tc>
      </w:tr>
      <w:tr w:rsidR="00A037E6" w:rsidRPr="00E85698" w:rsidTr="006C1B1D">
        <w:trPr>
          <w:trHeight w:val="275"/>
        </w:trPr>
        <w:tc>
          <w:tcPr>
            <w:tcW w:w="1244" w:type="dxa"/>
            <w:vMerge/>
            <w:tcBorders>
              <w:top w:val="nil"/>
            </w:tcBorders>
          </w:tcPr>
          <w:p w:rsidR="00A037E6" w:rsidRPr="00E85698" w:rsidRDefault="00A037E6" w:rsidP="006C1B1D">
            <w:pPr>
              <w:rPr>
                <w:sz w:val="2"/>
                <w:szCs w:val="2"/>
              </w:rPr>
            </w:pPr>
          </w:p>
        </w:tc>
        <w:tc>
          <w:tcPr>
            <w:tcW w:w="4165" w:type="dxa"/>
          </w:tcPr>
          <w:p w:rsidR="00A037E6" w:rsidRPr="00E85698" w:rsidRDefault="00A037E6" w:rsidP="006C1B1D">
            <w:pPr>
              <w:pStyle w:val="TableParagraph"/>
              <w:spacing w:line="256" w:lineRule="exact"/>
              <w:ind w:left="815"/>
              <w:rPr>
                <w:sz w:val="24"/>
              </w:rPr>
            </w:pPr>
            <w:r w:rsidRPr="00E85698">
              <w:rPr>
                <w:sz w:val="24"/>
              </w:rPr>
              <w:t>подробного</w:t>
            </w:r>
            <w:r w:rsidRPr="00E85698">
              <w:rPr>
                <w:spacing w:val="-4"/>
                <w:sz w:val="24"/>
              </w:rPr>
              <w:t xml:space="preserve"> </w:t>
            </w:r>
            <w:r w:rsidRPr="00E85698">
              <w:rPr>
                <w:sz w:val="24"/>
              </w:rPr>
              <w:t>изложения</w:t>
            </w:r>
            <w:r w:rsidRPr="00E85698">
              <w:rPr>
                <w:sz w:val="24"/>
                <w:vertAlign w:val="superscript"/>
              </w:rPr>
              <w:t>1</w:t>
            </w:r>
          </w:p>
        </w:tc>
        <w:tc>
          <w:tcPr>
            <w:tcW w:w="4167" w:type="dxa"/>
          </w:tcPr>
          <w:p w:rsidR="00A037E6" w:rsidRPr="00E85698" w:rsidRDefault="00A037E6" w:rsidP="006C1B1D">
            <w:pPr>
              <w:pStyle w:val="TableParagraph"/>
              <w:spacing w:line="256" w:lineRule="exact"/>
              <w:ind w:left="817"/>
              <w:rPr>
                <w:sz w:val="24"/>
              </w:rPr>
            </w:pPr>
            <w:r w:rsidRPr="00E85698">
              <w:rPr>
                <w:sz w:val="24"/>
              </w:rPr>
              <w:t>классного</w:t>
            </w:r>
            <w:r w:rsidRPr="00E85698">
              <w:rPr>
                <w:spacing w:val="-3"/>
                <w:sz w:val="24"/>
              </w:rPr>
              <w:t xml:space="preserve"> </w:t>
            </w:r>
            <w:r w:rsidRPr="00E85698">
              <w:rPr>
                <w:sz w:val="24"/>
              </w:rPr>
              <w:t>сочинения</w:t>
            </w:r>
          </w:p>
        </w:tc>
      </w:tr>
      <w:tr w:rsidR="00A037E6" w:rsidRPr="00E85698" w:rsidTr="006C1B1D">
        <w:trPr>
          <w:trHeight w:val="275"/>
        </w:trPr>
        <w:tc>
          <w:tcPr>
            <w:tcW w:w="1244" w:type="dxa"/>
          </w:tcPr>
          <w:p w:rsidR="00A037E6" w:rsidRPr="00E85698" w:rsidRDefault="00A037E6" w:rsidP="006C1B1D">
            <w:pPr>
              <w:pStyle w:val="TableParagraph"/>
              <w:spacing w:line="256" w:lineRule="exact"/>
              <w:ind w:right="295"/>
              <w:jc w:val="right"/>
              <w:rPr>
                <w:sz w:val="24"/>
              </w:rPr>
            </w:pPr>
            <w:r w:rsidRPr="00E85698">
              <w:rPr>
                <w:sz w:val="24"/>
              </w:rPr>
              <w:t>5</w:t>
            </w:r>
          </w:p>
        </w:tc>
        <w:tc>
          <w:tcPr>
            <w:tcW w:w="4165" w:type="dxa"/>
          </w:tcPr>
          <w:p w:rsidR="00A037E6" w:rsidRPr="00E85698" w:rsidRDefault="00A037E6" w:rsidP="006C1B1D">
            <w:pPr>
              <w:pStyle w:val="TableParagraph"/>
              <w:spacing w:line="256" w:lineRule="exact"/>
              <w:ind w:left="815"/>
              <w:rPr>
                <w:sz w:val="24"/>
              </w:rPr>
            </w:pPr>
            <w:r w:rsidRPr="00E85698">
              <w:rPr>
                <w:sz w:val="24"/>
              </w:rPr>
              <w:t>100-150</w:t>
            </w:r>
            <w:r w:rsidRPr="00E85698">
              <w:rPr>
                <w:spacing w:val="-1"/>
                <w:sz w:val="24"/>
              </w:rPr>
              <w:t xml:space="preserve"> </w:t>
            </w:r>
            <w:r w:rsidRPr="00E85698">
              <w:rPr>
                <w:sz w:val="24"/>
              </w:rPr>
              <w:t>слов</w:t>
            </w:r>
          </w:p>
        </w:tc>
        <w:tc>
          <w:tcPr>
            <w:tcW w:w="4167" w:type="dxa"/>
          </w:tcPr>
          <w:p w:rsidR="00A037E6" w:rsidRPr="00E85698" w:rsidRDefault="00A037E6" w:rsidP="006C1B1D">
            <w:pPr>
              <w:pStyle w:val="TableParagraph"/>
              <w:spacing w:line="256" w:lineRule="exact"/>
              <w:ind w:left="817"/>
              <w:rPr>
                <w:sz w:val="24"/>
              </w:rPr>
            </w:pPr>
            <w:r w:rsidRPr="00E85698">
              <w:rPr>
                <w:sz w:val="24"/>
              </w:rPr>
              <w:t>0,5</w:t>
            </w:r>
            <w:r w:rsidRPr="00E85698">
              <w:rPr>
                <w:spacing w:val="-1"/>
                <w:sz w:val="24"/>
              </w:rPr>
              <w:t xml:space="preserve"> </w:t>
            </w:r>
            <w:r w:rsidRPr="00E85698">
              <w:rPr>
                <w:sz w:val="24"/>
              </w:rPr>
              <w:t>– 1,0</w:t>
            </w:r>
            <w:r w:rsidRPr="00E85698">
              <w:rPr>
                <w:spacing w:val="-1"/>
                <w:sz w:val="24"/>
              </w:rPr>
              <w:t xml:space="preserve"> </w:t>
            </w:r>
            <w:r w:rsidRPr="00E85698">
              <w:rPr>
                <w:sz w:val="24"/>
              </w:rPr>
              <w:t>страницы</w:t>
            </w:r>
          </w:p>
        </w:tc>
      </w:tr>
      <w:tr w:rsidR="00A037E6" w:rsidRPr="00E85698" w:rsidTr="006C1B1D">
        <w:trPr>
          <w:trHeight w:val="275"/>
        </w:trPr>
        <w:tc>
          <w:tcPr>
            <w:tcW w:w="1244" w:type="dxa"/>
          </w:tcPr>
          <w:p w:rsidR="00A037E6" w:rsidRPr="00E85698" w:rsidRDefault="00A037E6" w:rsidP="006C1B1D">
            <w:pPr>
              <w:pStyle w:val="TableParagraph"/>
              <w:spacing w:line="256" w:lineRule="exact"/>
              <w:ind w:right="295"/>
              <w:jc w:val="right"/>
              <w:rPr>
                <w:sz w:val="24"/>
              </w:rPr>
            </w:pPr>
            <w:r w:rsidRPr="00E85698">
              <w:rPr>
                <w:sz w:val="24"/>
              </w:rPr>
              <w:t>6</w:t>
            </w:r>
          </w:p>
        </w:tc>
        <w:tc>
          <w:tcPr>
            <w:tcW w:w="4165" w:type="dxa"/>
          </w:tcPr>
          <w:p w:rsidR="00A037E6" w:rsidRPr="00E85698" w:rsidRDefault="00A037E6" w:rsidP="006C1B1D">
            <w:pPr>
              <w:pStyle w:val="TableParagraph"/>
              <w:spacing w:line="256" w:lineRule="exact"/>
              <w:ind w:left="815"/>
              <w:rPr>
                <w:sz w:val="24"/>
              </w:rPr>
            </w:pPr>
            <w:r w:rsidRPr="00E85698">
              <w:rPr>
                <w:sz w:val="24"/>
              </w:rPr>
              <w:t>150-200</w:t>
            </w:r>
            <w:r w:rsidRPr="00E85698">
              <w:rPr>
                <w:spacing w:val="-1"/>
                <w:sz w:val="24"/>
              </w:rPr>
              <w:t xml:space="preserve"> </w:t>
            </w:r>
            <w:r w:rsidRPr="00E85698">
              <w:rPr>
                <w:sz w:val="24"/>
              </w:rPr>
              <w:t>слов</w:t>
            </w:r>
          </w:p>
        </w:tc>
        <w:tc>
          <w:tcPr>
            <w:tcW w:w="4167" w:type="dxa"/>
          </w:tcPr>
          <w:p w:rsidR="00A037E6" w:rsidRPr="00E85698" w:rsidRDefault="00A037E6" w:rsidP="006C1B1D">
            <w:pPr>
              <w:pStyle w:val="TableParagraph"/>
              <w:spacing w:line="256" w:lineRule="exact"/>
              <w:ind w:left="817"/>
              <w:rPr>
                <w:sz w:val="24"/>
              </w:rPr>
            </w:pPr>
            <w:r w:rsidRPr="00E85698">
              <w:rPr>
                <w:sz w:val="24"/>
              </w:rPr>
              <w:t>1,0</w:t>
            </w:r>
            <w:r w:rsidRPr="00E85698">
              <w:rPr>
                <w:spacing w:val="-1"/>
                <w:sz w:val="24"/>
              </w:rPr>
              <w:t xml:space="preserve"> </w:t>
            </w:r>
            <w:r w:rsidRPr="00E85698">
              <w:rPr>
                <w:sz w:val="24"/>
              </w:rPr>
              <w:t>– 1,5</w:t>
            </w:r>
            <w:r w:rsidRPr="00E85698">
              <w:rPr>
                <w:spacing w:val="-1"/>
                <w:sz w:val="24"/>
              </w:rPr>
              <w:t xml:space="preserve"> </w:t>
            </w:r>
            <w:r w:rsidRPr="00E85698">
              <w:rPr>
                <w:sz w:val="24"/>
              </w:rPr>
              <w:t>страницы</w:t>
            </w:r>
          </w:p>
        </w:tc>
      </w:tr>
      <w:tr w:rsidR="00A037E6" w:rsidRPr="00E85698" w:rsidTr="006C1B1D">
        <w:trPr>
          <w:trHeight w:val="275"/>
        </w:trPr>
        <w:tc>
          <w:tcPr>
            <w:tcW w:w="1244" w:type="dxa"/>
          </w:tcPr>
          <w:p w:rsidR="00A037E6" w:rsidRPr="00E85698" w:rsidRDefault="00A037E6" w:rsidP="006C1B1D">
            <w:pPr>
              <w:pStyle w:val="TableParagraph"/>
              <w:spacing w:line="256" w:lineRule="exact"/>
              <w:ind w:right="295"/>
              <w:jc w:val="right"/>
              <w:rPr>
                <w:sz w:val="24"/>
              </w:rPr>
            </w:pPr>
            <w:r w:rsidRPr="00E85698">
              <w:rPr>
                <w:sz w:val="24"/>
              </w:rPr>
              <w:t>7</w:t>
            </w:r>
          </w:p>
        </w:tc>
        <w:tc>
          <w:tcPr>
            <w:tcW w:w="4165" w:type="dxa"/>
          </w:tcPr>
          <w:p w:rsidR="00A037E6" w:rsidRPr="00E85698" w:rsidRDefault="00A037E6" w:rsidP="006C1B1D">
            <w:pPr>
              <w:pStyle w:val="TableParagraph"/>
              <w:spacing w:line="256" w:lineRule="exact"/>
              <w:ind w:left="815"/>
              <w:rPr>
                <w:sz w:val="24"/>
              </w:rPr>
            </w:pPr>
            <w:r w:rsidRPr="00E85698">
              <w:rPr>
                <w:sz w:val="24"/>
              </w:rPr>
              <w:t>200-250</w:t>
            </w:r>
            <w:r w:rsidRPr="00E85698">
              <w:rPr>
                <w:spacing w:val="-1"/>
                <w:sz w:val="24"/>
              </w:rPr>
              <w:t xml:space="preserve"> </w:t>
            </w:r>
            <w:r w:rsidRPr="00E85698">
              <w:rPr>
                <w:sz w:val="24"/>
              </w:rPr>
              <w:t>слов</w:t>
            </w:r>
          </w:p>
        </w:tc>
        <w:tc>
          <w:tcPr>
            <w:tcW w:w="4167" w:type="dxa"/>
          </w:tcPr>
          <w:p w:rsidR="00A037E6" w:rsidRPr="00E85698" w:rsidRDefault="00A037E6" w:rsidP="006C1B1D">
            <w:pPr>
              <w:pStyle w:val="TableParagraph"/>
              <w:spacing w:line="256" w:lineRule="exact"/>
              <w:ind w:left="817"/>
              <w:rPr>
                <w:sz w:val="24"/>
              </w:rPr>
            </w:pPr>
            <w:r w:rsidRPr="00E85698">
              <w:rPr>
                <w:sz w:val="24"/>
              </w:rPr>
              <w:t>1,5</w:t>
            </w:r>
            <w:r w:rsidRPr="00E85698">
              <w:rPr>
                <w:spacing w:val="-1"/>
                <w:sz w:val="24"/>
              </w:rPr>
              <w:t xml:space="preserve"> </w:t>
            </w:r>
            <w:r w:rsidRPr="00E85698">
              <w:rPr>
                <w:sz w:val="24"/>
              </w:rPr>
              <w:t>– 2,0</w:t>
            </w:r>
            <w:r w:rsidRPr="00E85698">
              <w:rPr>
                <w:spacing w:val="-1"/>
                <w:sz w:val="24"/>
              </w:rPr>
              <w:t xml:space="preserve"> </w:t>
            </w:r>
            <w:r w:rsidRPr="00E85698">
              <w:rPr>
                <w:sz w:val="24"/>
              </w:rPr>
              <w:t>страницы</w:t>
            </w:r>
          </w:p>
        </w:tc>
      </w:tr>
      <w:tr w:rsidR="00A037E6" w:rsidRPr="00E85698" w:rsidTr="006C1B1D">
        <w:trPr>
          <w:trHeight w:val="275"/>
        </w:trPr>
        <w:tc>
          <w:tcPr>
            <w:tcW w:w="1244" w:type="dxa"/>
          </w:tcPr>
          <w:p w:rsidR="00A037E6" w:rsidRPr="00E85698" w:rsidRDefault="00A037E6" w:rsidP="006C1B1D">
            <w:pPr>
              <w:pStyle w:val="TableParagraph"/>
              <w:spacing w:line="256" w:lineRule="exact"/>
              <w:ind w:right="295"/>
              <w:jc w:val="right"/>
              <w:rPr>
                <w:sz w:val="24"/>
              </w:rPr>
            </w:pPr>
            <w:r w:rsidRPr="00E85698">
              <w:rPr>
                <w:sz w:val="24"/>
              </w:rPr>
              <w:t>8</w:t>
            </w:r>
          </w:p>
        </w:tc>
        <w:tc>
          <w:tcPr>
            <w:tcW w:w="4165" w:type="dxa"/>
          </w:tcPr>
          <w:p w:rsidR="00A037E6" w:rsidRPr="00E85698" w:rsidRDefault="00A037E6" w:rsidP="006C1B1D">
            <w:pPr>
              <w:pStyle w:val="TableParagraph"/>
              <w:spacing w:line="256" w:lineRule="exact"/>
              <w:ind w:left="815"/>
              <w:rPr>
                <w:sz w:val="24"/>
              </w:rPr>
            </w:pPr>
            <w:r w:rsidRPr="00E85698">
              <w:rPr>
                <w:sz w:val="24"/>
              </w:rPr>
              <w:t>250-350</w:t>
            </w:r>
            <w:r w:rsidRPr="00E85698">
              <w:rPr>
                <w:spacing w:val="-1"/>
                <w:sz w:val="24"/>
              </w:rPr>
              <w:t xml:space="preserve"> </w:t>
            </w:r>
            <w:r w:rsidRPr="00E85698">
              <w:rPr>
                <w:sz w:val="24"/>
              </w:rPr>
              <w:t>слов</w:t>
            </w:r>
          </w:p>
        </w:tc>
        <w:tc>
          <w:tcPr>
            <w:tcW w:w="4167" w:type="dxa"/>
          </w:tcPr>
          <w:p w:rsidR="00A037E6" w:rsidRPr="00E85698" w:rsidRDefault="00A037E6" w:rsidP="006C1B1D">
            <w:pPr>
              <w:pStyle w:val="TableParagraph"/>
              <w:spacing w:line="256" w:lineRule="exact"/>
              <w:ind w:left="817"/>
              <w:rPr>
                <w:sz w:val="24"/>
              </w:rPr>
            </w:pPr>
            <w:r w:rsidRPr="00E85698">
              <w:rPr>
                <w:sz w:val="24"/>
              </w:rPr>
              <w:t>2,0</w:t>
            </w:r>
            <w:r w:rsidRPr="00E85698">
              <w:rPr>
                <w:spacing w:val="-1"/>
                <w:sz w:val="24"/>
              </w:rPr>
              <w:t xml:space="preserve"> </w:t>
            </w:r>
            <w:r w:rsidRPr="00E85698">
              <w:rPr>
                <w:sz w:val="24"/>
              </w:rPr>
              <w:t>– 3,0</w:t>
            </w:r>
            <w:r w:rsidRPr="00E85698">
              <w:rPr>
                <w:spacing w:val="-1"/>
                <w:sz w:val="24"/>
              </w:rPr>
              <w:t xml:space="preserve"> </w:t>
            </w:r>
            <w:r w:rsidRPr="00E85698">
              <w:rPr>
                <w:sz w:val="24"/>
              </w:rPr>
              <w:t>страницы</w:t>
            </w:r>
          </w:p>
        </w:tc>
      </w:tr>
      <w:tr w:rsidR="00A037E6" w:rsidRPr="00E85698" w:rsidTr="006C1B1D">
        <w:trPr>
          <w:trHeight w:val="278"/>
        </w:trPr>
        <w:tc>
          <w:tcPr>
            <w:tcW w:w="1244" w:type="dxa"/>
          </w:tcPr>
          <w:p w:rsidR="00A037E6" w:rsidRPr="00E85698" w:rsidRDefault="00A037E6" w:rsidP="006C1B1D">
            <w:pPr>
              <w:pStyle w:val="TableParagraph"/>
              <w:spacing w:line="258" w:lineRule="exact"/>
              <w:ind w:right="295"/>
              <w:jc w:val="right"/>
              <w:rPr>
                <w:sz w:val="24"/>
              </w:rPr>
            </w:pPr>
            <w:r w:rsidRPr="00E85698">
              <w:rPr>
                <w:sz w:val="24"/>
              </w:rPr>
              <w:t>9</w:t>
            </w:r>
          </w:p>
        </w:tc>
        <w:tc>
          <w:tcPr>
            <w:tcW w:w="4165" w:type="dxa"/>
          </w:tcPr>
          <w:p w:rsidR="00A037E6" w:rsidRPr="00E85698" w:rsidRDefault="00A037E6" w:rsidP="006C1B1D">
            <w:pPr>
              <w:pStyle w:val="TableParagraph"/>
              <w:spacing w:line="258" w:lineRule="exact"/>
              <w:ind w:left="815"/>
              <w:rPr>
                <w:sz w:val="24"/>
              </w:rPr>
            </w:pPr>
            <w:r w:rsidRPr="00E85698">
              <w:rPr>
                <w:sz w:val="24"/>
              </w:rPr>
              <w:t>350-450</w:t>
            </w:r>
            <w:r w:rsidRPr="00E85698">
              <w:rPr>
                <w:spacing w:val="-1"/>
                <w:sz w:val="24"/>
              </w:rPr>
              <w:t xml:space="preserve"> </w:t>
            </w:r>
            <w:r w:rsidRPr="00E85698">
              <w:rPr>
                <w:sz w:val="24"/>
              </w:rPr>
              <w:t>слов</w:t>
            </w:r>
          </w:p>
        </w:tc>
        <w:tc>
          <w:tcPr>
            <w:tcW w:w="4167" w:type="dxa"/>
          </w:tcPr>
          <w:p w:rsidR="00A037E6" w:rsidRPr="00E85698" w:rsidRDefault="00A037E6" w:rsidP="006C1B1D">
            <w:pPr>
              <w:pStyle w:val="TableParagraph"/>
              <w:spacing w:line="258" w:lineRule="exact"/>
              <w:ind w:left="817"/>
              <w:rPr>
                <w:sz w:val="24"/>
              </w:rPr>
            </w:pPr>
            <w:r w:rsidRPr="00E85698">
              <w:rPr>
                <w:sz w:val="24"/>
              </w:rPr>
              <w:t>3,0</w:t>
            </w:r>
            <w:r w:rsidRPr="00E85698">
              <w:rPr>
                <w:spacing w:val="-1"/>
                <w:sz w:val="24"/>
              </w:rPr>
              <w:t xml:space="preserve"> </w:t>
            </w:r>
            <w:r w:rsidRPr="00E85698">
              <w:rPr>
                <w:sz w:val="24"/>
              </w:rPr>
              <w:t>– 4,0</w:t>
            </w:r>
            <w:r w:rsidRPr="00E85698">
              <w:rPr>
                <w:spacing w:val="-1"/>
                <w:sz w:val="24"/>
              </w:rPr>
              <w:t xml:space="preserve"> </w:t>
            </w:r>
            <w:r w:rsidRPr="00E85698">
              <w:rPr>
                <w:sz w:val="24"/>
              </w:rPr>
              <w:t>страницы</w:t>
            </w:r>
          </w:p>
        </w:tc>
      </w:tr>
    </w:tbl>
    <w:p w:rsidR="00A037E6" w:rsidRPr="00E85698" w:rsidRDefault="00A037E6" w:rsidP="00A037E6">
      <w:pPr>
        <w:pStyle w:val="a5"/>
        <w:ind w:left="532" w:firstLine="566"/>
      </w:pPr>
      <w:r w:rsidRPr="00E85698">
        <w:rPr>
          <w:vertAlign w:val="superscript"/>
        </w:rPr>
        <w:t>1</w:t>
      </w:r>
      <w:r w:rsidRPr="00E85698">
        <w:rPr>
          <w:spacing w:val="3"/>
        </w:rPr>
        <w:t xml:space="preserve"> </w:t>
      </w:r>
      <w:r w:rsidRPr="00E85698">
        <w:t>Объем</w:t>
      </w:r>
      <w:r w:rsidRPr="00E85698">
        <w:rPr>
          <w:spacing w:val="1"/>
        </w:rPr>
        <w:t xml:space="preserve"> </w:t>
      </w:r>
      <w:r w:rsidRPr="00E85698">
        <w:t>текстов</w:t>
      </w:r>
      <w:r w:rsidRPr="00E85698">
        <w:rPr>
          <w:spacing w:val="2"/>
        </w:rPr>
        <w:t xml:space="preserve"> </w:t>
      </w:r>
      <w:r w:rsidRPr="00E85698">
        <w:t>итоговых</w:t>
      </w:r>
      <w:r w:rsidRPr="00E85698">
        <w:rPr>
          <w:spacing w:val="3"/>
        </w:rPr>
        <w:t xml:space="preserve"> </w:t>
      </w:r>
      <w:r w:rsidRPr="00E85698">
        <w:t>контрольных</w:t>
      </w:r>
      <w:r w:rsidRPr="00E85698">
        <w:rPr>
          <w:spacing w:val="2"/>
        </w:rPr>
        <w:t xml:space="preserve"> </w:t>
      </w:r>
      <w:r w:rsidRPr="00E85698">
        <w:t>подробных</w:t>
      </w:r>
      <w:r w:rsidRPr="00E85698">
        <w:rPr>
          <w:spacing w:val="2"/>
        </w:rPr>
        <w:t xml:space="preserve"> </w:t>
      </w:r>
      <w:r w:rsidRPr="00E85698">
        <w:t>изложений</w:t>
      </w:r>
      <w:r w:rsidRPr="00E85698">
        <w:rPr>
          <w:spacing w:val="2"/>
        </w:rPr>
        <w:t xml:space="preserve"> </w:t>
      </w:r>
      <w:r w:rsidRPr="00E85698">
        <w:t>в</w:t>
      </w:r>
      <w:r w:rsidRPr="00E85698">
        <w:rPr>
          <w:spacing w:val="2"/>
        </w:rPr>
        <w:t xml:space="preserve"> </w:t>
      </w:r>
      <w:r w:rsidRPr="00E85698">
        <w:t>8 и</w:t>
      </w:r>
      <w:r w:rsidRPr="00E85698">
        <w:rPr>
          <w:spacing w:val="2"/>
        </w:rPr>
        <w:t xml:space="preserve"> </w:t>
      </w:r>
      <w:r w:rsidRPr="00E85698">
        <w:t>9 классах</w:t>
      </w:r>
      <w:r w:rsidRPr="00E85698">
        <w:rPr>
          <w:spacing w:val="4"/>
        </w:rPr>
        <w:t xml:space="preserve"> </w:t>
      </w:r>
      <w:r w:rsidRPr="00E85698">
        <w:t>может</w:t>
      </w:r>
      <w:r w:rsidRPr="00E85698">
        <w:rPr>
          <w:spacing w:val="2"/>
        </w:rPr>
        <w:t xml:space="preserve"> </w:t>
      </w:r>
      <w:r w:rsidRPr="00E85698">
        <w:t>быть</w:t>
      </w:r>
      <w:r w:rsidRPr="00E85698">
        <w:rPr>
          <w:spacing w:val="-57"/>
        </w:rPr>
        <w:t xml:space="preserve"> </w:t>
      </w:r>
      <w:r w:rsidRPr="00E85698">
        <w:t>увеличен</w:t>
      </w:r>
      <w:r w:rsidRPr="00E85698">
        <w:rPr>
          <w:spacing w:val="-2"/>
        </w:rPr>
        <w:t xml:space="preserve"> </w:t>
      </w:r>
      <w:r w:rsidRPr="00E85698">
        <w:t>на</w:t>
      </w:r>
      <w:r w:rsidRPr="00E85698">
        <w:rPr>
          <w:spacing w:val="-2"/>
        </w:rPr>
        <w:t xml:space="preserve"> </w:t>
      </w:r>
      <w:r w:rsidRPr="00E85698">
        <w:t>50</w:t>
      </w:r>
      <w:r w:rsidRPr="00E85698">
        <w:rPr>
          <w:spacing w:val="-2"/>
        </w:rPr>
        <w:t xml:space="preserve"> </w:t>
      </w:r>
      <w:r w:rsidRPr="00E85698">
        <w:t>слов</w:t>
      </w:r>
      <w:r w:rsidRPr="00E85698">
        <w:rPr>
          <w:spacing w:val="-2"/>
        </w:rPr>
        <w:t xml:space="preserve"> </w:t>
      </w:r>
      <w:r w:rsidRPr="00E85698">
        <w:t>в</w:t>
      </w:r>
      <w:r w:rsidRPr="00E85698">
        <w:rPr>
          <w:spacing w:val="-3"/>
        </w:rPr>
        <w:t xml:space="preserve"> </w:t>
      </w:r>
      <w:r w:rsidRPr="00E85698">
        <w:t>связи</w:t>
      </w:r>
      <w:r w:rsidRPr="00E85698">
        <w:rPr>
          <w:spacing w:val="-1"/>
        </w:rPr>
        <w:t xml:space="preserve"> </w:t>
      </w:r>
      <w:r w:rsidRPr="00E85698">
        <w:t>с</w:t>
      </w:r>
      <w:r w:rsidRPr="00E85698">
        <w:rPr>
          <w:spacing w:val="-3"/>
        </w:rPr>
        <w:t xml:space="preserve"> </w:t>
      </w:r>
      <w:r w:rsidRPr="00E85698">
        <w:t>тем,</w:t>
      </w:r>
      <w:r w:rsidRPr="00E85698">
        <w:rPr>
          <w:spacing w:val="-1"/>
        </w:rPr>
        <w:t xml:space="preserve"> </w:t>
      </w:r>
      <w:r w:rsidRPr="00E85698">
        <w:t>что</w:t>
      </w:r>
      <w:r w:rsidRPr="00E85698">
        <w:rPr>
          <w:spacing w:val="-2"/>
        </w:rPr>
        <w:t xml:space="preserve"> </w:t>
      </w:r>
      <w:r w:rsidRPr="00E85698">
        <w:t>на</w:t>
      </w:r>
      <w:r w:rsidRPr="00E85698">
        <w:rPr>
          <w:spacing w:val="-2"/>
        </w:rPr>
        <w:t xml:space="preserve"> </w:t>
      </w:r>
      <w:r w:rsidRPr="00E85698">
        <w:t>таких</w:t>
      </w:r>
      <w:r w:rsidRPr="00E85698">
        <w:rPr>
          <w:spacing w:val="-1"/>
        </w:rPr>
        <w:t xml:space="preserve"> </w:t>
      </w:r>
      <w:r w:rsidRPr="00E85698">
        <w:t>уроках</w:t>
      </w:r>
      <w:r w:rsidRPr="00E85698">
        <w:rPr>
          <w:spacing w:val="1"/>
        </w:rPr>
        <w:t xml:space="preserve"> </w:t>
      </w:r>
      <w:r w:rsidRPr="00E85698">
        <w:t>не</w:t>
      </w:r>
      <w:r w:rsidRPr="00E85698">
        <w:rPr>
          <w:spacing w:val="-3"/>
        </w:rPr>
        <w:t xml:space="preserve"> </w:t>
      </w:r>
      <w:r w:rsidRPr="00E85698">
        <w:t>проводится</w:t>
      </w:r>
      <w:r w:rsidRPr="00E85698">
        <w:rPr>
          <w:spacing w:val="-4"/>
        </w:rPr>
        <w:t xml:space="preserve"> </w:t>
      </w:r>
      <w:r w:rsidRPr="00E85698">
        <w:t>подготовительная</w:t>
      </w:r>
      <w:r w:rsidRPr="00E85698">
        <w:rPr>
          <w:spacing w:val="-1"/>
        </w:rPr>
        <w:t xml:space="preserve"> </w:t>
      </w:r>
      <w:r w:rsidRPr="00E85698">
        <w:t>работа.</w:t>
      </w:r>
    </w:p>
    <w:p w:rsidR="00A037E6" w:rsidRPr="00E85698" w:rsidRDefault="00A037E6" w:rsidP="00A037E6">
      <w:pPr>
        <w:pStyle w:val="a5"/>
        <w:ind w:left="1099"/>
      </w:pPr>
      <w:r w:rsidRPr="00E85698">
        <w:t>С</w:t>
      </w:r>
      <w:r w:rsidRPr="00E85698">
        <w:rPr>
          <w:spacing w:val="-3"/>
        </w:rPr>
        <w:t xml:space="preserve"> </w:t>
      </w:r>
      <w:r w:rsidRPr="00E85698">
        <w:t>помощью</w:t>
      </w:r>
      <w:r w:rsidRPr="00E85698">
        <w:rPr>
          <w:spacing w:val="-1"/>
        </w:rPr>
        <w:t xml:space="preserve"> </w:t>
      </w:r>
      <w:r w:rsidRPr="00E85698">
        <w:t>сочинений</w:t>
      </w:r>
      <w:r w:rsidRPr="00E85698">
        <w:rPr>
          <w:spacing w:val="-5"/>
        </w:rPr>
        <w:t xml:space="preserve"> </w:t>
      </w:r>
      <w:r w:rsidRPr="00E85698">
        <w:t>и</w:t>
      </w:r>
      <w:r w:rsidRPr="00E85698">
        <w:rPr>
          <w:spacing w:val="-2"/>
        </w:rPr>
        <w:t xml:space="preserve"> </w:t>
      </w:r>
      <w:r w:rsidRPr="00E85698">
        <w:t>изложений</w:t>
      </w:r>
      <w:r w:rsidRPr="00E85698">
        <w:rPr>
          <w:spacing w:val="-4"/>
        </w:rPr>
        <w:t xml:space="preserve"> </w:t>
      </w:r>
      <w:r w:rsidRPr="00E85698">
        <w:t>проверяются:</w:t>
      </w:r>
    </w:p>
    <w:p w:rsidR="00A037E6" w:rsidRPr="00E85698" w:rsidRDefault="00A037E6" w:rsidP="00A037E6">
      <w:pPr>
        <w:pStyle w:val="a7"/>
        <w:numPr>
          <w:ilvl w:val="0"/>
          <w:numId w:val="22"/>
        </w:numPr>
        <w:tabs>
          <w:tab w:val="left" w:pos="1362"/>
        </w:tabs>
        <w:ind w:hanging="263"/>
        <w:rPr>
          <w:sz w:val="24"/>
        </w:rPr>
      </w:pPr>
      <w:r w:rsidRPr="00E85698">
        <w:rPr>
          <w:sz w:val="24"/>
        </w:rPr>
        <w:t>умение</w:t>
      </w:r>
      <w:r w:rsidRPr="00E85698">
        <w:rPr>
          <w:spacing w:val="-5"/>
          <w:sz w:val="24"/>
        </w:rPr>
        <w:t xml:space="preserve"> </w:t>
      </w:r>
      <w:r w:rsidRPr="00E85698">
        <w:rPr>
          <w:sz w:val="24"/>
        </w:rPr>
        <w:t>раскрывать</w:t>
      </w:r>
      <w:r w:rsidRPr="00E85698">
        <w:rPr>
          <w:spacing w:val="-4"/>
          <w:sz w:val="24"/>
        </w:rPr>
        <w:t xml:space="preserve"> </w:t>
      </w:r>
      <w:r w:rsidRPr="00E85698">
        <w:rPr>
          <w:sz w:val="24"/>
        </w:rPr>
        <w:t>тему;</w:t>
      </w:r>
    </w:p>
    <w:p w:rsidR="00A037E6" w:rsidRPr="00E85698" w:rsidRDefault="00A037E6" w:rsidP="00A037E6">
      <w:pPr>
        <w:pStyle w:val="a7"/>
        <w:numPr>
          <w:ilvl w:val="0"/>
          <w:numId w:val="22"/>
        </w:numPr>
        <w:tabs>
          <w:tab w:val="left" w:pos="1400"/>
        </w:tabs>
        <w:ind w:left="532" w:right="838" w:firstLine="566"/>
        <w:rPr>
          <w:sz w:val="24"/>
        </w:rPr>
      </w:pPr>
      <w:r w:rsidRPr="00E85698">
        <w:rPr>
          <w:sz w:val="24"/>
        </w:rPr>
        <w:t>умение</w:t>
      </w:r>
      <w:r w:rsidRPr="00E85698">
        <w:rPr>
          <w:spacing w:val="34"/>
          <w:sz w:val="24"/>
        </w:rPr>
        <w:t xml:space="preserve"> </w:t>
      </w:r>
      <w:r w:rsidRPr="00E85698">
        <w:rPr>
          <w:sz w:val="24"/>
        </w:rPr>
        <w:t>использовать</w:t>
      </w:r>
      <w:r w:rsidRPr="00E85698">
        <w:rPr>
          <w:spacing w:val="35"/>
          <w:sz w:val="24"/>
        </w:rPr>
        <w:t xml:space="preserve"> </w:t>
      </w:r>
      <w:r w:rsidRPr="00E85698">
        <w:rPr>
          <w:sz w:val="24"/>
        </w:rPr>
        <w:t>языковые</w:t>
      </w:r>
      <w:r w:rsidRPr="00E85698">
        <w:rPr>
          <w:spacing w:val="34"/>
          <w:sz w:val="24"/>
        </w:rPr>
        <w:t xml:space="preserve"> </w:t>
      </w:r>
      <w:r w:rsidRPr="00E85698">
        <w:rPr>
          <w:sz w:val="24"/>
        </w:rPr>
        <w:t>средства</w:t>
      </w:r>
      <w:r w:rsidRPr="00E85698">
        <w:rPr>
          <w:spacing w:val="12"/>
          <w:sz w:val="24"/>
        </w:rPr>
        <w:t xml:space="preserve"> </w:t>
      </w:r>
      <w:r w:rsidRPr="00E85698">
        <w:rPr>
          <w:sz w:val="24"/>
        </w:rPr>
        <w:t>в</w:t>
      </w:r>
      <w:r w:rsidRPr="00E85698">
        <w:rPr>
          <w:spacing w:val="34"/>
          <w:sz w:val="24"/>
        </w:rPr>
        <w:t xml:space="preserve"> </w:t>
      </w:r>
      <w:r w:rsidRPr="00E85698">
        <w:rPr>
          <w:sz w:val="24"/>
        </w:rPr>
        <w:t>соответствии</w:t>
      </w:r>
      <w:r w:rsidRPr="00E85698">
        <w:rPr>
          <w:spacing w:val="36"/>
          <w:sz w:val="24"/>
        </w:rPr>
        <w:t xml:space="preserve"> </w:t>
      </w:r>
      <w:r w:rsidRPr="00E85698">
        <w:rPr>
          <w:sz w:val="24"/>
        </w:rPr>
        <w:t>со</w:t>
      </w:r>
      <w:r w:rsidRPr="00E85698">
        <w:rPr>
          <w:spacing w:val="36"/>
          <w:sz w:val="24"/>
        </w:rPr>
        <w:t xml:space="preserve"> </w:t>
      </w:r>
      <w:r w:rsidRPr="00E85698">
        <w:rPr>
          <w:sz w:val="24"/>
        </w:rPr>
        <w:t>стилем,</w:t>
      </w:r>
      <w:r w:rsidRPr="00E85698">
        <w:rPr>
          <w:spacing w:val="35"/>
          <w:sz w:val="24"/>
        </w:rPr>
        <w:t xml:space="preserve"> </w:t>
      </w:r>
      <w:r w:rsidRPr="00E85698">
        <w:rPr>
          <w:sz w:val="24"/>
        </w:rPr>
        <w:t>темой</w:t>
      </w:r>
      <w:r w:rsidRPr="00E85698">
        <w:rPr>
          <w:spacing w:val="36"/>
          <w:sz w:val="24"/>
        </w:rPr>
        <w:t xml:space="preserve"> </w:t>
      </w:r>
      <w:r w:rsidRPr="00E85698">
        <w:rPr>
          <w:sz w:val="24"/>
        </w:rPr>
        <w:t>и</w:t>
      </w:r>
      <w:r w:rsidRPr="00E85698">
        <w:rPr>
          <w:spacing w:val="37"/>
          <w:sz w:val="24"/>
        </w:rPr>
        <w:t xml:space="preserve"> </w:t>
      </w:r>
      <w:r w:rsidRPr="00E85698">
        <w:rPr>
          <w:sz w:val="24"/>
        </w:rPr>
        <w:t>задачей</w:t>
      </w:r>
      <w:r w:rsidRPr="00E85698">
        <w:rPr>
          <w:spacing w:val="-57"/>
          <w:sz w:val="24"/>
        </w:rPr>
        <w:t xml:space="preserve"> </w:t>
      </w:r>
      <w:r w:rsidRPr="00E85698">
        <w:rPr>
          <w:sz w:val="24"/>
        </w:rPr>
        <w:t>высказывания;</w:t>
      </w:r>
    </w:p>
    <w:p w:rsidR="00A037E6" w:rsidRPr="00E85698" w:rsidRDefault="00A037E6" w:rsidP="00A037E6">
      <w:pPr>
        <w:pStyle w:val="a7"/>
        <w:numPr>
          <w:ilvl w:val="0"/>
          <w:numId w:val="22"/>
        </w:numPr>
        <w:tabs>
          <w:tab w:val="left" w:pos="1359"/>
        </w:tabs>
        <w:ind w:left="1358" w:hanging="260"/>
        <w:rPr>
          <w:sz w:val="24"/>
        </w:rPr>
      </w:pPr>
      <w:r w:rsidRPr="00E85698">
        <w:rPr>
          <w:sz w:val="24"/>
        </w:rPr>
        <w:t>соблюдение</w:t>
      </w:r>
      <w:r w:rsidRPr="00E85698">
        <w:rPr>
          <w:spacing w:val="-3"/>
          <w:sz w:val="24"/>
        </w:rPr>
        <w:t xml:space="preserve"> </w:t>
      </w:r>
      <w:r w:rsidRPr="00E85698">
        <w:rPr>
          <w:sz w:val="24"/>
        </w:rPr>
        <w:t>языковых норм</w:t>
      </w:r>
      <w:r w:rsidRPr="00E85698">
        <w:rPr>
          <w:spacing w:val="-6"/>
          <w:sz w:val="24"/>
        </w:rPr>
        <w:t xml:space="preserve"> </w:t>
      </w:r>
      <w:r w:rsidRPr="00E85698">
        <w:rPr>
          <w:sz w:val="24"/>
        </w:rPr>
        <w:t>и</w:t>
      </w:r>
      <w:r w:rsidRPr="00E85698">
        <w:rPr>
          <w:spacing w:val="-1"/>
          <w:sz w:val="24"/>
        </w:rPr>
        <w:t xml:space="preserve"> </w:t>
      </w:r>
      <w:r w:rsidRPr="00E85698">
        <w:rPr>
          <w:sz w:val="24"/>
        </w:rPr>
        <w:t>правил</w:t>
      </w:r>
      <w:r w:rsidRPr="00E85698">
        <w:rPr>
          <w:spacing w:val="-5"/>
          <w:sz w:val="24"/>
        </w:rPr>
        <w:t xml:space="preserve"> </w:t>
      </w:r>
      <w:r w:rsidRPr="00E85698">
        <w:rPr>
          <w:sz w:val="24"/>
        </w:rPr>
        <w:t>правописания.</w:t>
      </w:r>
    </w:p>
    <w:p w:rsidR="00A037E6" w:rsidRPr="00E85698" w:rsidRDefault="00A037E6" w:rsidP="00A037E6">
      <w:pPr>
        <w:pStyle w:val="a5"/>
        <w:ind w:left="532" w:right="828" w:firstLine="566"/>
      </w:pPr>
      <w:r w:rsidRPr="00E85698">
        <w:t>Любое</w:t>
      </w:r>
      <w:r w:rsidRPr="00E85698">
        <w:rPr>
          <w:spacing w:val="1"/>
        </w:rPr>
        <w:t xml:space="preserve"> </w:t>
      </w:r>
      <w:r w:rsidRPr="00E85698">
        <w:t>сочинение</w:t>
      </w:r>
      <w:r w:rsidRPr="00E85698">
        <w:rPr>
          <w:spacing w:val="1"/>
        </w:rPr>
        <w:t xml:space="preserve"> </w:t>
      </w:r>
      <w:r w:rsidRPr="00E85698">
        <w:t>и</w:t>
      </w:r>
      <w:r w:rsidRPr="00E85698">
        <w:rPr>
          <w:spacing w:val="1"/>
        </w:rPr>
        <w:t xml:space="preserve"> </w:t>
      </w:r>
      <w:r w:rsidRPr="00E85698">
        <w:t>изложение</w:t>
      </w:r>
      <w:r w:rsidRPr="00E85698">
        <w:rPr>
          <w:spacing w:val="1"/>
        </w:rPr>
        <w:t xml:space="preserve"> </w:t>
      </w:r>
      <w:r w:rsidRPr="00E85698">
        <w:t>оценивается</w:t>
      </w:r>
      <w:r w:rsidRPr="00E85698">
        <w:rPr>
          <w:spacing w:val="1"/>
        </w:rPr>
        <w:t xml:space="preserve"> </w:t>
      </w:r>
      <w:r w:rsidRPr="00E85698">
        <w:t>двумя</w:t>
      </w:r>
      <w:r w:rsidRPr="00E85698">
        <w:rPr>
          <w:spacing w:val="1"/>
        </w:rPr>
        <w:t xml:space="preserve"> </w:t>
      </w:r>
      <w:r w:rsidRPr="00E85698">
        <w:t>отметками:</w:t>
      </w:r>
      <w:r w:rsidRPr="00E85698">
        <w:rPr>
          <w:spacing w:val="1"/>
        </w:rPr>
        <w:t xml:space="preserve"> </w:t>
      </w:r>
      <w:r w:rsidRPr="00E85698">
        <w:t>первая</w:t>
      </w:r>
      <w:r w:rsidRPr="00E85698">
        <w:rPr>
          <w:spacing w:val="1"/>
        </w:rPr>
        <w:t xml:space="preserve"> </w:t>
      </w:r>
      <w:r w:rsidRPr="00E85698">
        <w:t>ставится</w:t>
      </w:r>
      <w:r w:rsidRPr="00E85698">
        <w:rPr>
          <w:spacing w:val="1"/>
        </w:rPr>
        <w:t xml:space="preserve"> </w:t>
      </w:r>
      <w:r w:rsidRPr="00E85698">
        <w:t>за</w:t>
      </w:r>
      <w:r w:rsidRPr="00E85698">
        <w:rPr>
          <w:spacing w:val="1"/>
        </w:rPr>
        <w:t xml:space="preserve"> </w:t>
      </w:r>
      <w:r w:rsidRPr="00E85698">
        <w:t>содержание</w:t>
      </w:r>
      <w:r w:rsidRPr="00E85698">
        <w:rPr>
          <w:spacing w:val="1"/>
        </w:rPr>
        <w:t xml:space="preserve"> </w:t>
      </w:r>
      <w:r w:rsidRPr="00E85698">
        <w:t>и</w:t>
      </w:r>
      <w:r w:rsidRPr="00E85698">
        <w:rPr>
          <w:spacing w:val="1"/>
        </w:rPr>
        <w:t xml:space="preserve"> </w:t>
      </w:r>
      <w:r w:rsidRPr="00E85698">
        <w:t>речевое</w:t>
      </w:r>
      <w:r w:rsidRPr="00E85698">
        <w:rPr>
          <w:spacing w:val="1"/>
        </w:rPr>
        <w:t xml:space="preserve"> </w:t>
      </w:r>
      <w:r w:rsidRPr="00E85698">
        <w:t>оформление,</w:t>
      </w:r>
      <w:r w:rsidRPr="00E85698">
        <w:rPr>
          <w:spacing w:val="1"/>
        </w:rPr>
        <w:t xml:space="preserve"> </w:t>
      </w:r>
      <w:r w:rsidRPr="00E85698">
        <w:t>вторая</w:t>
      </w:r>
      <w:r w:rsidRPr="00E85698">
        <w:rPr>
          <w:spacing w:val="1"/>
        </w:rPr>
        <w:t xml:space="preserve"> </w:t>
      </w:r>
      <w:r w:rsidRPr="00E85698">
        <w:t>—</w:t>
      </w:r>
      <w:r w:rsidRPr="00E85698">
        <w:rPr>
          <w:spacing w:val="1"/>
        </w:rPr>
        <w:t xml:space="preserve"> </w:t>
      </w:r>
      <w:r w:rsidRPr="00E85698">
        <w:t>за</w:t>
      </w:r>
      <w:r w:rsidRPr="00E85698">
        <w:rPr>
          <w:spacing w:val="1"/>
        </w:rPr>
        <w:t xml:space="preserve"> </w:t>
      </w:r>
      <w:r w:rsidRPr="00E85698">
        <w:t>грамотность,</w:t>
      </w:r>
      <w:r w:rsidRPr="00E85698">
        <w:rPr>
          <w:spacing w:val="1"/>
        </w:rPr>
        <w:t xml:space="preserve"> </w:t>
      </w:r>
      <w:r w:rsidRPr="00E85698">
        <w:t>т.</w:t>
      </w:r>
      <w:r w:rsidRPr="00E85698">
        <w:rPr>
          <w:spacing w:val="1"/>
        </w:rPr>
        <w:t xml:space="preserve"> </w:t>
      </w:r>
      <w:r w:rsidRPr="00E85698">
        <w:t>е.</w:t>
      </w:r>
      <w:r w:rsidRPr="00E85698">
        <w:rPr>
          <w:spacing w:val="1"/>
        </w:rPr>
        <w:t xml:space="preserve"> </w:t>
      </w:r>
      <w:r w:rsidRPr="00E85698">
        <w:t>за</w:t>
      </w:r>
      <w:r w:rsidRPr="00E85698">
        <w:rPr>
          <w:spacing w:val="1"/>
        </w:rPr>
        <w:t xml:space="preserve"> </w:t>
      </w:r>
      <w:r w:rsidRPr="00E85698">
        <w:t>соблюдение</w:t>
      </w:r>
      <w:r w:rsidRPr="00E85698">
        <w:rPr>
          <w:spacing w:val="1"/>
        </w:rPr>
        <w:t xml:space="preserve"> </w:t>
      </w:r>
      <w:r w:rsidRPr="00E85698">
        <w:t>орфографических,</w:t>
      </w:r>
      <w:r w:rsidRPr="00E85698">
        <w:rPr>
          <w:spacing w:val="1"/>
        </w:rPr>
        <w:t xml:space="preserve"> </w:t>
      </w:r>
      <w:r w:rsidRPr="00E85698">
        <w:t>пунктуационных</w:t>
      </w:r>
      <w:r w:rsidRPr="00E85698">
        <w:rPr>
          <w:spacing w:val="1"/>
        </w:rPr>
        <w:t xml:space="preserve"> </w:t>
      </w:r>
      <w:r w:rsidRPr="00E85698">
        <w:t>и</w:t>
      </w:r>
      <w:r w:rsidRPr="00E85698">
        <w:rPr>
          <w:spacing w:val="1"/>
        </w:rPr>
        <w:t xml:space="preserve"> </w:t>
      </w:r>
      <w:r w:rsidRPr="00E85698">
        <w:t>языковых</w:t>
      </w:r>
      <w:r w:rsidRPr="00E85698">
        <w:rPr>
          <w:spacing w:val="1"/>
        </w:rPr>
        <w:t xml:space="preserve"> </w:t>
      </w:r>
      <w:r w:rsidRPr="00E85698">
        <w:t>норм.</w:t>
      </w:r>
      <w:r w:rsidRPr="00E85698">
        <w:rPr>
          <w:spacing w:val="1"/>
        </w:rPr>
        <w:t xml:space="preserve"> </w:t>
      </w:r>
      <w:r w:rsidRPr="00E85698">
        <w:t>Обе</w:t>
      </w:r>
      <w:r w:rsidRPr="00E85698">
        <w:rPr>
          <w:spacing w:val="1"/>
        </w:rPr>
        <w:t xml:space="preserve"> </w:t>
      </w:r>
      <w:r w:rsidRPr="00E85698">
        <w:t>оценки</w:t>
      </w:r>
      <w:r w:rsidRPr="00E85698">
        <w:rPr>
          <w:spacing w:val="1"/>
        </w:rPr>
        <w:t xml:space="preserve"> </w:t>
      </w:r>
      <w:r w:rsidRPr="00E85698">
        <w:t>считаются</w:t>
      </w:r>
      <w:r w:rsidRPr="00E85698">
        <w:rPr>
          <w:spacing w:val="1"/>
        </w:rPr>
        <w:t xml:space="preserve"> </w:t>
      </w:r>
      <w:r w:rsidRPr="00E85698">
        <w:t>оценками</w:t>
      </w:r>
      <w:r w:rsidRPr="00E85698">
        <w:rPr>
          <w:spacing w:val="1"/>
        </w:rPr>
        <w:t xml:space="preserve"> </w:t>
      </w:r>
      <w:r w:rsidRPr="00E85698">
        <w:t>по</w:t>
      </w:r>
      <w:r w:rsidRPr="00E85698">
        <w:rPr>
          <w:spacing w:val="1"/>
        </w:rPr>
        <w:t xml:space="preserve"> </w:t>
      </w:r>
      <w:r w:rsidRPr="00E85698">
        <w:t>русскому</w:t>
      </w:r>
      <w:r w:rsidRPr="00E85698">
        <w:rPr>
          <w:spacing w:val="1"/>
        </w:rPr>
        <w:t xml:space="preserve"> </w:t>
      </w:r>
      <w:r w:rsidRPr="00E85698">
        <w:t>языку,</w:t>
      </w:r>
      <w:r w:rsidRPr="00E85698">
        <w:rPr>
          <w:spacing w:val="1"/>
        </w:rPr>
        <w:t xml:space="preserve"> </w:t>
      </w:r>
      <w:r w:rsidRPr="00E85698">
        <w:t>за</w:t>
      </w:r>
      <w:r w:rsidRPr="00E85698">
        <w:rPr>
          <w:spacing w:val="1"/>
        </w:rPr>
        <w:t xml:space="preserve"> </w:t>
      </w:r>
      <w:r w:rsidRPr="00E85698">
        <w:t>исключением</w:t>
      </w:r>
      <w:r w:rsidRPr="00E85698">
        <w:rPr>
          <w:spacing w:val="1"/>
        </w:rPr>
        <w:t xml:space="preserve"> </w:t>
      </w:r>
      <w:r w:rsidRPr="00E85698">
        <w:t>случаев,</w:t>
      </w:r>
      <w:r w:rsidRPr="00E85698">
        <w:rPr>
          <w:spacing w:val="1"/>
        </w:rPr>
        <w:t xml:space="preserve"> </w:t>
      </w:r>
      <w:r w:rsidRPr="00E85698">
        <w:t>когда</w:t>
      </w:r>
      <w:r w:rsidRPr="00E85698">
        <w:rPr>
          <w:spacing w:val="1"/>
        </w:rPr>
        <w:t xml:space="preserve"> </w:t>
      </w:r>
      <w:r w:rsidRPr="00E85698">
        <w:t>проводится</w:t>
      </w:r>
      <w:r w:rsidRPr="00E85698">
        <w:rPr>
          <w:spacing w:val="1"/>
        </w:rPr>
        <w:t xml:space="preserve"> </w:t>
      </w:r>
      <w:r w:rsidRPr="00E85698">
        <w:t>работа,</w:t>
      </w:r>
      <w:r w:rsidRPr="00E85698">
        <w:rPr>
          <w:spacing w:val="1"/>
        </w:rPr>
        <w:t xml:space="preserve"> </w:t>
      </w:r>
      <w:r w:rsidRPr="00E85698">
        <w:t>проверяющая</w:t>
      </w:r>
      <w:r w:rsidRPr="00E85698">
        <w:rPr>
          <w:spacing w:val="1"/>
        </w:rPr>
        <w:t xml:space="preserve"> </w:t>
      </w:r>
      <w:r w:rsidRPr="00E85698">
        <w:t>знания</w:t>
      </w:r>
      <w:r w:rsidRPr="00E85698">
        <w:rPr>
          <w:spacing w:val="1"/>
        </w:rPr>
        <w:t xml:space="preserve"> </w:t>
      </w:r>
      <w:r w:rsidRPr="00E85698">
        <w:t>учащихся</w:t>
      </w:r>
      <w:r w:rsidRPr="00E85698">
        <w:rPr>
          <w:spacing w:val="1"/>
        </w:rPr>
        <w:t xml:space="preserve"> </w:t>
      </w:r>
      <w:r w:rsidRPr="00E85698">
        <w:t>по</w:t>
      </w:r>
      <w:r w:rsidRPr="00E85698">
        <w:rPr>
          <w:spacing w:val="1"/>
        </w:rPr>
        <w:t xml:space="preserve"> </w:t>
      </w:r>
      <w:r w:rsidRPr="00E85698">
        <w:t>литературе.</w:t>
      </w:r>
      <w:r w:rsidRPr="00E85698">
        <w:rPr>
          <w:spacing w:val="1"/>
        </w:rPr>
        <w:t xml:space="preserve"> </w:t>
      </w:r>
      <w:r w:rsidRPr="00E85698">
        <w:t>В</w:t>
      </w:r>
      <w:r w:rsidRPr="00E85698">
        <w:rPr>
          <w:spacing w:val="1"/>
        </w:rPr>
        <w:t xml:space="preserve"> </w:t>
      </w:r>
      <w:r w:rsidRPr="00E85698">
        <w:t>этом</w:t>
      </w:r>
      <w:r w:rsidRPr="00E85698">
        <w:rPr>
          <w:spacing w:val="1"/>
        </w:rPr>
        <w:t xml:space="preserve"> </w:t>
      </w:r>
      <w:r w:rsidRPr="00E85698">
        <w:t>случае</w:t>
      </w:r>
      <w:r w:rsidRPr="00E85698">
        <w:rPr>
          <w:spacing w:val="1"/>
        </w:rPr>
        <w:t xml:space="preserve"> </w:t>
      </w:r>
      <w:r w:rsidRPr="00E85698">
        <w:t>первая</w:t>
      </w:r>
      <w:r w:rsidRPr="00E85698">
        <w:rPr>
          <w:spacing w:val="1"/>
        </w:rPr>
        <w:t xml:space="preserve"> </w:t>
      </w:r>
      <w:r w:rsidRPr="00E85698">
        <w:t>оценка</w:t>
      </w:r>
      <w:r w:rsidRPr="00E85698">
        <w:rPr>
          <w:spacing w:val="1"/>
        </w:rPr>
        <w:t xml:space="preserve"> </w:t>
      </w:r>
      <w:r w:rsidRPr="00E85698">
        <w:t>(за</w:t>
      </w:r>
      <w:r w:rsidRPr="00E85698">
        <w:rPr>
          <w:spacing w:val="1"/>
        </w:rPr>
        <w:t xml:space="preserve"> </w:t>
      </w:r>
      <w:r w:rsidRPr="00E85698">
        <w:t>содержание</w:t>
      </w:r>
      <w:r w:rsidRPr="00E85698">
        <w:rPr>
          <w:spacing w:val="1"/>
        </w:rPr>
        <w:t xml:space="preserve"> </w:t>
      </w:r>
      <w:r w:rsidRPr="00E85698">
        <w:t>и</w:t>
      </w:r>
      <w:r w:rsidRPr="00E85698">
        <w:rPr>
          <w:spacing w:val="1"/>
        </w:rPr>
        <w:t xml:space="preserve"> </w:t>
      </w:r>
      <w:r w:rsidRPr="00E85698">
        <w:t>речь)</w:t>
      </w:r>
      <w:r w:rsidRPr="00E85698">
        <w:rPr>
          <w:spacing w:val="60"/>
        </w:rPr>
        <w:t xml:space="preserve"> </w:t>
      </w:r>
      <w:r w:rsidRPr="00E85698">
        <w:t>считается</w:t>
      </w:r>
      <w:r w:rsidRPr="00E85698">
        <w:rPr>
          <w:spacing w:val="1"/>
        </w:rPr>
        <w:t xml:space="preserve"> </w:t>
      </w:r>
      <w:r w:rsidRPr="00E85698">
        <w:t>оценкой</w:t>
      </w:r>
      <w:r w:rsidRPr="00E85698">
        <w:rPr>
          <w:spacing w:val="-3"/>
        </w:rPr>
        <w:t xml:space="preserve"> </w:t>
      </w:r>
      <w:r w:rsidRPr="00E85698">
        <w:t>по литературе.</w:t>
      </w:r>
    </w:p>
    <w:p w:rsidR="00A037E6" w:rsidRPr="00E85698" w:rsidRDefault="00A037E6" w:rsidP="00A037E6">
      <w:pPr>
        <w:pStyle w:val="a5"/>
        <w:ind w:left="1099"/>
      </w:pPr>
      <w:r w:rsidRPr="00E85698">
        <w:t>Содержание</w:t>
      </w:r>
      <w:r w:rsidRPr="00E85698">
        <w:rPr>
          <w:spacing w:val="56"/>
        </w:rPr>
        <w:t xml:space="preserve"> </w:t>
      </w:r>
      <w:r w:rsidRPr="00E85698">
        <w:t>сочинения</w:t>
      </w:r>
      <w:r w:rsidRPr="00E85698">
        <w:rPr>
          <w:spacing w:val="116"/>
        </w:rPr>
        <w:t xml:space="preserve"> </w:t>
      </w:r>
      <w:r w:rsidRPr="00E85698">
        <w:t>и</w:t>
      </w:r>
      <w:r w:rsidRPr="00E85698">
        <w:rPr>
          <w:spacing w:val="116"/>
        </w:rPr>
        <w:t xml:space="preserve"> </w:t>
      </w:r>
      <w:r w:rsidRPr="00E85698">
        <w:t>изложения</w:t>
      </w:r>
      <w:r w:rsidRPr="00E85698">
        <w:rPr>
          <w:spacing w:val="116"/>
        </w:rPr>
        <w:t xml:space="preserve"> </w:t>
      </w:r>
      <w:r w:rsidRPr="00E85698">
        <w:t>оценивается</w:t>
      </w:r>
      <w:r w:rsidRPr="00E85698">
        <w:rPr>
          <w:spacing w:val="116"/>
        </w:rPr>
        <w:t xml:space="preserve"> </w:t>
      </w:r>
      <w:r w:rsidRPr="00E85698">
        <w:t>по</w:t>
      </w:r>
      <w:r w:rsidRPr="00E85698">
        <w:rPr>
          <w:spacing w:val="116"/>
        </w:rPr>
        <w:t xml:space="preserve"> </w:t>
      </w:r>
      <w:r w:rsidRPr="00E85698">
        <w:t>следующим</w:t>
      </w:r>
      <w:r w:rsidRPr="00E85698">
        <w:rPr>
          <w:spacing w:val="-3"/>
        </w:rPr>
        <w:t xml:space="preserve"> </w:t>
      </w:r>
      <w:r w:rsidRPr="00E85698">
        <w:t>критериям:</w:t>
      </w:r>
    </w:p>
    <w:p w:rsidR="00A037E6" w:rsidRPr="00E85698" w:rsidRDefault="00A037E6" w:rsidP="00A037E6">
      <w:pPr>
        <w:pStyle w:val="a7"/>
        <w:numPr>
          <w:ilvl w:val="0"/>
          <w:numId w:val="21"/>
        </w:numPr>
        <w:tabs>
          <w:tab w:val="left" w:pos="1239"/>
        </w:tabs>
        <w:ind w:right="5282" w:firstLine="0"/>
        <w:rPr>
          <w:sz w:val="24"/>
        </w:rPr>
      </w:pPr>
      <w:r w:rsidRPr="00E85698">
        <w:rPr>
          <w:sz w:val="24"/>
        </w:rPr>
        <w:t>соответствие работы ученика теме и основной</w:t>
      </w:r>
      <w:r w:rsidRPr="00E85698">
        <w:rPr>
          <w:spacing w:val="-57"/>
          <w:sz w:val="24"/>
        </w:rPr>
        <w:t xml:space="preserve"> </w:t>
      </w:r>
      <w:r w:rsidRPr="00E85698">
        <w:rPr>
          <w:sz w:val="24"/>
        </w:rPr>
        <w:t>мысли;</w:t>
      </w:r>
    </w:p>
    <w:p w:rsidR="00A037E6" w:rsidRPr="00E85698" w:rsidRDefault="00A037E6" w:rsidP="00A037E6">
      <w:pPr>
        <w:pStyle w:val="a7"/>
        <w:numPr>
          <w:ilvl w:val="0"/>
          <w:numId w:val="21"/>
        </w:numPr>
        <w:tabs>
          <w:tab w:val="left" w:pos="1239"/>
        </w:tabs>
        <w:ind w:left="1238"/>
        <w:rPr>
          <w:sz w:val="24"/>
        </w:rPr>
      </w:pPr>
      <w:r w:rsidRPr="00E85698">
        <w:rPr>
          <w:sz w:val="24"/>
        </w:rPr>
        <w:t>полнота</w:t>
      </w:r>
      <w:r w:rsidRPr="00E85698">
        <w:rPr>
          <w:spacing w:val="-2"/>
          <w:sz w:val="24"/>
        </w:rPr>
        <w:t xml:space="preserve"> </w:t>
      </w:r>
      <w:r w:rsidRPr="00E85698">
        <w:rPr>
          <w:sz w:val="24"/>
        </w:rPr>
        <w:t>раскрытия</w:t>
      </w:r>
      <w:r w:rsidRPr="00E85698">
        <w:rPr>
          <w:spacing w:val="-2"/>
          <w:sz w:val="24"/>
        </w:rPr>
        <w:t xml:space="preserve"> </w:t>
      </w:r>
      <w:r w:rsidRPr="00E85698">
        <w:rPr>
          <w:sz w:val="24"/>
        </w:rPr>
        <w:t>темы;</w:t>
      </w:r>
    </w:p>
    <w:p w:rsidR="00A037E6" w:rsidRPr="00E85698" w:rsidRDefault="00A037E6" w:rsidP="00A037E6">
      <w:pPr>
        <w:pStyle w:val="a7"/>
        <w:numPr>
          <w:ilvl w:val="0"/>
          <w:numId w:val="21"/>
        </w:numPr>
        <w:tabs>
          <w:tab w:val="left" w:pos="1239"/>
        </w:tabs>
        <w:ind w:left="1238"/>
        <w:rPr>
          <w:sz w:val="24"/>
        </w:rPr>
      </w:pPr>
      <w:r w:rsidRPr="00E85698">
        <w:rPr>
          <w:sz w:val="24"/>
        </w:rPr>
        <w:t>правильность</w:t>
      </w:r>
      <w:r w:rsidRPr="00E85698">
        <w:rPr>
          <w:spacing w:val="-6"/>
          <w:sz w:val="24"/>
        </w:rPr>
        <w:t xml:space="preserve"> </w:t>
      </w:r>
      <w:r w:rsidRPr="00E85698">
        <w:rPr>
          <w:sz w:val="24"/>
        </w:rPr>
        <w:t>фактического</w:t>
      </w:r>
      <w:r w:rsidRPr="00E85698">
        <w:rPr>
          <w:spacing w:val="-5"/>
          <w:sz w:val="24"/>
        </w:rPr>
        <w:t xml:space="preserve"> </w:t>
      </w:r>
      <w:r w:rsidRPr="00E85698">
        <w:rPr>
          <w:sz w:val="24"/>
        </w:rPr>
        <w:t>материала;</w:t>
      </w:r>
    </w:p>
    <w:p w:rsidR="00A037E6" w:rsidRPr="00E85698" w:rsidRDefault="00A037E6" w:rsidP="00A037E6">
      <w:pPr>
        <w:pStyle w:val="a7"/>
        <w:numPr>
          <w:ilvl w:val="0"/>
          <w:numId w:val="21"/>
        </w:numPr>
        <w:tabs>
          <w:tab w:val="left" w:pos="1239"/>
        </w:tabs>
        <w:ind w:left="1238"/>
        <w:rPr>
          <w:sz w:val="24"/>
        </w:rPr>
      </w:pPr>
      <w:r w:rsidRPr="00E85698">
        <w:rPr>
          <w:sz w:val="24"/>
        </w:rPr>
        <w:t>последовательность</w:t>
      </w:r>
      <w:r w:rsidRPr="00E85698">
        <w:rPr>
          <w:spacing w:val="-4"/>
          <w:sz w:val="24"/>
        </w:rPr>
        <w:t xml:space="preserve"> </w:t>
      </w:r>
      <w:r w:rsidRPr="00E85698">
        <w:rPr>
          <w:sz w:val="24"/>
        </w:rPr>
        <w:t>изложения.</w:t>
      </w:r>
    </w:p>
    <w:p w:rsidR="00A037E6" w:rsidRPr="00E85698" w:rsidRDefault="00A037E6" w:rsidP="00A037E6">
      <w:pPr>
        <w:pStyle w:val="a5"/>
        <w:spacing w:before="4"/>
        <w:ind w:left="0"/>
        <w:rPr>
          <w:sz w:val="23"/>
        </w:rPr>
      </w:pPr>
    </w:p>
    <w:p w:rsidR="00A037E6" w:rsidRPr="00E85698" w:rsidRDefault="00A037E6" w:rsidP="00A037E6">
      <w:pPr>
        <w:pStyle w:val="a5"/>
        <w:spacing w:before="1"/>
        <w:ind w:left="1099"/>
      </w:pPr>
      <w:r w:rsidRPr="00E85698">
        <w:t>При</w:t>
      </w:r>
      <w:r w:rsidRPr="00E85698">
        <w:rPr>
          <w:spacing w:val="-4"/>
        </w:rPr>
        <w:t xml:space="preserve"> </w:t>
      </w:r>
      <w:r w:rsidRPr="00E85698">
        <w:t>оценке</w:t>
      </w:r>
      <w:r w:rsidRPr="00E85698">
        <w:rPr>
          <w:spacing w:val="-5"/>
        </w:rPr>
        <w:t xml:space="preserve"> </w:t>
      </w:r>
      <w:r w:rsidRPr="00E85698">
        <w:t>речевого</w:t>
      </w:r>
      <w:r w:rsidRPr="00E85698">
        <w:rPr>
          <w:spacing w:val="-4"/>
        </w:rPr>
        <w:t xml:space="preserve"> </w:t>
      </w:r>
      <w:r w:rsidRPr="00E85698">
        <w:t>оформления</w:t>
      </w:r>
      <w:r w:rsidRPr="00E85698">
        <w:rPr>
          <w:spacing w:val="-4"/>
        </w:rPr>
        <w:t xml:space="preserve"> </w:t>
      </w:r>
      <w:r w:rsidRPr="00E85698">
        <w:t>сочинений</w:t>
      </w:r>
      <w:r w:rsidRPr="00E85698">
        <w:rPr>
          <w:spacing w:val="-5"/>
        </w:rPr>
        <w:t xml:space="preserve"> </w:t>
      </w:r>
      <w:r w:rsidRPr="00E85698">
        <w:t>и</w:t>
      </w:r>
      <w:r w:rsidRPr="00E85698">
        <w:rPr>
          <w:spacing w:val="-4"/>
        </w:rPr>
        <w:t xml:space="preserve"> </w:t>
      </w:r>
      <w:r w:rsidRPr="00E85698">
        <w:t>изложений</w:t>
      </w:r>
      <w:r w:rsidRPr="00E85698">
        <w:rPr>
          <w:spacing w:val="-1"/>
        </w:rPr>
        <w:t xml:space="preserve"> </w:t>
      </w:r>
      <w:r w:rsidRPr="00E85698">
        <w:t>учитывается:</w:t>
      </w:r>
    </w:p>
    <w:p w:rsidR="00A037E6" w:rsidRPr="00E85698" w:rsidRDefault="00A037E6" w:rsidP="00A037E6">
      <w:pPr>
        <w:pStyle w:val="a7"/>
        <w:numPr>
          <w:ilvl w:val="0"/>
          <w:numId w:val="21"/>
        </w:numPr>
        <w:tabs>
          <w:tab w:val="left" w:pos="1239"/>
        </w:tabs>
        <w:ind w:left="1238"/>
        <w:rPr>
          <w:sz w:val="24"/>
        </w:rPr>
      </w:pPr>
      <w:r w:rsidRPr="00E85698">
        <w:rPr>
          <w:sz w:val="24"/>
        </w:rPr>
        <w:t>разнообразие</w:t>
      </w:r>
      <w:r w:rsidRPr="00E85698">
        <w:rPr>
          <w:spacing w:val="-4"/>
          <w:sz w:val="24"/>
        </w:rPr>
        <w:t xml:space="preserve"> </w:t>
      </w:r>
      <w:r w:rsidRPr="00E85698">
        <w:rPr>
          <w:sz w:val="24"/>
        </w:rPr>
        <w:t>словаря</w:t>
      </w:r>
      <w:r w:rsidRPr="00E85698">
        <w:rPr>
          <w:spacing w:val="-2"/>
          <w:sz w:val="24"/>
        </w:rPr>
        <w:t xml:space="preserve"> </w:t>
      </w:r>
      <w:r w:rsidRPr="00E85698">
        <w:rPr>
          <w:sz w:val="24"/>
        </w:rPr>
        <w:t>и</w:t>
      </w:r>
      <w:r w:rsidRPr="00E85698">
        <w:rPr>
          <w:spacing w:val="-3"/>
          <w:sz w:val="24"/>
        </w:rPr>
        <w:t xml:space="preserve"> </w:t>
      </w:r>
      <w:r w:rsidRPr="00E85698">
        <w:rPr>
          <w:sz w:val="24"/>
        </w:rPr>
        <w:t>грамматического</w:t>
      </w:r>
      <w:r w:rsidRPr="00E85698">
        <w:rPr>
          <w:spacing w:val="-2"/>
          <w:sz w:val="24"/>
        </w:rPr>
        <w:t xml:space="preserve"> </w:t>
      </w:r>
      <w:r w:rsidRPr="00E85698">
        <w:rPr>
          <w:sz w:val="24"/>
        </w:rPr>
        <w:t>строя</w:t>
      </w:r>
      <w:r w:rsidRPr="00E85698">
        <w:rPr>
          <w:spacing w:val="-2"/>
          <w:sz w:val="24"/>
        </w:rPr>
        <w:t xml:space="preserve"> </w:t>
      </w:r>
      <w:r w:rsidRPr="00E85698">
        <w:rPr>
          <w:sz w:val="24"/>
        </w:rPr>
        <w:t>речи;</w:t>
      </w:r>
    </w:p>
    <w:p w:rsidR="00A037E6" w:rsidRPr="00E85698" w:rsidRDefault="00A037E6" w:rsidP="00A037E6">
      <w:pPr>
        <w:pStyle w:val="a7"/>
        <w:numPr>
          <w:ilvl w:val="0"/>
          <w:numId w:val="21"/>
        </w:numPr>
        <w:tabs>
          <w:tab w:val="left" w:pos="1239"/>
        </w:tabs>
        <w:ind w:left="1238"/>
        <w:rPr>
          <w:sz w:val="24"/>
        </w:rPr>
      </w:pPr>
      <w:r w:rsidRPr="00E85698">
        <w:rPr>
          <w:sz w:val="24"/>
        </w:rPr>
        <w:t>стилевое</w:t>
      </w:r>
      <w:r w:rsidRPr="00E85698">
        <w:rPr>
          <w:spacing w:val="-5"/>
          <w:sz w:val="24"/>
        </w:rPr>
        <w:t xml:space="preserve"> </w:t>
      </w:r>
      <w:r w:rsidRPr="00E85698">
        <w:rPr>
          <w:sz w:val="24"/>
        </w:rPr>
        <w:t>единство</w:t>
      </w:r>
      <w:r w:rsidRPr="00E85698">
        <w:rPr>
          <w:spacing w:val="-4"/>
          <w:sz w:val="24"/>
        </w:rPr>
        <w:t xml:space="preserve"> </w:t>
      </w:r>
      <w:r w:rsidRPr="00E85698">
        <w:rPr>
          <w:sz w:val="24"/>
        </w:rPr>
        <w:t>и</w:t>
      </w:r>
      <w:r w:rsidRPr="00E85698">
        <w:rPr>
          <w:spacing w:val="-2"/>
          <w:sz w:val="24"/>
        </w:rPr>
        <w:t xml:space="preserve"> </w:t>
      </w:r>
      <w:r w:rsidRPr="00E85698">
        <w:rPr>
          <w:sz w:val="24"/>
        </w:rPr>
        <w:t>выразительность</w:t>
      </w:r>
      <w:r w:rsidRPr="00E85698">
        <w:rPr>
          <w:spacing w:val="-3"/>
          <w:sz w:val="24"/>
        </w:rPr>
        <w:t xml:space="preserve"> </w:t>
      </w:r>
      <w:r w:rsidRPr="00E85698">
        <w:rPr>
          <w:sz w:val="24"/>
        </w:rPr>
        <w:t>речи;</w:t>
      </w:r>
    </w:p>
    <w:p w:rsidR="00A037E6" w:rsidRPr="00E85698" w:rsidRDefault="00A037E6" w:rsidP="00A037E6">
      <w:pPr>
        <w:pStyle w:val="a7"/>
        <w:numPr>
          <w:ilvl w:val="0"/>
          <w:numId w:val="21"/>
        </w:numPr>
        <w:tabs>
          <w:tab w:val="left" w:pos="1239"/>
        </w:tabs>
        <w:ind w:left="1238"/>
        <w:rPr>
          <w:sz w:val="24"/>
        </w:rPr>
      </w:pPr>
      <w:r w:rsidRPr="00E85698">
        <w:rPr>
          <w:sz w:val="24"/>
        </w:rPr>
        <w:t>число</w:t>
      </w:r>
      <w:r w:rsidRPr="00E85698">
        <w:rPr>
          <w:spacing w:val="-4"/>
          <w:sz w:val="24"/>
        </w:rPr>
        <w:t xml:space="preserve"> </w:t>
      </w:r>
      <w:r w:rsidRPr="00E85698">
        <w:rPr>
          <w:sz w:val="24"/>
        </w:rPr>
        <w:t>речевых</w:t>
      </w:r>
      <w:r w:rsidRPr="00E85698">
        <w:rPr>
          <w:spacing w:val="-1"/>
          <w:sz w:val="24"/>
        </w:rPr>
        <w:t xml:space="preserve"> </w:t>
      </w:r>
      <w:r w:rsidRPr="00E85698">
        <w:rPr>
          <w:sz w:val="24"/>
        </w:rPr>
        <w:t>недочетов.</w:t>
      </w:r>
    </w:p>
    <w:p w:rsidR="00A037E6" w:rsidRPr="00E85698" w:rsidRDefault="00A037E6" w:rsidP="00A037E6">
      <w:pPr>
        <w:pStyle w:val="a5"/>
        <w:spacing w:before="2" w:after="9" w:line="237" w:lineRule="auto"/>
        <w:ind w:left="532" w:firstLine="566"/>
      </w:pPr>
      <w:r w:rsidRPr="00E85698">
        <w:t>Грамотность</w:t>
      </w:r>
      <w:r w:rsidRPr="00E85698">
        <w:rPr>
          <w:spacing w:val="1"/>
        </w:rPr>
        <w:t xml:space="preserve"> </w:t>
      </w:r>
      <w:r w:rsidRPr="00E85698">
        <w:t>оценивается по числу допущенных</w:t>
      </w:r>
      <w:r w:rsidRPr="00E85698">
        <w:rPr>
          <w:spacing w:val="1"/>
        </w:rPr>
        <w:t xml:space="preserve"> </w:t>
      </w:r>
      <w:r w:rsidRPr="00E85698">
        <w:t>учеником ошибок</w:t>
      </w:r>
      <w:r w:rsidRPr="00E85698">
        <w:rPr>
          <w:spacing w:val="1"/>
        </w:rPr>
        <w:t xml:space="preserve"> </w:t>
      </w:r>
      <w:r w:rsidRPr="00E85698">
        <w:t>—</w:t>
      </w:r>
      <w:r w:rsidRPr="00E85698">
        <w:rPr>
          <w:spacing w:val="1"/>
        </w:rPr>
        <w:t xml:space="preserve"> </w:t>
      </w:r>
      <w:r w:rsidRPr="00E85698">
        <w:t>орфографических,</w:t>
      </w:r>
      <w:r w:rsidRPr="00E85698">
        <w:rPr>
          <w:spacing w:val="-57"/>
        </w:rPr>
        <w:t xml:space="preserve"> </w:t>
      </w:r>
      <w:r w:rsidRPr="00E85698">
        <w:t>пунктуационных</w:t>
      </w:r>
      <w:r w:rsidRPr="00E85698">
        <w:rPr>
          <w:spacing w:val="2"/>
        </w:rPr>
        <w:t xml:space="preserve"> </w:t>
      </w:r>
      <w:r w:rsidRPr="00E85698">
        <w:t>и</w:t>
      </w:r>
      <w:r w:rsidRPr="00E85698">
        <w:rPr>
          <w:spacing w:val="59"/>
        </w:rPr>
        <w:t xml:space="preserve"> </w:t>
      </w:r>
      <w:r w:rsidRPr="00E85698">
        <w:t>грамматических.</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1"/>
        <w:gridCol w:w="3193"/>
      </w:tblGrid>
      <w:tr w:rsidR="00A037E6" w:rsidRPr="00E85698" w:rsidTr="006C1B1D">
        <w:trPr>
          <w:trHeight w:val="278"/>
        </w:trPr>
        <w:tc>
          <w:tcPr>
            <w:tcW w:w="1102" w:type="dxa"/>
            <w:vMerge w:val="restart"/>
          </w:tcPr>
          <w:p w:rsidR="00A037E6" w:rsidRPr="00E85698" w:rsidRDefault="00A037E6" w:rsidP="006C1B1D">
            <w:pPr>
              <w:pStyle w:val="TableParagraph"/>
              <w:spacing w:line="270" w:lineRule="exact"/>
              <w:rPr>
                <w:sz w:val="24"/>
              </w:rPr>
            </w:pPr>
            <w:r w:rsidRPr="00E85698">
              <w:rPr>
                <w:sz w:val="24"/>
              </w:rPr>
              <w:t>оценка</w:t>
            </w:r>
          </w:p>
        </w:tc>
        <w:tc>
          <w:tcPr>
            <w:tcW w:w="8474" w:type="dxa"/>
            <w:gridSpan w:val="2"/>
          </w:tcPr>
          <w:p w:rsidR="00A037E6" w:rsidRPr="00E85698" w:rsidRDefault="00A037E6" w:rsidP="006C1B1D">
            <w:pPr>
              <w:pStyle w:val="TableParagraph"/>
              <w:spacing w:line="258" w:lineRule="exact"/>
              <w:ind w:left="815"/>
              <w:rPr>
                <w:sz w:val="24"/>
              </w:rPr>
            </w:pPr>
            <w:r w:rsidRPr="00E85698">
              <w:rPr>
                <w:sz w:val="24"/>
              </w:rPr>
              <w:t>Основные</w:t>
            </w:r>
            <w:r w:rsidRPr="00E85698">
              <w:rPr>
                <w:spacing w:val="-5"/>
                <w:sz w:val="24"/>
              </w:rPr>
              <w:t xml:space="preserve"> </w:t>
            </w:r>
            <w:r w:rsidRPr="00E85698">
              <w:rPr>
                <w:sz w:val="24"/>
              </w:rPr>
              <w:t>критерии</w:t>
            </w:r>
            <w:r w:rsidRPr="00E85698">
              <w:rPr>
                <w:spacing w:val="-3"/>
                <w:sz w:val="24"/>
              </w:rPr>
              <w:t xml:space="preserve"> </w:t>
            </w:r>
            <w:r w:rsidRPr="00E85698">
              <w:rPr>
                <w:sz w:val="24"/>
              </w:rPr>
              <w:t>оценки</w:t>
            </w:r>
          </w:p>
        </w:tc>
      </w:tr>
      <w:tr w:rsidR="00A037E6" w:rsidRPr="00E85698" w:rsidTr="006C1B1D">
        <w:trPr>
          <w:trHeight w:val="275"/>
        </w:trPr>
        <w:tc>
          <w:tcPr>
            <w:tcW w:w="1102" w:type="dxa"/>
            <w:vMerge/>
            <w:tcBorders>
              <w:top w:val="nil"/>
            </w:tcBorders>
          </w:tcPr>
          <w:p w:rsidR="00A037E6" w:rsidRPr="00E85698" w:rsidRDefault="00A037E6" w:rsidP="006C1B1D">
            <w:pPr>
              <w:rPr>
                <w:sz w:val="2"/>
                <w:szCs w:val="2"/>
              </w:rPr>
            </w:pPr>
          </w:p>
        </w:tc>
        <w:tc>
          <w:tcPr>
            <w:tcW w:w="5281" w:type="dxa"/>
          </w:tcPr>
          <w:p w:rsidR="00A037E6" w:rsidRPr="00E85698" w:rsidRDefault="00A037E6" w:rsidP="006C1B1D">
            <w:pPr>
              <w:pStyle w:val="TableParagraph"/>
              <w:spacing w:line="256" w:lineRule="exact"/>
              <w:ind w:left="815"/>
              <w:rPr>
                <w:sz w:val="24"/>
              </w:rPr>
            </w:pPr>
            <w:r w:rsidRPr="00E85698">
              <w:rPr>
                <w:sz w:val="24"/>
              </w:rPr>
              <w:t>содержание</w:t>
            </w:r>
            <w:r w:rsidRPr="00E85698">
              <w:rPr>
                <w:spacing w:val="-3"/>
                <w:sz w:val="24"/>
              </w:rPr>
              <w:t xml:space="preserve"> </w:t>
            </w:r>
            <w:r w:rsidRPr="00E85698">
              <w:rPr>
                <w:sz w:val="24"/>
              </w:rPr>
              <w:t>и</w:t>
            </w:r>
            <w:r w:rsidRPr="00E85698">
              <w:rPr>
                <w:spacing w:val="-2"/>
                <w:sz w:val="24"/>
              </w:rPr>
              <w:t xml:space="preserve"> </w:t>
            </w:r>
            <w:r w:rsidRPr="00E85698">
              <w:rPr>
                <w:sz w:val="24"/>
              </w:rPr>
              <w:t>речь</w:t>
            </w:r>
          </w:p>
        </w:tc>
        <w:tc>
          <w:tcPr>
            <w:tcW w:w="3193" w:type="dxa"/>
          </w:tcPr>
          <w:p w:rsidR="00A037E6" w:rsidRPr="00E85698" w:rsidRDefault="00A037E6" w:rsidP="006C1B1D">
            <w:pPr>
              <w:pStyle w:val="TableParagraph"/>
              <w:spacing w:line="256" w:lineRule="exact"/>
              <w:ind w:left="818"/>
              <w:rPr>
                <w:sz w:val="24"/>
              </w:rPr>
            </w:pPr>
            <w:r w:rsidRPr="00E85698">
              <w:rPr>
                <w:sz w:val="24"/>
              </w:rPr>
              <w:t>грамотность</w:t>
            </w:r>
          </w:p>
        </w:tc>
      </w:tr>
      <w:tr w:rsidR="00A037E6" w:rsidRPr="00E85698" w:rsidTr="006C1B1D">
        <w:trPr>
          <w:trHeight w:val="3036"/>
        </w:trPr>
        <w:tc>
          <w:tcPr>
            <w:tcW w:w="1102" w:type="dxa"/>
          </w:tcPr>
          <w:p w:rsidR="00A037E6" w:rsidRPr="00E85698" w:rsidRDefault="00A037E6" w:rsidP="006C1B1D">
            <w:pPr>
              <w:pStyle w:val="TableParagraph"/>
              <w:rPr>
                <w:sz w:val="24"/>
              </w:rPr>
            </w:pPr>
            <w:r w:rsidRPr="00E85698">
              <w:rPr>
                <w:sz w:val="24"/>
              </w:rPr>
              <w:t>«5»</w:t>
            </w:r>
          </w:p>
        </w:tc>
        <w:tc>
          <w:tcPr>
            <w:tcW w:w="5281" w:type="dxa"/>
          </w:tcPr>
          <w:p w:rsidR="00A037E6" w:rsidRPr="00E85698" w:rsidRDefault="00A037E6" w:rsidP="00A037E6">
            <w:pPr>
              <w:pStyle w:val="TableParagraph"/>
              <w:numPr>
                <w:ilvl w:val="0"/>
                <w:numId w:val="20"/>
              </w:numPr>
              <w:tabs>
                <w:tab w:val="left" w:pos="348"/>
              </w:tabs>
              <w:ind w:right="196" w:firstLine="0"/>
              <w:jc w:val="both"/>
              <w:rPr>
                <w:sz w:val="24"/>
              </w:rPr>
            </w:pPr>
            <w:r w:rsidRPr="00E85698">
              <w:rPr>
                <w:sz w:val="24"/>
              </w:rPr>
              <w:t>Содержание</w:t>
            </w:r>
            <w:r w:rsidRPr="00E85698">
              <w:rPr>
                <w:spacing w:val="-6"/>
                <w:sz w:val="24"/>
              </w:rPr>
              <w:t xml:space="preserve"> </w:t>
            </w:r>
            <w:r w:rsidRPr="00E85698">
              <w:rPr>
                <w:sz w:val="24"/>
              </w:rPr>
              <w:t>работы</w:t>
            </w:r>
            <w:r w:rsidRPr="00E85698">
              <w:rPr>
                <w:spacing w:val="-4"/>
                <w:sz w:val="24"/>
              </w:rPr>
              <w:t xml:space="preserve"> </w:t>
            </w:r>
            <w:r w:rsidRPr="00E85698">
              <w:rPr>
                <w:sz w:val="24"/>
              </w:rPr>
              <w:t>полностью</w:t>
            </w:r>
            <w:r w:rsidRPr="00E85698">
              <w:rPr>
                <w:spacing w:val="-4"/>
                <w:sz w:val="24"/>
              </w:rPr>
              <w:t xml:space="preserve"> </w:t>
            </w:r>
            <w:r w:rsidRPr="00E85698">
              <w:rPr>
                <w:sz w:val="24"/>
              </w:rPr>
              <w:t>соответствует</w:t>
            </w:r>
            <w:r w:rsidRPr="00E85698">
              <w:rPr>
                <w:spacing w:val="-58"/>
                <w:sz w:val="24"/>
              </w:rPr>
              <w:t xml:space="preserve"> </w:t>
            </w:r>
            <w:r w:rsidRPr="00E85698">
              <w:rPr>
                <w:sz w:val="24"/>
              </w:rPr>
              <w:t>теме.</w:t>
            </w:r>
          </w:p>
          <w:p w:rsidR="00A037E6" w:rsidRPr="00E85698" w:rsidRDefault="00A037E6" w:rsidP="00A037E6">
            <w:pPr>
              <w:pStyle w:val="TableParagraph"/>
              <w:numPr>
                <w:ilvl w:val="0"/>
                <w:numId w:val="20"/>
              </w:numPr>
              <w:tabs>
                <w:tab w:val="left" w:pos="348"/>
              </w:tabs>
              <w:ind w:left="347" w:hanging="241"/>
              <w:jc w:val="both"/>
              <w:rPr>
                <w:sz w:val="24"/>
              </w:rPr>
            </w:pPr>
            <w:r w:rsidRPr="00E85698">
              <w:rPr>
                <w:sz w:val="24"/>
              </w:rPr>
              <w:t>Фактические</w:t>
            </w:r>
            <w:r w:rsidRPr="00E85698">
              <w:rPr>
                <w:spacing w:val="-5"/>
                <w:sz w:val="24"/>
              </w:rPr>
              <w:t xml:space="preserve"> </w:t>
            </w:r>
            <w:r w:rsidRPr="00E85698">
              <w:rPr>
                <w:sz w:val="24"/>
              </w:rPr>
              <w:t>ошибки</w:t>
            </w:r>
            <w:r w:rsidRPr="00E85698">
              <w:rPr>
                <w:spacing w:val="-6"/>
                <w:sz w:val="24"/>
              </w:rPr>
              <w:t xml:space="preserve"> </w:t>
            </w:r>
            <w:r w:rsidRPr="00E85698">
              <w:rPr>
                <w:sz w:val="24"/>
              </w:rPr>
              <w:t>отсутствуют.</w:t>
            </w:r>
          </w:p>
          <w:p w:rsidR="00A037E6" w:rsidRPr="00E85698" w:rsidRDefault="00A037E6" w:rsidP="00A037E6">
            <w:pPr>
              <w:pStyle w:val="TableParagraph"/>
              <w:numPr>
                <w:ilvl w:val="0"/>
                <w:numId w:val="20"/>
              </w:numPr>
              <w:tabs>
                <w:tab w:val="left" w:pos="372"/>
              </w:tabs>
              <w:ind w:left="371" w:hanging="265"/>
              <w:jc w:val="both"/>
              <w:rPr>
                <w:sz w:val="24"/>
              </w:rPr>
            </w:pPr>
            <w:r w:rsidRPr="00E85698">
              <w:rPr>
                <w:sz w:val="24"/>
              </w:rPr>
              <w:t xml:space="preserve">Содержание   </w:t>
            </w:r>
            <w:r w:rsidRPr="00E85698">
              <w:rPr>
                <w:spacing w:val="23"/>
                <w:sz w:val="24"/>
              </w:rPr>
              <w:t xml:space="preserve"> </w:t>
            </w:r>
            <w:r w:rsidRPr="00E85698">
              <w:rPr>
                <w:sz w:val="24"/>
              </w:rPr>
              <w:t xml:space="preserve">излагается    </w:t>
            </w:r>
            <w:r w:rsidRPr="00E85698">
              <w:rPr>
                <w:spacing w:val="25"/>
                <w:sz w:val="24"/>
              </w:rPr>
              <w:t xml:space="preserve"> </w:t>
            </w:r>
            <w:r w:rsidRPr="00E85698">
              <w:rPr>
                <w:sz w:val="24"/>
              </w:rPr>
              <w:t>последовательно.</w:t>
            </w:r>
          </w:p>
          <w:p w:rsidR="00A037E6" w:rsidRPr="00E85698" w:rsidRDefault="00A037E6" w:rsidP="00A037E6">
            <w:pPr>
              <w:pStyle w:val="TableParagraph"/>
              <w:numPr>
                <w:ilvl w:val="0"/>
                <w:numId w:val="20"/>
              </w:numPr>
              <w:tabs>
                <w:tab w:val="left" w:pos="437"/>
              </w:tabs>
              <w:ind w:right="101" w:firstLine="0"/>
              <w:jc w:val="both"/>
              <w:rPr>
                <w:sz w:val="24"/>
              </w:rPr>
            </w:pPr>
            <w:r w:rsidRPr="00E85698">
              <w:rPr>
                <w:sz w:val="24"/>
              </w:rPr>
              <w:t>Работа</w:t>
            </w:r>
            <w:r w:rsidRPr="00E85698">
              <w:rPr>
                <w:spacing w:val="1"/>
                <w:sz w:val="24"/>
              </w:rPr>
              <w:t xml:space="preserve"> </w:t>
            </w:r>
            <w:r w:rsidRPr="00E85698">
              <w:rPr>
                <w:sz w:val="24"/>
              </w:rPr>
              <w:t>отличается</w:t>
            </w:r>
            <w:r w:rsidRPr="00E85698">
              <w:rPr>
                <w:spacing w:val="1"/>
                <w:sz w:val="24"/>
              </w:rPr>
              <w:t xml:space="preserve"> </w:t>
            </w:r>
            <w:r w:rsidRPr="00E85698">
              <w:rPr>
                <w:sz w:val="24"/>
              </w:rPr>
              <w:t>богатством</w:t>
            </w:r>
            <w:r w:rsidRPr="00E85698">
              <w:rPr>
                <w:spacing w:val="1"/>
                <w:sz w:val="24"/>
              </w:rPr>
              <w:t xml:space="preserve"> </w:t>
            </w:r>
            <w:r w:rsidRPr="00E85698">
              <w:rPr>
                <w:sz w:val="24"/>
              </w:rPr>
              <w:t>словаря,</w:t>
            </w:r>
            <w:r w:rsidRPr="00E85698">
              <w:rPr>
                <w:spacing w:val="-57"/>
                <w:sz w:val="24"/>
              </w:rPr>
              <w:t xml:space="preserve"> </w:t>
            </w:r>
            <w:r w:rsidRPr="00E85698">
              <w:rPr>
                <w:sz w:val="24"/>
              </w:rPr>
              <w:t>разнообразием</w:t>
            </w:r>
            <w:r w:rsidRPr="00E85698">
              <w:rPr>
                <w:spacing w:val="1"/>
                <w:sz w:val="24"/>
              </w:rPr>
              <w:t xml:space="preserve"> </w:t>
            </w:r>
            <w:r w:rsidRPr="00E85698">
              <w:rPr>
                <w:sz w:val="24"/>
              </w:rPr>
              <w:t>используемых</w:t>
            </w:r>
            <w:r w:rsidRPr="00E85698">
              <w:rPr>
                <w:spacing w:val="1"/>
                <w:sz w:val="24"/>
              </w:rPr>
              <w:t xml:space="preserve"> </w:t>
            </w:r>
            <w:r w:rsidRPr="00E85698">
              <w:rPr>
                <w:sz w:val="24"/>
              </w:rPr>
              <w:t>синтаксических</w:t>
            </w:r>
            <w:r w:rsidRPr="00E85698">
              <w:rPr>
                <w:spacing w:val="1"/>
                <w:sz w:val="24"/>
              </w:rPr>
              <w:t xml:space="preserve"> </w:t>
            </w:r>
            <w:r w:rsidRPr="00E85698">
              <w:rPr>
                <w:sz w:val="24"/>
              </w:rPr>
              <w:t>конструкций,</w:t>
            </w:r>
            <w:r w:rsidRPr="00E85698">
              <w:rPr>
                <w:spacing w:val="-2"/>
                <w:sz w:val="24"/>
              </w:rPr>
              <w:t xml:space="preserve"> </w:t>
            </w:r>
            <w:r w:rsidRPr="00E85698">
              <w:rPr>
                <w:sz w:val="24"/>
              </w:rPr>
              <w:t>точностью</w:t>
            </w:r>
            <w:r w:rsidRPr="00E85698">
              <w:rPr>
                <w:spacing w:val="-1"/>
                <w:sz w:val="24"/>
              </w:rPr>
              <w:t xml:space="preserve"> </w:t>
            </w:r>
            <w:r w:rsidRPr="00E85698">
              <w:rPr>
                <w:sz w:val="24"/>
              </w:rPr>
              <w:t>словоупотребления.</w:t>
            </w:r>
          </w:p>
          <w:p w:rsidR="00A037E6" w:rsidRPr="00E85698" w:rsidRDefault="00A037E6" w:rsidP="00A037E6">
            <w:pPr>
              <w:pStyle w:val="TableParagraph"/>
              <w:numPr>
                <w:ilvl w:val="0"/>
                <w:numId w:val="20"/>
              </w:numPr>
              <w:tabs>
                <w:tab w:val="left" w:pos="417"/>
              </w:tabs>
              <w:ind w:right="93" w:firstLine="0"/>
              <w:jc w:val="both"/>
              <w:rPr>
                <w:sz w:val="24"/>
              </w:rPr>
            </w:pPr>
            <w:r w:rsidRPr="00E85698">
              <w:rPr>
                <w:sz w:val="24"/>
              </w:rPr>
              <w:t>Достигнуто</w:t>
            </w:r>
            <w:r w:rsidRPr="00E85698">
              <w:rPr>
                <w:spacing w:val="1"/>
                <w:sz w:val="24"/>
              </w:rPr>
              <w:t xml:space="preserve"> </w:t>
            </w:r>
            <w:r w:rsidRPr="00E85698">
              <w:rPr>
                <w:sz w:val="24"/>
              </w:rPr>
              <w:t>стилевое</w:t>
            </w:r>
            <w:r w:rsidRPr="00E85698">
              <w:rPr>
                <w:spacing w:val="1"/>
                <w:sz w:val="24"/>
              </w:rPr>
              <w:t xml:space="preserve"> </w:t>
            </w:r>
            <w:r w:rsidRPr="00E85698">
              <w:rPr>
                <w:sz w:val="24"/>
              </w:rPr>
              <w:t>единство</w:t>
            </w:r>
            <w:r w:rsidRPr="00E85698">
              <w:rPr>
                <w:spacing w:val="1"/>
                <w:sz w:val="24"/>
              </w:rPr>
              <w:t xml:space="preserve"> </w:t>
            </w:r>
            <w:r w:rsidRPr="00E85698">
              <w:rPr>
                <w:sz w:val="24"/>
              </w:rPr>
              <w:t>и</w:t>
            </w:r>
            <w:r w:rsidRPr="00E85698">
              <w:rPr>
                <w:spacing w:val="1"/>
                <w:sz w:val="24"/>
              </w:rPr>
              <w:t xml:space="preserve"> </w:t>
            </w:r>
            <w:proofErr w:type="spellStart"/>
            <w:proofErr w:type="gramStart"/>
            <w:r w:rsidRPr="00E85698">
              <w:rPr>
                <w:sz w:val="24"/>
              </w:rPr>
              <w:t>вырази</w:t>
            </w:r>
            <w:proofErr w:type="spellEnd"/>
            <w:r w:rsidRPr="00E85698">
              <w:rPr>
                <w:sz w:val="24"/>
              </w:rPr>
              <w:t>-</w:t>
            </w:r>
            <w:r w:rsidRPr="00E85698">
              <w:rPr>
                <w:spacing w:val="1"/>
                <w:sz w:val="24"/>
              </w:rPr>
              <w:t xml:space="preserve"> </w:t>
            </w:r>
            <w:proofErr w:type="spellStart"/>
            <w:r w:rsidRPr="00E85698">
              <w:rPr>
                <w:sz w:val="24"/>
              </w:rPr>
              <w:t>тельность</w:t>
            </w:r>
            <w:proofErr w:type="spellEnd"/>
            <w:proofErr w:type="gramEnd"/>
            <w:r w:rsidRPr="00E85698">
              <w:rPr>
                <w:spacing w:val="-1"/>
                <w:sz w:val="24"/>
              </w:rPr>
              <w:t xml:space="preserve"> </w:t>
            </w:r>
            <w:r w:rsidRPr="00E85698">
              <w:rPr>
                <w:sz w:val="24"/>
              </w:rPr>
              <w:t>текста.</w:t>
            </w:r>
          </w:p>
          <w:p w:rsidR="00A037E6" w:rsidRPr="00E85698" w:rsidRDefault="00A037E6" w:rsidP="006C1B1D">
            <w:pPr>
              <w:pStyle w:val="TableParagraph"/>
              <w:spacing w:line="270" w:lineRule="atLeast"/>
              <w:ind w:right="102"/>
              <w:jc w:val="both"/>
              <w:rPr>
                <w:sz w:val="24"/>
              </w:rPr>
            </w:pPr>
            <w:r w:rsidRPr="00E85698">
              <w:rPr>
                <w:sz w:val="24"/>
              </w:rPr>
              <w:t>В</w:t>
            </w:r>
            <w:r w:rsidRPr="00E85698">
              <w:rPr>
                <w:spacing w:val="1"/>
                <w:sz w:val="24"/>
              </w:rPr>
              <w:t xml:space="preserve"> </w:t>
            </w:r>
            <w:r w:rsidRPr="00E85698">
              <w:rPr>
                <w:sz w:val="24"/>
              </w:rPr>
              <w:t>целом</w:t>
            </w:r>
            <w:r w:rsidRPr="00E85698">
              <w:rPr>
                <w:spacing w:val="1"/>
                <w:sz w:val="24"/>
              </w:rPr>
              <w:t xml:space="preserve"> </w:t>
            </w:r>
            <w:r w:rsidRPr="00E85698">
              <w:rPr>
                <w:sz w:val="24"/>
              </w:rPr>
              <w:t>в</w:t>
            </w:r>
            <w:r w:rsidRPr="00E85698">
              <w:rPr>
                <w:spacing w:val="1"/>
                <w:sz w:val="24"/>
              </w:rPr>
              <w:t xml:space="preserve"> </w:t>
            </w:r>
            <w:r w:rsidRPr="00E85698">
              <w:rPr>
                <w:sz w:val="24"/>
              </w:rPr>
              <w:t>работе</w:t>
            </w:r>
            <w:r w:rsidRPr="00E85698">
              <w:rPr>
                <w:spacing w:val="1"/>
                <w:sz w:val="24"/>
              </w:rPr>
              <w:t xml:space="preserve"> </w:t>
            </w:r>
            <w:r w:rsidRPr="00E85698">
              <w:rPr>
                <w:sz w:val="24"/>
              </w:rPr>
              <w:t>допускается</w:t>
            </w:r>
            <w:r w:rsidRPr="00E85698">
              <w:rPr>
                <w:spacing w:val="1"/>
                <w:sz w:val="24"/>
              </w:rPr>
              <w:t xml:space="preserve"> </w:t>
            </w:r>
            <w:r w:rsidRPr="00E85698">
              <w:rPr>
                <w:sz w:val="24"/>
              </w:rPr>
              <w:t>1</w:t>
            </w:r>
            <w:r w:rsidRPr="00E85698">
              <w:rPr>
                <w:spacing w:val="1"/>
                <w:sz w:val="24"/>
              </w:rPr>
              <w:t xml:space="preserve"> </w:t>
            </w:r>
            <w:r w:rsidRPr="00E85698">
              <w:rPr>
                <w:sz w:val="24"/>
              </w:rPr>
              <w:t>недочет в</w:t>
            </w:r>
            <w:r w:rsidRPr="00E85698">
              <w:rPr>
                <w:spacing w:val="-57"/>
                <w:sz w:val="24"/>
              </w:rPr>
              <w:t xml:space="preserve"> </w:t>
            </w:r>
            <w:r w:rsidRPr="00E85698">
              <w:rPr>
                <w:sz w:val="24"/>
              </w:rPr>
              <w:t>содержании</w:t>
            </w:r>
            <w:r w:rsidRPr="00E85698">
              <w:rPr>
                <w:spacing w:val="-1"/>
                <w:sz w:val="24"/>
              </w:rPr>
              <w:t xml:space="preserve"> </w:t>
            </w:r>
            <w:r w:rsidRPr="00E85698">
              <w:rPr>
                <w:sz w:val="24"/>
              </w:rPr>
              <w:t>и 1—2</w:t>
            </w:r>
            <w:r w:rsidRPr="00E85698">
              <w:rPr>
                <w:spacing w:val="-1"/>
                <w:sz w:val="24"/>
              </w:rPr>
              <w:t xml:space="preserve"> </w:t>
            </w:r>
            <w:r w:rsidRPr="00E85698">
              <w:rPr>
                <w:sz w:val="24"/>
              </w:rPr>
              <w:t>речевых</w:t>
            </w:r>
            <w:r w:rsidRPr="00E85698">
              <w:rPr>
                <w:spacing w:val="2"/>
                <w:sz w:val="24"/>
              </w:rPr>
              <w:t xml:space="preserve"> </w:t>
            </w:r>
            <w:r w:rsidRPr="00E85698">
              <w:rPr>
                <w:sz w:val="24"/>
              </w:rPr>
              <w:t>недочета</w:t>
            </w:r>
          </w:p>
        </w:tc>
        <w:tc>
          <w:tcPr>
            <w:tcW w:w="3193" w:type="dxa"/>
          </w:tcPr>
          <w:p w:rsidR="00A037E6" w:rsidRPr="00E85698" w:rsidRDefault="00A037E6" w:rsidP="006C1B1D">
            <w:pPr>
              <w:pStyle w:val="TableParagraph"/>
              <w:ind w:left="110"/>
              <w:rPr>
                <w:sz w:val="24"/>
              </w:rPr>
            </w:pPr>
            <w:r w:rsidRPr="00E85698">
              <w:rPr>
                <w:sz w:val="24"/>
              </w:rPr>
              <w:t>Допускается:</w:t>
            </w:r>
          </w:p>
          <w:p w:rsidR="00A037E6" w:rsidRPr="00E85698" w:rsidRDefault="00A037E6" w:rsidP="006C1B1D">
            <w:pPr>
              <w:pStyle w:val="TableParagraph"/>
              <w:ind w:left="110" w:right="93"/>
              <w:jc w:val="both"/>
              <w:rPr>
                <w:sz w:val="24"/>
              </w:rPr>
            </w:pPr>
            <w:r w:rsidRPr="00E85698">
              <w:rPr>
                <w:sz w:val="24"/>
              </w:rPr>
              <w:t>1</w:t>
            </w:r>
            <w:r w:rsidRPr="00E85698">
              <w:rPr>
                <w:spacing w:val="1"/>
                <w:sz w:val="24"/>
              </w:rPr>
              <w:t xml:space="preserve"> </w:t>
            </w:r>
            <w:r w:rsidRPr="00E85698">
              <w:rPr>
                <w:sz w:val="24"/>
              </w:rPr>
              <w:t>орфографическая,</w:t>
            </w:r>
            <w:r w:rsidRPr="00E85698">
              <w:rPr>
                <w:spacing w:val="1"/>
                <w:sz w:val="24"/>
              </w:rPr>
              <w:t xml:space="preserve"> </w:t>
            </w:r>
            <w:r w:rsidRPr="00E85698">
              <w:rPr>
                <w:sz w:val="24"/>
              </w:rPr>
              <w:t>или</w:t>
            </w:r>
            <w:r w:rsidRPr="00E85698">
              <w:rPr>
                <w:spacing w:val="1"/>
                <w:sz w:val="24"/>
              </w:rPr>
              <w:t xml:space="preserve"> </w:t>
            </w:r>
            <w:r w:rsidRPr="00E85698">
              <w:rPr>
                <w:sz w:val="24"/>
              </w:rPr>
              <w:t>1</w:t>
            </w:r>
            <w:r w:rsidRPr="00E85698">
              <w:rPr>
                <w:spacing w:val="1"/>
                <w:sz w:val="24"/>
              </w:rPr>
              <w:t xml:space="preserve"> </w:t>
            </w:r>
            <w:r w:rsidRPr="00E85698">
              <w:rPr>
                <w:sz w:val="24"/>
              </w:rPr>
              <w:t>пунктуационная,</w:t>
            </w:r>
            <w:r w:rsidRPr="00E85698">
              <w:rPr>
                <w:spacing w:val="1"/>
                <w:sz w:val="24"/>
              </w:rPr>
              <w:t xml:space="preserve"> </w:t>
            </w:r>
            <w:r w:rsidRPr="00E85698">
              <w:rPr>
                <w:sz w:val="24"/>
              </w:rPr>
              <w:t>или</w:t>
            </w:r>
            <w:r w:rsidRPr="00E85698">
              <w:rPr>
                <w:spacing w:val="1"/>
                <w:sz w:val="24"/>
              </w:rPr>
              <w:t xml:space="preserve"> </w:t>
            </w:r>
            <w:r w:rsidRPr="00E85698">
              <w:rPr>
                <w:sz w:val="24"/>
              </w:rPr>
              <w:t>1</w:t>
            </w:r>
            <w:r w:rsidRPr="00E85698">
              <w:rPr>
                <w:spacing w:val="-57"/>
                <w:sz w:val="24"/>
              </w:rPr>
              <w:t xml:space="preserve"> </w:t>
            </w:r>
            <w:r w:rsidRPr="00E85698">
              <w:rPr>
                <w:sz w:val="24"/>
              </w:rPr>
              <w:t>грамматическая</w:t>
            </w:r>
            <w:r w:rsidRPr="00E85698">
              <w:rPr>
                <w:spacing w:val="-1"/>
                <w:sz w:val="24"/>
              </w:rPr>
              <w:t xml:space="preserve"> </w:t>
            </w:r>
            <w:r w:rsidRPr="00E85698">
              <w:rPr>
                <w:sz w:val="24"/>
              </w:rPr>
              <w:t>ошибка</w:t>
            </w:r>
          </w:p>
        </w:tc>
      </w:tr>
      <w:tr w:rsidR="00A037E6" w:rsidRPr="00E85698" w:rsidTr="006C1B1D">
        <w:trPr>
          <w:trHeight w:val="827"/>
        </w:trPr>
        <w:tc>
          <w:tcPr>
            <w:tcW w:w="1102" w:type="dxa"/>
          </w:tcPr>
          <w:p w:rsidR="00A037E6" w:rsidRPr="00E85698" w:rsidRDefault="00A037E6" w:rsidP="006C1B1D">
            <w:pPr>
              <w:pStyle w:val="TableParagraph"/>
              <w:rPr>
                <w:sz w:val="24"/>
              </w:rPr>
            </w:pPr>
            <w:r w:rsidRPr="00E85698">
              <w:rPr>
                <w:sz w:val="24"/>
              </w:rPr>
              <w:t>«4»</w:t>
            </w:r>
          </w:p>
        </w:tc>
        <w:tc>
          <w:tcPr>
            <w:tcW w:w="5281" w:type="dxa"/>
          </w:tcPr>
          <w:p w:rsidR="00A037E6" w:rsidRPr="00E85698" w:rsidRDefault="00A037E6" w:rsidP="006C1B1D">
            <w:pPr>
              <w:pStyle w:val="TableParagraph"/>
              <w:tabs>
                <w:tab w:val="left" w:pos="1264"/>
                <w:tab w:val="left" w:pos="2368"/>
                <w:tab w:val="left" w:pos="2798"/>
                <w:tab w:val="left" w:pos="3801"/>
                <w:tab w:val="left" w:pos="4182"/>
              </w:tabs>
              <w:ind w:right="95" w:firstLine="708"/>
              <w:rPr>
                <w:sz w:val="24"/>
              </w:rPr>
            </w:pPr>
            <w:r w:rsidRPr="00E85698">
              <w:rPr>
                <w:sz w:val="24"/>
              </w:rPr>
              <w:t>1.</w:t>
            </w:r>
            <w:r w:rsidRPr="00E85698">
              <w:rPr>
                <w:sz w:val="24"/>
              </w:rPr>
              <w:tab/>
              <w:t>Содержание</w:t>
            </w:r>
            <w:r w:rsidRPr="00E85698">
              <w:rPr>
                <w:sz w:val="24"/>
              </w:rPr>
              <w:tab/>
              <w:t>работы</w:t>
            </w:r>
            <w:r w:rsidRPr="00E85698">
              <w:rPr>
                <w:sz w:val="24"/>
              </w:rPr>
              <w:tab/>
              <w:t>в</w:t>
            </w:r>
            <w:r w:rsidRPr="00E85698">
              <w:rPr>
                <w:sz w:val="24"/>
              </w:rPr>
              <w:tab/>
            </w:r>
            <w:r w:rsidRPr="00E85698">
              <w:rPr>
                <w:spacing w:val="-1"/>
                <w:sz w:val="24"/>
              </w:rPr>
              <w:t>основном</w:t>
            </w:r>
            <w:r w:rsidRPr="00E85698">
              <w:rPr>
                <w:spacing w:val="-57"/>
                <w:sz w:val="24"/>
              </w:rPr>
              <w:t xml:space="preserve"> </w:t>
            </w:r>
            <w:r w:rsidRPr="00E85698">
              <w:rPr>
                <w:sz w:val="24"/>
              </w:rPr>
              <w:t>соответствует</w:t>
            </w:r>
            <w:r w:rsidRPr="00E85698">
              <w:rPr>
                <w:spacing w:val="27"/>
                <w:sz w:val="24"/>
              </w:rPr>
              <w:t xml:space="preserve"> </w:t>
            </w:r>
            <w:r w:rsidRPr="00E85698">
              <w:rPr>
                <w:sz w:val="24"/>
              </w:rPr>
              <w:t>теме</w:t>
            </w:r>
            <w:r w:rsidRPr="00E85698">
              <w:rPr>
                <w:sz w:val="24"/>
              </w:rPr>
              <w:tab/>
              <w:t>(имеются</w:t>
            </w:r>
            <w:r w:rsidRPr="00E85698">
              <w:rPr>
                <w:spacing w:val="56"/>
                <w:sz w:val="24"/>
              </w:rPr>
              <w:t xml:space="preserve"> </w:t>
            </w:r>
            <w:r w:rsidRPr="00E85698">
              <w:rPr>
                <w:sz w:val="24"/>
              </w:rPr>
              <w:t>незначительные</w:t>
            </w:r>
          </w:p>
          <w:p w:rsidR="00A037E6" w:rsidRPr="00E85698" w:rsidRDefault="00A037E6" w:rsidP="006C1B1D">
            <w:pPr>
              <w:pStyle w:val="TableParagraph"/>
              <w:spacing w:line="264" w:lineRule="exact"/>
              <w:rPr>
                <w:sz w:val="24"/>
              </w:rPr>
            </w:pPr>
            <w:r w:rsidRPr="00E85698">
              <w:rPr>
                <w:sz w:val="24"/>
              </w:rPr>
              <w:t>отклонения</w:t>
            </w:r>
            <w:r w:rsidRPr="00E85698">
              <w:rPr>
                <w:spacing w:val="-2"/>
                <w:sz w:val="24"/>
              </w:rPr>
              <w:t xml:space="preserve"> </w:t>
            </w:r>
            <w:r w:rsidRPr="00E85698">
              <w:rPr>
                <w:sz w:val="24"/>
              </w:rPr>
              <w:t>от</w:t>
            </w:r>
            <w:r w:rsidRPr="00E85698">
              <w:rPr>
                <w:spacing w:val="-1"/>
                <w:sz w:val="24"/>
              </w:rPr>
              <w:t xml:space="preserve"> </w:t>
            </w:r>
            <w:r w:rsidRPr="00E85698">
              <w:rPr>
                <w:sz w:val="24"/>
              </w:rPr>
              <w:t>темы).</w:t>
            </w:r>
          </w:p>
        </w:tc>
        <w:tc>
          <w:tcPr>
            <w:tcW w:w="3193" w:type="dxa"/>
          </w:tcPr>
          <w:p w:rsidR="00A037E6" w:rsidRPr="00E85698" w:rsidRDefault="00A037E6" w:rsidP="006C1B1D">
            <w:pPr>
              <w:pStyle w:val="TableParagraph"/>
              <w:ind w:left="110"/>
              <w:rPr>
                <w:sz w:val="24"/>
              </w:rPr>
            </w:pPr>
            <w:r w:rsidRPr="00E85698">
              <w:rPr>
                <w:sz w:val="24"/>
              </w:rPr>
              <w:t>Допускаются:</w:t>
            </w:r>
          </w:p>
          <w:p w:rsidR="00A037E6" w:rsidRPr="00E85698" w:rsidRDefault="00A037E6" w:rsidP="006C1B1D">
            <w:pPr>
              <w:pStyle w:val="TableParagraph"/>
              <w:tabs>
                <w:tab w:val="left" w:pos="2222"/>
                <w:tab w:val="left" w:pos="2482"/>
                <w:tab w:val="left" w:pos="2965"/>
              </w:tabs>
              <w:spacing w:line="270" w:lineRule="atLeast"/>
              <w:ind w:left="110" w:right="95"/>
              <w:rPr>
                <w:sz w:val="24"/>
              </w:rPr>
            </w:pPr>
            <w:r w:rsidRPr="00E85698">
              <w:rPr>
                <w:sz w:val="24"/>
              </w:rPr>
              <w:t>2</w:t>
            </w:r>
            <w:r w:rsidRPr="00E85698">
              <w:rPr>
                <w:spacing w:val="27"/>
                <w:sz w:val="24"/>
              </w:rPr>
              <w:t xml:space="preserve"> </w:t>
            </w:r>
            <w:r w:rsidRPr="00E85698">
              <w:rPr>
                <w:sz w:val="24"/>
              </w:rPr>
              <w:t>орфографические</w:t>
            </w:r>
            <w:r w:rsidRPr="00E85698">
              <w:rPr>
                <w:sz w:val="24"/>
              </w:rPr>
              <w:tab/>
            </w:r>
            <w:r w:rsidRPr="00E85698">
              <w:rPr>
                <w:sz w:val="24"/>
              </w:rPr>
              <w:tab/>
              <w:t>и</w:t>
            </w:r>
            <w:r w:rsidRPr="00E85698">
              <w:rPr>
                <w:sz w:val="24"/>
              </w:rPr>
              <w:tab/>
            </w:r>
            <w:r w:rsidRPr="00E85698">
              <w:rPr>
                <w:spacing w:val="-4"/>
                <w:sz w:val="24"/>
              </w:rPr>
              <w:t>2</w:t>
            </w:r>
            <w:r w:rsidRPr="00E85698">
              <w:rPr>
                <w:spacing w:val="-57"/>
                <w:sz w:val="24"/>
              </w:rPr>
              <w:t xml:space="preserve"> </w:t>
            </w:r>
            <w:r w:rsidRPr="00E85698">
              <w:rPr>
                <w:sz w:val="24"/>
              </w:rPr>
              <w:t>пунктуационные</w:t>
            </w:r>
            <w:r w:rsidRPr="00E85698">
              <w:rPr>
                <w:sz w:val="24"/>
              </w:rPr>
              <w:tab/>
            </w:r>
            <w:r w:rsidRPr="00E85698">
              <w:rPr>
                <w:spacing w:val="-1"/>
                <w:sz w:val="24"/>
              </w:rPr>
              <w:t>ошибки,</w:t>
            </w:r>
          </w:p>
        </w:tc>
      </w:tr>
    </w:tbl>
    <w:p w:rsidR="00A037E6" w:rsidRPr="00E85698" w:rsidRDefault="00A037E6" w:rsidP="00A037E6">
      <w:pPr>
        <w:spacing w:line="270" w:lineRule="atLeast"/>
        <w:rPr>
          <w:sz w:val="24"/>
        </w:rPr>
        <w:sectPr w:rsidR="00A037E6" w:rsidRPr="00E85698">
          <w:pgSz w:w="11910" w:h="16840"/>
          <w:pgMar w:top="1040" w:right="20" w:bottom="280" w:left="600" w:header="720" w:footer="7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1"/>
        <w:gridCol w:w="3193"/>
      </w:tblGrid>
      <w:tr w:rsidR="00A037E6" w:rsidRPr="00E85698" w:rsidTr="006C1B1D">
        <w:trPr>
          <w:trHeight w:val="3038"/>
        </w:trPr>
        <w:tc>
          <w:tcPr>
            <w:tcW w:w="1102" w:type="dxa"/>
          </w:tcPr>
          <w:p w:rsidR="00A037E6" w:rsidRPr="00E85698" w:rsidRDefault="00A037E6" w:rsidP="006C1B1D">
            <w:pPr>
              <w:pStyle w:val="TableParagraph"/>
              <w:rPr>
                <w:sz w:val="24"/>
              </w:rPr>
            </w:pPr>
          </w:p>
        </w:tc>
        <w:tc>
          <w:tcPr>
            <w:tcW w:w="5281" w:type="dxa"/>
          </w:tcPr>
          <w:p w:rsidR="00A037E6" w:rsidRPr="00E85698" w:rsidRDefault="00A037E6" w:rsidP="00A037E6">
            <w:pPr>
              <w:pStyle w:val="TableParagraph"/>
              <w:numPr>
                <w:ilvl w:val="0"/>
                <w:numId w:val="19"/>
              </w:numPr>
              <w:tabs>
                <w:tab w:val="left" w:pos="496"/>
                <w:tab w:val="left" w:pos="497"/>
                <w:tab w:val="left" w:pos="1968"/>
                <w:tab w:val="left" w:pos="2290"/>
                <w:tab w:val="left" w:pos="3491"/>
                <w:tab w:val="left" w:pos="4924"/>
              </w:tabs>
              <w:ind w:right="94" w:firstLine="0"/>
              <w:rPr>
                <w:sz w:val="24"/>
              </w:rPr>
            </w:pPr>
            <w:r w:rsidRPr="00E85698">
              <w:rPr>
                <w:sz w:val="24"/>
              </w:rPr>
              <w:t>Содержание</w:t>
            </w:r>
            <w:r w:rsidRPr="00E85698">
              <w:rPr>
                <w:sz w:val="24"/>
              </w:rPr>
              <w:tab/>
              <w:t>в</w:t>
            </w:r>
            <w:r w:rsidRPr="00E85698">
              <w:rPr>
                <w:sz w:val="24"/>
              </w:rPr>
              <w:tab/>
              <w:t>основном</w:t>
            </w:r>
            <w:r w:rsidRPr="00E85698">
              <w:rPr>
                <w:sz w:val="24"/>
              </w:rPr>
              <w:tab/>
              <w:t>достоверно,</w:t>
            </w:r>
            <w:r w:rsidRPr="00E85698">
              <w:rPr>
                <w:sz w:val="24"/>
              </w:rPr>
              <w:tab/>
            </w:r>
            <w:r w:rsidRPr="00E85698">
              <w:rPr>
                <w:spacing w:val="-2"/>
                <w:sz w:val="24"/>
              </w:rPr>
              <w:t>но</w:t>
            </w:r>
            <w:r w:rsidRPr="00E85698">
              <w:rPr>
                <w:spacing w:val="-57"/>
                <w:sz w:val="24"/>
              </w:rPr>
              <w:t xml:space="preserve"> </w:t>
            </w:r>
            <w:r w:rsidRPr="00E85698">
              <w:rPr>
                <w:sz w:val="24"/>
              </w:rPr>
              <w:t>имеются</w:t>
            </w:r>
            <w:r w:rsidRPr="00E85698">
              <w:rPr>
                <w:spacing w:val="-2"/>
                <w:sz w:val="24"/>
              </w:rPr>
              <w:t xml:space="preserve"> </w:t>
            </w:r>
            <w:r w:rsidRPr="00E85698">
              <w:rPr>
                <w:sz w:val="24"/>
              </w:rPr>
              <w:t>единичные</w:t>
            </w:r>
            <w:r w:rsidRPr="00E85698">
              <w:rPr>
                <w:spacing w:val="-3"/>
                <w:sz w:val="24"/>
              </w:rPr>
              <w:t xml:space="preserve"> </w:t>
            </w:r>
            <w:r w:rsidRPr="00E85698">
              <w:rPr>
                <w:sz w:val="24"/>
              </w:rPr>
              <w:t>фактические</w:t>
            </w:r>
            <w:r w:rsidRPr="00E85698">
              <w:rPr>
                <w:spacing w:val="-2"/>
                <w:sz w:val="24"/>
              </w:rPr>
              <w:t xml:space="preserve"> </w:t>
            </w:r>
            <w:r w:rsidRPr="00E85698">
              <w:rPr>
                <w:sz w:val="24"/>
              </w:rPr>
              <w:t>неточности.</w:t>
            </w:r>
          </w:p>
          <w:p w:rsidR="00A037E6" w:rsidRPr="00E85698" w:rsidRDefault="00A037E6" w:rsidP="00A037E6">
            <w:pPr>
              <w:pStyle w:val="TableParagraph"/>
              <w:numPr>
                <w:ilvl w:val="0"/>
                <w:numId w:val="19"/>
              </w:numPr>
              <w:tabs>
                <w:tab w:val="left" w:pos="520"/>
                <w:tab w:val="left" w:pos="521"/>
                <w:tab w:val="left" w:pos="1918"/>
                <w:tab w:val="left" w:pos="4035"/>
              </w:tabs>
              <w:ind w:right="94" w:firstLine="0"/>
              <w:rPr>
                <w:sz w:val="24"/>
              </w:rPr>
            </w:pPr>
            <w:r w:rsidRPr="00E85698">
              <w:rPr>
                <w:sz w:val="24"/>
              </w:rPr>
              <w:t>Имеются</w:t>
            </w:r>
            <w:r w:rsidRPr="00E85698">
              <w:rPr>
                <w:sz w:val="24"/>
              </w:rPr>
              <w:tab/>
              <w:t>незначительные</w:t>
            </w:r>
            <w:r w:rsidRPr="00E85698">
              <w:rPr>
                <w:sz w:val="24"/>
              </w:rPr>
              <w:tab/>
              <w:t>нарушения</w:t>
            </w:r>
            <w:r w:rsidRPr="00E85698">
              <w:rPr>
                <w:spacing w:val="-57"/>
                <w:sz w:val="24"/>
              </w:rPr>
              <w:t xml:space="preserve"> </w:t>
            </w:r>
            <w:r w:rsidRPr="00E85698">
              <w:rPr>
                <w:sz w:val="24"/>
              </w:rPr>
              <w:t>последовательности</w:t>
            </w:r>
            <w:r w:rsidRPr="00E85698">
              <w:rPr>
                <w:spacing w:val="58"/>
                <w:sz w:val="24"/>
              </w:rPr>
              <w:t xml:space="preserve"> </w:t>
            </w:r>
            <w:r w:rsidRPr="00E85698">
              <w:rPr>
                <w:sz w:val="24"/>
              </w:rPr>
              <w:t>в</w:t>
            </w:r>
            <w:r w:rsidRPr="00E85698">
              <w:rPr>
                <w:spacing w:val="57"/>
                <w:sz w:val="24"/>
              </w:rPr>
              <w:t xml:space="preserve"> </w:t>
            </w:r>
            <w:r w:rsidRPr="00E85698">
              <w:rPr>
                <w:sz w:val="24"/>
              </w:rPr>
              <w:t>изложении</w:t>
            </w:r>
            <w:r w:rsidRPr="00E85698">
              <w:rPr>
                <w:spacing w:val="-1"/>
                <w:sz w:val="24"/>
              </w:rPr>
              <w:t xml:space="preserve"> </w:t>
            </w:r>
            <w:r w:rsidRPr="00E85698">
              <w:rPr>
                <w:sz w:val="24"/>
              </w:rPr>
              <w:t>мыслей.</w:t>
            </w:r>
          </w:p>
          <w:p w:rsidR="00A037E6" w:rsidRPr="00E85698" w:rsidRDefault="00A037E6" w:rsidP="00A037E6">
            <w:pPr>
              <w:pStyle w:val="TableParagraph"/>
              <w:numPr>
                <w:ilvl w:val="0"/>
                <w:numId w:val="19"/>
              </w:numPr>
              <w:tabs>
                <w:tab w:val="left" w:pos="389"/>
              </w:tabs>
              <w:ind w:right="103" w:firstLine="0"/>
              <w:rPr>
                <w:sz w:val="24"/>
              </w:rPr>
            </w:pPr>
            <w:r w:rsidRPr="00E85698">
              <w:rPr>
                <w:sz w:val="24"/>
              </w:rPr>
              <w:t>Лексический</w:t>
            </w:r>
            <w:r w:rsidRPr="00E85698">
              <w:rPr>
                <w:spacing w:val="9"/>
                <w:sz w:val="24"/>
              </w:rPr>
              <w:t xml:space="preserve"> </w:t>
            </w:r>
            <w:r w:rsidRPr="00E85698">
              <w:rPr>
                <w:sz w:val="24"/>
              </w:rPr>
              <w:t>и</w:t>
            </w:r>
            <w:r w:rsidRPr="00E85698">
              <w:rPr>
                <w:spacing w:val="11"/>
                <w:sz w:val="24"/>
              </w:rPr>
              <w:t xml:space="preserve"> </w:t>
            </w:r>
            <w:r w:rsidRPr="00E85698">
              <w:rPr>
                <w:sz w:val="24"/>
              </w:rPr>
              <w:t>грамматический</w:t>
            </w:r>
            <w:r w:rsidRPr="00E85698">
              <w:rPr>
                <w:spacing w:val="36"/>
                <w:sz w:val="24"/>
              </w:rPr>
              <w:t xml:space="preserve"> </w:t>
            </w:r>
            <w:r w:rsidRPr="00E85698">
              <w:rPr>
                <w:sz w:val="24"/>
              </w:rPr>
              <w:t>строй</w:t>
            </w:r>
            <w:r w:rsidRPr="00E85698">
              <w:rPr>
                <w:spacing w:val="37"/>
                <w:sz w:val="24"/>
              </w:rPr>
              <w:t xml:space="preserve"> </w:t>
            </w:r>
            <w:r w:rsidRPr="00E85698">
              <w:rPr>
                <w:sz w:val="24"/>
              </w:rPr>
              <w:t>речи</w:t>
            </w:r>
            <w:r w:rsidRPr="00E85698">
              <w:rPr>
                <w:spacing w:val="-57"/>
                <w:sz w:val="24"/>
              </w:rPr>
              <w:t xml:space="preserve"> </w:t>
            </w:r>
            <w:r w:rsidRPr="00E85698">
              <w:rPr>
                <w:sz w:val="24"/>
              </w:rPr>
              <w:t>достаточно</w:t>
            </w:r>
            <w:r w:rsidRPr="00E85698">
              <w:rPr>
                <w:spacing w:val="-1"/>
                <w:sz w:val="24"/>
              </w:rPr>
              <w:t xml:space="preserve"> </w:t>
            </w:r>
            <w:r w:rsidRPr="00E85698">
              <w:rPr>
                <w:sz w:val="24"/>
              </w:rPr>
              <w:t>разнообразен</w:t>
            </w:r>
          </w:p>
          <w:p w:rsidR="00A037E6" w:rsidRPr="00E85698" w:rsidRDefault="00A037E6" w:rsidP="00A037E6">
            <w:pPr>
              <w:pStyle w:val="TableParagraph"/>
              <w:numPr>
                <w:ilvl w:val="0"/>
                <w:numId w:val="19"/>
              </w:numPr>
              <w:tabs>
                <w:tab w:val="left" w:pos="525"/>
                <w:tab w:val="left" w:pos="526"/>
                <w:tab w:val="left" w:pos="1385"/>
                <w:tab w:val="left" w:pos="2357"/>
                <w:tab w:val="left" w:pos="3721"/>
                <w:tab w:val="left" w:pos="5044"/>
              </w:tabs>
              <w:ind w:right="95" w:firstLine="0"/>
              <w:rPr>
                <w:sz w:val="24"/>
              </w:rPr>
            </w:pPr>
            <w:r w:rsidRPr="00E85698">
              <w:rPr>
                <w:sz w:val="24"/>
              </w:rPr>
              <w:t>Стиль</w:t>
            </w:r>
            <w:r w:rsidRPr="00E85698">
              <w:rPr>
                <w:sz w:val="24"/>
              </w:rPr>
              <w:tab/>
              <w:t>работы</w:t>
            </w:r>
            <w:r w:rsidRPr="00E85698">
              <w:rPr>
                <w:sz w:val="24"/>
              </w:rPr>
              <w:tab/>
              <w:t>отличается</w:t>
            </w:r>
            <w:r w:rsidRPr="00E85698">
              <w:rPr>
                <w:sz w:val="24"/>
              </w:rPr>
              <w:tab/>
              <w:t>единством</w:t>
            </w:r>
            <w:r w:rsidRPr="00E85698">
              <w:rPr>
                <w:sz w:val="24"/>
              </w:rPr>
              <w:tab/>
            </w:r>
            <w:r w:rsidRPr="00E85698">
              <w:rPr>
                <w:spacing w:val="-4"/>
                <w:sz w:val="24"/>
              </w:rPr>
              <w:t>и</w:t>
            </w:r>
            <w:r w:rsidRPr="00E85698">
              <w:rPr>
                <w:spacing w:val="-57"/>
                <w:sz w:val="24"/>
              </w:rPr>
              <w:t xml:space="preserve"> </w:t>
            </w:r>
            <w:r w:rsidRPr="00E85698">
              <w:rPr>
                <w:sz w:val="24"/>
              </w:rPr>
              <w:t>достаточной</w:t>
            </w:r>
            <w:r w:rsidRPr="00E85698">
              <w:rPr>
                <w:spacing w:val="60"/>
                <w:sz w:val="24"/>
              </w:rPr>
              <w:t xml:space="preserve"> </w:t>
            </w:r>
            <w:r w:rsidRPr="00E85698">
              <w:rPr>
                <w:sz w:val="24"/>
              </w:rPr>
              <w:t>выразительностью.</w:t>
            </w:r>
          </w:p>
          <w:p w:rsidR="00A037E6" w:rsidRPr="00E85698" w:rsidRDefault="00A037E6" w:rsidP="006C1B1D">
            <w:pPr>
              <w:pStyle w:val="TableParagraph"/>
              <w:spacing w:line="270" w:lineRule="atLeast"/>
              <w:ind w:right="93"/>
              <w:jc w:val="both"/>
              <w:rPr>
                <w:sz w:val="24"/>
              </w:rPr>
            </w:pPr>
            <w:r w:rsidRPr="00E85698">
              <w:rPr>
                <w:sz w:val="24"/>
              </w:rPr>
              <w:t>В</w:t>
            </w:r>
            <w:r w:rsidRPr="00E85698">
              <w:rPr>
                <w:spacing w:val="1"/>
                <w:sz w:val="24"/>
              </w:rPr>
              <w:t xml:space="preserve"> </w:t>
            </w:r>
            <w:r w:rsidRPr="00E85698">
              <w:rPr>
                <w:sz w:val="24"/>
              </w:rPr>
              <w:t>целом</w:t>
            </w:r>
            <w:r w:rsidRPr="00E85698">
              <w:rPr>
                <w:spacing w:val="1"/>
                <w:sz w:val="24"/>
              </w:rPr>
              <w:t xml:space="preserve"> </w:t>
            </w:r>
            <w:r w:rsidRPr="00E85698">
              <w:rPr>
                <w:sz w:val="24"/>
              </w:rPr>
              <w:t>в</w:t>
            </w:r>
            <w:r w:rsidRPr="00E85698">
              <w:rPr>
                <w:spacing w:val="1"/>
                <w:sz w:val="24"/>
              </w:rPr>
              <w:t xml:space="preserve"> </w:t>
            </w:r>
            <w:r w:rsidRPr="00E85698">
              <w:rPr>
                <w:sz w:val="24"/>
              </w:rPr>
              <w:t>работе</w:t>
            </w:r>
            <w:r w:rsidRPr="00E85698">
              <w:rPr>
                <w:spacing w:val="1"/>
                <w:sz w:val="24"/>
              </w:rPr>
              <w:t xml:space="preserve"> </w:t>
            </w:r>
            <w:r w:rsidRPr="00E85698">
              <w:rPr>
                <w:sz w:val="24"/>
              </w:rPr>
              <w:t>допускается</w:t>
            </w:r>
            <w:r w:rsidRPr="00E85698">
              <w:rPr>
                <w:spacing w:val="1"/>
                <w:sz w:val="24"/>
              </w:rPr>
              <w:t xml:space="preserve"> </w:t>
            </w:r>
            <w:r w:rsidRPr="00E85698">
              <w:rPr>
                <w:sz w:val="24"/>
              </w:rPr>
              <w:t>не</w:t>
            </w:r>
            <w:r w:rsidRPr="00E85698">
              <w:rPr>
                <w:spacing w:val="1"/>
                <w:sz w:val="24"/>
              </w:rPr>
              <w:t xml:space="preserve"> </w:t>
            </w:r>
            <w:r w:rsidRPr="00E85698">
              <w:rPr>
                <w:sz w:val="24"/>
              </w:rPr>
              <w:t>более</w:t>
            </w:r>
            <w:r w:rsidRPr="00E85698">
              <w:rPr>
                <w:spacing w:val="1"/>
                <w:sz w:val="24"/>
              </w:rPr>
              <w:t xml:space="preserve"> </w:t>
            </w:r>
            <w:r w:rsidRPr="00E85698">
              <w:rPr>
                <w:sz w:val="24"/>
              </w:rPr>
              <w:t>2</w:t>
            </w:r>
            <w:r w:rsidRPr="00E85698">
              <w:rPr>
                <w:spacing w:val="1"/>
                <w:sz w:val="24"/>
              </w:rPr>
              <w:t xml:space="preserve"> </w:t>
            </w:r>
            <w:r w:rsidRPr="00E85698">
              <w:rPr>
                <w:sz w:val="24"/>
              </w:rPr>
              <w:t>недочетов</w:t>
            </w:r>
            <w:r w:rsidRPr="00E85698">
              <w:rPr>
                <w:spacing w:val="1"/>
                <w:sz w:val="24"/>
              </w:rPr>
              <w:t xml:space="preserve"> </w:t>
            </w:r>
            <w:r w:rsidRPr="00E85698">
              <w:rPr>
                <w:sz w:val="24"/>
              </w:rPr>
              <w:t>в</w:t>
            </w:r>
            <w:r w:rsidRPr="00E85698">
              <w:rPr>
                <w:spacing w:val="1"/>
                <w:sz w:val="24"/>
              </w:rPr>
              <w:t xml:space="preserve"> </w:t>
            </w:r>
            <w:r w:rsidRPr="00E85698">
              <w:rPr>
                <w:sz w:val="24"/>
              </w:rPr>
              <w:t>содержании</w:t>
            </w:r>
            <w:r w:rsidRPr="00E85698">
              <w:rPr>
                <w:spacing w:val="1"/>
                <w:sz w:val="24"/>
              </w:rPr>
              <w:t xml:space="preserve"> </w:t>
            </w:r>
            <w:r w:rsidRPr="00E85698">
              <w:rPr>
                <w:sz w:val="24"/>
              </w:rPr>
              <w:t>и</w:t>
            </w:r>
            <w:r w:rsidRPr="00E85698">
              <w:rPr>
                <w:spacing w:val="1"/>
                <w:sz w:val="24"/>
              </w:rPr>
              <w:t xml:space="preserve"> </w:t>
            </w:r>
            <w:r w:rsidRPr="00E85698">
              <w:rPr>
                <w:sz w:val="24"/>
              </w:rPr>
              <w:t>не</w:t>
            </w:r>
            <w:r w:rsidRPr="00E85698">
              <w:rPr>
                <w:spacing w:val="1"/>
                <w:sz w:val="24"/>
              </w:rPr>
              <w:t xml:space="preserve"> </w:t>
            </w:r>
            <w:r w:rsidRPr="00E85698">
              <w:rPr>
                <w:sz w:val="24"/>
              </w:rPr>
              <w:t>более</w:t>
            </w:r>
            <w:r w:rsidRPr="00E85698">
              <w:rPr>
                <w:spacing w:val="61"/>
                <w:sz w:val="24"/>
              </w:rPr>
              <w:t xml:space="preserve"> </w:t>
            </w:r>
            <w:r w:rsidRPr="00E85698">
              <w:rPr>
                <w:sz w:val="24"/>
              </w:rPr>
              <w:t>3—4</w:t>
            </w:r>
            <w:r w:rsidRPr="00E85698">
              <w:rPr>
                <w:spacing w:val="1"/>
                <w:sz w:val="24"/>
              </w:rPr>
              <w:t xml:space="preserve"> </w:t>
            </w:r>
            <w:r w:rsidRPr="00E85698">
              <w:rPr>
                <w:sz w:val="24"/>
              </w:rPr>
              <w:t>речевых</w:t>
            </w:r>
            <w:r w:rsidRPr="00E85698">
              <w:rPr>
                <w:spacing w:val="1"/>
                <w:sz w:val="24"/>
              </w:rPr>
              <w:t xml:space="preserve"> </w:t>
            </w:r>
            <w:r w:rsidRPr="00E85698">
              <w:rPr>
                <w:sz w:val="24"/>
              </w:rPr>
              <w:t>недочетов.</w:t>
            </w:r>
          </w:p>
        </w:tc>
        <w:tc>
          <w:tcPr>
            <w:tcW w:w="3193" w:type="dxa"/>
          </w:tcPr>
          <w:p w:rsidR="00A037E6" w:rsidRPr="00E85698" w:rsidRDefault="00A037E6" w:rsidP="006C1B1D">
            <w:pPr>
              <w:pStyle w:val="TableParagraph"/>
              <w:ind w:left="110" w:right="92"/>
              <w:jc w:val="both"/>
              <w:rPr>
                <w:sz w:val="24"/>
              </w:rPr>
            </w:pPr>
            <w:r w:rsidRPr="00E85698">
              <w:rPr>
                <w:sz w:val="24"/>
              </w:rPr>
              <w:t>или</w:t>
            </w:r>
            <w:r w:rsidRPr="00E85698">
              <w:rPr>
                <w:spacing w:val="1"/>
                <w:sz w:val="24"/>
              </w:rPr>
              <w:t xml:space="preserve"> </w:t>
            </w:r>
            <w:r w:rsidRPr="00E85698">
              <w:rPr>
                <w:sz w:val="24"/>
              </w:rPr>
              <w:t>1</w:t>
            </w:r>
            <w:r w:rsidRPr="00E85698">
              <w:rPr>
                <w:spacing w:val="1"/>
                <w:sz w:val="24"/>
              </w:rPr>
              <w:t xml:space="preserve"> </w:t>
            </w:r>
            <w:r w:rsidRPr="00E85698">
              <w:rPr>
                <w:sz w:val="24"/>
              </w:rPr>
              <w:t>орфографическая и 3</w:t>
            </w:r>
            <w:r w:rsidRPr="00E85698">
              <w:rPr>
                <w:spacing w:val="1"/>
                <w:sz w:val="24"/>
              </w:rPr>
              <w:t xml:space="preserve"> </w:t>
            </w:r>
            <w:r w:rsidRPr="00E85698">
              <w:rPr>
                <w:sz w:val="24"/>
              </w:rPr>
              <w:t>пунктуационные</w:t>
            </w:r>
            <w:r w:rsidRPr="00E85698">
              <w:rPr>
                <w:spacing w:val="1"/>
                <w:sz w:val="24"/>
              </w:rPr>
              <w:t xml:space="preserve"> </w:t>
            </w:r>
            <w:r w:rsidRPr="00E85698">
              <w:rPr>
                <w:sz w:val="24"/>
              </w:rPr>
              <w:t>ошибки,</w:t>
            </w:r>
            <w:r w:rsidRPr="00E85698">
              <w:rPr>
                <w:spacing w:val="-57"/>
                <w:sz w:val="24"/>
              </w:rPr>
              <w:t xml:space="preserve"> </w:t>
            </w:r>
            <w:r w:rsidRPr="00E85698">
              <w:rPr>
                <w:sz w:val="24"/>
              </w:rPr>
              <w:t>или</w:t>
            </w:r>
            <w:r w:rsidRPr="00E85698">
              <w:rPr>
                <w:spacing w:val="1"/>
                <w:sz w:val="24"/>
              </w:rPr>
              <w:t xml:space="preserve"> </w:t>
            </w:r>
            <w:r w:rsidRPr="00E85698">
              <w:rPr>
                <w:sz w:val="24"/>
              </w:rPr>
              <w:t>4</w:t>
            </w:r>
            <w:r w:rsidRPr="00E85698">
              <w:rPr>
                <w:spacing w:val="1"/>
                <w:sz w:val="24"/>
              </w:rPr>
              <w:t xml:space="preserve"> </w:t>
            </w:r>
            <w:r w:rsidRPr="00E85698">
              <w:rPr>
                <w:sz w:val="24"/>
              </w:rPr>
              <w:t>пунктуационные</w:t>
            </w:r>
            <w:r w:rsidRPr="00E85698">
              <w:rPr>
                <w:spacing w:val="-57"/>
                <w:sz w:val="24"/>
              </w:rPr>
              <w:t xml:space="preserve"> </w:t>
            </w:r>
            <w:r w:rsidRPr="00E85698">
              <w:rPr>
                <w:sz w:val="24"/>
              </w:rPr>
              <w:t>ошибки</w:t>
            </w:r>
            <w:r w:rsidRPr="00E85698">
              <w:rPr>
                <w:spacing w:val="1"/>
                <w:sz w:val="24"/>
              </w:rPr>
              <w:t xml:space="preserve"> </w:t>
            </w:r>
            <w:r w:rsidRPr="00E85698">
              <w:rPr>
                <w:sz w:val="24"/>
              </w:rPr>
              <w:t>при</w:t>
            </w:r>
            <w:r w:rsidRPr="00E85698">
              <w:rPr>
                <w:spacing w:val="1"/>
                <w:sz w:val="24"/>
              </w:rPr>
              <w:t xml:space="preserve"> </w:t>
            </w:r>
            <w:r w:rsidRPr="00E85698">
              <w:rPr>
                <w:sz w:val="24"/>
              </w:rPr>
              <w:t>отсутствии</w:t>
            </w:r>
            <w:r w:rsidRPr="00E85698">
              <w:rPr>
                <w:spacing w:val="1"/>
                <w:sz w:val="24"/>
              </w:rPr>
              <w:t xml:space="preserve"> </w:t>
            </w:r>
            <w:r w:rsidRPr="00E85698">
              <w:rPr>
                <w:sz w:val="24"/>
              </w:rPr>
              <w:t>орфографических</w:t>
            </w:r>
            <w:r w:rsidRPr="00E85698">
              <w:rPr>
                <w:spacing w:val="-1"/>
                <w:sz w:val="24"/>
              </w:rPr>
              <w:t xml:space="preserve"> </w:t>
            </w:r>
            <w:r w:rsidRPr="00E85698">
              <w:rPr>
                <w:sz w:val="24"/>
              </w:rPr>
              <w:t>ошибок,</w:t>
            </w:r>
          </w:p>
          <w:p w:rsidR="00A037E6" w:rsidRPr="00E85698" w:rsidRDefault="00A037E6" w:rsidP="006C1B1D">
            <w:pPr>
              <w:pStyle w:val="TableParagraph"/>
              <w:ind w:left="110" w:right="97"/>
              <w:jc w:val="both"/>
              <w:rPr>
                <w:sz w:val="24"/>
              </w:rPr>
            </w:pPr>
            <w:r w:rsidRPr="00E85698">
              <w:rPr>
                <w:sz w:val="24"/>
              </w:rPr>
              <w:t>а также 2</w:t>
            </w:r>
            <w:r w:rsidRPr="00E85698">
              <w:rPr>
                <w:spacing w:val="1"/>
                <w:sz w:val="24"/>
              </w:rPr>
              <w:t xml:space="preserve"> </w:t>
            </w:r>
            <w:r w:rsidRPr="00E85698">
              <w:rPr>
                <w:sz w:val="24"/>
              </w:rPr>
              <w:t>грамматические</w:t>
            </w:r>
            <w:r w:rsidRPr="00E85698">
              <w:rPr>
                <w:spacing w:val="1"/>
                <w:sz w:val="24"/>
              </w:rPr>
              <w:t xml:space="preserve"> </w:t>
            </w:r>
            <w:r w:rsidRPr="00E85698">
              <w:rPr>
                <w:sz w:val="24"/>
              </w:rPr>
              <w:t>ошибки</w:t>
            </w:r>
          </w:p>
        </w:tc>
      </w:tr>
      <w:tr w:rsidR="00A037E6" w:rsidRPr="00E85698" w:rsidTr="006C1B1D">
        <w:trPr>
          <w:trHeight w:val="3864"/>
        </w:trPr>
        <w:tc>
          <w:tcPr>
            <w:tcW w:w="1102" w:type="dxa"/>
          </w:tcPr>
          <w:p w:rsidR="00A037E6" w:rsidRPr="00E85698" w:rsidRDefault="00A037E6" w:rsidP="006C1B1D">
            <w:pPr>
              <w:pStyle w:val="TableParagraph"/>
              <w:spacing w:line="262" w:lineRule="exact"/>
              <w:rPr>
                <w:sz w:val="24"/>
              </w:rPr>
            </w:pPr>
            <w:r w:rsidRPr="00E85698">
              <w:rPr>
                <w:sz w:val="24"/>
              </w:rPr>
              <w:t>«3»</w:t>
            </w:r>
          </w:p>
        </w:tc>
        <w:tc>
          <w:tcPr>
            <w:tcW w:w="5281" w:type="dxa"/>
          </w:tcPr>
          <w:p w:rsidR="00A037E6" w:rsidRPr="00E85698" w:rsidRDefault="00A037E6" w:rsidP="00A037E6">
            <w:pPr>
              <w:pStyle w:val="TableParagraph"/>
              <w:numPr>
                <w:ilvl w:val="0"/>
                <w:numId w:val="18"/>
              </w:numPr>
              <w:tabs>
                <w:tab w:val="left" w:pos="350"/>
              </w:tabs>
              <w:ind w:right="95" w:firstLine="0"/>
              <w:jc w:val="both"/>
              <w:rPr>
                <w:sz w:val="24"/>
              </w:rPr>
            </w:pPr>
            <w:r w:rsidRPr="00E85698">
              <w:rPr>
                <w:sz w:val="24"/>
              </w:rPr>
              <w:t>В работе допущены существенные отклонения</w:t>
            </w:r>
            <w:r w:rsidRPr="00E85698">
              <w:rPr>
                <w:spacing w:val="-57"/>
                <w:sz w:val="24"/>
              </w:rPr>
              <w:t xml:space="preserve"> </w:t>
            </w:r>
            <w:r w:rsidRPr="00E85698">
              <w:rPr>
                <w:sz w:val="24"/>
              </w:rPr>
              <w:t>от</w:t>
            </w:r>
            <w:r w:rsidRPr="00E85698">
              <w:rPr>
                <w:spacing w:val="-1"/>
                <w:sz w:val="24"/>
              </w:rPr>
              <w:t xml:space="preserve"> </w:t>
            </w:r>
            <w:r w:rsidRPr="00E85698">
              <w:rPr>
                <w:sz w:val="24"/>
              </w:rPr>
              <w:t>темы.</w:t>
            </w:r>
          </w:p>
          <w:p w:rsidR="00A037E6" w:rsidRPr="00E85698" w:rsidRDefault="00A037E6" w:rsidP="00A037E6">
            <w:pPr>
              <w:pStyle w:val="TableParagraph"/>
              <w:numPr>
                <w:ilvl w:val="0"/>
                <w:numId w:val="18"/>
              </w:numPr>
              <w:tabs>
                <w:tab w:val="left" w:pos="389"/>
              </w:tabs>
              <w:ind w:right="100" w:firstLine="0"/>
              <w:jc w:val="both"/>
              <w:rPr>
                <w:sz w:val="24"/>
              </w:rPr>
            </w:pPr>
            <w:r w:rsidRPr="00E85698">
              <w:rPr>
                <w:sz w:val="24"/>
              </w:rPr>
              <w:t>Работа</w:t>
            </w:r>
            <w:r w:rsidRPr="00E85698">
              <w:rPr>
                <w:spacing w:val="1"/>
                <w:sz w:val="24"/>
              </w:rPr>
              <w:t xml:space="preserve"> </w:t>
            </w:r>
            <w:r w:rsidRPr="00E85698">
              <w:rPr>
                <w:sz w:val="24"/>
              </w:rPr>
              <w:t>достоверна</w:t>
            </w:r>
            <w:r w:rsidRPr="00E85698">
              <w:rPr>
                <w:spacing w:val="1"/>
                <w:sz w:val="24"/>
              </w:rPr>
              <w:t xml:space="preserve"> </w:t>
            </w:r>
            <w:r w:rsidRPr="00E85698">
              <w:rPr>
                <w:sz w:val="24"/>
              </w:rPr>
              <w:t>в</w:t>
            </w:r>
            <w:r w:rsidRPr="00E85698">
              <w:rPr>
                <w:spacing w:val="1"/>
                <w:sz w:val="24"/>
              </w:rPr>
              <w:t xml:space="preserve"> </w:t>
            </w:r>
            <w:r w:rsidRPr="00E85698">
              <w:rPr>
                <w:sz w:val="24"/>
              </w:rPr>
              <w:t>главном, но в ней</w:t>
            </w:r>
            <w:r w:rsidRPr="00E85698">
              <w:rPr>
                <w:spacing w:val="1"/>
                <w:sz w:val="24"/>
              </w:rPr>
              <w:t xml:space="preserve"> </w:t>
            </w:r>
            <w:r w:rsidRPr="00E85698">
              <w:rPr>
                <w:sz w:val="24"/>
              </w:rPr>
              <w:t>имеются</w:t>
            </w:r>
            <w:r w:rsidRPr="00E85698">
              <w:rPr>
                <w:spacing w:val="-1"/>
                <w:sz w:val="24"/>
              </w:rPr>
              <w:t xml:space="preserve"> </w:t>
            </w:r>
            <w:r w:rsidRPr="00E85698">
              <w:rPr>
                <w:sz w:val="24"/>
              </w:rPr>
              <w:t>отдельные</w:t>
            </w:r>
            <w:r w:rsidRPr="00E85698">
              <w:rPr>
                <w:spacing w:val="-3"/>
                <w:sz w:val="24"/>
              </w:rPr>
              <w:t xml:space="preserve"> </w:t>
            </w:r>
            <w:r w:rsidRPr="00E85698">
              <w:rPr>
                <w:sz w:val="24"/>
              </w:rPr>
              <w:t>фактические</w:t>
            </w:r>
            <w:r w:rsidRPr="00E85698">
              <w:rPr>
                <w:spacing w:val="-2"/>
                <w:sz w:val="24"/>
              </w:rPr>
              <w:t xml:space="preserve"> </w:t>
            </w:r>
            <w:r w:rsidRPr="00E85698">
              <w:rPr>
                <w:sz w:val="24"/>
              </w:rPr>
              <w:t>неточности.</w:t>
            </w:r>
          </w:p>
          <w:p w:rsidR="00A037E6" w:rsidRPr="00E85698" w:rsidRDefault="00A037E6" w:rsidP="00A037E6">
            <w:pPr>
              <w:pStyle w:val="TableParagraph"/>
              <w:numPr>
                <w:ilvl w:val="0"/>
                <w:numId w:val="18"/>
              </w:numPr>
              <w:tabs>
                <w:tab w:val="left" w:pos="511"/>
                <w:tab w:val="left" w:pos="2290"/>
                <w:tab w:val="left" w:pos="4038"/>
              </w:tabs>
              <w:ind w:right="94" w:firstLine="0"/>
              <w:jc w:val="both"/>
              <w:rPr>
                <w:sz w:val="24"/>
              </w:rPr>
            </w:pPr>
            <w:r w:rsidRPr="00E85698">
              <w:rPr>
                <w:sz w:val="24"/>
              </w:rPr>
              <w:t>Допущены</w:t>
            </w:r>
            <w:r w:rsidRPr="00E85698">
              <w:rPr>
                <w:sz w:val="24"/>
              </w:rPr>
              <w:tab/>
              <w:t>отдельные</w:t>
            </w:r>
            <w:r w:rsidRPr="00E85698">
              <w:rPr>
                <w:sz w:val="24"/>
              </w:rPr>
              <w:tab/>
            </w:r>
            <w:r w:rsidRPr="00E85698">
              <w:rPr>
                <w:spacing w:val="-1"/>
                <w:sz w:val="24"/>
              </w:rPr>
              <w:t>нарушения</w:t>
            </w:r>
            <w:r w:rsidRPr="00E85698">
              <w:rPr>
                <w:spacing w:val="-58"/>
                <w:sz w:val="24"/>
              </w:rPr>
              <w:t xml:space="preserve"> </w:t>
            </w:r>
            <w:r w:rsidRPr="00E85698">
              <w:rPr>
                <w:sz w:val="24"/>
              </w:rPr>
              <w:t>последовательности</w:t>
            </w:r>
            <w:r w:rsidRPr="00E85698">
              <w:rPr>
                <w:spacing w:val="59"/>
                <w:sz w:val="24"/>
              </w:rPr>
              <w:t xml:space="preserve"> </w:t>
            </w:r>
            <w:r w:rsidRPr="00E85698">
              <w:rPr>
                <w:sz w:val="24"/>
              </w:rPr>
              <w:t>изложения.</w:t>
            </w:r>
          </w:p>
          <w:p w:rsidR="00A037E6" w:rsidRPr="00E85698" w:rsidRDefault="00A037E6" w:rsidP="00A037E6">
            <w:pPr>
              <w:pStyle w:val="TableParagraph"/>
              <w:numPr>
                <w:ilvl w:val="0"/>
                <w:numId w:val="18"/>
              </w:numPr>
              <w:tabs>
                <w:tab w:val="left" w:pos="533"/>
                <w:tab w:val="left" w:pos="3211"/>
              </w:tabs>
              <w:ind w:right="94" w:firstLine="0"/>
              <w:jc w:val="both"/>
              <w:rPr>
                <w:sz w:val="24"/>
              </w:rPr>
            </w:pPr>
            <w:r w:rsidRPr="00E85698">
              <w:rPr>
                <w:sz w:val="24"/>
              </w:rPr>
              <w:t xml:space="preserve">Беден       </w:t>
            </w:r>
            <w:r w:rsidRPr="00E85698">
              <w:rPr>
                <w:spacing w:val="4"/>
                <w:sz w:val="24"/>
              </w:rPr>
              <w:t xml:space="preserve"> </w:t>
            </w:r>
            <w:r w:rsidRPr="00E85698">
              <w:rPr>
                <w:sz w:val="24"/>
              </w:rPr>
              <w:t>словарь,</w:t>
            </w:r>
            <w:r w:rsidRPr="00E85698">
              <w:rPr>
                <w:sz w:val="24"/>
              </w:rPr>
              <w:tab/>
              <w:t>и</w:t>
            </w:r>
            <w:r w:rsidRPr="00E85698">
              <w:rPr>
                <w:spacing w:val="1"/>
                <w:sz w:val="24"/>
              </w:rPr>
              <w:t xml:space="preserve"> </w:t>
            </w:r>
            <w:r w:rsidRPr="00E85698">
              <w:rPr>
                <w:sz w:val="24"/>
              </w:rPr>
              <w:t>однообразны</w:t>
            </w:r>
            <w:r w:rsidRPr="00E85698">
              <w:rPr>
                <w:spacing w:val="-57"/>
                <w:sz w:val="24"/>
              </w:rPr>
              <w:t xml:space="preserve"> </w:t>
            </w:r>
            <w:r w:rsidRPr="00E85698">
              <w:rPr>
                <w:sz w:val="24"/>
              </w:rPr>
              <w:t>употребляемые</w:t>
            </w:r>
            <w:r w:rsidRPr="00E85698">
              <w:rPr>
                <w:spacing w:val="1"/>
                <w:sz w:val="24"/>
              </w:rPr>
              <w:t xml:space="preserve"> </w:t>
            </w:r>
            <w:r w:rsidRPr="00E85698">
              <w:rPr>
                <w:sz w:val="24"/>
              </w:rPr>
              <w:t>синтаксические</w:t>
            </w:r>
            <w:r w:rsidRPr="00E85698">
              <w:rPr>
                <w:spacing w:val="1"/>
                <w:sz w:val="24"/>
              </w:rPr>
              <w:t xml:space="preserve"> </w:t>
            </w:r>
            <w:r w:rsidRPr="00E85698">
              <w:rPr>
                <w:sz w:val="24"/>
              </w:rPr>
              <w:t>конструкции,</w:t>
            </w:r>
            <w:r w:rsidRPr="00E85698">
              <w:rPr>
                <w:spacing w:val="-57"/>
                <w:sz w:val="24"/>
              </w:rPr>
              <w:t xml:space="preserve"> </w:t>
            </w:r>
            <w:r w:rsidRPr="00E85698">
              <w:rPr>
                <w:sz w:val="24"/>
              </w:rPr>
              <w:t>встречается</w:t>
            </w:r>
            <w:r w:rsidRPr="00E85698">
              <w:rPr>
                <w:spacing w:val="52"/>
                <w:sz w:val="24"/>
              </w:rPr>
              <w:t xml:space="preserve"> </w:t>
            </w:r>
            <w:r w:rsidRPr="00E85698">
              <w:rPr>
                <w:sz w:val="24"/>
              </w:rPr>
              <w:t>неправильное</w:t>
            </w:r>
            <w:r w:rsidRPr="00E85698">
              <w:rPr>
                <w:spacing w:val="-4"/>
                <w:sz w:val="24"/>
              </w:rPr>
              <w:t xml:space="preserve"> </w:t>
            </w:r>
            <w:r w:rsidRPr="00E85698">
              <w:rPr>
                <w:sz w:val="24"/>
              </w:rPr>
              <w:t>словоупотребление.</w:t>
            </w:r>
          </w:p>
          <w:p w:rsidR="00A037E6" w:rsidRPr="00E85698" w:rsidRDefault="00A037E6" w:rsidP="00A037E6">
            <w:pPr>
              <w:pStyle w:val="TableParagraph"/>
              <w:numPr>
                <w:ilvl w:val="0"/>
                <w:numId w:val="18"/>
              </w:numPr>
              <w:tabs>
                <w:tab w:val="left" w:pos="372"/>
              </w:tabs>
              <w:ind w:right="103" w:firstLine="0"/>
              <w:jc w:val="both"/>
              <w:rPr>
                <w:sz w:val="24"/>
              </w:rPr>
            </w:pPr>
            <w:r w:rsidRPr="00E85698">
              <w:rPr>
                <w:sz w:val="24"/>
              </w:rPr>
              <w:t>Стиль</w:t>
            </w:r>
            <w:r w:rsidRPr="00E85698">
              <w:rPr>
                <w:spacing w:val="61"/>
                <w:sz w:val="24"/>
              </w:rPr>
              <w:t xml:space="preserve"> </w:t>
            </w:r>
            <w:r w:rsidRPr="00E85698">
              <w:rPr>
                <w:sz w:val="24"/>
              </w:rPr>
              <w:t>работы</w:t>
            </w:r>
            <w:r w:rsidRPr="00E85698">
              <w:rPr>
                <w:spacing w:val="61"/>
                <w:sz w:val="24"/>
              </w:rPr>
              <w:t xml:space="preserve"> </w:t>
            </w:r>
            <w:r w:rsidRPr="00E85698">
              <w:rPr>
                <w:sz w:val="24"/>
              </w:rPr>
              <w:t xml:space="preserve">не  </w:t>
            </w:r>
            <w:r w:rsidRPr="00E85698">
              <w:rPr>
                <w:spacing w:val="1"/>
                <w:sz w:val="24"/>
              </w:rPr>
              <w:t xml:space="preserve"> </w:t>
            </w:r>
            <w:r w:rsidRPr="00E85698">
              <w:rPr>
                <w:sz w:val="24"/>
              </w:rPr>
              <w:t>отличается единством,</w:t>
            </w:r>
            <w:r w:rsidRPr="00E85698">
              <w:rPr>
                <w:spacing w:val="1"/>
                <w:sz w:val="24"/>
              </w:rPr>
              <w:t xml:space="preserve"> </w:t>
            </w:r>
            <w:r w:rsidRPr="00E85698">
              <w:rPr>
                <w:sz w:val="24"/>
              </w:rPr>
              <w:t>речь</w:t>
            </w:r>
            <w:r w:rsidRPr="00E85698">
              <w:rPr>
                <w:spacing w:val="-1"/>
                <w:sz w:val="24"/>
              </w:rPr>
              <w:t xml:space="preserve"> </w:t>
            </w:r>
            <w:r w:rsidRPr="00E85698">
              <w:rPr>
                <w:sz w:val="24"/>
              </w:rPr>
              <w:t>недостаточно выразительна.</w:t>
            </w:r>
          </w:p>
          <w:p w:rsidR="00A037E6" w:rsidRPr="00E85698" w:rsidRDefault="00A037E6" w:rsidP="006C1B1D">
            <w:pPr>
              <w:pStyle w:val="TableParagraph"/>
              <w:spacing w:line="270" w:lineRule="atLeast"/>
              <w:ind w:right="100"/>
              <w:jc w:val="both"/>
              <w:rPr>
                <w:sz w:val="24"/>
              </w:rPr>
            </w:pPr>
            <w:r w:rsidRPr="00E85698">
              <w:rPr>
                <w:sz w:val="24"/>
              </w:rPr>
              <w:t>В</w:t>
            </w:r>
            <w:r w:rsidRPr="00E85698">
              <w:rPr>
                <w:spacing w:val="1"/>
                <w:sz w:val="24"/>
              </w:rPr>
              <w:t xml:space="preserve"> </w:t>
            </w:r>
            <w:r w:rsidRPr="00E85698">
              <w:rPr>
                <w:sz w:val="24"/>
              </w:rPr>
              <w:t>целом</w:t>
            </w:r>
            <w:r w:rsidRPr="00E85698">
              <w:rPr>
                <w:spacing w:val="1"/>
                <w:sz w:val="24"/>
              </w:rPr>
              <w:t xml:space="preserve"> </w:t>
            </w:r>
            <w:r w:rsidRPr="00E85698">
              <w:rPr>
                <w:sz w:val="24"/>
              </w:rPr>
              <w:t>в</w:t>
            </w:r>
            <w:r w:rsidRPr="00E85698">
              <w:rPr>
                <w:spacing w:val="1"/>
                <w:sz w:val="24"/>
              </w:rPr>
              <w:t xml:space="preserve"> </w:t>
            </w:r>
            <w:r w:rsidRPr="00E85698">
              <w:rPr>
                <w:sz w:val="24"/>
              </w:rPr>
              <w:t>работе</w:t>
            </w:r>
            <w:r w:rsidRPr="00E85698">
              <w:rPr>
                <w:spacing w:val="1"/>
                <w:sz w:val="24"/>
              </w:rPr>
              <w:t xml:space="preserve"> </w:t>
            </w:r>
            <w:r w:rsidRPr="00E85698">
              <w:rPr>
                <w:sz w:val="24"/>
              </w:rPr>
              <w:t>допускается</w:t>
            </w:r>
            <w:r w:rsidRPr="00E85698">
              <w:rPr>
                <w:spacing w:val="1"/>
                <w:sz w:val="24"/>
              </w:rPr>
              <w:t xml:space="preserve"> </w:t>
            </w:r>
            <w:r w:rsidRPr="00E85698">
              <w:rPr>
                <w:sz w:val="24"/>
              </w:rPr>
              <w:t>не</w:t>
            </w:r>
            <w:r w:rsidRPr="00E85698">
              <w:rPr>
                <w:spacing w:val="1"/>
                <w:sz w:val="24"/>
              </w:rPr>
              <w:t xml:space="preserve"> </w:t>
            </w:r>
            <w:r w:rsidRPr="00E85698">
              <w:rPr>
                <w:sz w:val="24"/>
              </w:rPr>
              <w:t>более</w:t>
            </w:r>
            <w:r w:rsidRPr="00E85698">
              <w:rPr>
                <w:spacing w:val="1"/>
                <w:sz w:val="24"/>
              </w:rPr>
              <w:t xml:space="preserve"> </w:t>
            </w:r>
            <w:r w:rsidRPr="00E85698">
              <w:rPr>
                <w:sz w:val="24"/>
              </w:rPr>
              <w:t>4</w:t>
            </w:r>
            <w:r w:rsidRPr="00E85698">
              <w:rPr>
                <w:spacing w:val="1"/>
                <w:sz w:val="24"/>
              </w:rPr>
              <w:t xml:space="preserve"> </w:t>
            </w:r>
            <w:r w:rsidRPr="00E85698">
              <w:rPr>
                <w:sz w:val="24"/>
              </w:rPr>
              <w:t>недочетов</w:t>
            </w:r>
            <w:r w:rsidRPr="00E85698">
              <w:rPr>
                <w:spacing w:val="1"/>
                <w:sz w:val="24"/>
              </w:rPr>
              <w:t xml:space="preserve"> </w:t>
            </w:r>
            <w:r w:rsidRPr="00E85698">
              <w:rPr>
                <w:sz w:val="24"/>
              </w:rPr>
              <w:t>в</w:t>
            </w:r>
            <w:r w:rsidRPr="00E85698">
              <w:rPr>
                <w:spacing w:val="1"/>
                <w:sz w:val="24"/>
              </w:rPr>
              <w:t xml:space="preserve"> </w:t>
            </w:r>
            <w:r w:rsidRPr="00E85698">
              <w:rPr>
                <w:sz w:val="24"/>
              </w:rPr>
              <w:t>содержании</w:t>
            </w:r>
            <w:r w:rsidRPr="00E85698">
              <w:rPr>
                <w:spacing w:val="61"/>
                <w:sz w:val="24"/>
              </w:rPr>
              <w:t xml:space="preserve"> </w:t>
            </w:r>
            <w:r w:rsidRPr="00E85698">
              <w:rPr>
                <w:sz w:val="24"/>
              </w:rPr>
              <w:t>и</w:t>
            </w:r>
            <w:r w:rsidRPr="00E85698">
              <w:rPr>
                <w:spacing w:val="61"/>
                <w:sz w:val="24"/>
              </w:rPr>
              <w:t xml:space="preserve"> </w:t>
            </w:r>
            <w:r w:rsidRPr="00E85698">
              <w:rPr>
                <w:sz w:val="24"/>
              </w:rPr>
              <w:t>5</w:t>
            </w:r>
            <w:r w:rsidRPr="00E85698">
              <w:rPr>
                <w:spacing w:val="61"/>
                <w:sz w:val="24"/>
              </w:rPr>
              <w:t xml:space="preserve"> </w:t>
            </w:r>
            <w:r w:rsidRPr="00E85698">
              <w:rPr>
                <w:sz w:val="24"/>
              </w:rPr>
              <w:t>речевых</w:t>
            </w:r>
            <w:r w:rsidRPr="00E85698">
              <w:rPr>
                <w:spacing w:val="1"/>
                <w:sz w:val="24"/>
              </w:rPr>
              <w:t xml:space="preserve"> </w:t>
            </w:r>
            <w:r w:rsidRPr="00E85698">
              <w:rPr>
                <w:sz w:val="24"/>
              </w:rPr>
              <w:t>недочетов.</w:t>
            </w:r>
          </w:p>
        </w:tc>
        <w:tc>
          <w:tcPr>
            <w:tcW w:w="3193" w:type="dxa"/>
          </w:tcPr>
          <w:p w:rsidR="00A037E6" w:rsidRPr="00E85698" w:rsidRDefault="00A037E6" w:rsidP="006C1B1D">
            <w:pPr>
              <w:pStyle w:val="TableParagraph"/>
              <w:spacing w:line="262" w:lineRule="exact"/>
              <w:ind w:left="110"/>
              <w:rPr>
                <w:sz w:val="24"/>
              </w:rPr>
            </w:pPr>
            <w:r w:rsidRPr="00E85698">
              <w:rPr>
                <w:sz w:val="24"/>
              </w:rPr>
              <w:t>Допускаются:</w:t>
            </w:r>
          </w:p>
          <w:p w:rsidR="00A037E6" w:rsidRPr="00E85698" w:rsidRDefault="00A037E6" w:rsidP="006C1B1D">
            <w:pPr>
              <w:pStyle w:val="TableParagraph"/>
              <w:tabs>
                <w:tab w:val="left" w:pos="934"/>
                <w:tab w:val="left" w:pos="1251"/>
                <w:tab w:val="left" w:pos="1718"/>
                <w:tab w:val="left" w:pos="2175"/>
                <w:tab w:val="left" w:pos="2495"/>
                <w:tab w:val="left" w:pos="2962"/>
              </w:tabs>
              <w:ind w:left="110" w:right="93"/>
              <w:rPr>
                <w:sz w:val="24"/>
              </w:rPr>
            </w:pPr>
            <w:r w:rsidRPr="00E85698">
              <w:rPr>
                <w:sz w:val="24"/>
              </w:rPr>
              <w:t>4</w:t>
            </w:r>
            <w:r w:rsidRPr="00E85698">
              <w:rPr>
                <w:spacing w:val="50"/>
                <w:sz w:val="24"/>
              </w:rPr>
              <w:t xml:space="preserve"> </w:t>
            </w:r>
            <w:r w:rsidRPr="00E85698">
              <w:rPr>
                <w:sz w:val="24"/>
              </w:rPr>
              <w:t>орфографические</w:t>
            </w:r>
            <w:r w:rsidRPr="00E85698">
              <w:rPr>
                <w:sz w:val="24"/>
              </w:rPr>
              <w:tab/>
            </w:r>
            <w:r w:rsidRPr="00E85698">
              <w:rPr>
                <w:sz w:val="24"/>
              </w:rPr>
              <w:tab/>
              <w:t>и</w:t>
            </w:r>
            <w:r w:rsidRPr="00E85698">
              <w:rPr>
                <w:sz w:val="24"/>
              </w:rPr>
              <w:tab/>
              <w:t>4</w:t>
            </w:r>
            <w:r w:rsidRPr="00E85698">
              <w:rPr>
                <w:spacing w:val="-57"/>
                <w:sz w:val="24"/>
              </w:rPr>
              <w:t xml:space="preserve"> </w:t>
            </w:r>
            <w:r w:rsidRPr="00E85698">
              <w:rPr>
                <w:sz w:val="24"/>
              </w:rPr>
              <w:t>пунктуационные ошибки,</w:t>
            </w:r>
            <w:r w:rsidRPr="00E85698">
              <w:rPr>
                <w:spacing w:val="1"/>
                <w:sz w:val="24"/>
              </w:rPr>
              <w:t xml:space="preserve"> </w:t>
            </w:r>
            <w:r w:rsidRPr="00E85698">
              <w:rPr>
                <w:sz w:val="24"/>
              </w:rPr>
              <w:t>или</w:t>
            </w:r>
            <w:r w:rsidRPr="00E85698">
              <w:rPr>
                <w:sz w:val="24"/>
              </w:rPr>
              <w:tab/>
              <w:t>3</w:t>
            </w:r>
            <w:r w:rsidRPr="00E85698">
              <w:rPr>
                <w:sz w:val="24"/>
              </w:rPr>
              <w:tab/>
            </w:r>
            <w:r w:rsidRPr="00E85698">
              <w:rPr>
                <w:spacing w:val="-1"/>
                <w:sz w:val="24"/>
              </w:rPr>
              <w:t>орфографические</w:t>
            </w:r>
            <w:r w:rsidRPr="00E85698">
              <w:rPr>
                <w:spacing w:val="-57"/>
                <w:sz w:val="24"/>
              </w:rPr>
              <w:t xml:space="preserve"> </w:t>
            </w:r>
            <w:r w:rsidRPr="00E85698">
              <w:rPr>
                <w:sz w:val="24"/>
              </w:rPr>
              <w:t>ошибки</w:t>
            </w:r>
            <w:r w:rsidRPr="00E85698">
              <w:rPr>
                <w:sz w:val="24"/>
              </w:rPr>
              <w:tab/>
            </w:r>
            <w:r w:rsidRPr="00E85698">
              <w:rPr>
                <w:sz w:val="24"/>
              </w:rPr>
              <w:tab/>
              <w:t>и</w:t>
            </w:r>
            <w:r w:rsidRPr="00E85698">
              <w:rPr>
                <w:sz w:val="24"/>
              </w:rPr>
              <w:tab/>
              <w:t>5</w:t>
            </w:r>
            <w:r w:rsidRPr="00E85698">
              <w:rPr>
                <w:sz w:val="24"/>
              </w:rPr>
              <w:tab/>
            </w:r>
            <w:proofErr w:type="spellStart"/>
            <w:proofErr w:type="gramStart"/>
            <w:r w:rsidRPr="00E85698">
              <w:rPr>
                <w:sz w:val="24"/>
              </w:rPr>
              <w:t>пунктуа</w:t>
            </w:r>
            <w:proofErr w:type="spellEnd"/>
            <w:r w:rsidRPr="00E85698">
              <w:rPr>
                <w:sz w:val="24"/>
              </w:rPr>
              <w:t>-</w:t>
            </w:r>
            <w:r w:rsidRPr="00E85698">
              <w:rPr>
                <w:spacing w:val="-57"/>
                <w:sz w:val="24"/>
              </w:rPr>
              <w:t xml:space="preserve"> </w:t>
            </w:r>
            <w:proofErr w:type="spellStart"/>
            <w:r w:rsidRPr="00E85698">
              <w:rPr>
                <w:sz w:val="24"/>
              </w:rPr>
              <w:t>ционных</w:t>
            </w:r>
            <w:proofErr w:type="spellEnd"/>
            <w:proofErr w:type="gramEnd"/>
            <w:r w:rsidRPr="00E85698">
              <w:rPr>
                <w:spacing w:val="1"/>
                <w:sz w:val="24"/>
              </w:rPr>
              <w:t xml:space="preserve"> </w:t>
            </w:r>
            <w:r w:rsidRPr="00E85698">
              <w:rPr>
                <w:sz w:val="24"/>
              </w:rPr>
              <w:t>ошибок,</w:t>
            </w:r>
            <w:r w:rsidRPr="00E85698">
              <w:rPr>
                <w:spacing w:val="-1"/>
                <w:sz w:val="24"/>
              </w:rPr>
              <w:t xml:space="preserve"> </w:t>
            </w:r>
            <w:r w:rsidRPr="00E85698">
              <w:rPr>
                <w:sz w:val="24"/>
              </w:rPr>
              <w:t>или</w:t>
            </w:r>
          </w:p>
          <w:p w:rsidR="00A037E6" w:rsidRPr="00E85698" w:rsidRDefault="00A037E6" w:rsidP="006C1B1D">
            <w:pPr>
              <w:pStyle w:val="TableParagraph"/>
              <w:ind w:left="110" w:right="95"/>
              <w:jc w:val="both"/>
              <w:rPr>
                <w:sz w:val="24"/>
              </w:rPr>
            </w:pPr>
            <w:r w:rsidRPr="00E85698">
              <w:rPr>
                <w:sz w:val="24"/>
              </w:rPr>
              <w:t>7</w:t>
            </w:r>
            <w:r w:rsidRPr="00E85698">
              <w:rPr>
                <w:spacing w:val="1"/>
                <w:sz w:val="24"/>
              </w:rPr>
              <w:t xml:space="preserve"> </w:t>
            </w:r>
            <w:r w:rsidRPr="00E85698">
              <w:rPr>
                <w:sz w:val="24"/>
              </w:rPr>
              <w:t>пунктуационных</w:t>
            </w:r>
            <w:r w:rsidRPr="00E85698">
              <w:rPr>
                <w:spacing w:val="1"/>
                <w:sz w:val="24"/>
              </w:rPr>
              <w:t xml:space="preserve"> </w:t>
            </w:r>
            <w:r w:rsidRPr="00E85698">
              <w:rPr>
                <w:sz w:val="24"/>
              </w:rPr>
              <w:t>при</w:t>
            </w:r>
            <w:r w:rsidRPr="00E85698">
              <w:rPr>
                <w:spacing w:val="1"/>
                <w:sz w:val="24"/>
              </w:rPr>
              <w:t xml:space="preserve"> </w:t>
            </w:r>
            <w:r w:rsidRPr="00E85698">
              <w:rPr>
                <w:sz w:val="24"/>
              </w:rPr>
              <w:t>отсутствии</w:t>
            </w:r>
            <w:r w:rsidRPr="00E85698">
              <w:rPr>
                <w:spacing w:val="1"/>
                <w:sz w:val="24"/>
              </w:rPr>
              <w:t xml:space="preserve"> </w:t>
            </w:r>
            <w:proofErr w:type="spellStart"/>
            <w:r w:rsidRPr="00E85698">
              <w:rPr>
                <w:sz w:val="24"/>
              </w:rPr>
              <w:t>рфографических</w:t>
            </w:r>
            <w:proofErr w:type="spellEnd"/>
            <w:r w:rsidRPr="00E85698">
              <w:rPr>
                <w:spacing w:val="-57"/>
                <w:sz w:val="24"/>
              </w:rPr>
              <w:t xml:space="preserve"> </w:t>
            </w:r>
            <w:r w:rsidRPr="00E85698">
              <w:rPr>
                <w:sz w:val="24"/>
              </w:rPr>
              <w:t>ошибок</w:t>
            </w:r>
            <w:r w:rsidRPr="00E85698">
              <w:rPr>
                <w:spacing w:val="1"/>
                <w:sz w:val="24"/>
              </w:rPr>
              <w:t xml:space="preserve"> </w:t>
            </w:r>
            <w:r w:rsidRPr="00E85698">
              <w:rPr>
                <w:sz w:val="24"/>
              </w:rPr>
              <w:t>(в</w:t>
            </w:r>
            <w:r w:rsidRPr="00E85698">
              <w:rPr>
                <w:spacing w:val="1"/>
                <w:sz w:val="24"/>
              </w:rPr>
              <w:t xml:space="preserve"> </w:t>
            </w:r>
            <w:r w:rsidRPr="00E85698">
              <w:rPr>
                <w:sz w:val="24"/>
              </w:rPr>
              <w:t>5</w:t>
            </w:r>
            <w:r w:rsidRPr="00E85698">
              <w:rPr>
                <w:spacing w:val="1"/>
                <w:sz w:val="24"/>
              </w:rPr>
              <w:t xml:space="preserve"> </w:t>
            </w:r>
            <w:r w:rsidRPr="00E85698">
              <w:rPr>
                <w:sz w:val="24"/>
              </w:rPr>
              <w:t>классе</w:t>
            </w:r>
            <w:r w:rsidRPr="00E85698">
              <w:rPr>
                <w:spacing w:val="1"/>
                <w:sz w:val="24"/>
              </w:rPr>
              <w:t xml:space="preserve"> </w:t>
            </w:r>
            <w:r w:rsidRPr="00E85698">
              <w:rPr>
                <w:sz w:val="24"/>
              </w:rPr>
              <w:t>-</w:t>
            </w:r>
            <w:r w:rsidRPr="00E85698">
              <w:rPr>
                <w:spacing w:val="1"/>
                <w:sz w:val="24"/>
              </w:rPr>
              <w:t xml:space="preserve"> </w:t>
            </w:r>
            <w:r w:rsidRPr="00E85698">
              <w:rPr>
                <w:sz w:val="24"/>
              </w:rPr>
              <w:t>5</w:t>
            </w:r>
            <w:r w:rsidRPr="00E85698">
              <w:rPr>
                <w:spacing w:val="1"/>
                <w:sz w:val="24"/>
              </w:rPr>
              <w:t xml:space="preserve"> </w:t>
            </w:r>
            <w:r w:rsidRPr="00E85698">
              <w:rPr>
                <w:sz w:val="24"/>
              </w:rPr>
              <w:t>орфографических</w:t>
            </w:r>
            <w:r w:rsidRPr="00E85698">
              <w:rPr>
                <w:spacing w:val="15"/>
                <w:sz w:val="24"/>
              </w:rPr>
              <w:t xml:space="preserve"> </w:t>
            </w:r>
            <w:r w:rsidRPr="00E85698">
              <w:rPr>
                <w:sz w:val="24"/>
              </w:rPr>
              <w:t>ошибок</w:t>
            </w:r>
            <w:r w:rsidRPr="00E85698">
              <w:rPr>
                <w:spacing w:val="29"/>
                <w:sz w:val="24"/>
              </w:rPr>
              <w:t xml:space="preserve"> </w:t>
            </w:r>
            <w:r w:rsidRPr="00E85698">
              <w:rPr>
                <w:sz w:val="24"/>
              </w:rPr>
              <w:t>и</w:t>
            </w:r>
          </w:p>
          <w:p w:rsidR="00A037E6" w:rsidRPr="00E85698" w:rsidRDefault="00A037E6" w:rsidP="006C1B1D">
            <w:pPr>
              <w:pStyle w:val="TableParagraph"/>
              <w:tabs>
                <w:tab w:val="left" w:pos="1357"/>
              </w:tabs>
              <w:spacing w:before="1"/>
              <w:ind w:left="110" w:right="93"/>
              <w:jc w:val="both"/>
              <w:rPr>
                <w:sz w:val="24"/>
              </w:rPr>
            </w:pPr>
            <w:r w:rsidRPr="00E85698">
              <w:rPr>
                <w:sz w:val="24"/>
              </w:rPr>
              <w:t>4</w:t>
            </w:r>
            <w:r w:rsidRPr="00E85698">
              <w:rPr>
                <w:sz w:val="24"/>
              </w:rPr>
              <w:tab/>
              <w:t>пунктуационные</w:t>
            </w:r>
            <w:r w:rsidRPr="00E85698">
              <w:rPr>
                <w:spacing w:val="-58"/>
                <w:sz w:val="24"/>
              </w:rPr>
              <w:t xml:space="preserve"> </w:t>
            </w:r>
            <w:r w:rsidRPr="00E85698">
              <w:rPr>
                <w:sz w:val="24"/>
              </w:rPr>
              <w:t>ошибки),</w:t>
            </w:r>
            <w:r w:rsidRPr="00E85698">
              <w:rPr>
                <w:spacing w:val="1"/>
                <w:sz w:val="24"/>
              </w:rPr>
              <w:t xml:space="preserve"> </w:t>
            </w:r>
            <w:r w:rsidRPr="00E85698">
              <w:rPr>
                <w:sz w:val="24"/>
              </w:rPr>
              <w:t>а</w:t>
            </w:r>
            <w:r w:rsidRPr="00E85698">
              <w:rPr>
                <w:spacing w:val="1"/>
                <w:sz w:val="24"/>
              </w:rPr>
              <w:t xml:space="preserve"> </w:t>
            </w:r>
            <w:r w:rsidRPr="00E85698">
              <w:rPr>
                <w:sz w:val="24"/>
              </w:rPr>
              <w:t>также</w:t>
            </w:r>
            <w:r w:rsidRPr="00E85698">
              <w:rPr>
                <w:spacing w:val="1"/>
                <w:sz w:val="24"/>
              </w:rPr>
              <w:t xml:space="preserve"> </w:t>
            </w:r>
            <w:r w:rsidRPr="00E85698">
              <w:rPr>
                <w:sz w:val="24"/>
              </w:rPr>
              <w:t>4</w:t>
            </w:r>
            <w:r w:rsidRPr="00E85698">
              <w:rPr>
                <w:spacing w:val="1"/>
                <w:sz w:val="24"/>
              </w:rPr>
              <w:t xml:space="preserve"> </w:t>
            </w:r>
            <w:r w:rsidRPr="00E85698">
              <w:rPr>
                <w:sz w:val="24"/>
              </w:rPr>
              <w:t>грамматические</w:t>
            </w:r>
            <w:r w:rsidRPr="00E85698">
              <w:rPr>
                <w:spacing w:val="57"/>
                <w:sz w:val="24"/>
              </w:rPr>
              <w:t xml:space="preserve"> </w:t>
            </w:r>
            <w:r w:rsidRPr="00E85698">
              <w:rPr>
                <w:sz w:val="24"/>
              </w:rPr>
              <w:t>ошибки</w:t>
            </w:r>
          </w:p>
        </w:tc>
      </w:tr>
      <w:tr w:rsidR="00A037E6" w:rsidRPr="00E85698" w:rsidTr="006C1B1D">
        <w:trPr>
          <w:trHeight w:val="3588"/>
        </w:trPr>
        <w:tc>
          <w:tcPr>
            <w:tcW w:w="1102" w:type="dxa"/>
          </w:tcPr>
          <w:p w:rsidR="00A037E6" w:rsidRPr="00E85698" w:rsidRDefault="00A037E6" w:rsidP="006C1B1D">
            <w:pPr>
              <w:pStyle w:val="TableParagraph"/>
              <w:spacing w:line="262" w:lineRule="exact"/>
              <w:rPr>
                <w:sz w:val="24"/>
              </w:rPr>
            </w:pPr>
            <w:r w:rsidRPr="00E85698">
              <w:rPr>
                <w:sz w:val="24"/>
              </w:rPr>
              <w:t>«2»</w:t>
            </w:r>
          </w:p>
        </w:tc>
        <w:tc>
          <w:tcPr>
            <w:tcW w:w="5281" w:type="dxa"/>
          </w:tcPr>
          <w:p w:rsidR="00A037E6" w:rsidRPr="00E85698" w:rsidRDefault="00A037E6" w:rsidP="00A037E6">
            <w:pPr>
              <w:pStyle w:val="TableParagraph"/>
              <w:numPr>
                <w:ilvl w:val="0"/>
                <w:numId w:val="17"/>
              </w:numPr>
              <w:tabs>
                <w:tab w:val="left" w:pos="348"/>
              </w:tabs>
              <w:spacing w:line="262" w:lineRule="exact"/>
              <w:ind w:hanging="241"/>
              <w:jc w:val="both"/>
              <w:rPr>
                <w:sz w:val="24"/>
              </w:rPr>
            </w:pPr>
            <w:r w:rsidRPr="00E85698">
              <w:rPr>
                <w:sz w:val="24"/>
              </w:rPr>
              <w:t>Работа</w:t>
            </w:r>
            <w:r w:rsidRPr="00E85698">
              <w:rPr>
                <w:spacing w:val="56"/>
                <w:sz w:val="24"/>
              </w:rPr>
              <w:t xml:space="preserve"> </w:t>
            </w:r>
            <w:r w:rsidRPr="00E85698">
              <w:rPr>
                <w:sz w:val="24"/>
              </w:rPr>
              <w:t>не</w:t>
            </w:r>
            <w:r w:rsidRPr="00E85698">
              <w:rPr>
                <w:spacing w:val="56"/>
                <w:sz w:val="24"/>
              </w:rPr>
              <w:t xml:space="preserve"> </w:t>
            </w:r>
            <w:r w:rsidRPr="00E85698">
              <w:rPr>
                <w:sz w:val="24"/>
              </w:rPr>
              <w:t>соответствует</w:t>
            </w:r>
            <w:r w:rsidRPr="00E85698">
              <w:rPr>
                <w:spacing w:val="116"/>
                <w:sz w:val="24"/>
              </w:rPr>
              <w:t xml:space="preserve"> </w:t>
            </w:r>
            <w:r w:rsidRPr="00E85698">
              <w:rPr>
                <w:sz w:val="24"/>
              </w:rPr>
              <w:t>теме.</w:t>
            </w:r>
          </w:p>
          <w:p w:rsidR="00A037E6" w:rsidRPr="00E85698" w:rsidRDefault="00A037E6" w:rsidP="00A037E6">
            <w:pPr>
              <w:pStyle w:val="TableParagraph"/>
              <w:numPr>
                <w:ilvl w:val="0"/>
                <w:numId w:val="17"/>
              </w:numPr>
              <w:tabs>
                <w:tab w:val="left" w:pos="348"/>
              </w:tabs>
              <w:ind w:hanging="241"/>
              <w:jc w:val="both"/>
              <w:rPr>
                <w:sz w:val="24"/>
              </w:rPr>
            </w:pPr>
            <w:r w:rsidRPr="00E85698">
              <w:rPr>
                <w:sz w:val="24"/>
              </w:rPr>
              <w:t>Допущено</w:t>
            </w:r>
            <w:r w:rsidRPr="00E85698">
              <w:rPr>
                <w:spacing w:val="-4"/>
                <w:sz w:val="24"/>
              </w:rPr>
              <w:t xml:space="preserve"> </w:t>
            </w:r>
            <w:r w:rsidRPr="00E85698">
              <w:rPr>
                <w:sz w:val="24"/>
              </w:rPr>
              <w:t>много</w:t>
            </w:r>
            <w:r w:rsidRPr="00E85698">
              <w:rPr>
                <w:spacing w:val="-4"/>
                <w:sz w:val="24"/>
              </w:rPr>
              <w:t xml:space="preserve"> </w:t>
            </w:r>
            <w:r w:rsidRPr="00E85698">
              <w:rPr>
                <w:sz w:val="24"/>
              </w:rPr>
              <w:t>фактических</w:t>
            </w:r>
            <w:r w:rsidRPr="00E85698">
              <w:rPr>
                <w:spacing w:val="-2"/>
                <w:sz w:val="24"/>
              </w:rPr>
              <w:t xml:space="preserve"> </w:t>
            </w:r>
            <w:r w:rsidRPr="00E85698">
              <w:rPr>
                <w:sz w:val="24"/>
              </w:rPr>
              <w:t>неточностей.</w:t>
            </w:r>
          </w:p>
          <w:p w:rsidR="00A037E6" w:rsidRPr="00E85698" w:rsidRDefault="00A037E6" w:rsidP="00A037E6">
            <w:pPr>
              <w:pStyle w:val="TableParagraph"/>
              <w:numPr>
                <w:ilvl w:val="0"/>
                <w:numId w:val="17"/>
              </w:numPr>
              <w:tabs>
                <w:tab w:val="left" w:pos="516"/>
              </w:tabs>
              <w:ind w:left="107" w:right="98" w:firstLine="0"/>
              <w:jc w:val="both"/>
              <w:rPr>
                <w:sz w:val="24"/>
              </w:rPr>
            </w:pPr>
            <w:r w:rsidRPr="00E85698">
              <w:rPr>
                <w:sz w:val="24"/>
              </w:rPr>
              <w:t>Нарушена</w:t>
            </w:r>
            <w:r w:rsidRPr="00E85698">
              <w:rPr>
                <w:spacing w:val="1"/>
                <w:sz w:val="24"/>
              </w:rPr>
              <w:t xml:space="preserve"> </w:t>
            </w:r>
            <w:r w:rsidRPr="00E85698">
              <w:rPr>
                <w:sz w:val="24"/>
              </w:rPr>
              <w:t>последовательность</w:t>
            </w:r>
            <w:r w:rsidRPr="00E85698">
              <w:rPr>
                <w:spacing w:val="1"/>
                <w:sz w:val="24"/>
              </w:rPr>
              <w:t xml:space="preserve"> </w:t>
            </w:r>
            <w:r w:rsidRPr="00E85698">
              <w:rPr>
                <w:sz w:val="24"/>
              </w:rPr>
              <w:t>изложения</w:t>
            </w:r>
            <w:r w:rsidRPr="00E85698">
              <w:rPr>
                <w:spacing w:val="1"/>
                <w:sz w:val="24"/>
              </w:rPr>
              <w:t xml:space="preserve"> </w:t>
            </w:r>
            <w:r w:rsidRPr="00E85698">
              <w:rPr>
                <w:sz w:val="24"/>
              </w:rPr>
              <w:t>мыслей</w:t>
            </w:r>
            <w:r w:rsidRPr="00E85698">
              <w:rPr>
                <w:spacing w:val="1"/>
                <w:sz w:val="24"/>
              </w:rPr>
              <w:t xml:space="preserve"> </w:t>
            </w:r>
            <w:r w:rsidRPr="00E85698">
              <w:rPr>
                <w:sz w:val="24"/>
              </w:rPr>
              <w:t>во</w:t>
            </w:r>
            <w:r w:rsidRPr="00E85698">
              <w:rPr>
                <w:spacing w:val="1"/>
                <w:sz w:val="24"/>
              </w:rPr>
              <w:t xml:space="preserve"> </w:t>
            </w:r>
            <w:r w:rsidRPr="00E85698">
              <w:rPr>
                <w:sz w:val="24"/>
              </w:rPr>
              <w:t>всех</w:t>
            </w:r>
            <w:r w:rsidRPr="00E85698">
              <w:rPr>
                <w:spacing w:val="1"/>
                <w:sz w:val="24"/>
              </w:rPr>
              <w:t xml:space="preserve"> </w:t>
            </w:r>
            <w:r w:rsidRPr="00E85698">
              <w:rPr>
                <w:sz w:val="24"/>
              </w:rPr>
              <w:t>частях</w:t>
            </w:r>
            <w:r w:rsidRPr="00E85698">
              <w:rPr>
                <w:spacing w:val="60"/>
                <w:sz w:val="24"/>
              </w:rPr>
              <w:t xml:space="preserve"> </w:t>
            </w:r>
            <w:r w:rsidRPr="00E85698">
              <w:rPr>
                <w:sz w:val="24"/>
              </w:rPr>
              <w:t>работы,</w:t>
            </w:r>
            <w:r w:rsidRPr="00E85698">
              <w:rPr>
                <w:spacing w:val="61"/>
                <w:sz w:val="24"/>
              </w:rPr>
              <w:t xml:space="preserve"> </w:t>
            </w:r>
            <w:r w:rsidRPr="00E85698">
              <w:rPr>
                <w:sz w:val="24"/>
              </w:rPr>
              <w:t>отсутствует</w:t>
            </w:r>
            <w:r w:rsidRPr="00E85698">
              <w:rPr>
                <w:spacing w:val="1"/>
                <w:sz w:val="24"/>
              </w:rPr>
              <w:t xml:space="preserve"> </w:t>
            </w:r>
            <w:r w:rsidRPr="00E85698">
              <w:rPr>
                <w:sz w:val="24"/>
              </w:rPr>
              <w:t>связь</w:t>
            </w:r>
            <w:r w:rsidRPr="00E85698">
              <w:rPr>
                <w:spacing w:val="1"/>
                <w:sz w:val="24"/>
              </w:rPr>
              <w:t xml:space="preserve"> </w:t>
            </w:r>
            <w:r w:rsidRPr="00E85698">
              <w:rPr>
                <w:sz w:val="24"/>
              </w:rPr>
              <w:t>между</w:t>
            </w:r>
            <w:r w:rsidRPr="00E85698">
              <w:rPr>
                <w:spacing w:val="1"/>
                <w:sz w:val="24"/>
              </w:rPr>
              <w:t xml:space="preserve"> </w:t>
            </w:r>
            <w:r w:rsidRPr="00E85698">
              <w:rPr>
                <w:sz w:val="24"/>
              </w:rPr>
              <w:t>ними,</w:t>
            </w:r>
            <w:r w:rsidRPr="00E85698">
              <w:rPr>
                <w:spacing w:val="1"/>
                <w:sz w:val="24"/>
              </w:rPr>
              <w:t xml:space="preserve"> </w:t>
            </w:r>
            <w:r w:rsidRPr="00E85698">
              <w:rPr>
                <w:sz w:val="24"/>
              </w:rPr>
              <w:t>работа</w:t>
            </w:r>
            <w:r w:rsidRPr="00E85698">
              <w:rPr>
                <w:spacing w:val="1"/>
                <w:sz w:val="24"/>
              </w:rPr>
              <w:t xml:space="preserve"> </w:t>
            </w:r>
            <w:r w:rsidRPr="00E85698">
              <w:rPr>
                <w:sz w:val="24"/>
              </w:rPr>
              <w:t>не</w:t>
            </w:r>
            <w:r w:rsidRPr="00E85698">
              <w:rPr>
                <w:spacing w:val="1"/>
                <w:sz w:val="24"/>
              </w:rPr>
              <w:t xml:space="preserve"> </w:t>
            </w:r>
            <w:r w:rsidRPr="00E85698">
              <w:rPr>
                <w:sz w:val="24"/>
              </w:rPr>
              <w:t>соответствует</w:t>
            </w:r>
            <w:r w:rsidRPr="00E85698">
              <w:rPr>
                <w:spacing w:val="-57"/>
                <w:sz w:val="24"/>
              </w:rPr>
              <w:t xml:space="preserve"> </w:t>
            </w:r>
            <w:r w:rsidRPr="00E85698">
              <w:rPr>
                <w:sz w:val="24"/>
              </w:rPr>
              <w:t>плану.</w:t>
            </w:r>
          </w:p>
          <w:p w:rsidR="00A037E6" w:rsidRPr="00E85698" w:rsidRDefault="00A037E6" w:rsidP="00A037E6">
            <w:pPr>
              <w:pStyle w:val="TableParagraph"/>
              <w:numPr>
                <w:ilvl w:val="0"/>
                <w:numId w:val="17"/>
              </w:numPr>
              <w:tabs>
                <w:tab w:val="left" w:pos="396"/>
              </w:tabs>
              <w:ind w:left="107" w:right="99" w:firstLine="0"/>
              <w:jc w:val="both"/>
              <w:rPr>
                <w:sz w:val="24"/>
              </w:rPr>
            </w:pPr>
            <w:r w:rsidRPr="00E85698">
              <w:rPr>
                <w:sz w:val="24"/>
              </w:rPr>
              <w:t>Крайне</w:t>
            </w:r>
            <w:r w:rsidRPr="00E85698">
              <w:rPr>
                <w:spacing w:val="1"/>
                <w:sz w:val="24"/>
              </w:rPr>
              <w:t xml:space="preserve"> </w:t>
            </w:r>
            <w:r w:rsidRPr="00E85698">
              <w:rPr>
                <w:sz w:val="24"/>
              </w:rPr>
              <w:t>беден</w:t>
            </w:r>
            <w:r w:rsidRPr="00E85698">
              <w:rPr>
                <w:spacing w:val="1"/>
                <w:sz w:val="24"/>
              </w:rPr>
              <w:t xml:space="preserve"> </w:t>
            </w:r>
            <w:r w:rsidRPr="00E85698">
              <w:rPr>
                <w:sz w:val="24"/>
              </w:rPr>
              <w:t>словарь,</w:t>
            </w:r>
            <w:r w:rsidRPr="00E85698">
              <w:rPr>
                <w:spacing w:val="1"/>
                <w:sz w:val="24"/>
              </w:rPr>
              <w:t xml:space="preserve"> </w:t>
            </w:r>
            <w:r w:rsidRPr="00E85698">
              <w:rPr>
                <w:sz w:val="24"/>
              </w:rPr>
              <w:t>работа написана</w:t>
            </w:r>
            <w:r w:rsidRPr="00E85698">
              <w:rPr>
                <w:spacing w:val="1"/>
                <w:sz w:val="24"/>
              </w:rPr>
              <w:t xml:space="preserve"> </w:t>
            </w:r>
            <w:r w:rsidRPr="00E85698">
              <w:rPr>
                <w:sz w:val="24"/>
              </w:rPr>
              <w:t>короткими</w:t>
            </w:r>
            <w:r w:rsidRPr="00E85698">
              <w:rPr>
                <w:spacing w:val="1"/>
                <w:sz w:val="24"/>
              </w:rPr>
              <w:t xml:space="preserve"> </w:t>
            </w:r>
            <w:r w:rsidRPr="00E85698">
              <w:rPr>
                <w:sz w:val="24"/>
              </w:rPr>
              <w:t>однотипными предложениями</w:t>
            </w:r>
            <w:r w:rsidRPr="00E85698">
              <w:rPr>
                <w:spacing w:val="1"/>
                <w:sz w:val="24"/>
              </w:rPr>
              <w:t xml:space="preserve"> </w:t>
            </w:r>
            <w:r w:rsidRPr="00E85698">
              <w:rPr>
                <w:sz w:val="24"/>
              </w:rPr>
              <w:t>со</w:t>
            </w:r>
            <w:r w:rsidRPr="00E85698">
              <w:rPr>
                <w:spacing w:val="1"/>
                <w:sz w:val="24"/>
              </w:rPr>
              <w:t xml:space="preserve"> </w:t>
            </w:r>
            <w:r w:rsidRPr="00E85698">
              <w:rPr>
                <w:sz w:val="24"/>
              </w:rPr>
              <w:t>слабо</w:t>
            </w:r>
            <w:r w:rsidRPr="00E85698">
              <w:rPr>
                <w:spacing w:val="1"/>
                <w:sz w:val="24"/>
              </w:rPr>
              <w:t xml:space="preserve"> </w:t>
            </w:r>
            <w:r w:rsidRPr="00E85698">
              <w:rPr>
                <w:sz w:val="24"/>
              </w:rPr>
              <w:t>выраженной связью между ними, часты</w:t>
            </w:r>
            <w:r w:rsidRPr="00E85698">
              <w:rPr>
                <w:spacing w:val="1"/>
                <w:sz w:val="24"/>
              </w:rPr>
              <w:t xml:space="preserve"> </w:t>
            </w:r>
            <w:r w:rsidRPr="00E85698">
              <w:rPr>
                <w:sz w:val="24"/>
              </w:rPr>
              <w:t>случаи</w:t>
            </w:r>
            <w:r w:rsidRPr="00E85698">
              <w:rPr>
                <w:spacing w:val="59"/>
                <w:sz w:val="24"/>
              </w:rPr>
              <w:t xml:space="preserve"> </w:t>
            </w:r>
            <w:r w:rsidRPr="00E85698">
              <w:rPr>
                <w:sz w:val="24"/>
              </w:rPr>
              <w:t>неправильного</w:t>
            </w:r>
            <w:r w:rsidRPr="00E85698">
              <w:rPr>
                <w:spacing w:val="56"/>
                <w:sz w:val="24"/>
              </w:rPr>
              <w:t xml:space="preserve"> </w:t>
            </w:r>
            <w:r w:rsidRPr="00E85698">
              <w:rPr>
                <w:sz w:val="24"/>
              </w:rPr>
              <w:t>словоупотребления.</w:t>
            </w:r>
          </w:p>
          <w:p w:rsidR="00A037E6" w:rsidRPr="00E85698" w:rsidRDefault="00A037E6" w:rsidP="00A037E6">
            <w:pPr>
              <w:pStyle w:val="TableParagraph"/>
              <w:numPr>
                <w:ilvl w:val="0"/>
                <w:numId w:val="17"/>
              </w:numPr>
              <w:tabs>
                <w:tab w:val="left" w:pos="348"/>
              </w:tabs>
              <w:ind w:hanging="241"/>
              <w:jc w:val="both"/>
              <w:rPr>
                <w:sz w:val="24"/>
              </w:rPr>
            </w:pPr>
            <w:r w:rsidRPr="00E85698">
              <w:rPr>
                <w:sz w:val="24"/>
              </w:rPr>
              <w:t>Нарушено</w:t>
            </w:r>
            <w:r w:rsidRPr="00E85698">
              <w:rPr>
                <w:spacing w:val="55"/>
                <w:sz w:val="24"/>
              </w:rPr>
              <w:t xml:space="preserve"> </w:t>
            </w:r>
            <w:r w:rsidRPr="00E85698">
              <w:rPr>
                <w:sz w:val="24"/>
              </w:rPr>
              <w:t>стилевое</w:t>
            </w:r>
            <w:r w:rsidRPr="00E85698">
              <w:rPr>
                <w:spacing w:val="56"/>
                <w:sz w:val="24"/>
              </w:rPr>
              <w:t xml:space="preserve"> </w:t>
            </w:r>
            <w:r w:rsidRPr="00E85698">
              <w:rPr>
                <w:sz w:val="24"/>
              </w:rPr>
              <w:t>единство</w:t>
            </w:r>
            <w:r w:rsidRPr="00E85698">
              <w:rPr>
                <w:spacing w:val="-4"/>
                <w:sz w:val="24"/>
              </w:rPr>
              <w:t xml:space="preserve"> </w:t>
            </w:r>
            <w:r w:rsidRPr="00E85698">
              <w:rPr>
                <w:sz w:val="24"/>
              </w:rPr>
              <w:t>текста.</w:t>
            </w:r>
          </w:p>
          <w:p w:rsidR="00A037E6" w:rsidRPr="00E85698" w:rsidRDefault="00A037E6" w:rsidP="006C1B1D">
            <w:pPr>
              <w:pStyle w:val="TableParagraph"/>
              <w:spacing w:line="270" w:lineRule="atLeast"/>
              <w:ind w:right="96"/>
              <w:jc w:val="both"/>
              <w:rPr>
                <w:sz w:val="24"/>
              </w:rPr>
            </w:pPr>
            <w:r w:rsidRPr="00E85698">
              <w:rPr>
                <w:sz w:val="24"/>
              </w:rPr>
              <w:t>В</w:t>
            </w:r>
            <w:r w:rsidRPr="00E85698">
              <w:rPr>
                <w:spacing w:val="1"/>
                <w:sz w:val="24"/>
              </w:rPr>
              <w:t xml:space="preserve"> </w:t>
            </w:r>
            <w:r w:rsidRPr="00E85698">
              <w:rPr>
                <w:sz w:val="24"/>
              </w:rPr>
              <w:t>целом</w:t>
            </w:r>
            <w:r w:rsidRPr="00E85698">
              <w:rPr>
                <w:spacing w:val="1"/>
                <w:sz w:val="24"/>
              </w:rPr>
              <w:t xml:space="preserve"> </w:t>
            </w:r>
            <w:r w:rsidRPr="00E85698">
              <w:rPr>
                <w:sz w:val="24"/>
              </w:rPr>
              <w:t>в</w:t>
            </w:r>
            <w:r w:rsidRPr="00E85698">
              <w:rPr>
                <w:spacing w:val="1"/>
                <w:sz w:val="24"/>
              </w:rPr>
              <w:t xml:space="preserve"> </w:t>
            </w:r>
            <w:r w:rsidRPr="00E85698">
              <w:rPr>
                <w:sz w:val="24"/>
              </w:rPr>
              <w:t>работе</w:t>
            </w:r>
            <w:r w:rsidRPr="00E85698">
              <w:rPr>
                <w:spacing w:val="1"/>
                <w:sz w:val="24"/>
              </w:rPr>
              <w:t xml:space="preserve"> </w:t>
            </w:r>
            <w:r w:rsidRPr="00E85698">
              <w:rPr>
                <w:sz w:val="24"/>
              </w:rPr>
              <w:t>допущено</w:t>
            </w:r>
            <w:r w:rsidRPr="00E85698">
              <w:rPr>
                <w:spacing w:val="1"/>
                <w:sz w:val="24"/>
              </w:rPr>
              <w:t xml:space="preserve"> </w:t>
            </w:r>
            <w:r w:rsidRPr="00E85698">
              <w:rPr>
                <w:sz w:val="24"/>
              </w:rPr>
              <w:t>6</w:t>
            </w:r>
            <w:r w:rsidRPr="00E85698">
              <w:rPr>
                <w:spacing w:val="1"/>
                <w:sz w:val="24"/>
              </w:rPr>
              <w:t xml:space="preserve"> </w:t>
            </w:r>
            <w:r w:rsidRPr="00E85698">
              <w:rPr>
                <w:sz w:val="24"/>
              </w:rPr>
              <w:t>недочетов</w:t>
            </w:r>
            <w:r w:rsidRPr="00E85698">
              <w:rPr>
                <w:spacing w:val="1"/>
                <w:sz w:val="24"/>
              </w:rPr>
              <w:t xml:space="preserve"> </w:t>
            </w:r>
            <w:r w:rsidRPr="00E85698">
              <w:rPr>
                <w:sz w:val="24"/>
              </w:rPr>
              <w:t>в</w:t>
            </w:r>
            <w:r w:rsidRPr="00E85698">
              <w:rPr>
                <w:spacing w:val="1"/>
                <w:sz w:val="24"/>
              </w:rPr>
              <w:t xml:space="preserve"> </w:t>
            </w:r>
            <w:r w:rsidRPr="00E85698">
              <w:rPr>
                <w:sz w:val="24"/>
              </w:rPr>
              <w:t>содержании</w:t>
            </w:r>
            <w:r w:rsidRPr="00E85698">
              <w:rPr>
                <w:spacing w:val="-1"/>
                <w:sz w:val="24"/>
              </w:rPr>
              <w:t xml:space="preserve"> </w:t>
            </w:r>
            <w:r w:rsidRPr="00E85698">
              <w:rPr>
                <w:sz w:val="24"/>
              </w:rPr>
              <w:t>и до</w:t>
            </w:r>
            <w:r w:rsidRPr="00E85698">
              <w:rPr>
                <w:spacing w:val="-1"/>
                <w:sz w:val="24"/>
              </w:rPr>
              <w:t xml:space="preserve"> </w:t>
            </w:r>
            <w:r w:rsidRPr="00E85698">
              <w:rPr>
                <w:sz w:val="24"/>
              </w:rPr>
              <w:t>7 речевых</w:t>
            </w:r>
            <w:r w:rsidRPr="00E85698">
              <w:rPr>
                <w:spacing w:val="1"/>
                <w:sz w:val="24"/>
              </w:rPr>
              <w:t xml:space="preserve"> </w:t>
            </w:r>
            <w:r w:rsidRPr="00E85698">
              <w:rPr>
                <w:sz w:val="24"/>
              </w:rPr>
              <w:t>недочетов.</w:t>
            </w:r>
          </w:p>
        </w:tc>
        <w:tc>
          <w:tcPr>
            <w:tcW w:w="3193" w:type="dxa"/>
          </w:tcPr>
          <w:p w:rsidR="00A037E6" w:rsidRPr="00E85698" w:rsidRDefault="00A037E6" w:rsidP="006C1B1D">
            <w:pPr>
              <w:pStyle w:val="TableParagraph"/>
              <w:spacing w:line="262" w:lineRule="exact"/>
              <w:ind w:left="110"/>
              <w:rPr>
                <w:sz w:val="24"/>
              </w:rPr>
            </w:pPr>
            <w:r w:rsidRPr="00E85698">
              <w:rPr>
                <w:sz w:val="24"/>
              </w:rPr>
              <w:t>Допускаются:</w:t>
            </w:r>
          </w:p>
          <w:p w:rsidR="00A037E6" w:rsidRPr="00E85698" w:rsidRDefault="00A037E6" w:rsidP="00A037E6">
            <w:pPr>
              <w:pStyle w:val="TableParagraph"/>
              <w:numPr>
                <w:ilvl w:val="0"/>
                <w:numId w:val="16"/>
              </w:numPr>
              <w:tabs>
                <w:tab w:val="left" w:pos="492"/>
              </w:tabs>
              <w:ind w:right="93" w:firstLine="0"/>
              <w:jc w:val="both"/>
              <w:rPr>
                <w:sz w:val="24"/>
              </w:rPr>
            </w:pPr>
            <w:r w:rsidRPr="00E85698">
              <w:rPr>
                <w:sz w:val="24"/>
              </w:rPr>
              <w:t>орфографических</w:t>
            </w:r>
            <w:r w:rsidRPr="00E85698">
              <w:rPr>
                <w:spacing w:val="1"/>
                <w:sz w:val="24"/>
              </w:rPr>
              <w:t xml:space="preserve"> </w:t>
            </w:r>
            <w:r w:rsidRPr="00E85698">
              <w:rPr>
                <w:sz w:val="24"/>
              </w:rPr>
              <w:t>и</w:t>
            </w:r>
            <w:r w:rsidRPr="00E85698">
              <w:rPr>
                <w:spacing w:val="1"/>
                <w:sz w:val="24"/>
              </w:rPr>
              <w:t xml:space="preserve"> </w:t>
            </w:r>
            <w:r w:rsidRPr="00E85698">
              <w:rPr>
                <w:sz w:val="24"/>
              </w:rPr>
              <w:t>7</w:t>
            </w:r>
            <w:r w:rsidRPr="00E85698">
              <w:rPr>
                <w:spacing w:val="-57"/>
                <w:sz w:val="24"/>
              </w:rPr>
              <w:t xml:space="preserve"> </w:t>
            </w:r>
            <w:r w:rsidRPr="00E85698">
              <w:rPr>
                <w:sz w:val="24"/>
              </w:rPr>
              <w:t>пунктуационных</w:t>
            </w:r>
            <w:r w:rsidRPr="00E85698">
              <w:rPr>
                <w:spacing w:val="1"/>
                <w:sz w:val="24"/>
              </w:rPr>
              <w:t xml:space="preserve"> </w:t>
            </w:r>
            <w:r w:rsidRPr="00E85698">
              <w:rPr>
                <w:sz w:val="24"/>
              </w:rPr>
              <w:t>ошибок,</w:t>
            </w:r>
            <w:r w:rsidRPr="00E85698">
              <w:rPr>
                <w:spacing w:val="-57"/>
                <w:sz w:val="24"/>
              </w:rPr>
              <w:t xml:space="preserve"> </w:t>
            </w:r>
            <w:r w:rsidRPr="00E85698">
              <w:rPr>
                <w:sz w:val="24"/>
              </w:rPr>
              <w:t>или</w:t>
            </w:r>
            <w:r w:rsidRPr="00E85698">
              <w:rPr>
                <w:spacing w:val="44"/>
                <w:sz w:val="24"/>
              </w:rPr>
              <w:t xml:space="preserve"> </w:t>
            </w:r>
            <w:r w:rsidRPr="00E85698">
              <w:rPr>
                <w:sz w:val="24"/>
              </w:rPr>
              <w:t>6</w:t>
            </w:r>
            <w:r w:rsidRPr="00E85698">
              <w:rPr>
                <w:spacing w:val="23"/>
                <w:sz w:val="24"/>
              </w:rPr>
              <w:t xml:space="preserve"> </w:t>
            </w:r>
            <w:r w:rsidRPr="00E85698">
              <w:rPr>
                <w:sz w:val="24"/>
              </w:rPr>
              <w:t>орфографических</w:t>
            </w:r>
            <w:r w:rsidRPr="00E85698">
              <w:rPr>
                <w:spacing w:val="26"/>
                <w:sz w:val="24"/>
              </w:rPr>
              <w:t xml:space="preserve"> </w:t>
            </w:r>
            <w:r w:rsidRPr="00E85698">
              <w:rPr>
                <w:sz w:val="24"/>
              </w:rPr>
              <w:t>и</w:t>
            </w:r>
          </w:p>
          <w:p w:rsidR="00A037E6" w:rsidRPr="00E85698" w:rsidRDefault="00A037E6" w:rsidP="00A037E6">
            <w:pPr>
              <w:pStyle w:val="TableParagraph"/>
              <w:numPr>
                <w:ilvl w:val="0"/>
                <w:numId w:val="16"/>
              </w:numPr>
              <w:tabs>
                <w:tab w:val="left" w:pos="429"/>
              </w:tabs>
              <w:ind w:right="95" w:firstLine="0"/>
              <w:jc w:val="both"/>
              <w:rPr>
                <w:sz w:val="24"/>
              </w:rPr>
            </w:pPr>
            <w:r w:rsidRPr="00E85698">
              <w:rPr>
                <w:sz w:val="24"/>
              </w:rPr>
              <w:t>пунктуационных ошибок,</w:t>
            </w:r>
            <w:r w:rsidRPr="00E85698">
              <w:rPr>
                <w:spacing w:val="-57"/>
                <w:sz w:val="24"/>
              </w:rPr>
              <w:t xml:space="preserve"> </w:t>
            </w:r>
            <w:r w:rsidRPr="00E85698">
              <w:rPr>
                <w:sz w:val="24"/>
              </w:rPr>
              <w:t>или</w:t>
            </w:r>
            <w:r w:rsidRPr="00E85698">
              <w:rPr>
                <w:spacing w:val="50"/>
                <w:sz w:val="24"/>
              </w:rPr>
              <w:t xml:space="preserve"> </w:t>
            </w:r>
            <w:r w:rsidRPr="00E85698">
              <w:rPr>
                <w:sz w:val="24"/>
              </w:rPr>
              <w:t>5</w:t>
            </w:r>
            <w:r w:rsidRPr="00E85698">
              <w:rPr>
                <w:spacing w:val="52"/>
                <w:sz w:val="24"/>
              </w:rPr>
              <w:t xml:space="preserve"> </w:t>
            </w:r>
            <w:r w:rsidRPr="00E85698">
              <w:rPr>
                <w:sz w:val="24"/>
              </w:rPr>
              <w:t>орфографических</w:t>
            </w:r>
            <w:r w:rsidRPr="00E85698">
              <w:rPr>
                <w:spacing w:val="49"/>
                <w:sz w:val="24"/>
              </w:rPr>
              <w:t xml:space="preserve"> </w:t>
            </w:r>
            <w:r w:rsidRPr="00E85698">
              <w:rPr>
                <w:sz w:val="24"/>
              </w:rPr>
              <w:t>и</w:t>
            </w:r>
          </w:p>
          <w:p w:rsidR="00A037E6" w:rsidRPr="00E85698" w:rsidRDefault="00A037E6" w:rsidP="00A037E6">
            <w:pPr>
              <w:pStyle w:val="TableParagraph"/>
              <w:numPr>
                <w:ilvl w:val="0"/>
                <w:numId w:val="16"/>
              </w:numPr>
              <w:tabs>
                <w:tab w:val="left" w:pos="1343"/>
                <w:tab w:val="left" w:pos="1344"/>
              </w:tabs>
              <w:ind w:right="96" w:firstLine="0"/>
              <w:jc w:val="both"/>
              <w:rPr>
                <w:sz w:val="24"/>
              </w:rPr>
            </w:pPr>
            <w:r w:rsidRPr="00E85698">
              <w:rPr>
                <w:sz w:val="24"/>
              </w:rPr>
              <w:t>пунктуационных</w:t>
            </w:r>
            <w:r w:rsidRPr="00E85698">
              <w:rPr>
                <w:spacing w:val="-58"/>
                <w:sz w:val="24"/>
              </w:rPr>
              <w:t xml:space="preserve"> </w:t>
            </w:r>
            <w:r w:rsidRPr="00E85698">
              <w:rPr>
                <w:sz w:val="24"/>
              </w:rPr>
              <w:t>ошибок,</w:t>
            </w:r>
            <w:r w:rsidRPr="00E85698">
              <w:rPr>
                <w:spacing w:val="60"/>
                <w:sz w:val="24"/>
              </w:rPr>
              <w:t xml:space="preserve"> </w:t>
            </w:r>
            <w:r w:rsidRPr="00E85698">
              <w:rPr>
                <w:sz w:val="24"/>
              </w:rPr>
              <w:t>или</w:t>
            </w:r>
          </w:p>
          <w:p w:rsidR="00A037E6" w:rsidRPr="00E85698" w:rsidRDefault="00A037E6" w:rsidP="006C1B1D">
            <w:pPr>
              <w:pStyle w:val="TableParagraph"/>
              <w:ind w:left="110" w:right="94"/>
              <w:jc w:val="both"/>
              <w:rPr>
                <w:sz w:val="24"/>
              </w:rPr>
            </w:pPr>
            <w:r w:rsidRPr="00E85698">
              <w:rPr>
                <w:sz w:val="24"/>
              </w:rPr>
              <w:t>8</w:t>
            </w:r>
            <w:r w:rsidRPr="00E85698">
              <w:rPr>
                <w:spacing w:val="1"/>
                <w:sz w:val="24"/>
              </w:rPr>
              <w:t xml:space="preserve"> </w:t>
            </w:r>
            <w:r w:rsidRPr="00E85698">
              <w:rPr>
                <w:sz w:val="24"/>
              </w:rPr>
              <w:t>орфографических</w:t>
            </w:r>
            <w:r w:rsidRPr="00E85698">
              <w:rPr>
                <w:spacing w:val="1"/>
                <w:sz w:val="24"/>
              </w:rPr>
              <w:t xml:space="preserve"> </w:t>
            </w:r>
            <w:r w:rsidRPr="00E85698">
              <w:rPr>
                <w:sz w:val="24"/>
              </w:rPr>
              <w:t>и</w:t>
            </w:r>
            <w:r w:rsidRPr="00E85698">
              <w:rPr>
                <w:spacing w:val="1"/>
                <w:sz w:val="24"/>
              </w:rPr>
              <w:t xml:space="preserve"> </w:t>
            </w:r>
            <w:r w:rsidRPr="00E85698">
              <w:rPr>
                <w:sz w:val="24"/>
              </w:rPr>
              <w:t>6</w:t>
            </w:r>
            <w:r w:rsidRPr="00E85698">
              <w:rPr>
                <w:spacing w:val="1"/>
                <w:sz w:val="24"/>
              </w:rPr>
              <w:t xml:space="preserve"> </w:t>
            </w:r>
            <w:r w:rsidRPr="00E85698">
              <w:rPr>
                <w:sz w:val="24"/>
              </w:rPr>
              <w:t>пунктуационных ошибок,</w:t>
            </w:r>
            <w:r w:rsidRPr="00E85698">
              <w:rPr>
                <w:spacing w:val="1"/>
                <w:sz w:val="24"/>
              </w:rPr>
              <w:t xml:space="preserve"> </w:t>
            </w:r>
            <w:r w:rsidRPr="00E85698">
              <w:rPr>
                <w:sz w:val="24"/>
              </w:rPr>
              <w:t>я</w:t>
            </w:r>
            <w:r w:rsidRPr="00E85698">
              <w:rPr>
                <w:spacing w:val="-57"/>
                <w:sz w:val="24"/>
              </w:rPr>
              <w:t xml:space="preserve"> </w:t>
            </w:r>
            <w:r w:rsidRPr="00E85698">
              <w:rPr>
                <w:sz w:val="24"/>
              </w:rPr>
              <w:t>также</w:t>
            </w:r>
            <w:r w:rsidRPr="00E85698">
              <w:rPr>
                <w:spacing w:val="1"/>
                <w:sz w:val="24"/>
              </w:rPr>
              <w:t xml:space="preserve"> </w:t>
            </w:r>
            <w:r w:rsidRPr="00E85698">
              <w:rPr>
                <w:sz w:val="24"/>
              </w:rPr>
              <w:t>7</w:t>
            </w:r>
            <w:r w:rsidRPr="00E85698">
              <w:rPr>
                <w:spacing w:val="1"/>
                <w:sz w:val="24"/>
              </w:rPr>
              <w:t xml:space="preserve"> </w:t>
            </w:r>
            <w:r w:rsidRPr="00E85698">
              <w:rPr>
                <w:sz w:val="24"/>
              </w:rPr>
              <w:t>грамматических</w:t>
            </w:r>
            <w:r w:rsidRPr="00E85698">
              <w:rPr>
                <w:spacing w:val="1"/>
                <w:sz w:val="24"/>
              </w:rPr>
              <w:t xml:space="preserve"> </w:t>
            </w:r>
            <w:r w:rsidRPr="00E85698">
              <w:rPr>
                <w:sz w:val="24"/>
              </w:rPr>
              <w:t>ошибок.</w:t>
            </w:r>
          </w:p>
        </w:tc>
      </w:tr>
    </w:tbl>
    <w:p w:rsidR="00A037E6" w:rsidRPr="00E85698" w:rsidRDefault="00A037E6" w:rsidP="00A037E6">
      <w:pPr>
        <w:spacing w:line="262" w:lineRule="exact"/>
        <w:ind w:left="1099"/>
        <w:rPr>
          <w:i/>
          <w:sz w:val="24"/>
        </w:rPr>
      </w:pPr>
      <w:r w:rsidRPr="00E85698">
        <w:rPr>
          <w:i/>
          <w:sz w:val="24"/>
        </w:rPr>
        <w:t>Примечания.</w:t>
      </w:r>
    </w:p>
    <w:p w:rsidR="00A037E6" w:rsidRPr="00E85698" w:rsidRDefault="00A037E6" w:rsidP="00A037E6">
      <w:pPr>
        <w:pStyle w:val="a7"/>
        <w:numPr>
          <w:ilvl w:val="0"/>
          <w:numId w:val="15"/>
        </w:numPr>
        <w:tabs>
          <w:tab w:val="left" w:pos="1747"/>
        </w:tabs>
        <w:ind w:right="827" w:firstLine="566"/>
        <w:jc w:val="both"/>
        <w:rPr>
          <w:sz w:val="24"/>
        </w:rPr>
      </w:pPr>
      <w:r w:rsidRPr="00E85698">
        <w:rPr>
          <w:sz w:val="24"/>
        </w:rPr>
        <w:t>При</w:t>
      </w:r>
      <w:r w:rsidRPr="00E85698">
        <w:rPr>
          <w:spacing w:val="61"/>
          <w:sz w:val="24"/>
        </w:rPr>
        <w:t xml:space="preserve"> </w:t>
      </w:r>
      <w:r w:rsidRPr="00E85698">
        <w:rPr>
          <w:sz w:val="24"/>
        </w:rPr>
        <w:t>оценке</w:t>
      </w:r>
      <w:r w:rsidRPr="00E85698">
        <w:rPr>
          <w:spacing w:val="61"/>
          <w:sz w:val="24"/>
        </w:rPr>
        <w:t xml:space="preserve"> </w:t>
      </w:r>
      <w:r w:rsidRPr="00E85698">
        <w:rPr>
          <w:sz w:val="24"/>
        </w:rPr>
        <w:t>сочинения</w:t>
      </w:r>
      <w:r w:rsidRPr="00E85698">
        <w:rPr>
          <w:spacing w:val="61"/>
          <w:sz w:val="24"/>
        </w:rPr>
        <w:t xml:space="preserve"> </w:t>
      </w:r>
      <w:r w:rsidRPr="00E85698">
        <w:rPr>
          <w:sz w:val="24"/>
        </w:rPr>
        <w:t>необходимо</w:t>
      </w:r>
      <w:r w:rsidRPr="00E85698">
        <w:rPr>
          <w:spacing w:val="61"/>
          <w:sz w:val="24"/>
        </w:rPr>
        <w:t xml:space="preserve"> </w:t>
      </w:r>
      <w:r w:rsidRPr="00E85698">
        <w:rPr>
          <w:sz w:val="24"/>
        </w:rPr>
        <w:t>учитывать</w:t>
      </w:r>
      <w:r w:rsidRPr="00E85698">
        <w:rPr>
          <w:spacing w:val="61"/>
          <w:sz w:val="24"/>
        </w:rPr>
        <w:t xml:space="preserve"> </w:t>
      </w:r>
      <w:r w:rsidRPr="00E85698">
        <w:rPr>
          <w:sz w:val="24"/>
        </w:rPr>
        <w:t>самостоятельность,</w:t>
      </w:r>
      <w:r w:rsidRPr="00E85698">
        <w:rPr>
          <w:spacing w:val="1"/>
          <w:sz w:val="24"/>
        </w:rPr>
        <w:t xml:space="preserve"> </w:t>
      </w:r>
      <w:r w:rsidRPr="00E85698">
        <w:rPr>
          <w:sz w:val="24"/>
        </w:rPr>
        <w:t>оригинальность замысла</w:t>
      </w:r>
      <w:r w:rsidRPr="00E85698">
        <w:rPr>
          <w:spacing w:val="1"/>
          <w:sz w:val="24"/>
        </w:rPr>
        <w:t xml:space="preserve"> </w:t>
      </w:r>
      <w:r w:rsidRPr="00E85698">
        <w:rPr>
          <w:sz w:val="24"/>
        </w:rPr>
        <w:t>ученического сочинения, уровень</w:t>
      </w:r>
      <w:r w:rsidRPr="00E85698">
        <w:rPr>
          <w:spacing w:val="1"/>
          <w:sz w:val="24"/>
        </w:rPr>
        <w:t xml:space="preserve"> </w:t>
      </w:r>
      <w:r w:rsidRPr="00E85698">
        <w:rPr>
          <w:sz w:val="24"/>
        </w:rPr>
        <w:t>его композиционного и речевого</w:t>
      </w:r>
      <w:r w:rsidRPr="00E85698">
        <w:rPr>
          <w:spacing w:val="1"/>
          <w:sz w:val="24"/>
        </w:rPr>
        <w:t xml:space="preserve"> </w:t>
      </w:r>
      <w:r w:rsidRPr="00E85698">
        <w:rPr>
          <w:sz w:val="24"/>
        </w:rPr>
        <w:t>оформления.</w:t>
      </w:r>
      <w:r w:rsidRPr="00E85698">
        <w:rPr>
          <w:spacing w:val="61"/>
          <w:sz w:val="24"/>
        </w:rPr>
        <w:t xml:space="preserve"> </w:t>
      </w:r>
      <w:r w:rsidRPr="00E85698">
        <w:rPr>
          <w:sz w:val="24"/>
        </w:rPr>
        <w:t>Наличие</w:t>
      </w:r>
      <w:r w:rsidRPr="00E85698">
        <w:rPr>
          <w:spacing w:val="61"/>
          <w:sz w:val="24"/>
        </w:rPr>
        <w:t xml:space="preserve"> </w:t>
      </w:r>
      <w:r w:rsidRPr="00E85698">
        <w:rPr>
          <w:sz w:val="24"/>
        </w:rPr>
        <w:t>оригинального</w:t>
      </w:r>
      <w:r w:rsidRPr="00E85698">
        <w:rPr>
          <w:spacing w:val="61"/>
          <w:sz w:val="24"/>
        </w:rPr>
        <w:t xml:space="preserve"> </w:t>
      </w:r>
      <w:r w:rsidRPr="00E85698">
        <w:rPr>
          <w:sz w:val="24"/>
        </w:rPr>
        <w:t>замысла,</w:t>
      </w:r>
      <w:r w:rsidRPr="00E85698">
        <w:rPr>
          <w:spacing w:val="61"/>
          <w:sz w:val="24"/>
        </w:rPr>
        <w:t xml:space="preserve"> </w:t>
      </w:r>
      <w:r w:rsidRPr="00E85698">
        <w:rPr>
          <w:sz w:val="24"/>
        </w:rPr>
        <w:t xml:space="preserve">его  </w:t>
      </w:r>
      <w:r w:rsidRPr="00E85698">
        <w:rPr>
          <w:spacing w:val="1"/>
          <w:sz w:val="24"/>
        </w:rPr>
        <w:t xml:space="preserve"> </w:t>
      </w:r>
      <w:r w:rsidRPr="00E85698">
        <w:rPr>
          <w:sz w:val="24"/>
        </w:rPr>
        <w:t xml:space="preserve">хорошая  </w:t>
      </w:r>
      <w:r w:rsidRPr="00E85698">
        <w:rPr>
          <w:spacing w:val="1"/>
          <w:sz w:val="24"/>
        </w:rPr>
        <w:t xml:space="preserve"> </w:t>
      </w:r>
      <w:r w:rsidRPr="00E85698">
        <w:rPr>
          <w:sz w:val="24"/>
        </w:rPr>
        <w:t>реализация позволяют</w:t>
      </w:r>
      <w:r w:rsidRPr="00E85698">
        <w:rPr>
          <w:spacing w:val="1"/>
          <w:sz w:val="24"/>
        </w:rPr>
        <w:t xml:space="preserve"> </w:t>
      </w:r>
      <w:r w:rsidRPr="00E85698">
        <w:rPr>
          <w:sz w:val="24"/>
        </w:rPr>
        <w:t>повысить</w:t>
      </w:r>
      <w:r w:rsidRPr="00E85698">
        <w:rPr>
          <w:spacing w:val="-1"/>
          <w:sz w:val="24"/>
        </w:rPr>
        <w:t xml:space="preserve"> </w:t>
      </w:r>
      <w:r w:rsidRPr="00E85698">
        <w:rPr>
          <w:sz w:val="24"/>
        </w:rPr>
        <w:t>первую оценку</w:t>
      </w:r>
      <w:r w:rsidRPr="00E85698">
        <w:rPr>
          <w:spacing w:val="-5"/>
          <w:sz w:val="24"/>
        </w:rPr>
        <w:t xml:space="preserve"> </w:t>
      </w:r>
      <w:r w:rsidRPr="00E85698">
        <w:rPr>
          <w:sz w:val="24"/>
        </w:rPr>
        <w:t>за</w:t>
      </w:r>
      <w:r w:rsidRPr="00E85698">
        <w:rPr>
          <w:spacing w:val="-1"/>
          <w:sz w:val="24"/>
        </w:rPr>
        <w:t xml:space="preserve"> </w:t>
      </w:r>
      <w:r w:rsidRPr="00E85698">
        <w:rPr>
          <w:sz w:val="24"/>
        </w:rPr>
        <w:t>сочинение</w:t>
      </w:r>
      <w:r w:rsidRPr="00E85698">
        <w:rPr>
          <w:spacing w:val="-1"/>
          <w:sz w:val="24"/>
        </w:rPr>
        <w:t xml:space="preserve"> </w:t>
      </w:r>
      <w:r w:rsidRPr="00E85698">
        <w:rPr>
          <w:sz w:val="24"/>
        </w:rPr>
        <w:t>на</w:t>
      </w:r>
      <w:r w:rsidRPr="00E85698">
        <w:rPr>
          <w:spacing w:val="-1"/>
          <w:sz w:val="24"/>
        </w:rPr>
        <w:t xml:space="preserve"> </w:t>
      </w:r>
      <w:r w:rsidRPr="00E85698">
        <w:rPr>
          <w:sz w:val="24"/>
        </w:rPr>
        <w:t>один</w:t>
      </w:r>
      <w:r w:rsidRPr="00E85698">
        <w:rPr>
          <w:spacing w:val="-1"/>
          <w:sz w:val="24"/>
        </w:rPr>
        <w:t xml:space="preserve"> </w:t>
      </w:r>
      <w:r w:rsidRPr="00E85698">
        <w:rPr>
          <w:sz w:val="24"/>
        </w:rPr>
        <w:t>балл.</w:t>
      </w:r>
    </w:p>
    <w:p w:rsidR="00A037E6" w:rsidRPr="00E85698" w:rsidRDefault="00A037E6" w:rsidP="00A037E6">
      <w:pPr>
        <w:pStyle w:val="a7"/>
        <w:numPr>
          <w:ilvl w:val="0"/>
          <w:numId w:val="15"/>
        </w:numPr>
        <w:tabs>
          <w:tab w:val="left" w:pos="1546"/>
        </w:tabs>
        <w:ind w:right="833" w:firstLine="566"/>
        <w:jc w:val="both"/>
        <w:rPr>
          <w:sz w:val="24"/>
        </w:rPr>
      </w:pPr>
      <w:r w:rsidRPr="00E85698">
        <w:rPr>
          <w:sz w:val="24"/>
        </w:rPr>
        <w:t>Если</w:t>
      </w:r>
      <w:r w:rsidRPr="00E85698">
        <w:rPr>
          <w:spacing w:val="1"/>
          <w:sz w:val="24"/>
        </w:rPr>
        <w:t xml:space="preserve"> </w:t>
      </w:r>
      <w:r w:rsidRPr="00E85698">
        <w:rPr>
          <w:sz w:val="24"/>
        </w:rPr>
        <w:t>объем</w:t>
      </w:r>
      <w:r w:rsidRPr="00E85698">
        <w:rPr>
          <w:spacing w:val="61"/>
          <w:sz w:val="24"/>
        </w:rPr>
        <w:t xml:space="preserve"> </w:t>
      </w:r>
      <w:r w:rsidRPr="00E85698">
        <w:rPr>
          <w:sz w:val="24"/>
        </w:rPr>
        <w:t>сочинения</w:t>
      </w:r>
      <w:r w:rsidRPr="00E85698">
        <w:rPr>
          <w:spacing w:val="61"/>
          <w:sz w:val="24"/>
        </w:rPr>
        <w:t xml:space="preserve"> </w:t>
      </w:r>
      <w:r w:rsidRPr="00E85698">
        <w:rPr>
          <w:sz w:val="24"/>
        </w:rPr>
        <w:t>в</w:t>
      </w:r>
      <w:r w:rsidRPr="00E85698">
        <w:rPr>
          <w:spacing w:val="60"/>
          <w:sz w:val="24"/>
        </w:rPr>
        <w:t xml:space="preserve"> </w:t>
      </w:r>
      <w:r w:rsidRPr="00E85698">
        <w:rPr>
          <w:sz w:val="24"/>
        </w:rPr>
        <w:t>полтора-два</w:t>
      </w:r>
      <w:r w:rsidRPr="00E85698">
        <w:rPr>
          <w:spacing w:val="61"/>
          <w:sz w:val="24"/>
        </w:rPr>
        <w:t xml:space="preserve"> </w:t>
      </w:r>
      <w:r w:rsidRPr="00E85698">
        <w:rPr>
          <w:sz w:val="24"/>
        </w:rPr>
        <w:t>раза</w:t>
      </w:r>
      <w:r w:rsidRPr="00E85698">
        <w:rPr>
          <w:spacing w:val="61"/>
          <w:sz w:val="24"/>
        </w:rPr>
        <w:t xml:space="preserve"> </w:t>
      </w:r>
      <w:r w:rsidRPr="00E85698">
        <w:rPr>
          <w:sz w:val="24"/>
        </w:rPr>
        <w:t>больше</w:t>
      </w:r>
      <w:r w:rsidRPr="00E85698">
        <w:rPr>
          <w:spacing w:val="61"/>
          <w:sz w:val="24"/>
        </w:rPr>
        <w:t xml:space="preserve"> </w:t>
      </w:r>
      <w:r w:rsidRPr="00E85698">
        <w:rPr>
          <w:sz w:val="24"/>
        </w:rPr>
        <w:t>указанного</w:t>
      </w:r>
      <w:r w:rsidRPr="00E85698">
        <w:rPr>
          <w:spacing w:val="61"/>
          <w:sz w:val="24"/>
        </w:rPr>
        <w:t xml:space="preserve"> </w:t>
      </w:r>
      <w:r w:rsidRPr="00E85698">
        <w:rPr>
          <w:sz w:val="24"/>
        </w:rPr>
        <w:t>в</w:t>
      </w:r>
      <w:r w:rsidRPr="00E85698">
        <w:rPr>
          <w:spacing w:val="61"/>
          <w:sz w:val="24"/>
        </w:rPr>
        <w:t xml:space="preserve"> </w:t>
      </w:r>
      <w:r w:rsidRPr="00E85698">
        <w:rPr>
          <w:sz w:val="24"/>
        </w:rPr>
        <w:t>настоящих</w:t>
      </w:r>
      <w:r w:rsidRPr="00E85698">
        <w:rPr>
          <w:spacing w:val="1"/>
          <w:sz w:val="24"/>
        </w:rPr>
        <w:t xml:space="preserve"> </w:t>
      </w:r>
      <w:r w:rsidRPr="00E85698">
        <w:rPr>
          <w:sz w:val="24"/>
        </w:rPr>
        <w:t>нормах,</w:t>
      </w:r>
      <w:r w:rsidRPr="00E85698">
        <w:rPr>
          <w:spacing w:val="9"/>
          <w:sz w:val="24"/>
        </w:rPr>
        <w:t xml:space="preserve"> </w:t>
      </w:r>
      <w:r w:rsidRPr="00E85698">
        <w:rPr>
          <w:sz w:val="24"/>
        </w:rPr>
        <w:t>то</w:t>
      </w:r>
      <w:r w:rsidRPr="00E85698">
        <w:rPr>
          <w:spacing w:val="8"/>
          <w:sz w:val="24"/>
        </w:rPr>
        <w:t xml:space="preserve"> </w:t>
      </w:r>
      <w:r w:rsidRPr="00E85698">
        <w:rPr>
          <w:sz w:val="24"/>
        </w:rPr>
        <w:t>при</w:t>
      </w:r>
      <w:r w:rsidRPr="00E85698">
        <w:rPr>
          <w:spacing w:val="9"/>
          <w:sz w:val="24"/>
        </w:rPr>
        <w:t xml:space="preserve"> </w:t>
      </w:r>
      <w:r w:rsidRPr="00E85698">
        <w:rPr>
          <w:sz w:val="24"/>
        </w:rPr>
        <w:t>оценке</w:t>
      </w:r>
      <w:r w:rsidRPr="00E85698">
        <w:rPr>
          <w:spacing w:val="7"/>
          <w:sz w:val="24"/>
        </w:rPr>
        <w:t xml:space="preserve"> </w:t>
      </w:r>
      <w:r w:rsidRPr="00E85698">
        <w:rPr>
          <w:sz w:val="24"/>
        </w:rPr>
        <w:t>работы</w:t>
      </w:r>
      <w:r w:rsidRPr="00E85698">
        <w:rPr>
          <w:spacing w:val="10"/>
          <w:sz w:val="24"/>
        </w:rPr>
        <w:t xml:space="preserve"> </w:t>
      </w:r>
      <w:r w:rsidRPr="00E85698">
        <w:rPr>
          <w:sz w:val="24"/>
        </w:rPr>
        <w:t>следует</w:t>
      </w:r>
      <w:r w:rsidRPr="00E85698">
        <w:rPr>
          <w:spacing w:val="11"/>
          <w:sz w:val="24"/>
        </w:rPr>
        <w:t xml:space="preserve"> </w:t>
      </w:r>
      <w:r w:rsidRPr="00E85698">
        <w:rPr>
          <w:sz w:val="24"/>
        </w:rPr>
        <w:t>исходить</w:t>
      </w:r>
      <w:r w:rsidRPr="00E85698">
        <w:rPr>
          <w:spacing w:val="8"/>
          <w:sz w:val="24"/>
        </w:rPr>
        <w:t xml:space="preserve"> </w:t>
      </w:r>
      <w:r w:rsidRPr="00E85698">
        <w:rPr>
          <w:sz w:val="24"/>
        </w:rPr>
        <w:t>из</w:t>
      </w:r>
      <w:r w:rsidRPr="00E85698">
        <w:rPr>
          <w:spacing w:val="9"/>
          <w:sz w:val="24"/>
        </w:rPr>
        <w:t xml:space="preserve"> </w:t>
      </w:r>
      <w:r w:rsidRPr="00E85698">
        <w:rPr>
          <w:sz w:val="24"/>
        </w:rPr>
        <w:t>нормативов,</w:t>
      </w:r>
      <w:r w:rsidRPr="00E85698">
        <w:rPr>
          <w:spacing w:val="10"/>
          <w:sz w:val="24"/>
        </w:rPr>
        <w:t xml:space="preserve"> </w:t>
      </w:r>
      <w:r w:rsidRPr="00E85698">
        <w:rPr>
          <w:sz w:val="24"/>
        </w:rPr>
        <w:t>увеличенных</w:t>
      </w:r>
      <w:r w:rsidRPr="00E85698">
        <w:rPr>
          <w:spacing w:val="5"/>
          <w:sz w:val="24"/>
        </w:rPr>
        <w:t xml:space="preserve"> </w:t>
      </w:r>
      <w:r w:rsidRPr="00E85698">
        <w:rPr>
          <w:sz w:val="24"/>
        </w:rPr>
        <w:t>для</w:t>
      </w:r>
      <w:r w:rsidRPr="00E85698">
        <w:rPr>
          <w:spacing w:val="4"/>
          <w:sz w:val="24"/>
        </w:rPr>
        <w:t xml:space="preserve"> </w:t>
      </w:r>
      <w:r w:rsidRPr="00E85698">
        <w:rPr>
          <w:sz w:val="24"/>
        </w:rPr>
        <w:t>отметки</w:t>
      </w:r>
    </w:p>
    <w:p w:rsidR="00A037E6" w:rsidRPr="00E85698" w:rsidRDefault="00A037E6" w:rsidP="00A037E6">
      <w:pPr>
        <w:pStyle w:val="a5"/>
        <w:ind w:left="532" w:right="827"/>
      </w:pPr>
      <w:r w:rsidRPr="00E85698">
        <w:t>«4» на одну, а для отметки «3» на две единицы. Например,</w:t>
      </w:r>
      <w:r w:rsidRPr="00E85698">
        <w:rPr>
          <w:spacing w:val="1"/>
        </w:rPr>
        <w:t xml:space="preserve"> </w:t>
      </w:r>
      <w:r w:rsidRPr="00E85698">
        <w:t>при</w:t>
      </w:r>
      <w:r w:rsidRPr="00E85698">
        <w:rPr>
          <w:spacing w:val="1"/>
        </w:rPr>
        <w:t xml:space="preserve"> </w:t>
      </w:r>
      <w:r w:rsidRPr="00E85698">
        <w:t>оценке</w:t>
      </w:r>
      <w:r w:rsidRPr="00E85698">
        <w:rPr>
          <w:spacing w:val="1"/>
        </w:rPr>
        <w:t xml:space="preserve"> </w:t>
      </w:r>
      <w:r w:rsidRPr="00E85698">
        <w:t>грамотности</w:t>
      </w:r>
      <w:r w:rsidRPr="00E85698">
        <w:rPr>
          <w:spacing w:val="61"/>
        </w:rPr>
        <w:t xml:space="preserve"> </w:t>
      </w:r>
      <w:r w:rsidRPr="00E85698">
        <w:t>«4»</w:t>
      </w:r>
      <w:r w:rsidRPr="00E85698">
        <w:rPr>
          <w:spacing w:val="1"/>
        </w:rPr>
        <w:t xml:space="preserve"> </w:t>
      </w:r>
      <w:r w:rsidRPr="00E85698">
        <w:t>ставится</w:t>
      </w:r>
      <w:r w:rsidRPr="00E85698">
        <w:rPr>
          <w:spacing w:val="1"/>
        </w:rPr>
        <w:t xml:space="preserve"> </w:t>
      </w:r>
      <w:r w:rsidRPr="00E85698">
        <w:t>при</w:t>
      </w:r>
      <w:r w:rsidRPr="00E85698">
        <w:rPr>
          <w:spacing w:val="1"/>
        </w:rPr>
        <w:t xml:space="preserve"> </w:t>
      </w:r>
      <w:r w:rsidRPr="00E85698">
        <w:t>3</w:t>
      </w:r>
      <w:r w:rsidRPr="00E85698">
        <w:rPr>
          <w:spacing w:val="1"/>
        </w:rPr>
        <w:t xml:space="preserve"> </w:t>
      </w:r>
      <w:r w:rsidRPr="00E85698">
        <w:t>орфографических,</w:t>
      </w:r>
      <w:r w:rsidRPr="00E85698">
        <w:rPr>
          <w:spacing w:val="1"/>
        </w:rPr>
        <w:t xml:space="preserve"> </w:t>
      </w:r>
      <w:r w:rsidRPr="00E85698">
        <w:t>2</w:t>
      </w:r>
      <w:r w:rsidRPr="00E85698">
        <w:rPr>
          <w:spacing w:val="1"/>
        </w:rPr>
        <w:t xml:space="preserve"> </w:t>
      </w:r>
      <w:r w:rsidRPr="00E85698">
        <w:t>пунктуационных и 2 грамматических ошибках или при</w:t>
      </w:r>
      <w:r w:rsidRPr="00E85698">
        <w:rPr>
          <w:spacing w:val="1"/>
        </w:rPr>
        <w:t xml:space="preserve"> </w:t>
      </w:r>
      <w:r w:rsidRPr="00E85698">
        <w:t>соотношениях: 2—3—2, 2—2—3; «3»</w:t>
      </w:r>
      <w:r w:rsidRPr="00E85698">
        <w:rPr>
          <w:spacing w:val="1"/>
        </w:rPr>
        <w:t xml:space="preserve"> </w:t>
      </w:r>
      <w:r w:rsidRPr="00E85698">
        <w:t>ставится</w:t>
      </w:r>
      <w:r w:rsidRPr="00E85698">
        <w:rPr>
          <w:spacing w:val="1"/>
        </w:rPr>
        <w:t xml:space="preserve"> </w:t>
      </w:r>
      <w:r w:rsidRPr="00E85698">
        <w:t>при</w:t>
      </w:r>
      <w:r w:rsidRPr="00E85698">
        <w:rPr>
          <w:spacing w:val="1"/>
        </w:rPr>
        <w:t xml:space="preserve"> </w:t>
      </w:r>
      <w:r w:rsidRPr="00E85698">
        <w:t>соотношениях:</w:t>
      </w:r>
      <w:r w:rsidRPr="00E85698">
        <w:rPr>
          <w:spacing w:val="60"/>
        </w:rPr>
        <w:t xml:space="preserve"> </w:t>
      </w:r>
      <w:r w:rsidRPr="00E85698">
        <w:t>6—4—4,</w:t>
      </w:r>
      <w:r w:rsidRPr="00E85698">
        <w:rPr>
          <w:spacing w:val="60"/>
        </w:rPr>
        <w:t xml:space="preserve"> </w:t>
      </w:r>
      <w:r w:rsidRPr="00E85698">
        <w:t>4—6—4,</w:t>
      </w:r>
      <w:r w:rsidRPr="00E85698">
        <w:rPr>
          <w:spacing w:val="60"/>
        </w:rPr>
        <w:t xml:space="preserve"> </w:t>
      </w:r>
      <w:r w:rsidRPr="00E85698">
        <w:t>4—</w:t>
      </w:r>
      <w:r w:rsidRPr="00E85698">
        <w:rPr>
          <w:spacing w:val="1"/>
        </w:rPr>
        <w:t xml:space="preserve"> </w:t>
      </w:r>
      <w:r w:rsidRPr="00E85698">
        <w:t>4—6.</w:t>
      </w:r>
      <w:r w:rsidRPr="00E85698">
        <w:rPr>
          <w:spacing w:val="1"/>
        </w:rPr>
        <w:t xml:space="preserve"> </w:t>
      </w:r>
      <w:r w:rsidRPr="00E85698">
        <w:t>При</w:t>
      </w:r>
      <w:r w:rsidRPr="00E85698">
        <w:rPr>
          <w:spacing w:val="1"/>
        </w:rPr>
        <w:t xml:space="preserve"> </w:t>
      </w:r>
      <w:r w:rsidRPr="00E85698">
        <w:t>выставлении</w:t>
      </w:r>
      <w:r w:rsidRPr="00E85698">
        <w:rPr>
          <w:spacing w:val="1"/>
        </w:rPr>
        <w:t xml:space="preserve"> </w:t>
      </w:r>
      <w:r w:rsidRPr="00E85698">
        <w:t>оценки</w:t>
      </w:r>
      <w:r w:rsidRPr="00E85698">
        <w:rPr>
          <w:spacing w:val="1"/>
        </w:rPr>
        <w:t xml:space="preserve"> </w:t>
      </w:r>
      <w:r w:rsidRPr="00E85698">
        <w:t>«5»</w:t>
      </w:r>
      <w:r w:rsidRPr="00E85698">
        <w:rPr>
          <w:spacing w:val="1"/>
        </w:rPr>
        <w:t xml:space="preserve"> </w:t>
      </w:r>
      <w:r w:rsidRPr="00E85698">
        <w:t>превышение</w:t>
      </w:r>
      <w:r w:rsidRPr="00E85698">
        <w:rPr>
          <w:spacing w:val="1"/>
        </w:rPr>
        <w:t xml:space="preserve"> </w:t>
      </w:r>
      <w:r w:rsidRPr="00E85698">
        <w:t>объема</w:t>
      </w:r>
      <w:r w:rsidRPr="00E85698">
        <w:rPr>
          <w:spacing w:val="1"/>
        </w:rPr>
        <w:t xml:space="preserve"> </w:t>
      </w:r>
      <w:r w:rsidRPr="00E85698">
        <w:t>сочинения</w:t>
      </w:r>
      <w:r w:rsidRPr="00E85698">
        <w:rPr>
          <w:spacing w:val="1"/>
        </w:rPr>
        <w:t xml:space="preserve"> </w:t>
      </w:r>
      <w:r w:rsidRPr="00E85698">
        <w:t>не</w:t>
      </w:r>
      <w:r w:rsidRPr="00E85698">
        <w:rPr>
          <w:spacing w:val="1"/>
        </w:rPr>
        <w:t xml:space="preserve"> </w:t>
      </w:r>
      <w:r w:rsidRPr="00E85698">
        <w:t>принимается</w:t>
      </w:r>
      <w:r w:rsidRPr="00E85698">
        <w:rPr>
          <w:spacing w:val="60"/>
        </w:rPr>
        <w:t xml:space="preserve"> </w:t>
      </w:r>
      <w:r w:rsidRPr="00E85698">
        <w:t>во</w:t>
      </w:r>
      <w:r w:rsidRPr="00E85698">
        <w:rPr>
          <w:spacing w:val="1"/>
        </w:rPr>
        <w:t xml:space="preserve"> </w:t>
      </w:r>
      <w:r w:rsidRPr="00E85698">
        <w:t>внимание.</w:t>
      </w:r>
    </w:p>
    <w:p w:rsidR="00A037E6" w:rsidRPr="00E85698" w:rsidRDefault="00A037E6" w:rsidP="00A037E6">
      <w:pPr>
        <w:pStyle w:val="a7"/>
        <w:numPr>
          <w:ilvl w:val="0"/>
          <w:numId w:val="15"/>
        </w:numPr>
        <w:tabs>
          <w:tab w:val="left" w:pos="1474"/>
        </w:tabs>
        <w:spacing w:before="1"/>
        <w:ind w:right="827" w:firstLine="566"/>
        <w:jc w:val="both"/>
        <w:rPr>
          <w:sz w:val="24"/>
        </w:rPr>
      </w:pPr>
      <w:r w:rsidRPr="00E85698">
        <w:rPr>
          <w:sz w:val="24"/>
        </w:rPr>
        <w:t>Первая</w:t>
      </w:r>
      <w:r w:rsidRPr="00E85698">
        <w:rPr>
          <w:spacing w:val="61"/>
          <w:sz w:val="24"/>
        </w:rPr>
        <w:t xml:space="preserve"> </w:t>
      </w:r>
      <w:r w:rsidRPr="00E85698">
        <w:rPr>
          <w:sz w:val="24"/>
        </w:rPr>
        <w:t>оценка   (за   содержание   и   речь)   не   может   быть   положительной,</w:t>
      </w:r>
      <w:r w:rsidRPr="00E85698">
        <w:rPr>
          <w:spacing w:val="60"/>
          <w:sz w:val="24"/>
        </w:rPr>
        <w:t xml:space="preserve"> </w:t>
      </w:r>
      <w:r w:rsidRPr="00E85698">
        <w:rPr>
          <w:sz w:val="24"/>
        </w:rPr>
        <w:t>если</w:t>
      </w:r>
      <w:r w:rsidRPr="00E85698">
        <w:rPr>
          <w:spacing w:val="1"/>
          <w:sz w:val="24"/>
        </w:rPr>
        <w:t xml:space="preserve"> </w:t>
      </w:r>
      <w:r w:rsidRPr="00E85698">
        <w:rPr>
          <w:sz w:val="24"/>
        </w:rPr>
        <w:t>не</w:t>
      </w:r>
      <w:r w:rsidRPr="00E85698">
        <w:rPr>
          <w:spacing w:val="54"/>
          <w:sz w:val="24"/>
        </w:rPr>
        <w:t xml:space="preserve"> </w:t>
      </w:r>
      <w:r w:rsidRPr="00E85698">
        <w:rPr>
          <w:sz w:val="24"/>
        </w:rPr>
        <w:t>раскрыта</w:t>
      </w:r>
      <w:r w:rsidRPr="00E85698">
        <w:rPr>
          <w:spacing w:val="54"/>
          <w:sz w:val="24"/>
        </w:rPr>
        <w:t xml:space="preserve"> </w:t>
      </w:r>
      <w:r w:rsidRPr="00E85698">
        <w:rPr>
          <w:sz w:val="24"/>
        </w:rPr>
        <w:t>тема</w:t>
      </w:r>
      <w:r w:rsidRPr="00E85698">
        <w:rPr>
          <w:spacing w:val="51"/>
          <w:sz w:val="24"/>
        </w:rPr>
        <w:t xml:space="preserve"> </w:t>
      </w:r>
      <w:r w:rsidRPr="00E85698">
        <w:rPr>
          <w:sz w:val="24"/>
        </w:rPr>
        <w:t>высказывания,</w:t>
      </w:r>
      <w:r w:rsidRPr="00E85698">
        <w:rPr>
          <w:spacing w:val="52"/>
          <w:sz w:val="24"/>
        </w:rPr>
        <w:t xml:space="preserve"> </w:t>
      </w:r>
      <w:r w:rsidRPr="00E85698">
        <w:rPr>
          <w:sz w:val="24"/>
        </w:rPr>
        <w:t>хотя</w:t>
      </w:r>
      <w:r w:rsidRPr="00E85698">
        <w:rPr>
          <w:spacing w:val="53"/>
          <w:sz w:val="24"/>
        </w:rPr>
        <w:t xml:space="preserve"> </w:t>
      </w:r>
      <w:r w:rsidRPr="00E85698">
        <w:rPr>
          <w:sz w:val="24"/>
        </w:rPr>
        <w:t>по</w:t>
      </w:r>
      <w:r w:rsidRPr="00E85698">
        <w:rPr>
          <w:spacing w:val="52"/>
          <w:sz w:val="24"/>
        </w:rPr>
        <w:t xml:space="preserve"> </w:t>
      </w:r>
      <w:r w:rsidRPr="00E85698">
        <w:rPr>
          <w:sz w:val="24"/>
        </w:rPr>
        <w:t>остальным</w:t>
      </w:r>
      <w:r w:rsidRPr="00E85698">
        <w:rPr>
          <w:spacing w:val="51"/>
          <w:sz w:val="24"/>
        </w:rPr>
        <w:t xml:space="preserve"> </w:t>
      </w:r>
      <w:r w:rsidRPr="00E85698">
        <w:rPr>
          <w:sz w:val="24"/>
        </w:rPr>
        <w:t>показателям</w:t>
      </w:r>
      <w:r w:rsidRPr="00E85698">
        <w:rPr>
          <w:spacing w:val="27"/>
          <w:sz w:val="24"/>
        </w:rPr>
        <w:t xml:space="preserve"> </w:t>
      </w:r>
      <w:r w:rsidRPr="00E85698">
        <w:rPr>
          <w:sz w:val="24"/>
        </w:rPr>
        <w:t>оно</w:t>
      </w:r>
      <w:r w:rsidRPr="00E85698">
        <w:rPr>
          <w:spacing w:val="25"/>
          <w:sz w:val="24"/>
        </w:rPr>
        <w:t xml:space="preserve"> </w:t>
      </w:r>
      <w:r w:rsidRPr="00E85698">
        <w:rPr>
          <w:sz w:val="24"/>
        </w:rPr>
        <w:t>написано</w:t>
      </w:r>
    </w:p>
    <w:p w:rsidR="00A037E6" w:rsidRPr="00E85698" w:rsidRDefault="00A037E6" w:rsidP="00A037E6">
      <w:pPr>
        <w:jc w:val="both"/>
        <w:rPr>
          <w:sz w:val="24"/>
        </w:rPr>
        <w:sectPr w:rsidR="00A037E6" w:rsidRPr="00E85698">
          <w:pgSz w:w="11910" w:h="16840"/>
          <w:pgMar w:top="1120" w:right="20" w:bottom="280" w:left="600" w:header="720" w:footer="720" w:gutter="0"/>
          <w:cols w:space="720"/>
        </w:sectPr>
      </w:pPr>
    </w:p>
    <w:p w:rsidR="00A037E6" w:rsidRPr="00E85698" w:rsidRDefault="00A037E6" w:rsidP="00A037E6">
      <w:pPr>
        <w:pStyle w:val="a5"/>
        <w:spacing w:before="66"/>
        <w:ind w:left="532"/>
      </w:pPr>
      <w:r w:rsidRPr="00E85698">
        <w:lastRenderedPageBreak/>
        <w:t>удовлетворительно.</w:t>
      </w:r>
    </w:p>
    <w:p w:rsidR="00A037E6" w:rsidRPr="00E85698" w:rsidRDefault="00A037E6" w:rsidP="00A037E6">
      <w:pPr>
        <w:pStyle w:val="a7"/>
        <w:numPr>
          <w:ilvl w:val="0"/>
          <w:numId w:val="15"/>
        </w:numPr>
        <w:tabs>
          <w:tab w:val="left" w:pos="1603"/>
        </w:tabs>
        <w:ind w:right="825" w:firstLine="566"/>
        <w:jc w:val="both"/>
        <w:rPr>
          <w:sz w:val="24"/>
        </w:rPr>
      </w:pPr>
      <w:r w:rsidRPr="00E85698">
        <w:rPr>
          <w:sz w:val="24"/>
        </w:rPr>
        <w:t>На</w:t>
      </w:r>
      <w:r w:rsidRPr="00E85698">
        <w:rPr>
          <w:spacing w:val="61"/>
          <w:sz w:val="24"/>
        </w:rPr>
        <w:t xml:space="preserve"> </w:t>
      </w:r>
      <w:r w:rsidRPr="00E85698">
        <w:rPr>
          <w:sz w:val="24"/>
        </w:rPr>
        <w:t>оценку</w:t>
      </w:r>
      <w:r w:rsidRPr="00E85698">
        <w:rPr>
          <w:spacing w:val="61"/>
          <w:sz w:val="24"/>
        </w:rPr>
        <w:t xml:space="preserve"> </w:t>
      </w:r>
      <w:r w:rsidRPr="00E85698">
        <w:rPr>
          <w:sz w:val="24"/>
        </w:rPr>
        <w:t>сочинения</w:t>
      </w:r>
      <w:r w:rsidRPr="00E85698">
        <w:rPr>
          <w:spacing w:val="61"/>
          <w:sz w:val="24"/>
        </w:rPr>
        <w:t xml:space="preserve"> </w:t>
      </w:r>
      <w:r w:rsidRPr="00E85698">
        <w:rPr>
          <w:sz w:val="24"/>
        </w:rPr>
        <w:t xml:space="preserve">и  </w:t>
      </w:r>
      <w:r w:rsidRPr="00E85698">
        <w:rPr>
          <w:spacing w:val="1"/>
          <w:sz w:val="24"/>
        </w:rPr>
        <w:t xml:space="preserve"> </w:t>
      </w:r>
      <w:r w:rsidRPr="00E85698">
        <w:rPr>
          <w:sz w:val="24"/>
        </w:rPr>
        <w:t xml:space="preserve">изложения  </w:t>
      </w:r>
      <w:r w:rsidRPr="00E85698">
        <w:rPr>
          <w:spacing w:val="1"/>
          <w:sz w:val="24"/>
        </w:rPr>
        <w:t xml:space="preserve"> </w:t>
      </w:r>
      <w:r w:rsidRPr="00E85698">
        <w:rPr>
          <w:sz w:val="24"/>
        </w:rPr>
        <w:t xml:space="preserve">распространяются  </w:t>
      </w:r>
      <w:r w:rsidRPr="00E85698">
        <w:rPr>
          <w:spacing w:val="1"/>
          <w:sz w:val="24"/>
        </w:rPr>
        <w:t xml:space="preserve"> </w:t>
      </w:r>
      <w:r w:rsidRPr="00E85698">
        <w:rPr>
          <w:sz w:val="24"/>
        </w:rPr>
        <w:t xml:space="preserve">положения  </w:t>
      </w:r>
      <w:r w:rsidRPr="00E85698">
        <w:rPr>
          <w:spacing w:val="1"/>
          <w:sz w:val="24"/>
        </w:rPr>
        <w:t xml:space="preserve"> </w:t>
      </w:r>
      <w:r w:rsidRPr="00E85698">
        <w:rPr>
          <w:sz w:val="24"/>
        </w:rPr>
        <w:t>об</w:t>
      </w:r>
      <w:r w:rsidRPr="00E85698">
        <w:rPr>
          <w:spacing w:val="1"/>
          <w:sz w:val="24"/>
        </w:rPr>
        <w:t xml:space="preserve"> </w:t>
      </w:r>
      <w:r w:rsidRPr="00E85698">
        <w:rPr>
          <w:sz w:val="24"/>
        </w:rPr>
        <w:t>однотипных</w:t>
      </w:r>
      <w:r w:rsidRPr="00E85698">
        <w:rPr>
          <w:spacing w:val="1"/>
          <w:sz w:val="24"/>
        </w:rPr>
        <w:t xml:space="preserve"> </w:t>
      </w:r>
      <w:r w:rsidRPr="00E85698">
        <w:rPr>
          <w:sz w:val="24"/>
        </w:rPr>
        <w:t>и</w:t>
      </w:r>
      <w:r w:rsidRPr="00E85698">
        <w:rPr>
          <w:spacing w:val="1"/>
          <w:sz w:val="24"/>
        </w:rPr>
        <w:t xml:space="preserve"> </w:t>
      </w:r>
      <w:r w:rsidRPr="00E85698">
        <w:rPr>
          <w:sz w:val="24"/>
        </w:rPr>
        <w:t>негрубых</w:t>
      </w:r>
      <w:r w:rsidRPr="00E85698">
        <w:rPr>
          <w:spacing w:val="1"/>
          <w:sz w:val="24"/>
        </w:rPr>
        <w:t xml:space="preserve"> </w:t>
      </w:r>
      <w:r w:rsidRPr="00E85698">
        <w:rPr>
          <w:sz w:val="24"/>
        </w:rPr>
        <w:t>ошибках,</w:t>
      </w:r>
      <w:r w:rsidRPr="00E85698">
        <w:rPr>
          <w:spacing w:val="61"/>
          <w:sz w:val="24"/>
        </w:rPr>
        <w:t xml:space="preserve"> </w:t>
      </w:r>
      <w:r w:rsidRPr="00E85698">
        <w:rPr>
          <w:sz w:val="24"/>
        </w:rPr>
        <w:t>а</w:t>
      </w:r>
      <w:r w:rsidRPr="00E85698">
        <w:rPr>
          <w:spacing w:val="61"/>
          <w:sz w:val="24"/>
        </w:rPr>
        <w:t xml:space="preserve"> </w:t>
      </w:r>
      <w:r w:rsidRPr="00E85698">
        <w:rPr>
          <w:sz w:val="24"/>
        </w:rPr>
        <w:t>также</w:t>
      </w:r>
      <w:r w:rsidRPr="00E85698">
        <w:rPr>
          <w:spacing w:val="61"/>
          <w:sz w:val="24"/>
        </w:rPr>
        <w:t xml:space="preserve"> </w:t>
      </w:r>
      <w:r w:rsidRPr="00E85698">
        <w:rPr>
          <w:sz w:val="24"/>
        </w:rPr>
        <w:t>о</w:t>
      </w:r>
      <w:r w:rsidRPr="00E85698">
        <w:rPr>
          <w:spacing w:val="61"/>
          <w:sz w:val="24"/>
        </w:rPr>
        <w:t xml:space="preserve"> </w:t>
      </w:r>
      <w:r w:rsidRPr="00E85698">
        <w:rPr>
          <w:sz w:val="24"/>
        </w:rPr>
        <w:t>сделанных</w:t>
      </w:r>
      <w:r w:rsidRPr="00E85698">
        <w:rPr>
          <w:spacing w:val="60"/>
          <w:sz w:val="24"/>
        </w:rPr>
        <w:t xml:space="preserve"> </w:t>
      </w:r>
      <w:r w:rsidRPr="00E85698">
        <w:rPr>
          <w:sz w:val="24"/>
        </w:rPr>
        <w:t>учеником</w:t>
      </w:r>
      <w:r w:rsidRPr="00E85698">
        <w:rPr>
          <w:spacing w:val="61"/>
          <w:sz w:val="24"/>
        </w:rPr>
        <w:t xml:space="preserve"> </w:t>
      </w:r>
      <w:r w:rsidRPr="00E85698">
        <w:rPr>
          <w:sz w:val="24"/>
        </w:rPr>
        <w:t>исправлениях,</w:t>
      </w:r>
      <w:r w:rsidRPr="00E85698">
        <w:rPr>
          <w:spacing w:val="1"/>
          <w:sz w:val="24"/>
        </w:rPr>
        <w:t xml:space="preserve"> </w:t>
      </w:r>
      <w:r w:rsidRPr="00E85698">
        <w:rPr>
          <w:sz w:val="24"/>
        </w:rPr>
        <w:t>приведенные</w:t>
      </w:r>
      <w:r w:rsidRPr="00E85698">
        <w:rPr>
          <w:spacing w:val="-3"/>
          <w:sz w:val="24"/>
        </w:rPr>
        <w:t xml:space="preserve"> </w:t>
      </w:r>
      <w:r w:rsidRPr="00E85698">
        <w:rPr>
          <w:sz w:val="24"/>
        </w:rPr>
        <w:t>в</w:t>
      </w:r>
      <w:r w:rsidRPr="00E85698">
        <w:rPr>
          <w:spacing w:val="-1"/>
          <w:sz w:val="24"/>
        </w:rPr>
        <w:t xml:space="preserve"> </w:t>
      </w:r>
      <w:r w:rsidRPr="00E85698">
        <w:rPr>
          <w:sz w:val="24"/>
        </w:rPr>
        <w:t>разделе</w:t>
      </w:r>
      <w:r w:rsidRPr="00E85698">
        <w:rPr>
          <w:spacing w:val="-1"/>
          <w:sz w:val="24"/>
        </w:rPr>
        <w:t xml:space="preserve"> </w:t>
      </w:r>
      <w:r w:rsidRPr="00E85698">
        <w:rPr>
          <w:sz w:val="24"/>
        </w:rPr>
        <w:t>«Оценка</w:t>
      </w:r>
      <w:r w:rsidRPr="00E85698">
        <w:rPr>
          <w:spacing w:val="-1"/>
          <w:sz w:val="24"/>
        </w:rPr>
        <w:t xml:space="preserve"> </w:t>
      </w:r>
      <w:r w:rsidRPr="00E85698">
        <w:rPr>
          <w:sz w:val="24"/>
        </w:rPr>
        <w:t>диктантов».</w:t>
      </w:r>
    </w:p>
    <w:p w:rsidR="00A037E6" w:rsidRPr="00E85698" w:rsidRDefault="00A037E6" w:rsidP="00A037E6">
      <w:pPr>
        <w:pStyle w:val="a5"/>
        <w:spacing w:before="5"/>
        <w:ind w:left="0"/>
      </w:pPr>
    </w:p>
    <w:p w:rsidR="00624C8A" w:rsidRPr="00E85698" w:rsidRDefault="00624C8A">
      <w:pPr>
        <w:rPr>
          <w:sz w:val="24"/>
        </w:rPr>
        <w:sectPr w:rsidR="00624C8A" w:rsidRPr="00E85698">
          <w:pgSz w:w="11900" w:h="16840"/>
          <w:pgMar w:top="560" w:right="560" w:bottom="280" w:left="560" w:header="720" w:footer="720" w:gutter="0"/>
          <w:cols w:space="720"/>
        </w:sectPr>
      </w:pPr>
    </w:p>
    <w:p w:rsidR="00277607" w:rsidRDefault="00277607" w:rsidP="00E85698">
      <w:pPr>
        <w:shd w:val="clear" w:color="auto" w:fill="FFFFFF"/>
        <w:spacing w:after="150"/>
        <w:rPr>
          <w:b/>
          <w:bCs/>
          <w:color w:val="000000"/>
          <w:sz w:val="21"/>
          <w:szCs w:val="21"/>
          <w:lang w:eastAsia="ru-RU"/>
        </w:rPr>
      </w:pPr>
    </w:p>
    <w:p w:rsidR="00277607" w:rsidRPr="00277607" w:rsidRDefault="00277607" w:rsidP="00277607">
      <w:pPr>
        <w:shd w:val="clear" w:color="auto" w:fill="FFFFFF"/>
        <w:spacing w:after="150"/>
        <w:jc w:val="center"/>
        <w:rPr>
          <w:b/>
          <w:bCs/>
          <w:color w:val="000000"/>
          <w:sz w:val="28"/>
          <w:szCs w:val="28"/>
          <w:lang w:eastAsia="ru-RU"/>
        </w:rPr>
      </w:pPr>
      <w:r w:rsidRPr="00277607">
        <w:rPr>
          <w:b/>
          <w:bCs/>
          <w:color w:val="000000"/>
          <w:sz w:val="28"/>
          <w:szCs w:val="28"/>
          <w:lang w:eastAsia="ru-RU"/>
        </w:rPr>
        <w:t>Приложение 2</w:t>
      </w:r>
    </w:p>
    <w:p w:rsidR="00277607" w:rsidRPr="00277607" w:rsidRDefault="00277607" w:rsidP="00277607">
      <w:pPr>
        <w:shd w:val="clear" w:color="auto" w:fill="FFFFFF"/>
        <w:spacing w:after="150"/>
        <w:jc w:val="center"/>
        <w:rPr>
          <w:b/>
          <w:bCs/>
          <w:color w:val="000000"/>
          <w:sz w:val="28"/>
          <w:szCs w:val="28"/>
          <w:lang w:eastAsia="ru-RU"/>
        </w:rPr>
      </w:pPr>
      <w:r w:rsidRPr="00277607">
        <w:rPr>
          <w:b/>
          <w:bCs/>
          <w:color w:val="000000"/>
          <w:sz w:val="28"/>
          <w:szCs w:val="28"/>
          <w:lang w:eastAsia="ru-RU"/>
        </w:rPr>
        <w:t>Контрольно-измерительные материалы</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5 класс</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 xml:space="preserve">Контрольный диктант № 1 по теме «Повторение изученного в 1-4 </w:t>
      </w:r>
      <w:proofErr w:type="spellStart"/>
      <w:r w:rsidRPr="00E85698">
        <w:rPr>
          <w:b/>
          <w:bCs/>
          <w:color w:val="000000"/>
          <w:sz w:val="21"/>
          <w:szCs w:val="21"/>
          <w:lang w:eastAsia="ru-RU"/>
        </w:rPr>
        <w:t>кл</w:t>
      </w:r>
      <w:proofErr w:type="spellEnd"/>
      <w:r w:rsidRPr="00E85698">
        <w:rPr>
          <w:b/>
          <w:bCs/>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Отдых в деревне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Этим летом мы с товарищем гостили у моей бабушки в деревне. Деревня расположилась на берегу узкой, но глубокой речки.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утрам мы бегали по росе купаться. Разбежишься и ныряешь с берега в воду. Во все стороны расходятся круги, летят брызги. Утки отплывают в камыш и прячутся. Здесь они ждут, когда мы перестанем плескаться, возиться в воде.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Если на небе нет туч, мы ложимся на песок и с наслаждением загораем на солнце. После купания залезаем в густые заросли малины. Они растут у самой воды.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Осенью мы расскажем ребятам о нашем беззаботном отдыхе.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(90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Произведите синтаксический разбор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утрам мы бегали по росе купаться. (1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Утки отплывают в камыш и прячутся. (2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из текста слова с безударными гласными в корне, поверяемые ударением и обозначьте орфограмму.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Выполните фонетический разбор слов: деревня (1 вариант), солнце (2 вариант).</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2 по теме «Синтаксис и пунктуация»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Дедушка Мороз</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древним поверьям Мороз выгоняет на поля злых духов. Налетают они на белый свет, бегают по полям и дуют в кулак. От этого поднимается ветер с метелью, а на деревья садится иней. Громко топают босыми ногами по мёрзлой земле злые духи, и треск несётся вокруг. От этой беготни умирает жито, убиваются лён, овёс и травы.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Тут и нужно произнести заклятие Мороза. Для этого варят большую миску киселя. Старший в семействе зачерпнёт ложку, влезет на печь и говорит громко: "Дедушка Мороз! Не бей наш овёс!" Отведает дедушка Мороз вкусного киселя, укроет посевы снежным одеялом и сохранит их до весны. (По Л.Л. </w:t>
      </w:r>
      <w:proofErr w:type="spellStart"/>
      <w:r w:rsidRPr="00E85698">
        <w:rPr>
          <w:color w:val="000000"/>
          <w:sz w:val="21"/>
          <w:szCs w:val="21"/>
          <w:lang w:eastAsia="ru-RU"/>
        </w:rPr>
        <w:t>Яхтину</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(90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Подчеркните основы сложного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От этого поднимается ветер с метелью, а на деревья садится иней.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Составьте схему предложения: По древним поверьям Мороз выгоняет на поля злых духов.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Синтаксический разбор предложения: Налетают они на белый свет, бегают по полям и дуют в кулак.</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3 по теме «Фонетика. Графика. Орфография»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Дни поздней осени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Живая природа чутко откликается на времена года. Вот и последние листочки облетели с деревьев. Ковёр из мокрых листьев покрывает сады и парки. Идёшь по такому ковру и слышишь, как под ногами шуршат яркие звёздочки листвы. На голых сучьях повисли крупные капли ночного дождя.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Но жизнь продолжается. Вот несколько синичек пролетело над головой и пропало в чаще парка. В кучке листвы шуршит обычная серая мышь. Она ищет съестное, запасается на зиму.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Скоро и настоящие холода. Снег оденет чащи, леса и перелески в белый наряд.</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Выпишите из текста 5 слов с безударными гласными, проверяемыми или непроверяемыми ударением. Подчеркните нужную букву.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2. Выпишите слова с Ь на конце, в скобках обозначьте часть речи.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Выпишите однокоренные слова группами.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Выполните фонетический разбор слов: листьев, живая, запасается.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4 по теме «Лексика»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Павел Михайлович Третьяков был известным русским фабрикантом, богатым купцом, а также истинным другом художников. Он употреблял свое состояние на приобретение картин русских живописцев. Третьяков покупал их у знаменитых и молодых мастеров, если видел в них талант и преданность искусству. Тихо, без лишних слов делал Третьяков великое дело. А когда собрал большую коллекцию, создал галерею и передал ее в дар Москве.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Когда Петра Михайловича Третьякова не стало, его дом превратился в музей, а фасад галереи потребовалось перестроить. Проект было предложено разработать Виктору Михайловичу Васнецову.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В.М. Васнецов создал чудесный терем. Красный, белый, с резными каменными украшениями, с золотым кружевом под крышей. Высоко над входом, в фигурном кокошнике, черный барельеф - древний герб Москвы: Георгий Победоносец, побеждающий змея.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Л. Кудрявцевой)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(113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Найдите синонимы к слову художник.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Являются ли слова молодой и знаменитый антонимами?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Составьте словосочетания со словом молодой, иллюстрируя разные значения этого слова.</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5 по теме «</w:t>
      </w:r>
      <w:proofErr w:type="spellStart"/>
      <w:r w:rsidRPr="00E85698">
        <w:rPr>
          <w:b/>
          <w:bCs/>
          <w:color w:val="000000"/>
          <w:sz w:val="21"/>
          <w:szCs w:val="21"/>
          <w:lang w:eastAsia="ru-RU"/>
        </w:rPr>
        <w:t>Морфемика</w:t>
      </w:r>
      <w:proofErr w:type="spellEnd"/>
      <w:r w:rsidRPr="00E85698">
        <w:rPr>
          <w:b/>
          <w:bCs/>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Рябина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Вот что мне довелось наблюдать в Саянских горах. Там рос хвойный пихтовый лес. Травы в пихтовом лесу совсем нет. Только маленькие рябинки зеленеют по полянам. Однажды напали на лес гусеницы и съели хвою. Пихты засохли.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Лет через тридцать этого места было не узнать. Вместо темного пихтового леса рос рябиновый, светлый и солнечный. Резные листья рябины хорошо пропускают свет. В рябиннике появилось много птиц. Дрозды и скворцы налетали на рябины так, что ветки трещали. Оранжевые ягоды сыпались дождем. Много ягод попадало в почву. Из них вырастали молодые рябины. Рябиновый лес становился все гуще. И тогда вновь в лесу стали расти пихты. Сначала маленькие, потом все выше и выше. И опять рябинам пришлось отступить на поляны. (По А. Смирнову)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(114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Найдите слова с чередованием гласных в корне. Графически объясните выбор гласной. Запишите слова-исключения с этим корнем.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Найдите слова с орфограммой "Буквы и, ы после ц". Объясните написание. Запишите слова - исключения из этого правила.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Сделайте морфемный разбор самостоятельных частей речи в 4-м предложении.</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6 по теме «Имя существительное»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Шиповник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Колючие шипы дикой розы встретишь под Москвой и в Сибири, в Средней Азии и на Дальнем Востоке. Шиповник - лесное растение. Аромат цветков как у розочки. Плоды - красные ягоды с толстой кожицей.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Шиповник бывает разных видов. Самый красивый растет на острове Сахалине. Его листья кажутся бархатистыми, так как они все в мелких морщинках. Плоды такие крупные, что их зовут сахалинскими яблоками. Морщинистый шиповник селится у самой кромки морского берега. Плоды падают в воду, плывут мимо пляжей и скал. Прибой подхватывает их и разбивает о камни. Семена высыпаются. Волны перетирают их с песком. Кожура становится тоньше. Семена быстро прорастают. И на пляже прибавляются новые кусты шиповника.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Средней Азии высоко в горах растут шиповники с белыми и золотистыми цветками. У всех шиповников мощные корневища, крепкие, как железные прутья. Они хорошо укрепляют почву. Даже сильные ливни не смывают почву с гор, где растет шиповник. (А. Смирнов)</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(142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r w:rsidRPr="00E85698">
        <w:rPr>
          <w:color w:val="000000"/>
          <w:sz w:val="21"/>
          <w:szCs w:val="21"/>
          <w:lang w:eastAsia="ru-RU"/>
        </w:rPr>
        <w:t>1. Выпишите сначала собственные существительные с безударными окончаниями, потом - нарицательные существительные. Определите склонение и падеж этих существительных.</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7 по теме «Имя прилагательное»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Не на лугу, не в саду, а в огороде на грядке выросли необычные, удивительные цветы. Это - головки цветной капусты. У цветной капусты едят не листья, а бутоны, которые еще не распустились.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А это что за диковина? Будто выросла на грядке великанская шишка. Это брюссельская капуста. У нее на длинном стебле - один над другим </w:t>
      </w:r>
      <w:proofErr w:type="spellStart"/>
      <w:r w:rsidRPr="00E85698">
        <w:rPr>
          <w:color w:val="000000"/>
          <w:sz w:val="21"/>
          <w:szCs w:val="21"/>
          <w:lang w:eastAsia="ru-RU"/>
        </w:rPr>
        <w:t>кочанчики</w:t>
      </w:r>
      <w:proofErr w:type="spellEnd"/>
      <w:r w:rsidRPr="00E85698">
        <w:rPr>
          <w:color w:val="000000"/>
          <w:sz w:val="21"/>
          <w:szCs w:val="21"/>
          <w:lang w:eastAsia="ru-RU"/>
        </w:rPr>
        <w:t>-невелички размером с голубиное яйцо или немного побольше. Зато их бывает и двадцать, и тридцать, а иногда и пятьдесят. До чего же вкусна капуста о пятидесяти головах!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А вот еще одно огородное чудо: безголовая капуста. С ней произошло удивительное превращение. Ее стебель книзу раздулся, как шар, и стал похож на репу. Древние римляне называли эту капусту "</w:t>
      </w:r>
      <w:proofErr w:type="spellStart"/>
      <w:r w:rsidRPr="00E85698">
        <w:rPr>
          <w:color w:val="000000"/>
          <w:sz w:val="21"/>
          <w:szCs w:val="21"/>
          <w:lang w:eastAsia="ru-RU"/>
        </w:rPr>
        <w:t>каулорапа</w:t>
      </w:r>
      <w:proofErr w:type="spellEnd"/>
      <w:r w:rsidRPr="00E85698">
        <w:rPr>
          <w:color w:val="000000"/>
          <w:sz w:val="21"/>
          <w:szCs w:val="21"/>
          <w:lang w:eastAsia="ru-RU"/>
        </w:rPr>
        <w:t>", то есть стеблевая репа. А теперь во всем мире ее называют кольраби.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Н. Надеждиной)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(122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определите род и падеж имен прилагательных, употребленных в единственном числе.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определите падеж имен прилагательных, употребленных во множественном числе.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8 по теме «Глагол»</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Белки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Идешь по лесной тропинке, любуешься деревьями. Вдруг увидишь легкого и проворного зверька с пышным хвостом или услышишь резкий цокающий звук. Это резвые белки бесстрашно перепрыгивают с ветки на ветку.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Зверьки эти живут в лесах. Здесь для них есть корм: шишки, орехи, желуди, ягоды. Зимой белки не спят, ведут подвижный образ жизни. Летом они запасают на зиму корм. В беличьем меню есть даже сушеные грибы. Сушат их белки сами. Шляпки нанизывают на острые сухие сучки или вешают на веточки. Выбирают спелые орехи. Все это белки прячут во мху или в дуплах, а зимой безошибочно находят.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Беличий склад может содержать несколько килограммов вкусной еды. Если вы найдете его, то не спешите им воспользоваться. Ведь белки останутся в зимнюю стужу без корма. (120 слов)</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Определите спряжение глаголов. Укажите глаголы-исключения.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Найдите глагол с чередованием гласных в корне. Подберите к нему однокоренное слово.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Подчеркните синонимы к слову белка.</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 xml:space="preserve">Контрольный диктант № 9 по теме «Повторение за курс 5 </w:t>
      </w:r>
      <w:proofErr w:type="spellStart"/>
      <w:r w:rsidRPr="00E85698">
        <w:rPr>
          <w:b/>
          <w:bCs/>
          <w:color w:val="000000"/>
          <w:sz w:val="21"/>
          <w:szCs w:val="21"/>
          <w:lang w:eastAsia="ru-RU"/>
        </w:rPr>
        <w:t>кл</w:t>
      </w:r>
      <w:proofErr w:type="spellEnd"/>
      <w:r w:rsidRPr="00E85698">
        <w:rPr>
          <w:b/>
          <w:bCs/>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Ласточки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Ещё в детстве я очень любил смотреть на весёлых быстрокрылых ласточек.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Спрячешься в жаркий день в высокой ржи или на берегу реки в душистой траве посреди луга, глядишь на голубое летнее небо. По нему тихо плывут пушистые белые облака. Высоко под облаками кружат, купаются в воздухе белогрудые ласточки. Со звонким свистом проносятся острокрылые стрижи.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Качаются над головой золотые и белые луговые цветы. Порхают бабочки, трепещут прозрачными крылышками лёгкие стрекозы, стрекочут кузнечики. А по зелёным стеблям растений ползают красные и жёлтые с черными крапинками маленькие жучки – божьи коровки. У самых корней растений пробегают по тропинкам хлопотливые муравьи.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(97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Произведите синтаксический разбор: Высоко под облаками кружат, купаются в воздухе белогрудые ласточки (1 вар.). Качаются над головой золотые и белые луговые цветы (2 вар.).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Обозначьте морфемы в словах: качаются, хлопотливые, крылышками (1 вар.); проносятся, тропинкам, пушистые (2 вар.).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морфологический разбор глагола: любил (1 вар.); глядишь (2вар.).</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6 класс количество диктантов – 10</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1 по теме "Повторение изученного в 5 классе"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Осенью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Лес уже сбросил листву. Дни наступили пасмурные, но тихие, без ветра,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настоящие дни поздней осени.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такой тусклый день идешь по лесной тропинке среди молодых березок, дубов, осинок, среди кустов орешника, не слышишь пения птиц, шороха листьев. Только иногда упадет на землю тяжелый созревший желудь. На голых листьях повисли капли росы от ночного тумана.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Далеко видно кругом. Легко дышит осенней свежестью грудь, хочется идти все дальше и дальше по желтой от листвы тропинке.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Вдруг среди листвы видишь пестрый комочек. Это птица обо что-то сильно ударилась во время полета.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«Надо взять ее домой, а то в лесу птицу мигом разыщет и съест лисица», – решаю 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(90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И.Соколову-Микитову.)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На голых листьях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Вдруг среди листвы…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три слова с разными орфограммами, обозначьте условия выбора орфограмм.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Выполните морфемный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ударилась;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сбросил.</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2 по теме "Лексика. Фразеология"</w:t>
      </w:r>
    </w:p>
    <w:p w:rsidR="00E85698" w:rsidRPr="00E85698" w:rsidRDefault="00E85698" w:rsidP="00E85698">
      <w:pPr>
        <w:shd w:val="clear" w:color="auto" w:fill="FFFFFF"/>
        <w:spacing w:after="150"/>
        <w:jc w:val="center"/>
        <w:rPr>
          <w:color w:val="000000"/>
          <w:sz w:val="21"/>
          <w:szCs w:val="21"/>
          <w:lang w:eastAsia="ru-RU"/>
        </w:rPr>
      </w:pPr>
      <w:r w:rsidRPr="00E85698">
        <w:rPr>
          <w:b/>
          <w:bCs/>
          <w:color w:val="000000"/>
          <w:sz w:val="21"/>
          <w:szCs w:val="21"/>
          <w:lang w:eastAsia="ru-RU"/>
        </w:rPr>
        <w:t>Лобное место</w:t>
      </w:r>
    </w:p>
    <w:p w:rsidR="00E85698" w:rsidRPr="00E85698" w:rsidRDefault="00E85698" w:rsidP="00E85698">
      <w:pPr>
        <w:shd w:val="clear" w:color="auto" w:fill="FFFFFF"/>
        <w:spacing w:after="150"/>
        <w:jc w:val="center"/>
        <w:rPr>
          <w:color w:val="000000"/>
          <w:sz w:val="21"/>
          <w:szCs w:val="21"/>
          <w:lang w:eastAsia="ru-RU"/>
        </w:rPr>
      </w:pPr>
      <w:r w:rsidRPr="00E85698">
        <w:rPr>
          <w:color w:val="000000"/>
          <w:sz w:val="21"/>
          <w:szCs w:val="21"/>
          <w:lang w:eastAsia="ru-RU"/>
        </w:rPr>
        <w:t>Лобное место – древнейший архитектурный памятник Москвы. Первоначально это был округлый кирпичный помост с деревянной оградой под шатровым навесом на резных столбах. Расположен он в центре Троицкой площади, с середины 17 века она стала называться Красной площадью.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Лобное место играло важнейшую роль в духовной жизни народа и державы. С этого места объявлялись государственные указы. Здесь народ узнавал о восшествии на престол царей, об объявлении войны и заключении мира.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 Лобное место бояре выносили на плечах наследника, когда ему исполнялось шестнадцать лет. И народ видел будущего царя, чтобы уметь отличить его от самозванца.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 Лобного места патриархи произносили молитвы. С него в Вербное воскресенье патриарх раздавал царю, архиереям, боярам, окольничим и думным дьякам освященную вербу и читал народу Евангелие.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Лобное место не было местом казни. Казни совершались рядом на деревянных помостах.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(107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w:t>
      </w:r>
      <w:proofErr w:type="spellStart"/>
      <w:r w:rsidRPr="00E85698">
        <w:rPr>
          <w:color w:val="000000"/>
          <w:sz w:val="21"/>
          <w:szCs w:val="21"/>
          <w:lang w:eastAsia="ru-RU"/>
        </w:rPr>
        <w:t>В.Бутромеев</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Найдите в тексте устаревшие слова. Объясните значение 2-3 устаревших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 любом сложном предложении обозначьте грамматические основы.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Выполните фонетический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вариант – бояре;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ему.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3 по теме "Словообразование"</w:t>
      </w:r>
    </w:p>
    <w:p w:rsidR="00E85698" w:rsidRPr="00E85698" w:rsidRDefault="00E85698" w:rsidP="00E85698">
      <w:pPr>
        <w:shd w:val="clear" w:color="auto" w:fill="FFFFFF"/>
        <w:spacing w:after="150"/>
        <w:jc w:val="center"/>
        <w:rPr>
          <w:color w:val="000000"/>
          <w:sz w:val="21"/>
          <w:szCs w:val="21"/>
          <w:lang w:eastAsia="ru-RU"/>
        </w:rPr>
      </w:pPr>
      <w:r w:rsidRPr="00E85698">
        <w:rPr>
          <w:b/>
          <w:bCs/>
          <w:color w:val="000000"/>
          <w:sz w:val="21"/>
          <w:szCs w:val="21"/>
          <w:lang w:eastAsia="ru-RU"/>
        </w:rPr>
        <w:t>Ночлег в лесу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Ребята расположились на опушке леса. Одни побежали собирать хворост, другие рубили ветви для шалаша. Остальные разбирали вещи, вынимали съестное, котелки, кружки, ложки.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Между тем заря угасла. Смеркалось. Вот из лесу раздаются веселые голоса. В ответ послышались радостные крики ожидающих. Большие вязанки хвороста сгружаются на полянке.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Сколько охотников разводить костер! Ребята с увлечением раздувают первые искры огоньков. Дым от костра расстилается густой завесой, и скоро он разгорается. Весело забулькала в котелке вода.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Вскоре все отужинали и стали готовиться ко сну, но не забывают они потолкаться, побороться, поспорить. А подниматься нужно с рассветом! Раздается команда: "Всем спать!" Лагерь быстро затихает.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(102 слова)</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А.Зуеву.)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Дым от костра расстилается густой завесой, и скоро он разгорается.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Вскоре все отужинали и стали готовиться ко сну, но не забывают они потолкаться, побороться, поспорить.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Выполните морфемный и словообразовательный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побежали, съестное;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отужинали, рассвет.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Объясните постановку знаков препинания в предпоследнем предложении.</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4 по теме "Имя существительное"</w:t>
      </w:r>
    </w:p>
    <w:p w:rsidR="00E85698" w:rsidRPr="00E85698" w:rsidRDefault="00E85698" w:rsidP="00E85698">
      <w:pPr>
        <w:shd w:val="clear" w:color="auto" w:fill="FFFFFF"/>
        <w:spacing w:after="150"/>
        <w:jc w:val="center"/>
        <w:rPr>
          <w:color w:val="000000"/>
          <w:sz w:val="21"/>
          <w:szCs w:val="21"/>
          <w:lang w:eastAsia="ru-RU"/>
        </w:rPr>
      </w:pPr>
      <w:r w:rsidRPr="00E85698">
        <w:rPr>
          <w:b/>
          <w:bCs/>
          <w:color w:val="000000"/>
          <w:sz w:val="21"/>
          <w:szCs w:val="21"/>
          <w:lang w:eastAsia="ru-RU"/>
        </w:rPr>
        <w:t>Русская зима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Хороши снежные зимы в России! Непогоду сменяют ясные дни. Блестят на солнце глубокие сугробы, скрылись подо льдом большие реки и маленькие речонки. Припорошила зима землю снежной шубкой. Отдыхает земля, набирает силу.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Наполняется жизнью зимний лес. Вот простучал по сухому дереву дятел. По всему лесу отбивает дробь лесной барабанщик. С шумом пролетит рябчик, поднимется из снежной пыли глухарь. Стайка веселых клестов расселась на ветках ели. Стоишь и любуешься, как ловко они вонзают свои клювики в шишки, выбирают из них семена. С сучка на сучок перепрыгивает шустрый бельчонок.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Вот прилетела большая сова и подала голос. Ей отозвались другие совы. Пискнула тихонько лесная мышь, пробежала по снегу и скрылась под пнем в сугробе.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(112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      (По </w:t>
      </w:r>
      <w:r w:rsidRPr="00E85698">
        <w:rPr>
          <w:i/>
          <w:iCs/>
          <w:color w:val="000000"/>
          <w:sz w:val="21"/>
          <w:lang w:eastAsia="ru-RU"/>
        </w:rPr>
        <w:t>И. Соколову-Микитову</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Произведите морфологический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непогоду, на сучок;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жизнью, на ветках.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Произведите морфемный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речонка;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бельчонок.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синтаксический разбор 5 (1 вариант) и 8 (2 вариант) предложений.</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5 по теме "Имя прилагательное"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Прошлой осенью ходил я к дальнему лесному озеру. Тихо и светло бывает в лесу ясным осенним днем. Листья </w:t>
      </w:r>
      <w:r w:rsidRPr="00E85698">
        <w:rPr>
          <w:color w:val="000000"/>
          <w:sz w:val="21"/>
          <w:szCs w:val="21"/>
          <w:lang w:eastAsia="ru-RU"/>
        </w:rPr>
        <w:lastRenderedPageBreak/>
        <w:t>осыпались и не затеняют землю. Ветер не шумит кроной, и птиц не слышно. Они уже улетели на юг. Стволы деревьев подпирают небо. Между ними расстилается мягкий ковер из сухих листьев. Редко попадаются молодые дубки.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таком лесу далеко слышен каждый звук. Скачет ли заяц, хрустнет ветка, зашуршат опавшие листья.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Я присел и смотрю. Вдруг прямо на меня катится возок с листьями. "Ежик! – догадался я. – Тащит сухие листья в нору на подстилку."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Ежу очень удобно собирать листья. Найдет он местечко, растопырит иголки и катится, с боку на бок переваливается. Встанет на лапки еж, а его под листьями не видно. Так и бежит он в золотой одежде в свою нору.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(110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Е.Носову.)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Произведите морфологический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(к) лесному (озеру);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мягкий (ковер).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фонетический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озеру;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возок.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Произведите пунктуационный разбор 10 (1 вариант) и 15 (2 вариант) предложений.</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6 по теме "Имя числительное"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Глубина озера Байкал – 1640 метров. Оно самое глубокое на планете. В нем содержится пятая часть мирового запаса пресной воды. В Байкал впадает 336 рек, а вытекает одна – Ангара.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Совсем недавно жители прибрежных селений преспокойно пили воду прямо из озера. Сейчас оно страдает от промышленных отходов.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Окрестности Байкала одеваются в зимний наряд раньше самого озера. Уже в октябре зима заковывает скалистые берега в сверкающие белоснежные доспехи и превращает ели и гигантские сибирские кедры в блестящие ледяные фигуры.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Январские морозы покрывают озеро толстым льдом. Местами его толщина достигает двух метров. Он похож на неровное одеяло.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Летом даже в безветренный день может вдруг налететь шквалистый ветер, и тогда озеро становится неласковым морем.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(113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материалам книги </w:t>
      </w:r>
      <w:r w:rsidRPr="00E85698">
        <w:rPr>
          <w:i/>
          <w:iCs/>
          <w:color w:val="000000"/>
          <w:sz w:val="21"/>
          <w:lang w:eastAsia="ru-RU"/>
        </w:rPr>
        <w:t>«Энциклопедия чудес природы»</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Произведите морфологический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одна тысяча шестьсот сорок;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пятая часть.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морфемный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преспокойно;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безветренный.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Произведите синтаксический разбор последнего предложения.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7 по теме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Еще хмурится свинцовое небо, но в просветах облаков на некоторое время пробивается мечом луч солнца. Весна набирает скорость.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утрам легкий холодок держится в низинах, а на южной стороне пригорка уже загорелись желтые огоньки какого-то растения. Это мать-и-мачеха. Ни с чем не спутаешь желтые корзинки ее цветка.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Вот что-то блеснуло в розовом веере лучей. Это мягко сливается с блеском вод и остатками снега заоблачное сияние солнца.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Из кустов доносится чье-то пение, словно звенит серебряный колокольчик. Овсянки! Зимой они вялые, неприметные, а сейчас заговорили полным голосом. Пройдет какая-нибудь неделя, и грачиный гомон и песни жаворонков объявят о победе весны. Вернутся и другие птицы. Много трудностей придется преодолеть им на пути к родным местам, но никакие препятствия не остановят их.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(118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материалам книги </w:t>
      </w:r>
      <w:r w:rsidRPr="00E85698">
        <w:rPr>
          <w:i/>
          <w:iCs/>
          <w:color w:val="000000"/>
          <w:sz w:val="21"/>
          <w:lang w:eastAsia="ru-RU"/>
        </w:rPr>
        <w:t>«Энциклопедия чудес природы»</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местоимения, определите их разряд.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морфемный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преспокойно;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безветренный.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Произведите синтаксический разбор 2 (1 вариант) и 5 (2 вариант) предложения последнего абзаца.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8 по теме "Наклонение глагола"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Зимой зайцы кормятся корой деревьев. За ночь они протаптывают глубокий след в снегу. Если бы заяц ходил прямо, то его сразу поймали бы. Трусость спасает косого. Он бесстрашно ходит ночью по полям и лесам и прокладывает прямые следы. Когда же приходит утро, он от страха мечется из стороны в сторону. Проскачет вперед, испугается чего-то и отбежит назад по своему следу. Услышит какой-нибудь шорох – со всего размаха прыгнет в сторону и поскачет дальше от прежнего следа. Стукнет что-нибудь – косой опять повернется назад и направится в сторону</w:t>
      </w:r>
      <w:r w:rsidRPr="00E85698">
        <w:rPr>
          <w:color w:val="000000"/>
          <w:sz w:val="21"/>
          <w:szCs w:val="21"/>
          <w:lang w:eastAsia="ru-RU"/>
        </w:rPr>
        <w:br/>
        <w:t>      Утром охотники разбирают заячьи следы, путаются в них и удивляются хитрости косого. А он и не думает хитрить. Он просто всего боится. (110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w:t>
      </w:r>
      <w:r w:rsidRPr="00E85698">
        <w:rPr>
          <w:i/>
          <w:iCs/>
          <w:color w:val="000000"/>
          <w:sz w:val="21"/>
          <w:lang w:eastAsia="ru-RU"/>
        </w:rPr>
        <w:t>Л. Толстому</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w:t>
      </w: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Произведите морфологический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поймали бы, светлеет;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ходил бы, боится.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Составьте схему 3 предложения первого абзаца.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9 по теме "Глагол"</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Бросьте неотложные дела, выйдите поздним вечером на песчаный берег речонки. Если вы будете долго прислушиваться, то услышите в камышовых зарослях непонятные шорохи, неумолчные звуки.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Однажды ночью сидел я за письменным столом. Ночь была тихая, безветренная, только с реки доносились какие-то далекие звуки. Вдруг из-под пола раздались чьи-то негромкие голоса. Они походили на шепот птенцов, которые пробудились в гнезде. Мною овладело желание понять, кто разговаривает под полом. Потом я догадался, что слышал возню ежей.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Ежи – полезные зверюшки. Они никому не причиняют вреда, никого не боятся, уничтожают вредных насекомых, борются с мышами. На зиму ежи засыпают. Их маленькие берлоги прикрывают снежные сугробы, и они преспокойно спят в них всю зиму.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(108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w:t>
      </w:r>
      <w:r w:rsidRPr="00E85698">
        <w:rPr>
          <w:i/>
          <w:iCs/>
          <w:color w:val="000000"/>
          <w:sz w:val="21"/>
          <w:lang w:eastAsia="ru-RU"/>
        </w:rPr>
        <w:t>И. Соколову-Микитову</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2) Графически объясните написания -</w:t>
      </w:r>
      <w:proofErr w:type="spellStart"/>
      <w:r w:rsidRPr="00E85698">
        <w:rPr>
          <w:color w:val="000000"/>
          <w:sz w:val="21"/>
          <w:szCs w:val="21"/>
          <w:lang w:eastAsia="ru-RU"/>
        </w:rPr>
        <w:t>тся</w:t>
      </w:r>
      <w:proofErr w:type="spellEnd"/>
      <w:r w:rsidRPr="00E85698">
        <w:rPr>
          <w:color w:val="000000"/>
          <w:sz w:val="21"/>
          <w:szCs w:val="21"/>
          <w:lang w:eastAsia="ru-RU"/>
        </w:rPr>
        <w:t xml:space="preserve"> (-</w:t>
      </w:r>
      <w:proofErr w:type="spellStart"/>
      <w:r w:rsidRPr="00E85698">
        <w:rPr>
          <w:color w:val="000000"/>
          <w:sz w:val="21"/>
          <w:szCs w:val="21"/>
          <w:lang w:eastAsia="ru-RU"/>
        </w:rPr>
        <w:t>ться</w:t>
      </w:r>
      <w:proofErr w:type="spellEnd"/>
      <w:r w:rsidRPr="00E85698">
        <w:rPr>
          <w:color w:val="000000"/>
          <w:sz w:val="21"/>
          <w:szCs w:val="21"/>
          <w:lang w:eastAsia="ru-RU"/>
        </w:rPr>
        <w:t xml:space="preserve">) в глаголах, которые встречается в данном </w:t>
      </w:r>
      <w:proofErr w:type="gramStart"/>
      <w:r w:rsidRPr="00E85698">
        <w:rPr>
          <w:color w:val="000000"/>
          <w:sz w:val="21"/>
          <w:szCs w:val="21"/>
          <w:lang w:eastAsia="ru-RU"/>
        </w:rPr>
        <w:t>тексте..</w:t>
      </w:r>
      <w:proofErr w:type="gramEnd"/>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морфологический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услышите;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доносились.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Составьте схему 1 предложения последнего абзаца.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Итоговый контрольный диктант № 10 за курс 6 класса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В отсветах вечерней зари виднеется зубчатый частокол елей. Сгущаются сумерки, и все исчезает во мраке ночи.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Но вот выглядывает месяц и мягким светом загоняет потемки в лесную чащу, серебряным сиянием заливает небольшую поляну. Ничто не нарушает тишины.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Вдруг хрустнул снег под чьими-то тяжелыми ногами. Это вышагивает дымчато-серый лось. Преспокойно пробирается к осинке и </w:t>
      </w:r>
      <w:proofErr w:type="spellStart"/>
      <w:r w:rsidRPr="00E85698">
        <w:rPr>
          <w:color w:val="000000"/>
          <w:sz w:val="21"/>
          <w:szCs w:val="21"/>
          <w:lang w:eastAsia="ru-RU"/>
        </w:rPr>
        <w:t>белогубой</w:t>
      </w:r>
      <w:proofErr w:type="spellEnd"/>
      <w:r w:rsidRPr="00E85698">
        <w:rPr>
          <w:color w:val="000000"/>
          <w:sz w:val="21"/>
          <w:szCs w:val="21"/>
          <w:lang w:eastAsia="ru-RU"/>
        </w:rPr>
        <w:t xml:space="preserve"> пастью хватает пахучую хвою, отфыркивается.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Прискакал беляк, пристроился под невысокой, но ветвистой елкой. Осинка помешала лосю, он махнул головой, и с треском обломилась ветка. Зайчик оживился, грациозно приподнялся на задних лапках. Аппетитная веточка притягивает его. Зайцы всегда подбирают за лосями побеги осин.</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Лось стоит среди блестящих от лунного света снегов, жует хвою, а рядом зайчонок грызет лосиный подарок. Горечь осинки косому слаще сахара.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(117 слов)</w:t>
      </w:r>
    </w:p>
    <w:p w:rsidR="00E85698" w:rsidRPr="00E85698" w:rsidRDefault="00E85698" w:rsidP="00E85698">
      <w:pPr>
        <w:shd w:val="clear" w:color="auto" w:fill="FFFFFF"/>
        <w:spacing w:after="150"/>
        <w:jc w:val="right"/>
        <w:rPr>
          <w:color w:val="000000"/>
          <w:sz w:val="21"/>
          <w:szCs w:val="21"/>
          <w:lang w:eastAsia="ru-RU"/>
        </w:rPr>
      </w:pPr>
      <w:r w:rsidRPr="00E85698">
        <w:rPr>
          <w:color w:val="000000"/>
          <w:sz w:val="21"/>
          <w:szCs w:val="21"/>
          <w:lang w:eastAsia="ru-RU"/>
        </w:rPr>
        <w:t>(По </w:t>
      </w:r>
      <w:r w:rsidRPr="00E85698">
        <w:rPr>
          <w:i/>
          <w:iCs/>
          <w:color w:val="000000"/>
          <w:sz w:val="21"/>
          <w:lang w:eastAsia="ru-RU"/>
        </w:rPr>
        <w:t>Д. Зуеву</w:t>
      </w:r>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Озаглавьте текст.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Произведите фонетический анализ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елей;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осинке.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Произведите морфологический анализ</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любого существительного;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любого прилагательного.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Произведите синтаксический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В отсветах вечерней зари виднеется зубчатый частокол елей.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Вдруг хрустнул снег под чьими-то тяжелыми ногами.</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7 класс – количество диктантов – 10</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 xml:space="preserve">Контрольный диктант № 1 по теме « Повторение в 5-6 </w:t>
      </w:r>
      <w:proofErr w:type="spellStart"/>
      <w:r w:rsidRPr="00E85698">
        <w:rPr>
          <w:b/>
          <w:bCs/>
          <w:color w:val="000000"/>
          <w:sz w:val="21"/>
          <w:szCs w:val="21"/>
          <w:lang w:eastAsia="ru-RU"/>
        </w:rPr>
        <w:t>кл</w:t>
      </w:r>
      <w:proofErr w:type="spellEnd"/>
      <w:r w:rsidRPr="00E85698">
        <w:rPr>
          <w:b/>
          <w:bCs/>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Купание коней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Река лежала без единой складочки. </w:t>
      </w:r>
      <w:r w:rsidRPr="00E85698">
        <w:rPr>
          <w:b/>
          <w:bCs/>
          <w:color w:val="000000"/>
          <w:sz w:val="21"/>
          <w:szCs w:val="21"/>
          <w:lang w:eastAsia="ru-RU"/>
        </w:rPr>
        <w:t>В ней отражались курчавые прибрежные кусты и неподвижные облака высокого неба.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Мальчики опустили поводья. Лошади жадно припали к парной воде. Они пили долго, не отрывали губ, а ребята спокойно сидели на них.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Первым оторвался от воды жеребец Гордый, он вскинул красивую, величественную голову, вытянул мускулистую шею и призывно заржал, словно хотел оповестить всех, что утолил жажду и теперь свеж и бодр. Потом властно ударил копытом по водяной глади. </w:t>
      </w:r>
      <w:r w:rsidRPr="00E85698">
        <w:rPr>
          <w:b/>
          <w:bCs/>
          <w:color w:val="000000"/>
          <w:sz w:val="21"/>
          <w:szCs w:val="21"/>
          <w:lang w:eastAsia="ru-RU"/>
        </w:rPr>
        <w:t>Вот вода достигла Гордому до груди, коснулась шеи. </w:t>
      </w:r>
      <w:r w:rsidRPr="00E85698">
        <w:rPr>
          <w:color w:val="000000"/>
          <w:sz w:val="21"/>
          <w:szCs w:val="21"/>
          <w:lang w:eastAsia="ru-RU"/>
        </w:rPr>
        <w:t>Жеребец оттолкнулся от песчаного дна, вытянулся и поплыл. Костя сделал большой круг по реке и направил коня к берегу. Мальчик сполз с мокрой спины лошади, нарвал осоки и принялся тереть бока, грудь и спину Гордого.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(121 слово)</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Сделайте синтаксический разбор выделенных предложений (по вариантам).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Обозначьте морфемы в словах: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вариант: мускулистую, властно, ударил;</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сделал, прибрежные, складочки.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Сделать фонетический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счёт;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ельник.</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2 по теме « Причастие»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Дом для бродяг</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Плавание вниз по течению реки состоит из мелких отдельных событий, вплетённых в монотонные дни. Сюда входит постоянное напряжение, блики солнца на воде, минутные вспышки опасности и берега, заваленные древесными стволами.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Уже спустилась ночь, когда я неожиданно увидел перед собой лебедя. Лебедь летел высоко над этой неизвестно куда ведущей протокой, летел медленно, торжественно. Освещённый закатившимся солнцем он был красного цвета. Красный лебедь и красный горный хребет над чёрной тайгой!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Я не очень удачно выбрал место стоянки, потому что лодку не к чему было привязать. Я вытащил её подальше от воды, наносил дров, натянул палатку и заварил крепчайший чай со сгущёнкой из своего неприкосновенного запаса.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Утром небо прояснилось. Вдоль реки дул ледяной ветер, но уже без дождя и снега. Пора было плыть дальше. Мне нужно было доплыть километров тридцать и разыскать избушку метеостанции в хаосе воды, островов и сметённого паводком леса.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(По О. </w:t>
      </w:r>
      <w:proofErr w:type="spellStart"/>
      <w:r w:rsidRPr="00E85698">
        <w:rPr>
          <w:color w:val="000000"/>
          <w:sz w:val="21"/>
          <w:szCs w:val="21"/>
          <w:lang w:eastAsia="ru-RU"/>
        </w:rPr>
        <w:t>Куваеву</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(140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Проведите морфологический разбор двух причастий из текста диктанта.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Подберите синоним к слову хаос из последнего предложения.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3 по теме « Правописание причастий»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Единственное украшение дома композитора - рояль. Он мог петь обо всём: о любви, о порыве человеческого духа. </w:t>
      </w:r>
      <w:r w:rsidRPr="00E85698">
        <w:rPr>
          <w:b/>
          <w:bCs/>
          <w:color w:val="000000"/>
          <w:sz w:val="21"/>
          <w:szCs w:val="21"/>
          <w:lang w:eastAsia="ru-RU"/>
        </w:rPr>
        <w:t>Белые и черные клавиши, убегавшие из-под крепких пальцев Грига, тосковали, смеялись, гремели бурей. Потом в тишине ещё долго звучала одна маленькая струна, будто плакала обиженная сёстрами Золушка.</w:t>
      </w:r>
      <w:r w:rsidRPr="00E85698">
        <w:rPr>
          <w:color w:val="000000"/>
          <w:sz w:val="21"/>
          <w:szCs w:val="21"/>
          <w:lang w:eastAsia="ru-RU"/>
        </w:rPr>
        <w:t> Григ, откинувшийся на спинку кресла, слушал, пока этот последний звук не затихал на кухне, где с давних пор поселился сверчок.</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Вода, капающая из кухонного крана, монотонно твердила, что время не ждёт, нужно торопиться, чтобы исполнить всё задуманное.</w:t>
      </w:r>
      <w:r w:rsidRPr="00E85698">
        <w:rPr>
          <w:color w:val="000000"/>
          <w:sz w:val="21"/>
          <w:szCs w:val="21"/>
          <w:lang w:eastAsia="ru-RU"/>
        </w:rPr>
        <w:t> Григ писал музыку для дочери лесника. </w:t>
      </w:r>
      <w:r w:rsidRPr="00E85698">
        <w:rPr>
          <w:b/>
          <w:bCs/>
          <w:color w:val="000000"/>
          <w:sz w:val="21"/>
          <w:szCs w:val="21"/>
          <w:lang w:eastAsia="ru-RU"/>
        </w:rPr>
        <w:t>Он писал о глубочайшей прелести юности и счастья и мысленно видел бегущую перед ним девушку с зелёными сияющими глазами. </w:t>
      </w:r>
      <w:r w:rsidRPr="00E85698">
        <w:rPr>
          <w:color w:val="000000"/>
          <w:sz w:val="21"/>
          <w:szCs w:val="21"/>
          <w:lang w:eastAsia="ru-RU"/>
        </w:rPr>
        <w:t>Григ играл обо всём, что думал. Он подозревал, что его подслушивают. Это были синицы на дереве, загулявшие матросы из порта, снег, слетевший с нависшего неба, и Золушка в заштопанном платье.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К. Паустовскому)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(137 слов)</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 Выпишите 2 действительных причастия (1 вариант), 2 страдательных причастия </w:t>
      </w:r>
      <w:proofErr w:type="gramStart"/>
      <w:r w:rsidRPr="00E85698">
        <w:rPr>
          <w:color w:val="000000"/>
          <w:sz w:val="21"/>
          <w:szCs w:val="21"/>
          <w:lang w:eastAsia="ru-RU"/>
        </w:rPr>
        <w:t>( 2</w:t>
      </w:r>
      <w:proofErr w:type="gramEnd"/>
      <w:r w:rsidRPr="00E85698">
        <w:rPr>
          <w:color w:val="000000"/>
          <w:sz w:val="21"/>
          <w:szCs w:val="21"/>
          <w:lang w:eastAsia="ru-RU"/>
        </w:rPr>
        <w:t xml:space="preserve">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Проведите морфемный разбор этих причастий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 выделенных предложениях подчеркните причастный оборот. Объясните знаки препинания этих предложениях. 3,4 (1 вариант), 6,8 (2 вариант)</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4 по теме « Деепричастие»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Время и люди немного оставили от некогда раскинувшейся здесь просторной хуторской усадьбы. Кое-где останки её выглядывали на поверхность камнем фундамента, осевшим от времени. Ольшаник, потеснив хуторское поле, подступил к самому двору. От колодца ничего не осталось. Вода, оказавшись без надобности, иссякла. На месте стоявшей здесь хаты тянулась к свету дикая груша. С дороги ничего не указывало на бывшую усадьбу. Только </w:t>
      </w:r>
      <w:r w:rsidRPr="00E85698">
        <w:rPr>
          <w:color w:val="000000"/>
          <w:sz w:val="21"/>
          <w:szCs w:val="21"/>
          <w:lang w:eastAsia="ru-RU"/>
        </w:rPr>
        <w:lastRenderedPageBreak/>
        <w:t xml:space="preserve">одинокая липа, </w:t>
      </w:r>
      <w:proofErr w:type="spellStart"/>
      <w:r w:rsidRPr="00E85698">
        <w:rPr>
          <w:color w:val="000000"/>
          <w:sz w:val="21"/>
          <w:szCs w:val="21"/>
          <w:lang w:eastAsia="ru-RU"/>
        </w:rPr>
        <w:t>пристроясь</w:t>
      </w:r>
      <w:proofErr w:type="spellEnd"/>
      <w:r w:rsidRPr="00E85698">
        <w:rPr>
          <w:color w:val="000000"/>
          <w:sz w:val="21"/>
          <w:szCs w:val="21"/>
          <w:lang w:eastAsia="ru-RU"/>
        </w:rPr>
        <w:t xml:space="preserve"> возле бывших ворот, одиноко и уродливо удерживала ещё несколько мощных сучьев.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Прилетая из леса, птицы почему-то никогда не садились на её ветви. Вороны, возможно, помнили что-то, чуя в изуродованном дереве дух несчастья, знак давней беды. И только тоненькая молодая рябинка, выбросив на свет считанные листочки, казалась гостьей </w:t>
      </w:r>
      <w:proofErr w:type="gramStart"/>
      <w:r w:rsidRPr="00E85698">
        <w:rPr>
          <w:color w:val="000000"/>
          <w:sz w:val="21"/>
          <w:szCs w:val="21"/>
          <w:lang w:eastAsia="ru-RU"/>
        </w:rPr>
        <w:t>из иного мира</w:t>
      </w:r>
      <w:proofErr w:type="gramEnd"/>
      <w:r w:rsidRPr="00E85698">
        <w:rPr>
          <w:color w:val="000000"/>
          <w:sz w:val="21"/>
          <w:szCs w:val="21"/>
          <w:lang w:eastAsia="ru-RU"/>
        </w:rPr>
        <w:t xml:space="preserve"> посреди заросшего травой подворья. Всё принадлежало здесь прошлому. И только человеческая память, превращая прошлое в нынешнее, связывает настоящее с будущим. (По В. Быкову)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(134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 Проведите морфологический разбор двух деепричастий: потеснив </w:t>
      </w:r>
      <w:proofErr w:type="gramStart"/>
      <w:r w:rsidRPr="00E85698">
        <w:rPr>
          <w:color w:val="000000"/>
          <w:sz w:val="21"/>
          <w:szCs w:val="21"/>
          <w:lang w:eastAsia="ru-RU"/>
        </w:rPr>
        <w:t>( 1</w:t>
      </w:r>
      <w:proofErr w:type="gramEnd"/>
      <w:r w:rsidRPr="00E85698">
        <w:rPr>
          <w:color w:val="000000"/>
          <w:sz w:val="21"/>
          <w:szCs w:val="21"/>
          <w:lang w:eastAsia="ru-RU"/>
        </w:rPr>
        <w:t xml:space="preserve"> вариант), выбросив ( 2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Проведите морфемный разбор деепричастий: 1 вариант – превращая, 2 вариант - прилетая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Подчеркните как член предложения деепричастные обороты.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Сделайте синтаксический разбор одного предложения.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5 по теме « Наречие»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Мой дом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Мой дом стоит в густом саду, но почему-то отгорожен от него высоким частоколом. Этот частокол - западня для деревенских котов, любящих рыбу. Они постоянно шныряют вокруг, беспрестанно подвывают друг на друга и ждут вечера.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Вечером коты осторожно перелезают через частокол и собираются под куканом. Издали кажется, что коты играют в волейбол. </w:t>
      </w:r>
      <w:r w:rsidRPr="00E85698">
        <w:rPr>
          <w:b/>
          <w:bCs/>
          <w:color w:val="000000"/>
          <w:sz w:val="21"/>
          <w:szCs w:val="21"/>
          <w:lang w:eastAsia="ru-RU"/>
        </w:rPr>
        <w:t xml:space="preserve">Я выхожу с фонарём, и коты, застигнутые врасплох, бросаются </w:t>
      </w:r>
      <w:proofErr w:type="spellStart"/>
      <w:proofErr w:type="gramStart"/>
      <w:r w:rsidRPr="00E85698">
        <w:rPr>
          <w:b/>
          <w:bCs/>
          <w:color w:val="000000"/>
          <w:sz w:val="21"/>
          <w:szCs w:val="21"/>
          <w:lang w:eastAsia="ru-RU"/>
        </w:rPr>
        <w:t>прочь.</w:t>
      </w:r>
      <w:r w:rsidRPr="00E85698">
        <w:rPr>
          <w:color w:val="000000"/>
          <w:sz w:val="21"/>
          <w:szCs w:val="21"/>
          <w:lang w:eastAsia="ru-RU"/>
        </w:rPr>
        <w:t>Застряв</w:t>
      </w:r>
      <w:proofErr w:type="spellEnd"/>
      <w:proofErr w:type="gramEnd"/>
      <w:r w:rsidRPr="00E85698">
        <w:rPr>
          <w:color w:val="000000"/>
          <w:sz w:val="21"/>
          <w:szCs w:val="21"/>
          <w:lang w:eastAsia="ru-RU"/>
        </w:rPr>
        <w:t xml:space="preserve"> между кольями, они прижимают уши, закрывают глаза и начинают отчаянно кричать.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Осенью весь дом сплошь засыпан листьями. Но в нём я ночую лишь изредка. Чаще я сплю в старой беседке в глубине сада. Особенно хорошо там в тихие осенние ночи, когда в саду шумит вполголоса неторопливый дождь.</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На рассвете я просыпаюсь, обливаюсь колодезной водой и слушаю звук пастушьего рожка, доносящийся издалека.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Цепной пёс Дивный давным-давно привык к моим уходам на рассвете и только зевает мне вслед. Впереди по-осеннему пустынный день, затерянность в мире пахучей листвы и низкого неба. И всё это, по-видимому, и есть счастье. (По К. Паустовскому)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(159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Сделайте синтаксический разбор выделенных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Обозначьте орфограммы в наречиях: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2-й абзац;</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последний абзац.</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Сделайте морфемный разбор наречий: 1 вариант - по-осеннему, осторожно; 2 вариант – по-видимому, отчаянно</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6 по теме « Правописание наречий»</w:t>
      </w:r>
    </w:p>
    <w:p w:rsidR="00E85698" w:rsidRPr="00E85698" w:rsidRDefault="00E85698" w:rsidP="00E85698">
      <w:pPr>
        <w:shd w:val="clear" w:color="auto" w:fill="FFFFFF"/>
        <w:spacing w:after="150"/>
        <w:rPr>
          <w:color w:val="000000"/>
          <w:sz w:val="21"/>
          <w:szCs w:val="21"/>
          <w:lang w:eastAsia="ru-RU"/>
        </w:rPr>
      </w:pPr>
      <w:proofErr w:type="spellStart"/>
      <w:r w:rsidRPr="00E85698">
        <w:rPr>
          <w:b/>
          <w:bCs/>
          <w:color w:val="000000"/>
          <w:sz w:val="21"/>
          <w:szCs w:val="21"/>
          <w:lang w:eastAsia="ru-RU"/>
        </w:rPr>
        <w:t>Мшары</w:t>
      </w:r>
      <w:proofErr w:type="spellEnd"/>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Влево от боровых озёр лежат громадные мещёрские болота - </w:t>
      </w:r>
      <w:proofErr w:type="spellStart"/>
      <w:r w:rsidRPr="00E85698">
        <w:rPr>
          <w:color w:val="000000"/>
          <w:sz w:val="21"/>
          <w:szCs w:val="21"/>
          <w:lang w:eastAsia="ru-RU"/>
        </w:rPr>
        <w:t>мшары</w:t>
      </w:r>
      <w:proofErr w:type="spellEnd"/>
      <w:r w:rsidRPr="00E85698">
        <w:rPr>
          <w:color w:val="000000"/>
          <w:sz w:val="21"/>
          <w:szCs w:val="21"/>
          <w:lang w:eastAsia="ru-RU"/>
        </w:rPr>
        <w:t xml:space="preserve">. Это сплошь заросшие озёра, занимающие </w:t>
      </w:r>
      <w:proofErr w:type="spellStart"/>
      <w:r w:rsidRPr="00E85698">
        <w:rPr>
          <w:color w:val="000000"/>
          <w:sz w:val="21"/>
          <w:szCs w:val="21"/>
          <w:lang w:eastAsia="ru-RU"/>
        </w:rPr>
        <w:t>плошадь</w:t>
      </w:r>
      <w:proofErr w:type="spellEnd"/>
      <w:r w:rsidRPr="00E85698">
        <w:rPr>
          <w:color w:val="000000"/>
          <w:sz w:val="21"/>
          <w:szCs w:val="21"/>
          <w:lang w:eastAsia="ru-RU"/>
        </w:rPr>
        <w:t xml:space="preserve"> в триста тысяч гектаров. </w:t>
      </w:r>
      <w:r w:rsidRPr="00E85698">
        <w:rPr>
          <w:b/>
          <w:bCs/>
          <w:color w:val="000000"/>
          <w:sz w:val="21"/>
          <w:szCs w:val="21"/>
          <w:lang w:eastAsia="ru-RU"/>
        </w:rPr>
        <w:t xml:space="preserve">Кое-где на </w:t>
      </w:r>
      <w:proofErr w:type="spellStart"/>
      <w:r w:rsidRPr="00E85698">
        <w:rPr>
          <w:b/>
          <w:bCs/>
          <w:color w:val="000000"/>
          <w:sz w:val="21"/>
          <w:szCs w:val="21"/>
          <w:lang w:eastAsia="ru-RU"/>
        </w:rPr>
        <w:t>мшарах</w:t>
      </w:r>
      <w:proofErr w:type="spellEnd"/>
      <w:r w:rsidRPr="00E85698">
        <w:rPr>
          <w:b/>
          <w:bCs/>
          <w:color w:val="000000"/>
          <w:sz w:val="21"/>
          <w:szCs w:val="21"/>
          <w:lang w:eastAsia="ru-RU"/>
        </w:rPr>
        <w:t xml:space="preserve"> видны песчаные бугры, поросшие сосняком и папоротником.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Как-то в конце сентября мы подошли к Поганому озеру. </w:t>
      </w:r>
      <w:r w:rsidRPr="00E85698">
        <w:rPr>
          <w:b/>
          <w:bCs/>
          <w:color w:val="000000"/>
          <w:sz w:val="21"/>
          <w:szCs w:val="21"/>
          <w:lang w:eastAsia="ru-RU"/>
        </w:rPr>
        <w:t>Берега у него - густое скопление трав, мхов, корней, качающихся под ногами.</w:t>
      </w:r>
      <w:r w:rsidRPr="00E85698">
        <w:rPr>
          <w:color w:val="000000"/>
          <w:sz w:val="21"/>
          <w:szCs w:val="21"/>
          <w:lang w:eastAsia="ru-RU"/>
        </w:rPr>
        <w:t xml:space="preserve"> Под тощей травой стояла бездонная вода. К вечеру над озером нежданно-негаданно собралась гроза, которая росла на глазах. Маленькое грозовое облако стремительно превращалось в зловещую тучу. Молнии без устали хлестали в </w:t>
      </w:r>
      <w:proofErr w:type="spellStart"/>
      <w:r w:rsidRPr="00E85698">
        <w:rPr>
          <w:color w:val="000000"/>
          <w:sz w:val="21"/>
          <w:szCs w:val="21"/>
          <w:lang w:eastAsia="ru-RU"/>
        </w:rPr>
        <w:t>мшары</w:t>
      </w:r>
      <w:proofErr w:type="spellEnd"/>
      <w:r w:rsidRPr="00E85698">
        <w:rPr>
          <w:color w:val="000000"/>
          <w:sz w:val="21"/>
          <w:szCs w:val="21"/>
          <w:lang w:eastAsia="ru-RU"/>
        </w:rPr>
        <w:t xml:space="preserve"> рядом с нами, и на душе у нас было неважно. Темнело быстро, по-осеннему. Идти по завалам в темноте было невыносимо трудно, каждые десять минут мы проверяли направление по фосфорному компасу и только </w:t>
      </w:r>
      <w:proofErr w:type="spellStart"/>
      <w:r w:rsidRPr="00E85698">
        <w:rPr>
          <w:color w:val="000000"/>
          <w:sz w:val="21"/>
          <w:szCs w:val="21"/>
          <w:lang w:eastAsia="ru-RU"/>
        </w:rPr>
        <w:t>заполночь</w:t>
      </w:r>
      <w:proofErr w:type="spellEnd"/>
      <w:r w:rsidRPr="00E85698">
        <w:rPr>
          <w:color w:val="000000"/>
          <w:sz w:val="21"/>
          <w:szCs w:val="21"/>
          <w:lang w:eastAsia="ru-RU"/>
        </w:rPr>
        <w:t xml:space="preserve"> наткнулись на заброшенную дорогу и дошли по ней к озеру, где жил приятель.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К. Паустовскому)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Сделайте синтаксический разбор выделенных предложений (по вариантам).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2) В тех же предложениях обозначьте части речи.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Придумайте и запишите предложения, употребив в них наречия: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изредка, досуха;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сначала, вплотную.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Сделайте морфемный разбор наречий из предыдущего задания.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7 по теме « Предлоги»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Хороши летние туманные дни. В такие дни нельзя стрелять. </w:t>
      </w:r>
      <w:r w:rsidRPr="00E85698">
        <w:rPr>
          <w:b/>
          <w:bCs/>
          <w:color w:val="000000"/>
          <w:sz w:val="21"/>
          <w:szCs w:val="21"/>
          <w:lang w:eastAsia="ru-RU"/>
        </w:rPr>
        <w:t>Птица, вылетев у вас из-под ног, тотчас исчезает в беловатой мгле неподвижного тумана.</w:t>
      </w:r>
      <w:r w:rsidRPr="00E85698">
        <w:rPr>
          <w:color w:val="000000"/>
          <w:sz w:val="21"/>
          <w:szCs w:val="21"/>
          <w:lang w:eastAsia="ru-RU"/>
        </w:rPr>
        <w:t> Кругом невыразимо тихо. Всё проснулось и, несмотря на это, всё молчит. Дерево не шелохнётся. </w:t>
      </w:r>
      <w:r w:rsidRPr="00E85698">
        <w:rPr>
          <w:b/>
          <w:bCs/>
          <w:color w:val="000000"/>
          <w:sz w:val="21"/>
          <w:szCs w:val="21"/>
          <w:lang w:eastAsia="ru-RU"/>
        </w:rPr>
        <w:t>Сквозь тонкий пар, разлитый в воздухе, чернеется перед вами длинная полоса.</w:t>
      </w:r>
      <w:r w:rsidRPr="00E85698">
        <w:rPr>
          <w:color w:val="000000"/>
          <w:sz w:val="21"/>
          <w:szCs w:val="21"/>
          <w:lang w:eastAsia="ru-RU"/>
        </w:rPr>
        <w:t> Лес постепенно превращается в высокую грудку полыни. Всюду туман. В продолжение некоторого времени тишина. Но вот ветер слегка шевельнётся, и клочок бледно-голубого неба смутно выступит сквозь редеющий пар. Золотисто-жёлтый луч ворвётся вдруг, заструится длинным потоком, и опять всё заволоклось. Долго продолжается эта борьба, но как великолепен и ясен впоследствии становится день, когда свет восторжествует. Последние волны согретого тумана расстилаются в виде скатертей, извиваются и исчезают в голубой сияющей вышине. (По К. Паустовскому)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(132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Сделайте синтаксический разбор выделенных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-3, 2 вариант -7</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Подчеркните производные предлоги.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Сделайте морфологический разбор одного предлога на выбор.</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8 по теме « Союзы»</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Мститель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Вместо того чтобы сидеть на скучном уроке по арифметике, нам выпала удача копать картошку на школьном участке. Главное развлечение наше состояло в том, чтобы на гибкий прут насадить тяжёлый шарик и бросить дальше.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Я наклонился, чтобы слепить шарик потяжелее, но вдруг почувствовал сильный удар между лопаток. Это Витька Агафонов вместо того, чтобы бросить свой комок земли в небо, подкрался ко мне сзади и ударил меня комком, насаженным на прут.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Насколько я помню, я никогда не плакал от физической боли. От неё можно кричать, орать, кататься по траве, чтобы было полегче, но не плакать. Зато легко навёртывались слёзы на мои глаза от несправедливости.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Ни один человек не заметил маленького происшествия. Все по-прежнему собирали картошку. Небо по-прежнему было голубое, а солнышко красное. Но я уже не видел ни картошки, ни солнца, ни неба. На душе черно от обиды, а в голове зародилась мысль отомстить Витьке, чтобы в другой раз было неповадно. (По В. Солоухину)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Обведите союзы, связывающие части сложных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Объясните значение слова </w:t>
      </w:r>
      <w:r w:rsidRPr="00E85698">
        <w:rPr>
          <w:b/>
          <w:bCs/>
          <w:color w:val="000000"/>
          <w:sz w:val="21"/>
          <w:szCs w:val="21"/>
          <w:lang w:eastAsia="ru-RU"/>
        </w:rPr>
        <w:t>неповадно </w:t>
      </w:r>
      <w:r w:rsidRPr="00E85698">
        <w:rPr>
          <w:color w:val="000000"/>
          <w:sz w:val="21"/>
          <w:szCs w:val="21"/>
          <w:lang w:eastAsia="ru-RU"/>
        </w:rPr>
        <w:t>из последнего предложения.</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9 по теме « Частицы»</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Я живу в маленьком доме у моря. С высоких сосен всё время слетает и </w:t>
      </w:r>
      <w:r w:rsidRPr="00E85698">
        <w:rPr>
          <w:b/>
          <w:bCs/>
          <w:color w:val="000000"/>
          <w:sz w:val="21"/>
          <w:szCs w:val="21"/>
          <w:lang w:eastAsia="ru-RU"/>
        </w:rPr>
        <w:t>рассыпается</w:t>
      </w:r>
      <w:r w:rsidRPr="00E85698">
        <w:rPr>
          <w:color w:val="000000"/>
          <w:sz w:val="21"/>
          <w:szCs w:val="21"/>
          <w:lang w:eastAsia="ru-RU"/>
        </w:rPr>
        <w:t> в пыль снег. Слетает он от ветра и оттого, что по соснам прыгают белки. Когда очень тихо, то слышно, как они шелушат сосновые шишки.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Чтобы увидеть море, нужно выйти за калитку и немного пройти по </w:t>
      </w:r>
      <w:r w:rsidRPr="00E85698">
        <w:rPr>
          <w:b/>
          <w:bCs/>
          <w:color w:val="000000"/>
          <w:sz w:val="21"/>
          <w:szCs w:val="21"/>
          <w:lang w:eastAsia="ru-RU"/>
        </w:rPr>
        <w:t>протоптанной </w:t>
      </w:r>
      <w:r w:rsidRPr="00E85698">
        <w:rPr>
          <w:color w:val="000000"/>
          <w:sz w:val="21"/>
          <w:szCs w:val="21"/>
          <w:lang w:eastAsia="ru-RU"/>
        </w:rPr>
        <w:t>в снегу тропинке.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Море не замерло. Когда на море поднимаются волны, то слышен не шум </w:t>
      </w:r>
      <w:r w:rsidRPr="00E85698">
        <w:rPr>
          <w:b/>
          <w:bCs/>
          <w:color w:val="000000"/>
          <w:sz w:val="21"/>
          <w:szCs w:val="21"/>
          <w:lang w:eastAsia="ru-RU"/>
        </w:rPr>
        <w:t>прибоя</w:t>
      </w:r>
      <w:r w:rsidRPr="00E85698">
        <w:rPr>
          <w:color w:val="000000"/>
          <w:sz w:val="21"/>
          <w:szCs w:val="21"/>
          <w:lang w:eastAsia="ru-RU"/>
        </w:rPr>
        <w:t>, а шорох оседающего снега. Вокруг лежит тяжёлая мгла. Море уходит в чёрно-свинцовые дали. На нём не видно ни одного всплеска.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За слоем мглы лежит маленький рыбачий поселок. В посёлке этом сотни лет живут рыбаки, но </w:t>
      </w:r>
      <w:proofErr w:type="gramStart"/>
      <w:r w:rsidRPr="00E85698">
        <w:rPr>
          <w:color w:val="000000"/>
          <w:sz w:val="21"/>
          <w:szCs w:val="21"/>
          <w:lang w:eastAsia="ru-RU"/>
        </w:rPr>
        <w:t>так же</w:t>
      </w:r>
      <w:proofErr w:type="gramEnd"/>
      <w:r w:rsidRPr="00E85698">
        <w:rPr>
          <w:color w:val="000000"/>
          <w:sz w:val="21"/>
          <w:szCs w:val="21"/>
          <w:lang w:eastAsia="ru-RU"/>
        </w:rPr>
        <w:t xml:space="preserve">, как и сотни лет </w:t>
      </w:r>
      <w:r w:rsidRPr="00E85698">
        <w:rPr>
          <w:color w:val="000000"/>
          <w:sz w:val="21"/>
          <w:szCs w:val="21"/>
          <w:lang w:eastAsia="ru-RU"/>
        </w:rPr>
        <w:lastRenderedPageBreak/>
        <w:t>назад, не все возвращаются обратно.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Но что бы ни случилось, сколько бы раз ни приходилось узнавать о гибели товарищей, всё равно надо и дальше делать своё дело. Уступать морю нельзя.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К. Паустовскому)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(143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Подчеркните все частицы.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Выполните морфемный разбор выделенных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диктант№10 по теме «Повторение изученного в 5-7кл</w:t>
      </w:r>
      <w:proofErr w:type="gramStart"/>
      <w:r w:rsidRPr="00E85698">
        <w:rPr>
          <w:b/>
          <w:bCs/>
          <w:color w:val="000000"/>
          <w:sz w:val="21"/>
          <w:szCs w:val="21"/>
          <w:lang w:eastAsia="ru-RU"/>
        </w:rPr>
        <w:t>. »</w:t>
      </w:r>
      <w:proofErr w:type="gramEnd"/>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В лесной глуши</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Я люблю северный лес за торжественную тишину, которая царит в нем.</w:t>
      </w:r>
      <w:r w:rsidRPr="00E85698">
        <w:rPr>
          <w:color w:val="000000"/>
          <w:sz w:val="21"/>
          <w:szCs w:val="21"/>
          <w:lang w:eastAsia="ru-RU"/>
        </w:rPr>
        <w:t> Особенно хорошо в самом густом ельнике, где-нибудь на дне глубокого лога.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Между древесными стволами, обросшими в течение десятилетий седым мхом и узорчатыми лишаями, кое-где проглядывают клочья голубого неба. Свесившиеся лапчатые ветви деревьев кажутся какими-то гигантскими руками. </w:t>
      </w:r>
      <w:r w:rsidRPr="00E85698">
        <w:rPr>
          <w:b/>
          <w:bCs/>
          <w:color w:val="000000"/>
          <w:sz w:val="21"/>
          <w:szCs w:val="21"/>
          <w:lang w:eastAsia="ru-RU"/>
        </w:rPr>
        <w:t>Сказочно фантастический характер придают картине леса громадные папоротники, которые топорщатся перистыми листьями.</w:t>
      </w:r>
      <w:r w:rsidRPr="00E85698">
        <w:rPr>
          <w:color w:val="000000"/>
          <w:sz w:val="21"/>
          <w:szCs w:val="21"/>
          <w:lang w:eastAsia="ru-RU"/>
        </w:rPr>
        <w:t> Мягкий желтоватый мох скрадывает малейший звук, и вы точно идете по ковру. Прибавьте к этому слабое освещение, которое падает косыми полосами сверху.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Как-то даже немного жутко сделается, когда прямо с солнцепека войдешь в густую тень вековых елей.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Несмотря на тишину и покой, птицы не любят такого леса и предпочитают держаться в молодых зарослях.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настоящую лесную глушь забираются только белка да пестрый дятел; изредка ухает филин, вдалеке надрывается лесная сирота — кукушка.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Обозначьте морфемы в словах: сверху, свесившейся, перистыми (I вариант); изредка, освещение, гигантскими (II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2-3 словосочетания, в которые входит наречие, охарактеризуйте смысловое значение наречий.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Выпишите два случая дефисного написания слов, объясните, к какой части речи относятся выписанные слова.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Произведите синтаксический разбор 1-го предложения (I вариант); предложения 5 го предложения (II вариант).</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8 класс – количество диктантов – 9</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диктант№1 по теме «Повторение изученного в 5-7кл.»</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Беседа за чаем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Несмотря на начало сентября, было по-летнему жарко. Чай накрыли в гостиной, выходившей распахнутыми настежь окнами в еще не убранный от опавших листьев сад.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помещении вдоль стен стояла полированная старинная мебель, обитая бордовым плюшем. Благодаря ажурным накидкам и белоснежной домотканой скатерти, расшитой причудливым орнаментом, комната выглядела по-праздничному торжественной. Золоченая и посеребренная посуда была начищена до блеска, а посередине стола возвышался, отражая солнечные лучи, кувшин в виде цветка. Вокруг него были расставлены невысокие, но изящные бокалы из граненого хрусталя.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течение часа разговор не смолкал.</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Говорили в основном насчёт поездки, которая вопреки опасениям, закончилась благополучно. В заключение чаепития кто-то из присутствующих, развеселившись, предложил осмотреть живописное озеро, разлившееся вследствие недавно прошедших дождей.(116 слов)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 И.В. Сорокиной.)</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Выполнить разбор слов по составу: по-летнему, распахнутыми, отражая (1 вариант); посеребренная, по-</w:t>
      </w:r>
      <w:r w:rsidRPr="00E85698">
        <w:rPr>
          <w:color w:val="000000"/>
          <w:sz w:val="21"/>
          <w:szCs w:val="21"/>
          <w:lang w:eastAsia="ru-RU"/>
        </w:rPr>
        <w:lastRenderedPageBreak/>
        <w:t>праздничному, развеселившись (2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Выполнить синтаксический разбор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Благодаря ажурным накидкам и белоснежной домотканой скатерти, расшитой причудливым орнаментом, комната выглядела по-праздничному торжественной. (1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заключение чаепития кто-то из присутствующих, развеселившись, предложил осмотреть живописное озеро, разлившееся вследствие недавно прошедших дождей. (2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Обозначьте орфограммы в словах: в заключение чаепития, вследствие дождей, насчет поездки, вопреки опасениям (1 вариант); в течение часа, вдоль стен, несмотря на начало, в виде цветка (2 вариант).</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Контрольная работа №2 (тест) по теме «Словосочетание»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 по вариантам)</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1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Определите словосочетание со значением указания на предмет и. его признак: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новая книга; 2) прочитать книгу; 3) читать громко.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Определите словосочетание со значением указания на действие: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любимый фильм; 2) смотреть фильм; 3) интересный роман.</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Определите словосочетание со значением признака действия: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большой успех; 2)успехи в работе; 3) выступить успешно.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4. Определите словосочетание со значением признака </w:t>
      </w:r>
      <w:proofErr w:type="spellStart"/>
      <w:r w:rsidRPr="00E85698">
        <w:rPr>
          <w:color w:val="000000"/>
          <w:sz w:val="21"/>
          <w:szCs w:val="21"/>
          <w:lang w:eastAsia="ru-RU"/>
        </w:rPr>
        <w:t>признака</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быстро бежать; 2) очень красивый; 3) весенняя пора.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Определите, какой частью речи выражено главное слово: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Темная аллея, картинная галерея, субботний вечер.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именем прилагательным;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именем существительным.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6. Определите, какой частью речи выражено главное слово: раз</w:t>
      </w:r>
      <w:r w:rsidRPr="00E85698">
        <w:rPr>
          <w:color w:val="000000"/>
          <w:sz w:val="21"/>
          <w:szCs w:val="21"/>
          <w:lang w:eastAsia="ru-RU"/>
        </w:rPr>
        <w:softHyphen/>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говаривать с друзьями, писать письма, собирать грибы.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глаголом; 2) именем существительным.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7. Определите, какой частью речи выражено главное слово: очень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холодно (встречать), весьма интересно (рассказывать).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кратким прилагательным; 2) наречием.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8. Определите, какой частью речи выражено главное слово: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по-прежнему красивый, очень умный, давно известный.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именем прилагательным; 2) наречием.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 Укажите словосочетание, состоящее из существительного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существительное: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красивый джемпер;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джемпер брата;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связать джемпер.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10. Укажите словосочетание, состоящее из глагола + сущ. в </w:t>
      </w:r>
      <w:proofErr w:type="spellStart"/>
      <w:r w:rsidRPr="00E85698">
        <w:rPr>
          <w:color w:val="000000"/>
          <w:sz w:val="21"/>
          <w:szCs w:val="21"/>
          <w:lang w:eastAsia="ru-RU"/>
        </w:rPr>
        <w:t>В</w:t>
      </w:r>
      <w:proofErr w:type="spellEnd"/>
      <w:r w:rsidRPr="00E85698">
        <w:rPr>
          <w:color w:val="000000"/>
          <w:sz w:val="21"/>
          <w:szCs w:val="21"/>
          <w:lang w:eastAsia="ru-RU"/>
        </w:rPr>
        <w:t>. 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украсить цветами; 2) подарить брату; 3) постелить ковер.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11. Укажите словосочетание, состоящее из глагола + </w:t>
      </w:r>
      <w:proofErr w:type="gramStart"/>
      <w:r w:rsidRPr="00E85698">
        <w:rPr>
          <w:color w:val="000000"/>
          <w:sz w:val="21"/>
          <w:szCs w:val="21"/>
          <w:lang w:eastAsia="ru-RU"/>
        </w:rPr>
        <w:t>сущ.в</w:t>
      </w:r>
      <w:proofErr w:type="gramEnd"/>
      <w:r w:rsidRPr="00E85698">
        <w:rPr>
          <w:color w:val="000000"/>
          <w:sz w:val="21"/>
          <w:szCs w:val="21"/>
          <w:lang w:eastAsia="ru-RU"/>
        </w:rPr>
        <w:t xml:space="preserve"> Т. 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прийти на помощь; 2) увлекаться чтением; 3) рассказать сказку.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12.Укажите словосочетание со способом подчинительной связи -согласование: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первый ученик; 2) цветок липы; 3) дом отца.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 Укажите словосочетание со способом подчинительной связи -управление: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весенний вечер; 2) встретить друзей; 3) созревший плод.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14. Укажите словосочетание со способом подчинительной связи -примыкание: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золотое кольцо; 2) учиться плавать; 3) учиться плаванию.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15. Укажите предложение, в котором использована подчинительная связь - примыкание: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Чтение «Капитанской дочки» на уроках было счастливыми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минутами, поэтому мы бережно проносим их сквозь всю жизнь.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Есть у Куприна одна заветная тема (Паустовский).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16. Укажите предложение, в котором использована подчинительная связь - управление: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Хлынувшая вода прорвала плотину.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Окрестности здесь очень живописны.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17. Укажите предложение, в котором использована подчинительная связь - согласование: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Слова механика показались москвичу неуважительными.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Семь маленьких зверьков испуганно глядят на свет (Песков).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18. Укажите синонимичные словосочетания: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девушка высокого роста;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высокорослая девушка;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длинноногая девушка.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19. Укажите, какое словосочетание имеет синоним: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кафе при дороге;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машина на ремонте.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20. Определите, как выражается связь зависимого слова с главным в словосочетании - гулять в парке: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по смыслу;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предлогом и окончанием;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окончанием.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21. Какие части речи могут употребляться в качестве зависимых при согласовании: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прилагательное, причастие,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наречие, деепричастие.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22. Какие части речи могут употребляться в качестве зависимых при управлении: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существительное,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деепричастие, наречие.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23. Какие части речи могут употребляться в качестве зависимых при примыкании: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наречие, деепричастие;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существительное,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24. Укажите правильное словосочетание: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одеть ребенка;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одеть пальто.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25. Употребите правильно падеж существительного при глаголе оплатить: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оплатить проезд;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оплатить за проезд.</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(вариант 2)</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Определите словосочетание со значением указания на предмет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и его признак: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длинная дорога; 2)нарисовать картину; 3) рисовать долго.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Определите словосочетание со значением указания на действие: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красивый закат; 2) писать письмо; 3) очень красивый.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Определите словосочетание со значением признака действия: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высокая гора; 2) победить страх; 3) хорошо учиться.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4. Определите словосочетание со значением признака </w:t>
      </w:r>
      <w:proofErr w:type="spellStart"/>
      <w:r w:rsidRPr="00E85698">
        <w:rPr>
          <w:color w:val="000000"/>
          <w:sz w:val="21"/>
          <w:szCs w:val="21"/>
          <w:lang w:eastAsia="ru-RU"/>
        </w:rPr>
        <w:t>признака</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идти медленно; 2)очень умный; 3) осенний день.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Определите, какой частью речи выражено главное слово: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воскресный день, спортивный зол, зеленая дубрава.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именем прилагательным; 2) именем существительным.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6. Определите, какой частью речи выражено главное слово: пи</w:t>
      </w:r>
      <w:r w:rsidRPr="00E85698">
        <w:rPr>
          <w:color w:val="000000"/>
          <w:sz w:val="21"/>
          <w:szCs w:val="21"/>
          <w:lang w:eastAsia="ru-RU"/>
        </w:rPr>
        <w:softHyphen/>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лить дрова, убирать урожай, белить стены.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глаголом; 2) именем существительным.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7. Определите, какой частью речи выражено главное слово: очень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громко (говорить), весьма небрежно (писать).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кратким прилагательным; 2)наречием.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8. Определите, какой частью речи выражено главное слово: весь-</w:t>
      </w:r>
    </w:p>
    <w:p w:rsidR="00E85698" w:rsidRPr="00E85698" w:rsidRDefault="00E85698" w:rsidP="00E85698">
      <w:pPr>
        <w:shd w:val="clear" w:color="auto" w:fill="FFFFFF"/>
        <w:spacing w:after="150"/>
        <w:rPr>
          <w:color w:val="000000"/>
          <w:sz w:val="21"/>
          <w:szCs w:val="21"/>
          <w:lang w:eastAsia="ru-RU"/>
        </w:rPr>
      </w:pPr>
      <w:proofErr w:type="spellStart"/>
      <w:r w:rsidRPr="00E85698">
        <w:rPr>
          <w:color w:val="000000"/>
          <w:sz w:val="21"/>
          <w:szCs w:val="21"/>
          <w:lang w:eastAsia="ru-RU"/>
        </w:rPr>
        <w:t>ма</w:t>
      </w:r>
      <w:proofErr w:type="spellEnd"/>
      <w:r w:rsidRPr="00E85698">
        <w:rPr>
          <w:color w:val="000000"/>
          <w:sz w:val="21"/>
          <w:szCs w:val="21"/>
          <w:lang w:eastAsia="ru-RU"/>
        </w:rPr>
        <w:t xml:space="preserve"> далекий, совсем старый, очень короткий.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именем прилагательным; 2) наречием.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9. Укажите словосочетание, состоящее из существительного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существительное: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любимый костюм; 2) костюм сестры; 3) сшить костюм.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10. Укажите словосочетание, состоящее из глагола + </w:t>
      </w:r>
      <w:proofErr w:type="spellStart"/>
      <w:r w:rsidRPr="00E85698">
        <w:rPr>
          <w:color w:val="000000"/>
          <w:sz w:val="21"/>
          <w:szCs w:val="21"/>
          <w:lang w:eastAsia="ru-RU"/>
        </w:rPr>
        <w:t>сущ</w:t>
      </w:r>
      <w:proofErr w:type="spellEnd"/>
      <w:r w:rsidRPr="00E85698">
        <w:rPr>
          <w:color w:val="000000"/>
          <w:sz w:val="21"/>
          <w:szCs w:val="21"/>
          <w:lang w:eastAsia="ru-RU"/>
        </w:rPr>
        <w:t xml:space="preserve"> в </w:t>
      </w:r>
      <w:proofErr w:type="spellStart"/>
      <w:r w:rsidRPr="00E85698">
        <w:rPr>
          <w:color w:val="000000"/>
          <w:sz w:val="21"/>
          <w:szCs w:val="21"/>
          <w:lang w:eastAsia="ru-RU"/>
        </w:rPr>
        <w:t>В</w:t>
      </w:r>
      <w:proofErr w:type="spellEnd"/>
      <w:r w:rsidRPr="00E85698">
        <w:rPr>
          <w:color w:val="000000"/>
          <w:sz w:val="21"/>
          <w:szCs w:val="21"/>
          <w:lang w:eastAsia="ru-RU"/>
        </w:rPr>
        <w:t>. 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увлекаться чтением; 2) подарить маме; 3) построить дом.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11. Укажите словосочетание, состоящее из глагола + </w:t>
      </w:r>
      <w:proofErr w:type="spellStart"/>
      <w:r w:rsidRPr="00E85698">
        <w:rPr>
          <w:color w:val="000000"/>
          <w:sz w:val="21"/>
          <w:szCs w:val="21"/>
          <w:lang w:eastAsia="ru-RU"/>
        </w:rPr>
        <w:t>сущ</w:t>
      </w:r>
      <w:proofErr w:type="spellEnd"/>
      <w:r w:rsidRPr="00E85698">
        <w:rPr>
          <w:color w:val="000000"/>
          <w:sz w:val="21"/>
          <w:szCs w:val="21"/>
          <w:lang w:eastAsia="ru-RU"/>
        </w:rPr>
        <w:t xml:space="preserve"> в Т. 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прийти в гости; 2) кататься на лыжах; 3) заниматься с увлечением.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12. Укажите словосочетание со способом подчинительной связи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согласование: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отличная оценка; 2) цветение вишни; 3) говорить по телефону.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 Укажите словосочетание со способом подчинительной связи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управление: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морозное утро; 2) упасть на землю; 3) хорошо отдохнуть.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14. Укажите словосочетание со способом подчинительной связи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примыкание: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приятное лицо; 2) быстро делать; 3) приказ командира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15. Укажите предложение, в котором использована подчинительная связь - примыкание: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Снега кругом ослепительно сверкали (Шишков).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На траве лежала черпалка из бересты (Тургенев).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16. Укажите предложение, в котором использована подчинительная связь управление: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Роняет лес багряный свой убор (Пушкин).</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Медленно гасли последние звезды (</w:t>
      </w:r>
      <w:proofErr w:type="spellStart"/>
      <w:r w:rsidRPr="00E85698">
        <w:rPr>
          <w:color w:val="000000"/>
          <w:sz w:val="21"/>
          <w:szCs w:val="21"/>
          <w:lang w:eastAsia="ru-RU"/>
        </w:rPr>
        <w:t>Поповкин</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17.Укажите предложение, в котором использована подчинительная связь согласование: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Глянцевая зыбь отражала чистое небо (Катаев).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Мимо день и ночь проносились к фронту эшелоны (</w:t>
      </w:r>
      <w:proofErr w:type="spellStart"/>
      <w:r w:rsidRPr="00E85698">
        <w:rPr>
          <w:color w:val="000000"/>
          <w:sz w:val="21"/>
          <w:szCs w:val="21"/>
          <w:lang w:eastAsia="ru-RU"/>
        </w:rPr>
        <w:t>Поповкин</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18. Укажите синонимичные словосочетания: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тропинка через лес; 2) лесная тропинка; 3) тропинка через овраг.</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19. Укажите, какое словосочетание имеет синоним: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город на море; 2) промокающая обувь.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20. Определите, как выражается связь зависимого слова с главным в словосочетании - играть в куклы:</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по смыслу; предлогом и окончанием; 2) окончанием.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21. Какие части речи могут употребляться в качестве зависимых при согласовании: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прилагательное, причастие,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наречие, деепричастие.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22). Какие части речи могут употребляться в качестве зависимых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при управлении: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существительное, 2) местоимение; 3) деепричастие; 4) наречие.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23. Какие части речи могут употребляться в качестве зависимых при примыкании: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наречие, 2) деепричастие; 3) существительное; 4)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24. Укажите словосочетание с ошибкой: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1) пренебрегшего правилами; 2) разговор откровенен; 3) пара </w:t>
      </w:r>
      <w:proofErr w:type="spellStart"/>
      <w:r w:rsidRPr="00E85698">
        <w:rPr>
          <w:color w:val="000000"/>
          <w:sz w:val="21"/>
          <w:szCs w:val="21"/>
          <w:lang w:eastAsia="ru-RU"/>
        </w:rPr>
        <w:t>ботинков</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в восьмидесяти четырех городах.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25. Употребите правильно падеж существительного при глаголе заплатить: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заплатить проезд;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заплатить за телефон.</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Ответы:</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Вариант 1:</w:t>
      </w:r>
      <w:r w:rsidRPr="00E85698">
        <w:rPr>
          <w:color w:val="000000"/>
          <w:sz w:val="21"/>
          <w:szCs w:val="21"/>
          <w:lang w:eastAsia="ru-RU"/>
        </w:rPr>
        <w:t>1-1, 2-2, 3-3, 4-2, 5-2, 6-1, 7-2, 8-1, 9-2, 10-3, 11-2, 12-1, 13-2, 14-2, 15-1, 16-1, 17-2, 18-1,2, 19-1, 20-2, 21-1, 22-1, 23-1, 24-1, 25-1.</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Вариант 2: </w:t>
      </w:r>
      <w:r w:rsidRPr="00E85698">
        <w:rPr>
          <w:color w:val="000000"/>
          <w:sz w:val="21"/>
          <w:szCs w:val="21"/>
          <w:lang w:eastAsia="ru-RU"/>
        </w:rPr>
        <w:t>1-1,</w:t>
      </w:r>
      <w:r w:rsidRPr="00E85698">
        <w:rPr>
          <w:b/>
          <w:bCs/>
          <w:color w:val="000000"/>
          <w:sz w:val="21"/>
          <w:szCs w:val="21"/>
          <w:lang w:eastAsia="ru-RU"/>
        </w:rPr>
        <w:t> </w:t>
      </w:r>
      <w:r w:rsidRPr="00E85698">
        <w:rPr>
          <w:color w:val="000000"/>
          <w:sz w:val="21"/>
          <w:szCs w:val="21"/>
          <w:lang w:eastAsia="ru-RU"/>
        </w:rPr>
        <w:t>2-2,</w:t>
      </w:r>
      <w:r w:rsidRPr="00E85698">
        <w:rPr>
          <w:b/>
          <w:bCs/>
          <w:color w:val="000000"/>
          <w:sz w:val="21"/>
          <w:szCs w:val="21"/>
          <w:lang w:eastAsia="ru-RU"/>
        </w:rPr>
        <w:t> </w:t>
      </w:r>
      <w:r w:rsidRPr="00E85698">
        <w:rPr>
          <w:color w:val="000000"/>
          <w:sz w:val="21"/>
          <w:szCs w:val="21"/>
          <w:lang w:eastAsia="ru-RU"/>
        </w:rPr>
        <w:t>3-3,</w:t>
      </w:r>
      <w:r w:rsidRPr="00E85698">
        <w:rPr>
          <w:b/>
          <w:bCs/>
          <w:color w:val="000000"/>
          <w:sz w:val="21"/>
          <w:szCs w:val="21"/>
          <w:lang w:eastAsia="ru-RU"/>
        </w:rPr>
        <w:t> </w:t>
      </w:r>
      <w:r w:rsidRPr="00E85698">
        <w:rPr>
          <w:color w:val="000000"/>
          <w:sz w:val="21"/>
          <w:szCs w:val="21"/>
          <w:lang w:eastAsia="ru-RU"/>
        </w:rPr>
        <w:t>4-2,</w:t>
      </w:r>
      <w:r w:rsidRPr="00E85698">
        <w:rPr>
          <w:b/>
          <w:bCs/>
          <w:color w:val="000000"/>
          <w:sz w:val="21"/>
          <w:szCs w:val="21"/>
          <w:lang w:eastAsia="ru-RU"/>
        </w:rPr>
        <w:t> </w:t>
      </w:r>
      <w:r w:rsidRPr="00E85698">
        <w:rPr>
          <w:color w:val="000000"/>
          <w:sz w:val="21"/>
          <w:szCs w:val="21"/>
          <w:lang w:eastAsia="ru-RU"/>
        </w:rPr>
        <w:t>5-2,</w:t>
      </w:r>
      <w:r w:rsidRPr="00E85698">
        <w:rPr>
          <w:b/>
          <w:bCs/>
          <w:color w:val="000000"/>
          <w:sz w:val="21"/>
          <w:szCs w:val="21"/>
          <w:lang w:eastAsia="ru-RU"/>
        </w:rPr>
        <w:t> </w:t>
      </w:r>
      <w:r w:rsidRPr="00E85698">
        <w:rPr>
          <w:color w:val="000000"/>
          <w:sz w:val="21"/>
          <w:szCs w:val="21"/>
          <w:lang w:eastAsia="ru-RU"/>
        </w:rPr>
        <w:t>6-1,</w:t>
      </w:r>
      <w:r w:rsidRPr="00E85698">
        <w:rPr>
          <w:b/>
          <w:bCs/>
          <w:color w:val="000000"/>
          <w:sz w:val="21"/>
          <w:szCs w:val="21"/>
          <w:lang w:eastAsia="ru-RU"/>
        </w:rPr>
        <w:t> </w:t>
      </w:r>
      <w:r w:rsidRPr="00E85698">
        <w:rPr>
          <w:color w:val="000000"/>
          <w:sz w:val="21"/>
          <w:szCs w:val="21"/>
          <w:lang w:eastAsia="ru-RU"/>
        </w:rPr>
        <w:t>7-2,</w:t>
      </w:r>
      <w:r w:rsidRPr="00E85698">
        <w:rPr>
          <w:b/>
          <w:bCs/>
          <w:color w:val="000000"/>
          <w:sz w:val="21"/>
          <w:szCs w:val="21"/>
          <w:lang w:eastAsia="ru-RU"/>
        </w:rPr>
        <w:t> </w:t>
      </w:r>
      <w:r w:rsidRPr="00E85698">
        <w:rPr>
          <w:color w:val="000000"/>
          <w:sz w:val="21"/>
          <w:szCs w:val="21"/>
          <w:lang w:eastAsia="ru-RU"/>
        </w:rPr>
        <w:t>8-1,</w:t>
      </w:r>
      <w:r w:rsidRPr="00E85698">
        <w:rPr>
          <w:b/>
          <w:bCs/>
          <w:color w:val="000000"/>
          <w:sz w:val="21"/>
          <w:szCs w:val="21"/>
          <w:lang w:eastAsia="ru-RU"/>
        </w:rPr>
        <w:t> </w:t>
      </w:r>
      <w:r w:rsidRPr="00E85698">
        <w:rPr>
          <w:color w:val="000000"/>
          <w:sz w:val="21"/>
          <w:szCs w:val="21"/>
          <w:lang w:eastAsia="ru-RU"/>
        </w:rPr>
        <w:t>9-2,</w:t>
      </w:r>
      <w:r w:rsidRPr="00E85698">
        <w:rPr>
          <w:b/>
          <w:bCs/>
          <w:color w:val="000000"/>
          <w:sz w:val="21"/>
          <w:szCs w:val="21"/>
          <w:lang w:eastAsia="ru-RU"/>
        </w:rPr>
        <w:t> </w:t>
      </w:r>
      <w:r w:rsidRPr="00E85698">
        <w:rPr>
          <w:color w:val="000000"/>
          <w:sz w:val="21"/>
          <w:szCs w:val="21"/>
          <w:lang w:eastAsia="ru-RU"/>
        </w:rPr>
        <w:t>10-3,</w:t>
      </w:r>
      <w:r w:rsidRPr="00E85698">
        <w:rPr>
          <w:b/>
          <w:bCs/>
          <w:color w:val="000000"/>
          <w:sz w:val="21"/>
          <w:szCs w:val="21"/>
          <w:lang w:eastAsia="ru-RU"/>
        </w:rPr>
        <w:t> </w:t>
      </w:r>
      <w:r w:rsidRPr="00E85698">
        <w:rPr>
          <w:color w:val="000000"/>
          <w:sz w:val="21"/>
          <w:szCs w:val="21"/>
          <w:lang w:eastAsia="ru-RU"/>
        </w:rPr>
        <w:t>11-3,</w:t>
      </w:r>
      <w:r w:rsidRPr="00E85698">
        <w:rPr>
          <w:b/>
          <w:bCs/>
          <w:color w:val="000000"/>
          <w:sz w:val="21"/>
          <w:szCs w:val="21"/>
          <w:lang w:eastAsia="ru-RU"/>
        </w:rPr>
        <w:t> </w:t>
      </w:r>
      <w:r w:rsidRPr="00E85698">
        <w:rPr>
          <w:color w:val="000000"/>
          <w:sz w:val="21"/>
          <w:szCs w:val="21"/>
          <w:lang w:eastAsia="ru-RU"/>
        </w:rPr>
        <w:t>12-1,</w:t>
      </w:r>
      <w:r w:rsidRPr="00E85698">
        <w:rPr>
          <w:b/>
          <w:bCs/>
          <w:color w:val="000000"/>
          <w:sz w:val="21"/>
          <w:szCs w:val="21"/>
          <w:lang w:eastAsia="ru-RU"/>
        </w:rPr>
        <w:t> </w:t>
      </w:r>
      <w:r w:rsidRPr="00E85698">
        <w:rPr>
          <w:color w:val="000000"/>
          <w:sz w:val="21"/>
          <w:szCs w:val="21"/>
          <w:lang w:eastAsia="ru-RU"/>
        </w:rPr>
        <w:t>13-2,</w:t>
      </w:r>
      <w:r w:rsidRPr="00E85698">
        <w:rPr>
          <w:b/>
          <w:bCs/>
          <w:color w:val="000000"/>
          <w:sz w:val="21"/>
          <w:szCs w:val="21"/>
          <w:lang w:eastAsia="ru-RU"/>
        </w:rPr>
        <w:t> </w:t>
      </w:r>
      <w:r w:rsidRPr="00E85698">
        <w:rPr>
          <w:color w:val="000000"/>
          <w:sz w:val="21"/>
          <w:szCs w:val="21"/>
          <w:lang w:eastAsia="ru-RU"/>
        </w:rPr>
        <w:t>14-2,</w:t>
      </w:r>
      <w:r w:rsidRPr="00E85698">
        <w:rPr>
          <w:b/>
          <w:bCs/>
          <w:color w:val="000000"/>
          <w:sz w:val="21"/>
          <w:szCs w:val="21"/>
          <w:lang w:eastAsia="ru-RU"/>
        </w:rPr>
        <w:t> </w:t>
      </w:r>
      <w:r w:rsidRPr="00E85698">
        <w:rPr>
          <w:color w:val="000000"/>
          <w:sz w:val="21"/>
          <w:szCs w:val="21"/>
          <w:lang w:eastAsia="ru-RU"/>
        </w:rPr>
        <w:t>15-1,</w:t>
      </w:r>
      <w:r w:rsidRPr="00E85698">
        <w:rPr>
          <w:b/>
          <w:bCs/>
          <w:color w:val="000000"/>
          <w:sz w:val="21"/>
          <w:szCs w:val="21"/>
          <w:lang w:eastAsia="ru-RU"/>
        </w:rPr>
        <w:t> </w:t>
      </w:r>
      <w:r w:rsidRPr="00E85698">
        <w:rPr>
          <w:color w:val="000000"/>
          <w:sz w:val="21"/>
          <w:szCs w:val="21"/>
          <w:lang w:eastAsia="ru-RU"/>
        </w:rPr>
        <w:t>16-1,1</w:t>
      </w:r>
      <w:r w:rsidRPr="00E85698">
        <w:rPr>
          <w:b/>
          <w:bCs/>
          <w:color w:val="000000"/>
          <w:sz w:val="21"/>
          <w:szCs w:val="21"/>
          <w:lang w:eastAsia="ru-RU"/>
        </w:rPr>
        <w:t> </w:t>
      </w:r>
      <w:r w:rsidRPr="00E85698">
        <w:rPr>
          <w:color w:val="000000"/>
          <w:sz w:val="21"/>
          <w:szCs w:val="21"/>
          <w:lang w:eastAsia="ru-RU"/>
        </w:rPr>
        <w:t>7-1,</w:t>
      </w:r>
      <w:r w:rsidRPr="00E85698">
        <w:rPr>
          <w:b/>
          <w:bCs/>
          <w:color w:val="000000"/>
          <w:sz w:val="21"/>
          <w:szCs w:val="21"/>
          <w:lang w:eastAsia="ru-RU"/>
        </w:rPr>
        <w:t> </w:t>
      </w:r>
      <w:r w:rsidRPr="00E85698">
        <w:rPr>
          <w:color w:val="000000"/>
          <w:sz w:val="21"/>
          <w:szCs w:val="21"/>
          <w:lang w:eastAsia="ru-RU"/>
        </w:rPr>
        <w:t>18-1,2,</w:t>
      </w:r>
      <w:r w:rsidRPr="00E85698">
        <w:rPr>
          <w:b/>
          <w:bCs/>
          <w:color w:val="000000"/>
          <w:sz w:val="21"/>
          <w:szCs w:val="21"/>
          <w:lang w:eastAsia="ru-RU"/>
        </w:rPr>
        <w:t> </w:t>
      </w:r>
      <w:r w:rsidRPr="00E85698">
        <w:rPr>
          <w:color w:val="000000"/>
          <w:sz w:val="21"/>
          <w:szCs w:val="21"/>
          <w:lang w:eastAsia="ru-RU"/>
        </w:rPr>
        <w:t>19-1,</w:t>
      </w:r>
      <w:r w:rsidRPr="00E85698">
        <w:rPr>
          <w:b/>
          <w:bCs/>
          <w:color w:val="000000"/>
          <w:sz w:val="21"/>
          <w:szCs w:val="21"/>
          <w:lang w:eastAsia="ru-RU"/>
        </w:rPr>
        <w:t> </w:t>
      </w:r>
      <w:r w:rsidRPr="00E85698">
        <w:rPr>
          <w:color w:val="000000"/>
          <w:sz w:val="21"/>
          <w:szCs w:val="21"/>
          <w:lang w:eastAsia="ru-RU"/>
        </w:rPr>
        <w:t>20-2,</w:t>
      </w:r>
      <w:r w:rsidRPr="00E85698">
        <w:rPr>
          <w:b/>
          <w:bCs/>
          <w:color w:val="000000"/>
          <w:sz w:val="21"/>
          <w:szCs w:val="21"/>
          <w:lang w:eastAsia="ru-RU"/>
        </w:rPr>
        <w:t> </w:t>
      </w:r>
      <w:r w:rsidRPr="00E85698">
        <w:rPr>
          <w:color w:val="000000"/>
          <w:sz w:val="21"/>
          <w:szCs w:val="21"/>
          <w:lang w:eastAsia="ru-RU"/>
        </w:rPr>
        <w:t>21-1,</w:t>
      </w:r>
      <w:r w:rsidRPr="00E85698">
        <w:rPr>
          <w:b/>
          <w:bCs/>
          <w:color w:val="000000"/>
          <w:sz w:val="21"/>
          <w:szCs w:val="21"/>
          <w:lang w:eastAsia="ru-RU"/>
        </w:rPr>
        <w:t> </w:t>
      </w:r>
      <w:r w:rsidRPr="00E85698">
        <w:rPr>
          <w:color w:val="000000"/>
          <w:sz w:val="21"/>
          <w:szCs w:val="21"/>
          <w:lang w:eastAsia="ru-RU"/>
        </w:rPr>
        <w:t>22-1,</w:t>
      </w:r>
      <w:r w:rsidRPr="00E85698">
        <w:rPr>
          <w:b/>
          <w:bCs/>
          <w:color w:val="000000"/>
          <w:sz w:val="21"/>
          <w:szCs w:val="21"/>
          <w:lang w:eastAsia="ru-RU"/>
        </w:rPr>
        <w:t> </w:t>
      </w:r>
      <w:r w:rsidRPr="00E85698">
        <w:rPr>
          <w:color w:val="000000"/>
          <w:sz w:val="21"/>
          <w:szCs w:val="21"/>
          <w:lang w:eastAsia="ru-RU"/>
        </w:rPr>
        <w:t>23-1,</w:t>
      </w:r>
      <w:r w:rsidRPr="00E85698">
        <w:rPr>
          <w:b/>
          <w:bCs/>
          <w:color w:val="000000"/>
          <w:sz w:val="21"/>
          <w:szCs w:val="21"/>
          <w:lang w:eastAsia="ru-RU"/>
        </w:rPr>
        <w:t> </w:t>
      </w:r>
      <w:r w:rsidRPr="00E85698">
        <w:rPr>
          <w:color w:val="000000"/>
          <w:sz w:val="21"/>
          <w:szCs w:val="21"/>
          <w:lang w:eastAsia="ru-RU"/>
        </w:rPr>
        <w:t>24-3,</w:t>
      </w:r>
      <w:r w:rsidRPr="00E85698">
        <w:rPr>
          <w:b/>
          <w:bCs/>
          <w:color w:val="000000"/>
          <w:sz w:val="21"/>
          <w:szCs w:val="21"/>
          <w:lang w:eastAsia="ru-RU"/>
        </w:rPr>
        <w:t> </w:t>
      </w:r>
      <w:r w:rsidRPr="00E85698">
        <w:rPr>
          <w:color w:val="000000"/>
          <w:sz w:val="21"/>
          <w:szCs w:val="21"/>
          <w:lang w:eastAsia="ru-RU"/>
        </w:rPr>
        <w:t>25-2.</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диктант№3 по теме «Простое предложение»</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Последний снег</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Кончался март. </w:t>
      </w:r>
      <w:r w:rsidRPr="00E85698">
        <w:rPr>
          <w:b/>
          <w:bCs/>
          <w:color w:val="000000"/>
          <w:sz w:val="21"/>
          <w:szCs w:val="21"/>
          <w:lang w:eastAsia="ru-RU"/>
        </w:rPr>
        <w:t>Во дворе еще лежали плоские, твердые, спекшиеся на солнце сугробы снега.</w:t>
      </w:r>
      <w:r w:rsidRPr="00E85698">
        <w:rPr>
          <w:color w:val="000000"/>
          <w:sz w:val="21"/>
          <w:szCs w:val="21"/>
          <w:lang w:eastAsia="ru-RU"/>
        </w:rPr>
        <w:t> Река еще не начинала трогаться. Жители по-прежнему ходили к автобусу по льду. Но с каждым днем снега становилось все меньше. Как ни коробился, каким черным и невзрачным ни старался он казаться, солнце находило его везде. И он умирал мокрой смертью.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лесу пахло прелью и талой водой. Обнажалась земля с ветхим прошлогодним быльем.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Оля приносила домой первые подснежники и рассказывала о прилете птиц. В саду, в черных ветвях липы, обживались </w:t>
      </w:r>
      <w:r w:rsidRPr="00E85698">
        <w:rPr>
          <w:color w:val="000000"/>
          <w:sz w:val="21"/>
          <w:szCs w:val="21"/>
          <w:lang w:eastAsia="ru-RU"/>
        </w:rPr>
        <w:lastRenderedPageBreak/>
        <w:t>грачи, и высоко над полем, между небом и землей, лилась весенняя ликующая песнь жаворонка.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Москву омывали сырые южные ветры. Площади города блистали, и последний снег вывозился с улиц на грузовиках-самосвалах. </w:t>
      </w:r>
      <w:r w:rsidRPr="00E85698">
        <w:rPr>
          <w:b/>
          <w:bCs/>
          <w:color w:val="000000"/>
          <w:sz w:val="21"/>
          <w:szCs w:val="21"/>
          <w:lang w:eastAsia="ru-RU"/>
        </w:rPr>
        <w:t>Сырые, липкие ломти снега, собранные горками вдоль тротуаров, похожи были на огромные кучи халвы. </w:t>
      </w:r>
      <w:r w:rsidRPr="00E85698">
        <w:rPr>
          <w:color w:val="000000"/>
          <w:sz w:val="21"/>
          <w:szCs w:val="21"/>
          <w:lang w:eastAsia="ru-RU"/>
        </w:rPr>
        <w:t>Москва начинала жить по-весеннему. Людней и шумней становилось на улицах. Кавказские мимозы продавались на всех углах. И уже девочки прыгали через веревку на высушенных солнцем кусочках тротуара, и самые франтоватые парни ходили без шапок. (163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Синтаксический разбор выделенных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1вариант – 1 абзац, 2 вариант – 4 абзац</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2) Разобрать по </w:t>
      </w:r>
      <w:proofErr w:type="spellStart"/>
      <w:r w:rsidRPr="00E85698">
        <w:rPr>
          <w:color w:val="000000"/>
          <w:sz w:val="21"/>
          <w:szCs w:val="21"/>
          <w:lang w:eastAsia="ru-RU"/>
        </w:rPr>
        <w:t>соcтаву</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спёкшиеся, плоские, солнце 2 вариант – собранные, липкие, тротуаров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4 по теме « Двусоставные предложения»</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Множество церквей и колоколен подымали свои золоченые головы к небу. </w:t>
      </w:r>
      <w:r w:rsidRPr="00E85698">
        <w:rPr>
          <w:b/>
          <w:bCs/>
          <w:color w:val="000000"/>
          <w:sz w:val="21"/>
          <w:szCs w:val="21"/>
          <w:lang w:eastAsia="ru-RU"/>
        </w:rPr>
        <w:t>Подобные большим зеленым и желтым пятнам, виднелись между домами густые рощи и покрытые хлебом поля.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Над этой путаницей церквей, домов, рощ и монастырей гордо вздымались кремлевские церкви и недавно отделанный храм Покрова Богоматери, который Иоанн заложил несколько лет тому назад в память взятия Казани и который мы знаем ныне под именем Василия Блаженного. Велика была радость москвитян, когда упали, наконец, леса, закрывавшие эту церковь. </w:t>
      </w:r>
      <w:r w:rsidRPr="00E85698">
        <w:rPr>
          <w:b/>
          <w:bCs/>
          <w:color w:val="000000"/>
          <w:sz w:val="21"/>
          <w:szCs w:val="21"/>
          <w:lang w:eastAsia="ru-RU"/>
        </w:rPr>
        <w:t xml:space="preserve">Предстала она во всем своем причудливом блеске, сверкая золотом и красками и удивляя взор разнообразием </w:t>
      </w:r>
      <w:proofErr w:type="spellStart"/>
      <w:proofErr w:type="gramStart"/>
      <w:r w:rsidRPr="00E85698">
        <w:rPr>
          <w:b/>
          <w:bCs/>
          <w:color w:val="000000"/>
          <w:sz w:val="21"/>
          <w:szCs w:val="21"/>
          <w:lang w:eastAsia="ru-RU"/>
        </w:rPr>
        <w:t>украшений.</w:t>
      </w:r>
      <w:r w:rsidRPr="00E85698">
        <w:rPr>
          <w:color w:val="000000"/>
          <w:sz w:val="21"/>
          <w:szCs w:val="21"/>
          <w:lang w:eastAsia="ru-RU"/>
        </w:rPr>
        <w:t>Любили</w:t>
      </w:r>
      <w:proofErr w:type="spellEnd"/>
      <w:proofErr w:type="gramEnd"/>
      <w:r w:rsidRPr="00E85698">
        <w:rPr>
          <w:color w:val="000000"/>
          <w:sz w:val="21"/>
          <w:szCs w:val="21"/>
          <w:lang w:eastAsia="ru-RU"/>
        </w:rPr>
        <w:t xml:space="preserve"> православные украшать дома божии, но мало заботились о наружности своих домов. Жилища их почти все были выстроены прочно, из сосновых или дубовых брусьев, по старинной русской пословице: не красна изба углами, а красна пирогами. (А. К. Толстой.)</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r w:rsidRPr="00E85698">
        <w:rPr>
          <w:color w:val="000000"/>
          <w:sz w:val="21"/>
          <w:szCs w:val="21"/>
          <w:lang w:eastAsia="ru-RU"/>
        </w:rPr>
        <w:t> провести синтаксический анализ выделенных предложений (1 вариант – 1 абзац; 2 вариант – 2 абзац), над сказуемым указать его тип.</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5 по теме « Односоставные предложения»</w:t>
      </w:r>
    </w:p>
    <w:p w:rsidR="00E85698" w:rsidRPr="00E85698" w:rsidRDefault="00E85698" w:rsidP="00E85698">
      <w:pPr>
        <w:shd w:val="clear" w:color="auto" w:fill="FFFFFF"/>
        <w:spacing w:after="150"/>
        <w:jc w:val="center"/>
        <w:rPr>
          <w:color w:val="000000"/>
          <w:sz w:val="21"/>
          <w:szCs w:val="21"/>
          <w:lang w:eastAsia="ru-RU"/>
        </w:rPr>
      </w:pPr>
      <w:r w:rsidRPr="00E85698">
        <w:rPr>
          <w:b/>
          <w:bCs/>
          <w:color w:val="000000"/>
          <w:sz w:val="21"/>
          <w:szCs w:val="21"/>
          <w:lang w:eastAsia="ru-RU"/>
        </w:rPr>
        <w:t>Золотая осень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Осень — пора увядания природы, когда вспыхивает она последними яркими красками.</w:t>
      </w:r>
      <w:r w:rsidRPr="00E85698">
        <w:rPr>
          <w:color w:val="000000"/>
          <w:sz w:val="21"/>
          <w:szCs w:val="21"/>
          <w:lang w:eastAsia="ru-RU"/>
        </w:rPr>
        <w:br/>
        <w:t>      2) Золото всех оттенков на деревьях, золото на траве, золото, отраженное в стоячих водах неширокой речонки. 3) Тишина. 4) Ни звука, ни ветерка. 5) Даже легкое облачко застыло в небе.</w:t>
      </w:r>
      <w:r w:rsidRPr="00E85698">
        <w:rPr>
          <w:color w:val="000000"/>
          <w:sz w:val="21"/>
          <w:szCs w:val="21"/>
          <w:lang w:eastAsia="ru-RU"/>
        </w:rPr>
        <w:br/>
        <w:t>      6) Такой изобразил природу художник-пейзажист Левитан на своей картине «Золотая осень». 7) Она привлекает нас гармонией красок, и в то же время легкой грустью овеяна эта поэтическая картина осени-волшебницы. 8) Торжественна, безмятежна природа в этот тихий день, но она уже замирает. 9) Вот-вот задует холодный ветер-озорник, и уронят тогда деревья свой последний праздничный наряд.</w:t>
      </w:r>
      <w:r w:rsidRPr="00E85698">
        <w:rPr>
          <w:color w:val="000000"/>
          <w:sz w:val="21"/>
          <w:szCs w:val="21"/>
          <w:lang w:eastAsia="ru-RU"/>
        </w:rPr>
        <w:br/>
        <w:t>      10) Всматриваясь в полотно, написанное рукой большого мастера, мы невольно проникаем во внутренний мир самого художника. 11) Ведь наблюдая и изучая природу, истинный мастер кисти старается уловить в ее жизни наиболее близкое и дорогое его сердцу мгновение и отразить в своем произведении. (132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jc w:val="center"/>
        <w:rPr>
          <w:color w:val="000000"/>
          <w:sz w:val="21"/>
          <w:szCs w:val="21"/>
          <w:lang w:eastAsia="ru-RU"/>
        </w:rPr>
      </w:pPr>
      <w:r w:rsidRPr="00E85698">
        <w:rPr>
          <w:color w:val="000000"/>
          <w:sz w:val="21"/>
          <w:szCs w:val="21"/>
          <w:lang w:eastAsia="ru-RU"/>
        </w:rPr>
        <w:t>1 вариант</w:t>
      </w:r>
    </w:p>
    <w:p w:rsidR="00E85698" w:rsidRPr="00E85698" w:rsidRDefault="00E85698" w:rsidP="00E85698">
      <w:pPr>
        <w:shd w:val="clear" w:color="auto" w:fill="FFFFFF"/>
        <w:spacing w:after="150"/>
        <w:jc w:val="center"/>
        <w:rPr>
          <w:color w:val="000000"/>
          <w:sz w:val="21"/>
          <w:szCs w:val="21"/>
          <w:lang w:eastAsia="ru-RU"/>
        </w:rPr>
      </w:pPr>
      <w:r w:rsidRPr="00E85698">
        <w:rPr>
          <w:color w:val="000000"/>
          <w:sz w:val="21"/>
          <w:szCs w:val="21"/>
          <w:lang w:eastAsia="ru-RU"/>
        </w:rPr>
        <w:t>1. Среди предложений 2-5 найдите односоставное безличное.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Среди предложений 6-8 найдите предложение, в котором нет приложения.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Среди предложений 1-3 найдите сложное, в котором есть СИС.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Среди предложений 1-5 найдите предложение с обособленным согласованным определением, выраженным причастным оборотом.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Среди предложений 6-9 найдите сложносочиненные. Напишите номера этих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6. Из предложений 7-8 выпишите краткое страдательное причастие прошедшего времени.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7. Из предложений 1-5 выпишите определительное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8. Из предложения 1 выпишите словосочетания, построенные по способу согласование.</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jc w:val="center"/>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jc w:val="center"/>
        <w:rPr>
          <w:color w:val="000000"/>
          <w:sz w:val="21"/>
          <w:szCs w:val="21"/>
          <w:lang w:eastAsia="ru-RU"/>
        </w:rPr>
      </w:pPr>
      <w:r w:rsidRPr="00E85698">
        <w:rPr>
          <w:color w:val="000000"/>
          <w:sz w:val="21"/>
          <w:szCs w:val="21"/>
          <w:lang w:eastAsia="ru-RU"/>
        </w:rPr>
        <w:lastRenderedPageBreak/>
        <w:t>2 вариант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Среди предложений 2-5 найдите назывные предложения. Напишите их номера.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Среди предложений 9-11 найдите предложение с приложением.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Среди предложений 8-10 найдите сложное, в котором есть СИС.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Среди предложений 10-11 найдите предложение с обособленным согласованным определением, выраженным причастным оборотом.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Среди предложений 1-5 найдите сложноподчиненное. Напишите номер этого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6. Из предложений 1-2 выпишите страдательное причастие прошедшего времени.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7. Из предложений 8-9 выпишите указательное местоимение.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8. Из предложения 8 выпишите словосочетание, построенное по способу примыкание.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6 по теме « Предложения с однородными членами»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Все: и день, и природа — великолепно. Солнце не печет, а только греет и окрашивает в бесконечно разнообразные цвета желтеющую и краснеющую зелень леса. Деревья сверху донизу унизаны разноцветными листьями: желтыми, оранжевыми, красноватыми и ярко-красными. Тихо кругом: в глубине леса, на поляне. Слышно лишь, как желтый лист, отделившись от ветки, уже не питающей его своими соками, падает и задевает другие листья, еще не упавшие, но уже пожелтевшие. Они устилают всю землю.</w:t>
      </w:r>
      <w:r w:rsidRPr="00E85698">
        <w:rPr>
          <w:color w:val="000000"/>
          <w:sz w:val="21"/>
          <w:szCs w:val="21"/>
          <w:lang w:eastAsia="ru-RU"/>
        </w:rPr>
        <w:br/>
        <w:t>      Куда девались птицы, распевающие от зари до зари? Все прошло, замерло, как замирает этот шорох от падающего листа. Высоко-высоко в голубом небе длинной ломаной линией летят птицы. И птицы, и осенний говор природы, и грезы уходят в невозвратное прошлое. Воротятся опять и птицы, и весенний говор природы, но это будет не тот говор, не те птицы. А грезы не воротятся. (130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widowControl/>
        <w:numPr>
          <w:ilvl w:val="0"/>
          <w:numId w:val="28"/>
        </w:numPr>
        <w:shd w:val="clear" w:color="auto" w:fill="FFFFFF"/>
        <w:autoSpaceDE/>
        <w:autoSpaceDN/>
        <w:spacing w:after="150"/>
        <w:rPr>
          <w:color w:val="000000"/>
          <w:sz w:val="21"/>
          <w:szCs w:val="21"/>
          <w:lang w:eastAsia="ru-RU"/>
        </w:rPr>
      </w:pPr>
      <w:r w:rsidRPr="00E85698">
        <w:rPr>
          <w:color w:val="000000"/>
          <w:sz w:val="21"/>
          <w:szCs w:val="21"/>
          <w:lang w:eastAsia="ru-RU"/>
        </w:rPr>
        <w:t>Начертите схему предложения:       </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Все: и день, и природа — великолепно.- 1в,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Деревья сверху донизу унизаны разноцветными листьями: желтыми, оранжевыми, красноватыми и ярко-красными. – 2в</w:t>
      </w:r>
    </w:p>
    <w:p w:rsidR="00E85698" w:rsidRPr="00E85698" w:rsidRDefault="00E85698" w:rsidP="00E85698">
      <w:pPr>
        <w:widowControl/>
        <w:numPr>
          <w:ilvl w:val="0"/>
          <w:numId w:val="29"/>
        </w:numPr>
        <w:shd w:val="clear" w:color="auto" w:fill="FFFFFF"/>
        <w:autoSpaceDE/>
        <w:autoSpaceDN/>
        <w:spacing w:after="150"/>
        <w:rPr>
          <w:color w:val="000000"/>
          <w:sz w:val="21"/>
          <w:szCs w:val="21"/>
          <w:lang w:eastAsia="ru-RU"/>
        </w:rPr>
      </w:pPr>
      <w:r w:rsidRPr="00E85698">
        <w:rPr>
          <w:color w:val="000000"/>
          <w:sz w:val="21"/>
          <w:szCs w:val="21"/>
          <w:lang w:eastAsia="ru-RU"/>
        </w:rPr>
        <w:t>Подчеркните грамматическую основу в предложениях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Они устилают всю землю. - 1в</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А грезы не воротятся. – 2в</w:t>
      </w:r>
    </w:p>
    <w:p w:rsidR="00E85698" w:rsidRPr="00E85698" w:rsidRDefault="00E85698" w:rsidP="00E85698">
      <w:pPr>
        <w:widowControl/>
        <w:numPr>
          <w:ilvl w:val="0"/>
          <w:numId w:val="30"/>
        </w:numPr>
        <w:shd w:val="clear" w:color="auto" w:fill="FFFFFF"/>
        <w:autoSpaceDE/>
        <w:autoSpaceDN/>
        <w:spacing w:after="150"/>
        <w:rPr>
          <w:color w:val="000000"/>
          <w:sz w:val="21"/>
          <w:szCs w:val="21"/>
          <w:lang w:eastAsia="ru-RU"/>
        </w:rPr>
      </w:pPr>
      <w:r w:rsidRPr="00E85698">
        <w:rPr>
          <w:color w:val="000000"/>
          <w:sz w:val="21"/>
          <w:szCs w:val="21"/>
          <w:lang w:eastAsia="ru-RU"/>
        </w:rPr>
        <w:t>Объясните знаки препинания в предложениях: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Куда девались птицы, распевающие от зари до зари?</w:t>
      </w:r>
    </w:p>
    <w:p w:rsidR="00E85698" w:rsidRPr="00E85698" w:rsidRDefault="00E85698" w:rsidP="00E85698">
      <w:pPr>
        <w:shd w:val="clear" w:color="auto" w:fill="FFFFFF"/>
        <w:spacing w:after="150"/>
        <w:jc w:val="right"/>
        <w:rPr>
          <w:color w:val="000000"/>
          <w:sz w:val="21"/>
          <w:szCs w:val="21"/>
          <w:lang w:eastAsia="ru-RU"/>
        </w:rPr>
      </w:pPr>
      <w:r w:rsidRPr="00E85698">
        <w:rPr>
          <w:b/>
          <w:bCs/>
          <w:color w:val="000000"/>
          <w:sz w:val="21"/>
          <w:szCs w:val="21"/>
          <w:lang w:eastAsia="ru-RU"/>
        </w:rPr>
        <w:t>Контрольный диктант № 7 по теме «Предложения с обособленными членами предложения»</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Василий Поленов, один из популярнейших русских художников, создал картины, ставшие любимыми представителями многих поколений. Всеобщее признание принесли ему такие хорошо известные картины, как «Московский дворик», «Бабушкин сад», «Заросший пруд». Эти полотна, наполненные тонким лиризмом, привлекают своей простотой и правдивостью.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Поленова отличала удивительная разносторонность интересов. Незаурядный архитектор, музыкант и композитор, он обладал и вокальным дарованием, пробовал себя на любительской сцене как актер, был талантливым педагогом.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Широта взглядов Поленова, позволявшая ему легко входить в разные области искусства, заложена в детстве. Его мать — художница- любительница, отец - известный археолог, страстный любитель и ценитель искусства. С теплотой вспоминал впоследствии художник об атмосфере преклонения перед образованными людьми, царившей в доме Поленовых.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 раннего детства мальчику прививалась любовь к природе. Уже первые зарисовки, сделанные шестнадцатилетним юношей во время путешествия по древним русским городам, свидетельствовали о таланте будущего художника. (132 слова.)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(По Э. </w:t>
      </w:r>
      <w:proofErr w:type="spellStart"/>
      <w:r w:rsidRPr="00E85698">
        <w:rPr>
          <w:color w:val="000000"/>
          <w:sz w:val="21"/>
          <w:szCs w:val="21"/>
          <w:lang w:eastAsia="ru-RU"/>
        </w:rPr>
        <w:t>Патсон</w:t>
      </w:r>
      <w:proofErr w:type="spellEnd"/>
      <w:r w:rsidRPr="00E85698">
        <w:rPr>
          <w:color w:val="000000"/>
          <w:sz w:val="21"/>
          <w:szCs w:val="21"/>
          <w:lang w:eastAsia="ru-RU"/>
        </w:rPr>
        <w:t>.)</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 Разобрать по составу: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наполненные сделанные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принесли привлекают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городам правдивостью</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Объяснить графически знаки препинания: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Всеобщее признание принесли ему такие хорошо известные картины, как «Московский дворик», «Бабушкин сад», «Заросший пруд».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Эти полотна, наполненные тонким лиризмом, привлекают своей простотой и правдивостью.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Произвести синтаксический разбор предложения с обособленным определением.</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8 по теме «Обращение. Вводные слова. Прямая речь»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Лешка бежал, выбиваясь из сил. Добежав до поляны, он решил перевести дух, но вдруг услышал голоса. Он снова вскочил и бросился бежать.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"Лешка, постой, постой, </w:t>
      </w:r>
      <w:proofErr w:type="spellStart"/>
      <w:r w:rsidRPr="00E85698">
        <w:rPr>
          <w:color w:val="000000"/>
          <w:sz w:val="21"/>
          <w:szCs w:val="21"/>
          <w:lang w:eastAsia="ru-RU"/>
        </w:rPr>
        <w:t>постреленыш</w:t>
      </w:r>
      <w:proofErr w:type="spellEnd"/>
      <w:r w:rsidRPr="00E85698">
        <w:rPr>
          <w:color w:val="000000"/>
          <w:sz w:val="21"/>
          <w:szCs w:val="21"/>
          <w:lang w:eastAsia="ru-RU"/>
        </w:rPr>
        <w:t>!" - кричала мать. "Не бойся, Лешка!" - вторил ей отец.</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Мальчик решил остановиться. Бежать дальше у него не хватало сил, он задыхался.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"Сынок!" - крикнула ему подбежавшая мать и, упав на землю, зарыдала.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"Мам, ты что, не плачь, мам", - начал успокаивать ее Лешка.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"Родненький, зачем же ты убег?" - продолжала рыдать мать.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Тут вмешался в разговор отец: "Ну ты, Леха, даешь! Зачем бросился бежать?"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"Батя, я не виноват, я со страху бросился", - начал говорить Лешка.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(А. Беляков)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Обведите в тексте обращения.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Составьте схему предложения с прямой речью.</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Выпишите фразеологизм.</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 xml:space="preserve">Контрольный диктант № 9 по теме </w:t>
      </w:r>
      <w:proofErr w:type="gramStart"/>
      <w:r w:rsidRPr="00E85698">
        <w:rPr>
          <w:b/>
          <w:bCs/>
          <w:color w:val="000000"/>
          <w:sz w:val="21"/>
          <w:szCs w:val="21"/>
          <w:lang w:eastAsia="ru-RU"/>
        </w:rPr>
        <w:t>« Повторение</w:t>
      </w:r>
      <w:proofErr w:type="gramEnd"/>
      <w:r w:rsidRPr="00E85698">
        <w:rPr>
          <w:b/>
          <w:bCs/>
          <w:color w:val="000000"/>
          <w:sz w:val="21"/>
          <w:szCs w:val="21"/>
          <w:lang w:eastAsia="ru-RU"/>
        </w:rPr>
        <w:t xml:space="preserve"> изученного в 8 классе»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Замок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История не сохранила ни конструкции первого замка, ни имени его изобретателя. До наших дней дошли три основных вида замков: накладные, висячие и врезные.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Самый старый - накладной замок. Родина его - Древний Египет, а оттуда он пришел в Грецию и Рим. Таким замком иногда пользуются и теперь. Основная его часть - запорный брус двери. Это довольно толстая прочная доска с просверленными отверстиями. В них вставляли палочки-штыри, свободно передвигавшиеся вверх и вниз. Число штырей и их расположение придумывал сам хозяин. Точно так же располагались неподвижные штыри на доске-ключе. </w:t>
      </w:r>
      <w:r w:rsidRPr="00E85698">
        <w:rPr>
          <w:b/>
          <w:bCs/>
          <w:color w:val="000000"/>
          <w:sz w:val="21"/>
          <w:szCs w:val="21"/>
          <w:lang w:eastAsia="ru-RU"/>
        </w:rPr>
        <w:t>Хозяин просовывал ключ в вырез двери и через отверстия в брусе штырями ключа выталкивал подвижные штыри замка.</w:t>
      </w:r>
      <w:r w:rsidRPr="00E85698">
        <w:rPr>
          <w:color w:val="000000"/>
          <w:sz w:val="21"/>
          <w:szCs w:val="21"/>
          <w:lang w:eastAsia="ru-RU"/>
        </w:rPr>
        <w:t> Но ключи у таких замков были великоваты - по полметра.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Висячие замки изобрели в Китае, а затем они попали в Индию, Персию, Рим. На Руси висячие пружинные замки изготавливались уже 900 лет назад. В Западной Европе в Средние века их даже называли "русскими", поскольку доставлялись они из России, где были самые искусные мастера-замочники. (152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Найдите и приведите примеры согласованных и несогласованных определений.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Графически обозначьте обособленные члены предложения.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Выделите грамматические основы в предложениях с тире между подлежащим и сказуемым.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Выполните синтаксический разбор выделенного предложения, составьте схему.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5) Из этого же предложения выпишите все словосочетания, определите тип связи.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6) Найдите сложное предложение. Разбейте его на простые предложения.</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9 класс – количество диктантов – 6</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диктант№1 по теме «Повторение изученного в 5-8кл.»</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Лето</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Синее летнее утро. В небе, высоком и чистом, только кое-где видны маленькие кругловатые облачка, как пушечные дымки на старинных батальных картинах, но и они исчезают. А пониже их, на окраине села, серый и беззвучный, почти не двигая крыльями, проплывает кругами ястреб. Картина мирная, идиллическая, когда ничего особенного не ожидается.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И вдруг в несколько секунд все меняется: из плетеного сарая, квохча и разгребая мусор, выходит наседка с цыплятами. Шум, писк, мелькание желтоватых и серых комочков. Заметив куриное семейство, ястреб словно замирает на месте, затем, сваливаясь на одно крыло, круто пикирует во двор. В то же мгновение из сеней, вздымая к небу обтрепанный веник, выбегает сухонькая старушка: «Прочь лети, разбойник!»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Ястреб круто меняет линию полета, нырнув за угол дома, уходит низом в колхозный сад. А из-под березы, с коврика, поднимается внук старушки, только что окончивший филологический институт и получивший месяц отпуска перед отъездом на работу. (По Н. </w:t>
      </w:r>
      <w:proofErr w:type="spellStart"/>
      <w:r w:rsidRPr="00E85698">
        <w:rPr>
          <w:color w:val="000000"/>
          <w:sz w:val="21"/>
          <w:szCs w:val="21"/>
          <w:lang w:eastAsia="ru-RU"/>
        </w:rPr>
        <w:t>Грибачеву</w:t>
      </w:r>
      <w:proofErr w:type="spellEnd"/>
      <w:r w:rsidRPr="00E85698">
        <w:rPr>
          <w:color w:val="000000"/>
          <w:sz w:val="21"/>
          <w:szCs w:val="21"/>
          <w:lang w:eastAsia="ru-RU"/>
        </w:rPr>
        <w:t>) (143 слова)</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морфологический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окончивший (внук)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обтрёпанный (веник)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Выполните синтаксический разбор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Заметив куриное семейство, ястреб словно замирает на месте, затем, сваливаясь на одно крыло, круто пикирует во двор.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Ястреб круто меняет линию полета, нырнув за угол дома, уходит низом в колхозный сад.</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Разберите по составу: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разгребая, замирает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вздымая, выбегает</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Обведите в тексте кружком: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а) сочинительный противительный союз;</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а) подчинительный союз.</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Выпишите 3 словосочетания разных типов из предложения и разберите их:</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вариант – И вдруг в несколько секунд все меняется: из плетеного сарая, квохча и разгребая мусор, выходит наседка с цыплятами.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А из-под березы, с коврика, поднимается внук старушки, только что окончивший филологический институт и получивший месяц отпуска перед отъездом на работу.</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2 по теме «Сложное союзное предложение»</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Существует точное человеческое наблюдение: воздух мы замечаем тогда, когда его начинает не хватать. По обыденности, по нашей </w:t>
      </w:r>
      <w:proofErr w:type="spellStart"/>
      <w:r w:rsidRPr="00E85698">
        <w:rPr>
          <w:color w:val="000000"/>
          <w:sz w:val="21"/>
          <w:szCs w:val="21"/>
          <w:lang w:eastAsia="ru-RU"/>
        </w:rPr>
        <w:t>незамечаемости</w:t>
      </w:r>
      <w:proofErr w:type="spellEnd"/>
      <w:r w:rsidRPr="00E85698">
        <w:rPr>
          <w:color w:val="000000"/>
          <w:sz w:val="21"/>
          <w:szCs w:val="21"/>
          <w:lang w:eastAsia="ru-RU"/>
        </w:rPr>
        <w:t xml:space="preserve"> нет, пожалуй, у воздуха никого на земле ближе, чем трава. Мы привыкли, что мир - зеленый. Ходим, мнем, затаптываем в грязь, сдираем гусеницами и колесами, срезаем лопатами, соскабливаем ножами бульдозеров, наглухо захлопываем бетонными плитами, заливаем горячим асфальтом, заваливаем железным, цементным, пластмассовым, кирпичным, бумажным, тряпичным хламом. Льем на траву бензин, мазут, керосин, кислоты и щелочи. Высыпать машину заводского шлака и накрыть и отгородить от солнца траву? Подумаешь! Сколько там травы? Десять квадратных метров. Вырастет в другом месте.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Однажды, когда кончилась зима и антифриз в машине был уже не нужен, я открыл краник и вся жидкость из радиатора вылилась на землю. Антифриз растекся продолговатой лужей, потом его смыло дождями, но на земле, оказывается, </w:t>
      </w:r>
      <w:r w:rsidRPr="00E85698">
        <w:rPr>
          <w:color w:val="000000"/>
          <w:sz w:val="21"/>
          <w:szCs w:val="21"/>
          <w:lang w:eastAsia="ru-RU"/>
        </w:rPr>
        <w:lastRenderedPageBreak/>
        <w:t>получился сильный ожог. Среди плотной мелкой травки, растущей на лужайке, образовалось зловещее черное пятно. Три года земля не могла залечить место ожога, и только потом уж плешина снова затянулась травой.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А между тем ласкать глаз человека, вливать тихую радость в его душу, смягчать его нрав, приносить успокоение и отдых - вот одно из побочных назначений всякого растения.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(По В. Солоухину) </w:t>
      </w:r>
      <w:proofErr w:type="gramStart"/>
      <w:r w:rsidRPr="00E85698">
        <w:rPr>
          <w:color w:val="000000"/>
          <w:sz w:val="21"/>
          <w:szCs w:val="21"/>
          <w:lang w:eastAsia="ru-RU"/>
        </w:rPr>
        <w:t>( 159</w:t>
      </w:r>
      <w:proofErr w:type="gramEnd"/>
      <w:r w:rsidRPr="00E85698">
        <w:rPr>
          <w:color w:val="000000"/>
          <w:sz w:val="21"/>
          <w:szCs w:val="21"/>
          <w:lang w:eastAsia="ru-RU"/>
        </w:rPr>
        <w:t xml:space="preserve">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морфологический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привыкли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затянулась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Выполните синтаксический разбор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Три года земля не могла залечить место ожога, и только потом уж плешина снова затянулась травой.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Антифриз растекся продолговатой лужей, потом его смыло дождями, но на земле, оказывается, получился сильный ожог.</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Разберите по составу: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растущей, вылилась</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зловещее, захлопываем</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Выпишите из своего предложения три словосочетания с разными видами подчинительной связи и разберите и сделайте их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Выделите в тексте графически грамматическую основу любого ССП и СПП в тексте.</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№3 по теме «ССП»</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 xml:space="preserve">Озеро простиралось в темной раме вечерних сумеречных берегов. Плотной стеной темнели по сторонам камыши, чернела причаленная кем-то лодка, чернели верши, выброшенные на сухое, и только сама вода была еще светла. Лежа на спине на середине озера, Варька не замечала ни берегов, ни обступивших камышей, она видела только небо, огромное и высокое, а в его безмерной глубине, на неподвижно замерших </w:t>
      </w:r>
      <w:proofErr w:type="spellStart"/>
      <w:r w:rsidRPr="00E85698">
        <w:rPr>
          <w:color w:val="000000"/>
          <w:sz w:val="21"/>
          <w:szCs w:val="21"/>
          <w:lang w:eastAsia="ru-RU"/>
        </w:rPr>
        <w:t>кучеряшках</w:t>
      </w:r>
      <w:proofErr w:type="spellEnd"/>
      <w:r w:rsidRPr="00E85698">
        <w:rPr>
          <w:color w:val="000000"/>
          <w:sz w:val="21"/>
          <w:szCs w:val="21"/>
          <w:lang w:eastAsia="ru-RU"/>
        </w:rPr>
        <w:t xml:space="preserve"> облаков еще розовевший свет давно угасшей зари. И еще видела она воду, начинавшуюся у самых ее глаз. Зеркальная ясная гладь озера, чуткая ко всему, простиравшемуся над ним, была заполнена подрумяненными облаками и уже не казалась озером, а таким же, как небо, бездонным пространством, и нельзя было сказать, где кончались настоящие облака, и где было их отражение. Два мира, вода и небо, охваченные вечерним задумчивым покоем, слились воедино, и Варьке было радостно и жутковато вот так, одной, неподвижно парить в самой середине этой сомкнувшейся светлой бездны, и снизу и сверху заполненной облаками. (По Е. Носову)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(152 слова)</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предложений: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Плотной стеной темнели по сторонам камыши, чернела причаленная кем-то лодка, чернели верши, выброшенные на сухое, и только сама вода была еще светла.2-й вариант: Два мира, вода и небо, охваченные вечерним задумчивым покоем, слились воедино, и Варьке было радостно и жутковато вот так, одной, неподвижно парить в самой середине этой сомкнувшейся светлой бездны, и снизу и сверху заполненной облаками.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из своего предложения три словосочетания с разными видами подчинительной связи и разберите и сделайте их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 Выполните морфологический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Варька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облаками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Словообразовательный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1-й вариант: простиралось, неподвижно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темнели, зеркальная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Выпишите из текста примеры союзов: 1 вариант - соединительный,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вариант - противительный.</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4 по теме «СПП»</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Таинственный всадник</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Путник ехал, не подгоняя своего коня ни хлыстом, ни шпорами, пока не исчез в туманной дали, едва освещенной месяцем. Почти в ту же самую минуту на окраине поселка появился другой путник и поехал по той же дороге.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Он, вероятно, тоже отправился в дальний путь. На нем был темный плащ с капюшоном, ниспадавший сзади свободными складками на круп лошади.</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 отличие от первого, этот всадник куда-то торопился. Казалось, он хотел кого-то догнать. Время от времени он наклонялся вперед и внимательно всматривался в даль, как будто ждал, что увидит силуэт, вырисовывающийся на фоне неба.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Вскоре второй всадник тоже исчез в том же месте, где скрылся из виду его предшественник. Так показалось бы тому, кто наблюдал бы за ним из поселка. Но вот на окраине селения показался третий всадник, он стал продвигаться в том же направлении. На нем был ярко-красный плащ, скрывавший его фигуру. Из-под широкой полы виднелось охотничье ружье, лежащее поперек седла. (153 слова)</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СПП: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Вскоре второй всадник тоже исчез в том же месте, где скрылся из виду его предшественник. 2-й вариант: Так показалось бы тому, кто наблюдал бы за ним из поселка.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из своего предложения три словосочетания с разными видами подчинительной связи и разберите и сделайте их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3.Составьте схемы своих СПП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Словообразовательный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скрывавший, отправился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лежащее, показался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Обведите кружочком средства связи простых предложений в составе сложноподчиненных предложений.</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5 по теме «Основные группы СПП»</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Едешь час-другой... Попадается на пути молчаливый старик-курган или каменная баба, поставленная бог ведает кем. Бесшумно пролетает над землею ночная птица, и мало-помалу на память приходят степные легенды, рассказы встречных, сказки няньки-степнячки и все то, что сам сумел увидеть и постичь душою. И тогда в трескотне насекомых, в подозрительных фигурах и курганах, в голубом небе, в лунном свете, в полете ночной птицы - во всем, что видишь и слышишь, начинают чудиться торжество красоты, молодость, расцвет сил и страстная жажда жизни. И хочется лететь над степью вместе с ночной птицей. И в торжестве красоты, в излишке счастья чувствуешь напряжение и тоску, как будто степь сознает, что она одинока, что богатство ее и вдохновение гибнут даром для мира, никем не воспетые и никому не нужные, и сквозь радостный гул слышишь ее тоскливый, безнадежный призыв: певца, певца! (По А. Чехову)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(138 слов)</w:t>
      </w: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СПП: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И тогда в трескотне насекомых, в подозрительных фигурах и курганах, в голубом небе, в лунном свете, в полете ночной птицы - во всем, что видишь и слышишь, начинают чудиться торжество красоты, молодость, расцвет сил и страстная жажда жизни. 2-й вариант: И в торжестве красоты, в излишке счастья чувствуешь напряжение и тоску, как будто степь сознает, что она одинока, что богатство ее и вдохновение гибнут даром для мира, никем не воспетые и никому не нужные, и сквозь радостный гул слышишь ее тоскливый, безнадежный призыв: певца, певца!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lastRenderedPageBreak/>
        <w:t>2. Выпишите из своего предложения три словосочетания с разными видами подчинительной связи и разберите и сделайте их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3.Составьте схемы своих СПП:</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Словообразовательный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чувствуешь, безнадёжный</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пролетает, попадается</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Выпишите из текста один подчинительный и один сочинительный союз.</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Контрольный диктант № 6 по теме «СПРВС»</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Кусака долго металась по следам уехавших людей. Она добежала до станции и вернулась обратно.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Начался частый дождь, и отовсюду стал надвигаться мрак осенней ночи. Быстро и глухо он заполнил пустую дачу. Бесшумно выползал он из кустов и вместе с дождем лился с неприветливого неба.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На террасе, с которой была снята парусина, свет долго еще печально озарял следы грязных ног, но скоро уступил и он. И, когда уже не было сомнений, что наступила ночь, собака жалобно завыла.</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Звенящей, острой, как отчаянье, нотой ворвался вой в монотонный шум дождя, прорезал тьму.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И тому, кто слышал его, казалось, что стонет и рвется к свету сама беспросветно-темная ночь, и хотелось в тепло, к яркому огню, к любимому сердцу. (По Л. Андрееву)</w:t>
      </w:r>
    </w:p>
    <w:p w:rsidR="00E85698" w:rsidRPr="00E85698" w:rsidRDefault="00E85698" w:rsidP="00E85698">
      <w:pPr>
        <w:shd w:val="clear" w:color="auto" w:fill="FFFFFF"/>
        <w:spacing w:after="150"/>
        <w:rPr>
          <w:color w:val="000000"/>
          <w:sz w:val="21"/>
          <w:szCs w:val="21"/>
          <w:lang w:eastAsia="ru-RU"/>
        </w:rPr>
      </w:pPr>
    </w:p>
    <w:p w:rsidR="00E85698" w:rsidRPr="00E85698" w:rsidRDefault="00E85698" w:rsidP="00E85698">
      <w:pPr>
        <w:shd w:val="clear" w:color="auto" w:fill="FFFFFF"/>
        <w:spacing w:after="150"/>
        <w:rPr>
          <w:color w:val="000000"/>
          <w:sz w:val="21"/>
          <w:szCs w:val="21"/>
          <w:lang w:eastAsia="ru-RU"/>
        </w:rPr>
      </w:pPr>
      <w:r w:rsidRPr="00E85698">
        <w:rPr>
          <w:b/>
          <w:bCs/>
          <w:color w:val="000000"/>
          <w:sz w:val="21"/>
          <w:szCs w:val="21"/>
          <w:lang w:eastAsia="ru-RU"/>
        </w:rPr>
        <w:t>Грамматическое задание:</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 Выполните синтаксический разбор СПРВС:</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На террасе, с которой была снята парусина, свет долго еще печально озарял следы грязных ног, но скоро уступил и он. 2-й вариант: И тому, кто слышал его, казалось, что стонет и рвется к свету сама беспросветно-темная ночь, и хотелось в тепло, к яркому огню, к любимому сердцу.</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 Выпишите из своего предложения три словосочетания с разными видами подчинительной связи и разберите и сделайте их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3.Составьте схемы своих СПРВС</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4. Словообразовательный разбор.</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1-й вариант: добежала, быстро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2-й вариант: заполнил, глухо</w:t>
      </w:r>
    </w:p>
    <w:p w:rsidR="00E85698" w:rsidRPr="00E85698" w:rsidRDefault="00E85698" w:rsidP="00E85698">
      <w:pPr>
        <w:shd w:val="clear" w:color="auto" w:fill="FFFFFF"/>
        <w:spacing w:after="150"/>
        <w:rPr>
          <w:color w:val="000000"/>
          <w:sz w:val="21"/>
          <w:szCs w:val="21"/>
          <w:lang w:eastAsia="ru-RU"/>
        </w:rPr>
      </w:pPr>
      <w:r w:rsidRPr="00E85698">
        <w:rPr>
          <w:color w:val="000000"/>
          <w:sz w:val="21"/>
          <w:szCs w:val="21"/>
          <w:lang w:eastAsia="ru-RU"/>
        </w:rPr>
        <w:t>5. Выпишите из текста один подчинительный и один сочинительный союз. Сделайте морфологический разбор.</w:t>
      </w:r>
    </w:p>
    <w:p w:rsidR="00E85698" w:rsidRPr="00E85698" w:rsidRDefault="00E85698" w:rsidP="00E85698"/>
    <w:p w:rsidR="00624C8A" w:rsidRPr="00E85698" w:rsidRDefault="00624C8A">
      <w:pPr>
        <w:rPr>
          <w:sz w:val="24"/>
        </w:rPr>
        <w:sectPr w:rsidR="00624C8A" w:rsidRPr="00E85698">
          <w:pgSz w:w="11900" w:h="16840"/>
          <w:pgMar w:top="560" w:right="560" w:bottom="280" w:left="560" w:header="720" w:footer="720" w:gutter="0"/>
          <w:cols w:space="720"/>
        </w:sectPr>
      </w:pPr>
    </w:p>
    <w:p w:rsidR="00624C8A" w:rsidRPr="00E85698" w:rsidRDefault="00624C8A">
      <w:pPr>
        <w:rPr>
          <w:sz w:val="24"/>
        </w:rPr>
        <w:sectPr w:rsidR="00624C8A" w:rsidRPr="00E85698">
          <w:pgSz w:w="11900" w:h="16840"/>
          <w:pgMar w:top="520" w:right="560" w:bottom="280" w:left="560" w:header="720" w:footer="720" w:gutter="0"/>
          <w:cols w:space="720"/>
        </w:sectPr>
      </w:pPr>
    </w:p>
    <w:p w:rsidR="00624C8A" w:rsidRPr="00E85698" w:rsidRDefault="00624C8A">
      <w:pPr>
        <w:sectPr w:rsidR="00624C8A" w:rsidRPr="00E85698">
          <w:pgSz w:w="11900" w:h="16840"/>
          <w:pgMar w:top="520" w:right="560" w:bottom="280" w:left="560" w:header="720" w:footer="720" w:gutter="0"/>
          <w:cols w:space="720"/>
        </w:sectPr>
      </w:pPr>
    </w:p>
    <w:p w:rsidR="00624C8A" w:rsidRPr="00E85698" w:rsidRDefault="00624C8A">
      <w:pPr>
        <w:pStyle w:val="a5"/>
        <w:spacing w:before="4"/>
        <w:ind w:left="0"/>
        <w:rPr>
          <w:b/>
          <w:sz w:val="17"/>
        </w:rPr>
      </w:pPr>
    </w:p>
    <w:sectPr w:rsidR="00624C8A" w:rsidRPr="00E85698" w:rsidSect="00624C8A">
      <w:pgSz w:w="11900" w:h="16840"/>
      <w:pgMar w:top="160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BC25131"/>
    <w:multiLevelType w:val="hybridMultilevel"/>
    <w:tmpl w:val="F6547C78"/>
    <w:lvl w:ilvl="0" w:tplc="6CAA331E">
      <w:start w:val="1"/>
      <w:numFmt w:val="decimal"/>
      <w:lvlText w:val="%1)"/>
      <w:lvlJc w:val="left"/>
      <w:pPr>
        <w:ind w:left="1478" w:hanging="380"/>
        <w:jc w:val="left"/>
      </w:pPr>
      <w:rPr>
        <w:rFonts w:ascii="Times New Roman" w:eastAsia="Times New Roman" w:hAnsi="Times New Roman" w:cs="Times New Roman" w:hint="default"/>
        <w:w w:val="100"/>
        <w:sz w:val="24"/>
        <w:szCs w:val="24"/>
        <w:lang w:val="ru-RU" w:eastAsia="en-US" w:bidi="ar-SA"/>
      </w:rPr>
    </w:lvl>
    <w:lvl w:ilvl="1" w:tplc="7B5E224E">
      <w:numFmt w:val="bullet"/>
      <w:lvlText w:val="•"/>
      <w:lvlJc w:val="left"/>
      <w:pPr>
        <w:ind w:left="2460" w:hanging="380"/>
      </w:pPr>
      <w:rPr>
        <w:rFonts w:hint="default"/>
        <w:lang w:val="ru-RU" w:eastAsia="en-US" w:bidi="ar-SA"/>
      </w:rPr>
    </w:lvl>
    <w:lvl w:ilvl="2" w:tplc="61E85C8A">
      <w:numFmt w:val="bullet"/>
      <w:lvlText w:val="•"/>
      <w:lvlJc w:val="left"/>
      <w:pPr>
        <w:ind w:left="3441" w:hanging="380"/>
      </w:pPr>
      <w:rPr>
        <w:rFonts w:hint="default"/>
        <w:lang w:val="ru-RU" w:eastAsia="en-US" w:bidi="ar-SA"/>
      </w:rPr>
    </w:lvl>
    <w:lvl w:ilvl="3" w:tplc="7F42A45A">
      <w:numFmt w:val="bullet"/>
      <w:lvlText w:val="•"/>
      <w:lvlJc w:val="left"/>
      <w:pPr>
        <w:ind w:left="4421" w:hanging="380"/>
      </w:pPr>
      <w:rPr>
        <w:rFonts w:hint="default"/>
        <w:lang w:val="ru-RU" w:eastAsia="en-US" w:bidi="ar-SA"/>
      </w:rPr>
    </w:lvl>
    <w:lvl w:ilvl="4" w:tplc="A88447D6">
      <w:numFmt w:val="bullet"/>
      <w:lvlText w:val="•"/>
      <w:lvlJc w:val="left"/>
      <w:pPr>
        <w:ind w:left="5402" w:hanging="380"/>
      </w:pPr>
      <w:rPr>
        <w:rFonts w:hint="default"/>
        <w:lang w:val="ru-RU" w:eastAsia="en-US" w:bidi="ar-SA"/>
      </w:rPr>
    </w:lvl>
    <w:lvl w:ilvl="5" w:tplc="56A0D470">
      <w:numFmt w:val="bullet"/>
      <w:lvlText w:val="•"/>
      <w:lvlJc w:val="left"/>
      <w:pPr>
        <w:ind w:left="6383" w:hanging="380"/>
      </w:pPr>
      <w:rPr>
        <w:rFonts w:hint="default"/>
        <w:lang w:val="ru-RU" w:eastAsia="en-US" w:bidi="ar-SA"/>
      </w:rPr>
    </w:lvl>
    <w:lvl w:ilvl="6" w:tplc="8F08B32C">
      <w:numFmt w:val="bullet"/>
      <w:lvlText w:val="•"/>
      <w:lvlJc w:val="left"/>
      <w:pPr>
        <w:ind w:left="7363" w:hanging="380"/>
      </w:pPr>
      <w:rPr>
        <w:rFonts w:hint="default"/>
        <w:lang w:val="ru-RU" w:eastAsia="en-US" w:bidi="ar-SA"/>
      </w:rPr>
    </w:lvl>
    <w:lvl w:ilvl="7" w:tplc="3996B5EE">
      <w:numFmt w:val="bullet"/>
      <w:lvlText w:val="•"/>
      <w:lvlJc w:val="left"/>
      <w:pPr>
        <w:ind w:left="8344" w:hanging="380"/>
      </w:pPr>
      <w:rPr>
        <w:rFonts w:hint="default"/>
        <w:lang w:val="ru-RU" w:eastAsia="en-US" w:bidi="ar-SA"/>
      </w:rPr>
    </w:lvl>
    <w:lvl w:ilvl="8" w:tplc="09460B54">
      <w:numFmt w:val="bullet"/>
      <w:lvlText w:val="•"/>
      <w:lvlJc w:val="left"/>
      <w:pPr>
        <w:ind w:left="9325" w:hanging="380"/>
      </w:pPr>
      <w:rPr>
        <w:rFonts w:hint="default"/>
        <w:lang w:val="ru-RU" w:eastAsia="en-US" w:bidi="ar-SA"/>
      </w:rPr>
    </w:lvl>
  </w:abstractNum>
  <w:abstractNum w:abstractNumId="7" w15:restartNumberingAfterBreak="0">
    <w:nsid w:val="0C9015F3"/>
    <w:multiLevelType w:val="hybridMultilevel"/>
    <w:tmpl w:val="B8DC41B8"/>
    <w:lvl w:ilvl="0" w:tplc="A256270E">
      <w:numFmt w:val="bullet"/>
      <w:lvlText w:val="-"/>
      <w:lvlJc w:val="left"/>
      <w:pPr>
        <w:ind w:left="73" w:hanging="92"/>
      </w:pPr>
      <w:rPr>
        <w:rFonts w:ascii="Times New Roman" w:eastAsia="Times New Roman" w:hAnsi="Times New Roman" w:cs="Times New Roman" w:hint="default"/>
        <w:w w:val="96"/>
        <w:sz w:val="16"/>
        <w:szCs w:val="16"/>
        <w:lang w:val="ru-RU" w:eastAsia="en-US" w:bidi="ar-SA"/>
      </w:rPr>
    </w:lvl>
    <w:lvl w:ilvl="1" w:tplc="BDC00336">
      <w:numFmt w:val="bullet"/>
      <w:lvlText w:val="•"/>
      <w:lvlJc w:val="left"/>
      <w:pPr>
        <w:ind w:left="587" w:hanging="92"/>
      </w:pPr>
      <w:rPr>
        <w:rFonts w:hint="default"/>
        <w:lang w:val="ru-RU" w:eastAsia="en-US" w:bidi="ar-SA"/>
      </w:rPr>
    </w:lvl>
    <w:lvl w:ilvl="2" w:tplc="74A681FC">
      <w:numFmt w:val="bullet"/>
      <w:lvlText w:val="•"/>
      <w:lvlJc w:val="left"/>
      <w:pPr>
        <w:ind w:left="1095" w:hanging="92"/>
      </w:pPr>
      <w:rPr>
        <w:rFonts w:hint="default"/>
        <w:lang w:val="ru-RU" w:eastAsia="en-US" w:bidi="ar-SA"/>
      </w:rPr>
    </w:lvl>
    <w:lvl w:ilvl="3" w:tplc="02A0F1D6">
      <w:numFmt w:val="bullet"/>
      <w:lvlText w:val="•"/>
      <w:lvlJc w:val="left"/>
      <w:pPr>
        <w:ind w:left="1602" w:hanging="92"/>
      </w:pPr>
      <w:rPr>
        <w:rFonts w:hint="default"/>
        <w:lang w:val="ru-RU" w:eastAsia="en-US" w:bidi="ar-SA"/>
      </w:rPr>
    </w:lvl>
    <w:lvl w:ilvl="4" w:tplc="39A6E64E">
      <w:numFmt w:val="bullet"/>
      <w:lvlText w:val="•"/>
      <w:lvlJc w:val="left"/>
      <w:pPr>
        <w:ind w:left="2110" w:hanging="92"/>
      </w:pPr>
      <w:rPr>
        <w:rFonts w:hint="default"/>
        <w:lang w:val="ru-RU" w:eastAsia="en-US" w:bidi="ar-SA"/>
      </w:rPr>
    </w:lvl>
    <w:lvl w:ilvl="5" w:tplc="FD682290">
      <w:numFmt w:val="bullet"/>
      <w:lvlText w:val="•"/>
      <w:lvlJc w:val="left"/>
      <w:pPr>
        <w:ind w:left="2618" w:hanging="92"/>
      </w:pPr>
      <w:rPr>
        <w:rFonts w:hint="default"/>
        <w:lang w:val="ru-RU" w:eastAsia="en-US" w:bidi="ar-SA"/>
      </w:rPr>
    </w:lvl>
    <w:lvl w:ilvl="6" w:tplc="7A6C250C">
      <w:numFmt w:val="bullet"/>
      <w:lvlText w:val="•"/>
      <w:lvlJc w:val="left"/>
      <w:pPr>
        <w:ind w:left="3125" w:hanging="92"/>
      </w:pPr>
      <w:rPr>
        <w:rFonts w:hint="default"/>
        <w:lang w:val="ru-RU" w:eastAsia="en-US" w:bidi="ar-SA"/>
      </w:rPr>
    </w:lvl>
    <w:lvl w:ilvl="7" w:tplc="7FEACE40">
      <w:numFmt w:val="bullet"/>
      <w:lvlText w:val="•"/>
      <w:lvlJc w:val="left"/>
      <w:pPr>
        <w:ind w:left="3633" w:hanging="92"/>
      </w:pPr>
      <w:rPr>
        <w:rFonts w:hint="default"/>
        <w:lang w:val="ru-RU" w:eastAsia="en-US" w:bidi="ar-SA"/>
      </w:rPr>
    </w:lvl>
    <w:lvl w:ilvl="8" w:tplc="0CBA8968">
      <w:numFmt w:val="bullet"/>
      <w:lvlText w:val="•"/>
      <w:lvlJc w:val="left"/>
      <w:pPr>
        <w:ind w:left="4140" w:hanging="92"/>
      </w:pPr>
      <w:rPr>
        <w:rFonts w:hint="default"/>
        <w:lang w:val="ru-RU" w:eastAsia="en-US" w:bidi="ar-SA"/>
      </w:rPr>
    </w:lvl>
  </w:abstractNum>
  <w:abstractNum w:abstractNumId="8" w15:restartNumberingAfterBreak="0">
    <w:nsid w:val="0F4F76CF"/>
    <w:multiLevelType w:val="hybridMultilevel"/>
    <w:tmpl w:val="6EB6DD04"/>
    <w:lvl w:ilvl="0" w:tplc="95FE9BEE">
      <w:start w:val="7"/>
      <w:numFmt w:val="decimal"/>
      <w:lvlText w:val="%1"/>
      <w:lvlJc w:val="left"/>
      <w:pPr>
        <w:ind w:left="110" w:hanging="382"/>
        <w:jc w:val="left"/>
      </w:pPr>
      <w:rPr>
        <w:rFonts w:ascii="Times New Roman" w:eastAsia="Times New Roman" w:hAnsi="Times New Roman" w:cs="Times New Roman" w:hint="default"/>
        <w:w w:val="100"/>
        <w:sz w:val="24"/>
        <w:szCs w:val="24"/>
        <w:lang w:val="ru-RU" w:eastAsia="en-US" w:bidi="ar-SA"/>
      </w:rPr>
    </w:lvl>
    <w:lvl w:ilvl="1" w:tplc="672A19BE">
      <w:numFmt w:val="bullet"/>
      <w:lvlText w:val="•"/>
      <w:lvlJc w:val="left"/>
      <w:pPr>
        <w:ind w:left="426" w:hanging="382"/>
      </w:pPr>
      <w:rPr>
        <w:rFonts w:hint="default"/>
        <w:lang w:val="ru-RU" w:eastAsia="en-US" w:bidi="ar-SA"/>
      </w:rPr>
    </w:lvl>
    <w:lvl w:ilvl="2" w:tplc="DBC4993A">
      <w:numFmt w:val="bullet"/>
      <w:lvlText w:val="•"/>
      <w:lvlJc w:val="left"/>
      <w:pPr>
        <w:ind w:left="732" w:hanging="382"/>
      </w:pPr>
      <w:rPr>
        <w:rFonts w:hint="default"/>
        <w:lang w:val="ru-RU" w:eastAsia="en-US" w:bidi="ar-SA"/>
      </w:rPr>
    </w:lvl>
    <w:lvl w:ilvl="3" w:tplc="EEEA1FC4">
      <w:numFmt w:val="bullet"/>
      <w:lvlText w:val="•"/>
      <w:lvlJc w:val="left"/>
      <w:pPr>
        <w:ind w:left="1038" w:hanging="382"/>
      </w:pPr>
      <w:rPr>
        <w:rFonts w:hint="default"/>
        <w:lang w:val="ru-RU" w:eastAsia="en-US" w:bidi="ar-SA"/>
      </w:rPr>
    </w:lvl>
    <w:lvl w:ilvl="4" w:tplc="0E088B5A">
      <w:numFmt w:val="bullet"/>
      <w:lvlText w:val="•"/>
      <w:lvlJc w:val="left"/>
      <w:pPr>
        <w:ind w:left="1345" w:hanging="382"/>
      </w:pPr>
      <w:rPr>
        <w:rFonts w:hint="default"/>
        <w:lang w:val="ru-RU" w:eastAsia="en-US" w:bidi="ar-SA"/>
      </w:rPr>
    </w:lvl>
    <w:lvl w:ilvl="5" w:tplc="8B326572">
      <w:numFmt w:val="bullet"/>
      <w:lvlText w:val="•"/>
      <w:lvlJc w:val="left"/>
      <w:pPr>
        <w:ind w:left="1651" w:hanging="382"/>
      </w:pPr>
      <w:rPr>
        <w:rFonts w:hint="default"/>
        <w:lang w:val="ru-RU" w:eastAsia="en-US" w:bidi="ar-SA"/>
      </w:rPr>
    </w:lvl>
    <w:lvl w:ilvl="6" w:tplc="563EDD6A">
      <w:numFmt w:val="bullet"/>
      <w:lvlText w:val="•"/>
      <w:lvlJc w:val="left"/>
      <w:pPr>
        <w:ind w:left="1957" w:hanging="382"/>
      </w:pPr>
      <w:rPr>
        <w:rFonts w:hint="default"/>
        <w:lang w:val="ru-RU" w:eastAsia="en-US" w:bidi="ar-SA"/>
      </w:rPr>
    </w:lvl>
    <w:lvl w:ilvl="7" w:tplc="F098BD10">
      <w:numFmt w:val="bullet"/>
      <w:lvlText w:val="•"/>
      <w:lvlJc w:val="left"/>
      <w:pPr>
        <w:ind w:left="2264" w:hanging="382"/>
      </w:pPr>
      <w:rPr>
        <w:rFonts w:hint="default"/>
        <w:lang w:val="ru-RU" w:eastAsia="en-US" w:bidi="ar-SA"/>
      </w:rPr>
    </w:lvl>
    <w:lvl w:ilvl="8" w:tplc="8ED026AE">
      <w:numFmt w:val="bullet"/>
      <w:lvlText w:val="•"/>
      <w:lvlJc w:val="left"/>
      <w:pPr>
        <w:ind w:left="2570" w:hanging="382"/>
      </w:pPr>
      <w:rPr>
        <w:rFonts w:hint="default"/>
        <w:lang w:val="ru-RU" w:eastAsia="en-US" w:bidi="ar-SA"/>
      </w:rPr>
    </w:lvl>
  </w:abstractNum>
  <w:abstractNum w:abstractNumId="9" w15:restartNumberingAfterBreak="0">
    <w:nsid w:val="1615688A"/>
    <w:multiLevelType w:val="hybridMultilevel"/>
    <w:tmpl w:val="6C240BEA"/>
    <w:lvl w:ilvl="0" w:tplc="911E983E">
      <w:start w:val="5"/>
      <w:numFmt w:val="decimal"/>
      <w:lvlText w:val="%1"/>
      <w:lvlJc w:val="left"/>
      <w:pPr>
        <w:ind w:left="241" w:hanging="136"/>
      </w:pPr>
      <w:rPr>
        <w:rFonts w:ascii="Times New Roman" w:eastAsia="Times New Roman" w:hAnsi="Times New Roman" w:cs="Times New Roman" w:hint="default"/>
        <w:b/>
        <w:bCs/>
        <w:w w:val="100"/>
        <w:sz w:val="18"/>
        <w:szCs w:val="18"/>
        <w:lang w:val="ru-RU" w:eastAsia="en-US" w:bidi="ar-SA"/>
      </w:rPr>
    </w:lvl>
    <w:lvl w:ilvl="1" w:tplc="0450C012">
      <w:numFmt w:val="bullet"/>
      <w:lvlText w:val="•"/>
      <w:lvlJc w:val="left"/>
      <w:pPr>
        <w:ind w:left="1790" w:hanging="136"/>
      </w:pPr>
      <w:rPr>
        <w:rFonts w:hint="default"/>
        <w:lang w:val="ru-RU" w:eastAsia="en-US" w:bidi="ar-SA"/>
      </w:rPr>
    </w:lvl>
    <w:lvl w:ilvl="2" w:tplc="07605E2C">
      <w:numFmt w:val="bullet"/>
      <w:lvlText w:val="•"/>
      <w:lvlJc w:val="left"/>
      <w:pPr>
        <w:ind w:left="3340" w:hanging="136"/>
      </w:pPr>
      <w:rPr>
        <w:rFonts w:hint="default"/>
        <w:lang w:val="ru-RU" w:eastAsia="en-US" w:bidi="ar-SA"/>
      </w:rPr>
    </w:lvl>
    <w:lvl w:ilvl="3" w:tplc="5B9A7D1C">
      <w:numFmt w:val="bullet"/>
      <w:lvlText w:val="•"/>
      <w:lvlJc w:val="left"/>
      <w:pPr>
        <w:ind w:left="4890" w:hanging="136"/>
      </w:pPr>
      <w:rPr>
        <w:rFonts w:hint="default"/>
        <w:lang w:val="ru-RU" w:eastAsia="en-US" w:bidi="ar-SA"/>
      </w:rPr>
    </w:lvl>
    <w:lvl w:ilvl="4" w:tplc="005AC4C6">
      <w:numFmt w:val="bullet"/>
      <w:lvlText w:val="•"/>
      <w:lvlJc w:val="left"/>
      <w:pPr>
        <w:ind w:left="6440" w:hanging="136"/>
      </w:pPr>
      <w:rPr>
        <w:rFonts w:hint="default"/>
        <w:lang w:val="ru-RU" w:eastAsia="en-US" w:bidi="ar-SA"/>
      </w:rPr>
    </w:lvl>
    <w:lvl w:ilvl="5" w:tplc="7E68FB54">
      <w:numFmt w:val="bullet"/>
      <w:lvlText w:val="•"/>
      <w:lvlJc w:val="left"/>
      <w:pPr>
        <w:ind w:left="7990" w:hanging="136"/>
      </w:pPr>
      <w:rPr>
        <w:rFonts w:hint="default"/>
        <w:lang w:val="ru-RU" w:eastAsia="en-US" w:bidi="ar-SA"/>
      </w:rPr>
    </w:lvl>
    <w:lvl w:ilvl="6" w:tplc="81D434EE">
      <w:numFmt w:val="bullet"/>
      <w:lvlText w:val="•"/>
      <w:lvlJc w:val="left"/>
      <w:pPr>
        <w:ind w:left="9540" w:hanging="136"/>
      </w:pPr>
      <w:rPr>
        <w:rFonts w:hint="default"/>
        <w:lang w:val="ru-RU" w:eastAsia="en-US" w:bidi="ar-SA"/>
      </w:rPr>
    </w:lvl>
    <w:lvl w:ilvl="7" w:tplc="1CEAB08C">
      <w:numFmt w:val="bullet"/>
      <w:lvlText w:val="•"/>
      <w:lvlJc w:val="left"/>
      <w:pPr>
        <w:ind w:left="11090" w:hanging="136"/>
      </w:pPr>
      <w:rPr>
        <w:rFonts w:hint="default"/>
        <w:lang w:val="ru-RU" w:eastAsia="en-US" w:bidi="ar-SA"/>
      </w:rPr>
    </w:lvl>
    <w:lvl w:ilvl="8" w:tplc="99C24A60">
      <w:numFmt w:val="bullet"/>
      <w:lvlText w:val="•"/>
      <w:lvlJc w:val="left"/>
      <w:pPr>
        <w:ind w:left="12640" w:hanging="136"/>
      </w:pPr>
      <w:rPr>
        <w:rFonts w:hint="default"/>
        <w:lang w:val="ru-RU" w:eastAsia="en-US" w:bidi="ar-SA"/>
      </w:rPr>
    </w:lvl>
  </w:abstractNum>
  <w:abstractNum w:abstractNumId="10" w15:restartNumberingAfterBreak="0">
    <w:nsid w:val="16876214"/>
    <w:multiLevelType w:val="hybridMultilevel"/>
    <w:tmpl w:val="DFF2E5C6"/>
    <w:lvl w:ilvl="0" w:tplc="5E44F07C">
      <w:start w:val="1"/>
      <w:numFmt w:val="decimal"/>
      <w:lvlText w:val="%1."/>
      <w:lvlJc w:val="left"/>
      <w:pPr>
        <w:ind w:left="532" w:hanging="648"/>
        <w:jc w:val="left"/>
      </w:pPr>
      <w:rPr>
        <w:rFonts w:ascii="Times New Roman" w:eastAsia="Times New Roman" w:hAnsi="Times New Roman" w:cs="Times New Roman" w:hint="default"/>
        <w:w w:val="100"/>
        <w:sz w:val="24"/>
        <w:szCs w:val="24"/>
        <w:lang w:val="ru-RU" w:eastAsia="en-US" w:bidi="ar-SA"/>
      </w:rPr>
    </w:lvl>
    <w:lvl w:ilvl="1" w:tplc="842619CA">
      <w:start w:val="1"/>
      <w:numFmt w:val="decimal"/>
      <w:lvlText w:val="%2."/>
      <w:lvlJc w:val="left"/>
      <w:pPr>
        <w:ind w:left="532" w:hanging="181"/>
        <w:jc w:val="left"/>
      </w:pPr>
      <w:rPr>
        <w:rFonts w:ascii="Times New Roman" w:eastAsia="Times New Roman" w:hAnsi="Times New Roman" w:cs="Times New Roman" w:hint="default"/>
        <w:w w:val="100"/>
        <w:sz w:val="22"/>
        <w:szCs w:val="22"/>
        <w:lang w:val="ru-RU" w:eastAsia="en-US" w:bidi="ar-SA"/>
      </w:rPr>
    </w:lvl>
    <w:lvl w:ilvl="2" w:tplc="E0688866">
      <w:numFmt w:val="bullet"/>
      <w:lvlText w:val="•"/>
      <w:lvlJc w:val="left"/>
      <w:pPr>
        <w:ind w:left="2689" w:hanging="181"/>
      </w:pPr>
      <w:rPr>
        <w:rFonts w:hint="default"/>
        <w:lang w:val="ru-RU" w:eastAsia="en-US" w:bidi="ar-SA"/>
      </w:rPr>
    </w:lvl>
    <w:lvl w:ilvl="3" w:tplc="45182D90">
      <w:numFmt w:val="bullet"/>
      <w:lvlText w:val="•"/>
      <w:lvlJc w:val="left"/>
      <w:pPr>
        <w:ind w:left="3763" w:hanging="181"/>
      </w:pPr>
      <w:rPr>
        <w:rFonts w:hint="default"/>
        <w:lang w:val="ru-RU" w:eastAsia="en-US" w:bidi="ar-SA"/>
      </w:rPr>
    </w:lvl>
    <w:lvl w:ilvl="4" w:tplc="5CAA5ACE">
      <w:numFmt w:val="bullet"/>
      <w:lvlText w:val="•"/>
      <w:lvlJc w:val="left"/>
      <w:pPr>
        <w:ind w:left="4838" w:hanging="181"/>
      </w:pPr>
      <w:rPr>
        <w:rFonts w:hint="default"/>
        <w:lang w:val="ru-RU" w:eastAsia="en-US" w:bidi="ar-SA"/>
      </w:rPr>
    </w:lvl>
    <w:lvl w:ilvl="5" w:tplc="1B90E558">
      <w:numFmt w:val="bullet"/>
      <w:lvlText w:val="•"/>
      <w:lvlJc w:val="left"/>
      <w:pPr>
        <w:ind w:left="5913" w:hanging="181"/>
      </w:pPr>
      <w:rPr>
        <w:rFonts w:hint="default"/>
        <w:lang w:val="ru-RU" w:eastAsia="en-US" w:bidi="ar-SA"/>
      </w:rPr>
    </w:lvl>
    <w:lvl w:ilvl="6" w:tplc="1774FED8">
      <w:numFmt w:val="bullet"/>
      <w:lvlText w:val="•"/>
      <w:lvlJc w:val="left"/>
      <w:pPr>
        <w:ind w:left="6987" w:hanging="181"/>
      </w:pPr>
      <w:rPr>
        <w:rFonts w:hint="default"/>
        <w:lang w:val="ru-RU" w:eastAsia="en-US" w:bidi="ar-SA"/>
      </w:rPr>
    </w:lvl>
    <w:lvl w:ilvl="7" w:tplc="53183314">
      <w:numFmt w:val="bullet"/>
      <w:lvlText w:val="•"/>
      <w:lvlJc w:val="left"/>
      <w:pPr>
        <w:ind w:left="8062" w:hanging="181"/>
      </w:pPr>
      <w:rPr>
        <w:rFonts w:hint="default"/>
        <w:lang w:val="ru-RU" w:eastAsia="en-US" w:bidi="ar-SA"/>
      </w:rPr>
    </w:lvl>
    <w:lvl w:ilvl="8" w:tplc="03C2AA92">
      <w:numFmt w:val="bullet"/>
      <w:lvlText w:val="•"/>
      <w:lvlJc w:val="left"/>
      <w:pPr>
        <w:ind w:left="9137" w:hanging="181"/>
      </w:pPr>
      <w:rPr>
        <w:rFonts w:hint="default"/>
        <w:lang w:val="ru-RU" w:eastAsia="en-US" w:bidi="ar-SA"/>
      </w:rPr>
    </w:lvl>
  </w:abstractNum>
  <w:abstractNum w:abstractNumId="11" w15:restartNumberingAfterBreak="0">
    <w:nsid w:val="18B92E7F"/>
    <w:multiLevelType w:val="multilevel"/>
    <w:tmpl w:val="0BD4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6B6B0E"/>
    <w:multiLevelType w:val="hybridMultilevel"/>
    <w:tmpl w:val="A8E4AED2"/>
    <w:lvl w:ilvl="0" w:tplc="1DF6EE10">
      <w:start w:val="1"/>
      <w:numFmt w:val="decimal"/>
      <w:lvlText w:val="%1)"/>
      <w:lvlJc w:val="left"/>
      <w:pPr>
        <w:ind w:left="1358" w:hanging="260"/>
        <w:jc w:val="left"/>
      </w:pPr>
      <w:rPr>
        <w:rFonts w:ascii="Times New Roman" w:eastAsia="Times New Roman" w:hAnsi="Times New Roman" w:cs="Times New Roman" w:hint="default"/>
        <w:w w:val="100"/>
        <w:sz w:val="24"/>
        <w:szCs w:val="24"/>
        <w:lang w:val="ru-RU" w:eastAsia="en-US" w:bidi="ar-SA"/>
      </w:rPr>
    </w:lvl>
    <w:lvl w:ilvl="1" w:tplc="61EABF08">
      <w:numFmt w:val="bullet"/>
      <w:lvlText w:val="•"/>
      <w:lvlJc w:val="left"/>
      <w:pPr>
        <w:ind w:left="2352" w:hanging="260"/>
      </w:pPr>
      <w:rPr>
        <w:rFonts w:hint="default"/>
        <w:lang w:val="ru-RU" w:eastAsia="en-US" w:bidi="ar-SA"/>
      </w:rPr>
    </w:lvl>
    <w:lvl w:ilvl="2" w:tplc="16726E76">
      <w:numFmt w:val="bullet"/>
      <w:lvlText w:val="•"/>
      <w:lvlJc w:val="left"/>
      <w:pPr>
        <w:ind w:left="3345" w:hanging="260"/>
      </w:pPr>
      <w:rPr>
        <w:rFonts w:hint="default"/>
        <w:lang w:val="ru-RU" w:eastAsia="en-US" w:bidi="ar-SA"/>
      </w:rPr>
    </w:lvl>
    <w:lvl w:ilvl="3" w:tplc="3126C3A8">
      <w:numFmt w:val="bullet"/>
      <w:lvlText w:val="•"/>
      <w:lvlJc w:val="left"/>
      <w:pPr>
        <w:ind w:left="4337" w:hanging="260"/>
      </w:pPr>
      <w:rPr>
        <w:rFonts w:hint="default"/>
        <w:lang w:val="ru-RU" w:eastAsia="en-US" w:bidi="ar-SA"/>
      </w:rPr>
    </w:lvl>
    <w:lvl w:ilvl="4" w:tplc="96501980">
      <w:numFmt w:val="bullet"/>
      <w:lvlText w:val="•"/>
      <w:lvlJc w:val="left"/>
      <w:pPr>
        <w:ind w:left="5330" w:hanging="260"/>
      </w:pPr>
      <w:rPr>
        <w:rFonts w:hint="default"/>
        <w:lang w:val="ru-RU" w:eastAsia="en-US" w:bidi="ar-SA"/>
      </w:rPr>
    </w:lvl>
    <w:lvl w:ilvl="5" w:tplc="962243A2">
      <w:numFmt w:val="bullet"/>
      <w:lvlText w:val="•"/>
      <w:lvlJc w:val="left"/>
      <w:pPr>
        <w:ind w:left="6323" w:hanging="260"/>
      </w:pPr>
      <w:rPr>
        <w:rFonts w:hint="default"/>
        <w:lang w:val="ru-RU" w:eastAsia="en-US" w:bidi="ar-SA"/>
      </w:rPr>
    </w:lvl>
    <w:lvl w:ilvl="6" w:tplc="F8268564">
      <w:numFmt w:val="bullet"/>
      <w:lvlText w:val="•"/>
      <w:lvlJc w:val="left"/>
      <w:pPr>
        <w:ind w:left="7315" w:hanging="260"/>
      </w:pPr>
      <w:rPr>
        <w:rFonts w:hint="default"/>
        <w:lang w:val="ru-RU" w:eastAsia="en-US" w:bidi="ar-SA"/>
      </w:rPr>
    </w:lvl>
    <w:lvl w:ilvl="7" w:tplc="B908DB7A">
      <w:numFmt w:val="bullet"/>
      <w:lvlText w:val="•"/>
      <w:lvlJc w:val="left"/>
      <w:pPr>
        <w:ind w:left="8308" w:hanging="260"/>
      </w:pPr>
      <w:rPr>
        <w:rFonts w:hint="default"/>
        <w:lang w:val="ru-RU" w:eastAsia="en-US" w:bidi="ar-SA"/>
      </w:rPr>
    </w:lvl>
    <w:lvl w:ilvl="8" w:tplc="7AD491D0">
      <w:numFmt w:val="bullet"/>
      <w:lvlText w:val="•"/>
      <w:lvlJc w:val="left"/>
      <w:pPr>
        <w:ind w:left="9301" w:hanging="260"/>
      </w:pPr>
      <w:rPr>
        <w:rFonts w:hint="default"/>
        <w:lang w:val="ru-RU" w:eastAsia="en-US" w:bidi="ar-SA"/>
      </w:rPr>
    </w:lvl>
  </w:abstractNum>
  <w:abstractNum w:abstractNumId="13" w15:restartNumberingAfterBreak="0">
    <w:nsid w:val="24162896"/>
    <w:multiLevelType w:val="hybridMultilevel"/>
    <w:tmpl w:val="8370F434"/>
    <w:lvl w:ilvl="0" w:tplc="2ECC9032">
      <w:start w:val="1"/>
      <w:numFmt w:val="decimal"/>
      <w:lvlText w:val="%1)"/>
      <w:lvlJc w:val="left"/>
      <w:pPr>
        <w:ind w:left="1361" w:hanging="262"/>
        <w:jc w:val="left"/>
      </w:pPr>
      <w:rPr>
        <w:rFonts w:ascii="Times New Roman" w:eastAsia="Times New Roman" w:hAnsi="Times New Roman" w:cs="Times New Roman" w:hint="default"/>
        <w:w w:val="100"/>
        <w:sz w:val="24"/>
        <w:szCs w:val="24"/>
        <w:lang w:val="ru-RU" w:eastAsia="en-US" w:bidi="ar-SA"/>
      </w:rPr>
    </w:lvl>
    <w:lvl w:ilvl="1" w:tplc="478E8A80">
      <w:numFmt w:val="bullet"/>
      <w:lvlText w:val="•"/>
      <w:lvlJc w:val="left"/>
      <w:pPr>
        <w:ind w:left="2352" w:hanging="262"/>
      </w:pPr>
      <w:rPr>
        <w:rFonts w:hint="default"/>
        <w:lang w:val="ru-RU" w:eastAsia="en-US" w:bidi="ar-SA"/>
      </w:rPr>
    </w:lvl>
    <w:lvl w:ilvl="2" w:tplc="C0E0E8B2">
      <w:numFmt w:val="bullet"/>
      <w:lvlText w:val="•"/>
      <w:lvlJc w:val="left"/>
      <w:pPr>
        <w:ind w:left="3345" w:hanging="262"/>
      </w:pPr>
      <w:rPr>
        <w:rFonts w:hint="default"/>
        <w:lang w:val="ru-RU" w:eastAsia="en-US" w:bidi="ar-SA"/>
      </w:rPr>
    </w:lvl>
    <w:lvl w:ilvl="3" w:tplc="A5A40C3A">
      <w:numFmt w:val="bullet"/>
      <w:lvlText w:val="•"/>
      <w:lvlJc w:val="left"/>
      <w:pPr>
        <w:ind w:left="4337" w:hanging="262"/>
      </w:pPr>
      <w:rPr>
        <w:rFonts w:hint="default"/>
        <w:lang w:val="ru-RU" w:eastAsia="en-US" w:bidi="ar-SA"/>
      </w:rPr>
    </w:lvl>
    <w:lvl w:ilvl="4" w:tplc="65AAA5BA">
      <w:numFmt w:val="bullet"/>
      <w:lvlText w:val="•"/>
      <w:lvlJc w:val="left"/>
      <w:pPr>
        <w:ind w:left="5330" w:hanging="262"/>
      </w:pPr>
      <w:rPr>
        <w:rFonts w:hint="default"/>
        <w:lang w:val="ru-RU" w:eastAsia="en-US" w:bidi="ar-SA"/>
      </w:rPr>
    </w:lvl>
    <w:lvl w:ilvl="5" w:tplc="738C58FE">
      <w:numFmt w:val="bullet"/>
      <w:lvlText w:val="•"/>
      <w:lvlJc w:val="left"/>
      <w:pPr>
        <w:ind w:left="6323" w:hanging="262"/>
      </w:pPr>
      <w:rPr>
        <w:rFonts w:hint="default"/>
        <w:lang w:val="ru-RU" w:eastAsia="en-US" w:bidi="ar-SA"/>
      </w:rPr>
    </w:lvl>
    <w:lvl w:ilvl="6" w:tplc="A4BC3F26">
      <w:numFmt w:val="bullet"/>
      <w:lvlText w:val="•"/>
      <w:lvlJc w:val="left"/>
      <w:pPr>
        <w:ind w:left="7315" w:hanging="262"/>
      </w:pPr>
      <w:rPr>
        <w:rFonts w:hint="default"/>
        <w:lang w:val="ru-RU" w:eastAsia="en-US" w:bidi="ar-SA"/>
      </w:rPr>
    </w:lvl>
    <w:lvl w:ilvl="7" w:tplc="201C2CEC">
      <w:numFmt w:val="bullet"/>
      <w:lvlText w:val="•"/>
      <w:lvlJc w:val="left"/>
      <w:pPr>
        <w:ind w:left="8308" w:hanging="262"/>
      </w:pPr>
      <w:rPr>
        <w:rFonts w:hint="default"/>
        <w:lang w:val="ru-RU" w:eastAsia="en-US" w:bidi="ar-SA"/>
      </w:rPr>
    </w:lvl>
    <w:lvl w:ilvl="8" w:tplc="D95C3964">
      <w:numFmt w:val="bullet"/>
      <w:lvlText w:val="•"/>
      <w:lvlJc w:val="left"/>
      <w:pPr>
        <w:ind w:left="9301" w:hanging="262"/>
      </w:pPr>
      <w:rPr>
        <w:rFonts w:hint="default"/>
        <w:lang w:val="ru-RU" w:eastAsia="en-US" w:bidi="ar-SA"/>
      </w:rPr>
    </w:lvl>
  </w:abstractNum>
  <w:abstractNum w:abstractNumId="14" w15:restartNumberingAfterBreak="0">
    <w:nsid w:val="2E7C0817"/>
    <w:multiLevelType w:val="hybridMultilevel"/>
    <w:tmpl w:val="25C443B4"/>
    <w:lvl w:ilvl="0" w:tplc="DC7C0080">
      <w:start w:val="5"/>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AC1E91A0">
      <w:start w:val="1"/>
      <w:numFmt w:val="decimal"/>
      <w:lvlText w:val="%2."/>
      <w:lvlJc w:val="left"/>
      <w:pPr>
        <w:ind w:left="526" w:hanging="241"/>
      </w:pPr>
      <w:rPr>
        <w:rFonts w:ascii="Times New Roman" w:eastAsia="Times New Roman" w:hAnsi="Times New Roman" w:cs="Times New Roman" w:hint="default"/>
        <w:b/>
        <w:bCs/>
        <w:w w:val="100"/>
        <w:sz w:val="24"/>
        <w:szCs w:val="24"/>
        <w:lang w:val="ru-RU" w:eastAsia="en-US" w:bidi="ar-SA"/>
      </w:rPr>
    </w:lvl>
    <w:lvl w:ilvl="2" w:tplc="379A76FA">
      <w:numFmt w:val="bullet"/>
      <w:lvlText w:val="•"/>
      <w:lvlJc w:val="left"/>
      <w:pPr>
        <w:ind w:left="1662" w:hanging="241"/>
      </w:pPr>
      <w:rPr>
        <w:rFonts w:hint="default"/>
        <w:lang w:val="ru-RU" w:eastAsia="en-US" w:bidi="ar-SA"/>
      </w:rPr>
    </w:lvl>
    <w:lvl w:ilvl="3" w:tplc="F84C0D1A">
      <w:numFmt w:val="bullet"/>
      <w:lvlText w:val="•"/>
      <w:lvlJc w:val="left"/>
      <w:pPr>
        <w:ind w:left="2804" w:hanging="241"/>
      </w:pPr>
      <w:rPr>
        <w:rFonts w:hint="default"/>
        <w:lang w:val="ru-RU" w:eastAsia="en-US" w:bidi="ar-SA"/>
      </w:rPr>
    </w:lvl>
    <w:lvl w:ilvl="4" w:tplc="044E7E8E">
      <w:numFmt w:val="bullet"/>
      <w:lvlText w:val="•"/>
      <w:lvlJc w:val="left"/>
      <w:pPr>
        <w:ind w:left="3946" w:hanging="241"/>
      </w:pPr>
      <w:rPr>
        <w:rFonts w:hint="default"/>
        <w:lang w:val="ru-RU" w:eastAsia="en-US" w:bidi="ar-SA"/>
      </w:rPr>
    </w:lvl>
    <w:lvl w:ilvl="5" w:tplc="A6B87596">
      <w:numFmt w:val="bullet"/>
      <w:lvlText w:val="•"/>
      <w:lvlJc w:val="left"/>
      <w:pPr>
        <w:ind w:left="5088" w:hanging="241"/>
      </w:pPr>
      <w:rPr>
        <w:rFonts w:hint="default"/>
        <w:lang w:val="ru-RU" w:eastAsia="en-US" w:bidi="ar-SA"/>
      </w:rPr>
    </w:lvl>
    <w:lvl w:ilvl="6" w:tplc="86841EC2">
      <w:numFmt w:val="bullet"/>
      <w:lvlText w:val="•"/>
      <w:lvlJc w:val="left"/>
      <w:pPr>
        <w:ind w:left="6231" w:hanging="241"/>
      </w:pPr>
      <w:rPr>
        <w:rFonts w:hint="default"/>
        <w:lang w:val="ru-RU" w:eastAsia="en-US" w:bidi="ar-SA"/>
      </w:rPr>
    </w:lvl>
    <w:lvl w:ilvl="7" w:tplc="5BB8141A">
      <w:numFmt w:val="bullet"/>
      <w:lvlText w:val="•"/>
      <w:lvlJc w:val="left"/>
      <w:pPr>
        <w:ind w:left="7373" w:hanging="241"/>
      </w:pPr>
      <w:rPr>
        <w:rFonts w:hint="default"/>
        <w:lang w:val="ru-RU" w:eastAsia="en-US" w:bidi="ar-SA"/>
      </w:rPr>
    </w:lvl>
    <w:lvl w:ilvl="8" w:tplc="7924D328">
      <w:numFmt w:val="bullet"/>
      <w:lvlText w:val="•"/>
      <w:lvlJc w:val="left"/>
      <w:pPr>
        <w:ind w:left="8515" w:hanging="241"/>
      </w:pPr>
      <w:rPr>
        <w:rFonts w:hint="default"/>
        <w:lang w:val="ru-RU" w:eastAsia="en-US" w:bidi="ar-SA"/>
      </w:rPr>
    </w:lvl>
  </w:abstractNum>
  <w:abstractNum w:abstractNumId="15" w15:restartNumberingAfterBreak="0">
    <w:nsid w:val="30F43A7F"/>
    <w:multiLevelType w:val="hybridMultilevel"/>
    <w:tmpl w:val="91C47DF6"/>
    <w:lvl w:ilvl="0" w:tplc="B07027D4">
      <w:start w:val="5"/>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56BE28BE">
      <w:numFmt w:val="bullet"/>
      <w:lvlText w:val="•"/>
      <w:lvlJc w:val="left"/>
      <w:pPr>
        <w:ind w:left="1330" w:hanging="181"/>
      </w:pPr>
      <w:rPr>
        <w:rFonts w:hint="default"/>
        <w:lang w:val="ru-RU" w:eastAsia="en-US" w:bidi="ar-SA"/>
      </w:rPr>
    </w:lvl>
    <w:lvl w:ilvl="2" w:tplc="87D0CAD2">
      <w:numFmt w:val="bullet"/>
      <w:lvlText w:val="•"/>
      <w:lvlJc w:val="left"/>
      <w:pPr>
        <w:ind w:left="2380" w:hanging="181"/>
      </w:pPr>
      <w:rPr>
        <w:rFonts w:hint="default"/>
        <w:lang w:val="ru-RU" w:eastAsia="en-US" w:bidi="ar-SA"/>
      </w:rPr>
    </w:lvl>
    <w:lvl w:ilvl="3" w:tplc="8688B950">
      <w:numFmt w:val="bullet"/>
      <w:lvlText w:val="•"/>
      <w:lvlJc w:val="left"/>
      <w:pPr>
        <w:ind w:left="3430" w:hanging="181"/>
      </w:pPr>
      <w:rPr>
        <w:rFonts w:hint="default"/>
        <w:lang w:val="ru-RU" w:eastAsia="en-US" w:bidi="ar-SA"/>
      </w:rPr>
    </w:lvl>
    <w:lvl w:ilvl="4" w:tplc="D2246F48">
      <w:numFmt w:val="bullet"/>
      <w:lvlText w:val="•"/>
      <w:lvlJc w:val="left"/>
      <w:pPr>
        <w:ind w:left="4480" w:hanging="181"/>
      </w:pPr>
      <w:rPr>
        <w:rFonts w:hint="default"/>
        <w:lang w:val="ru-RU" w:eastAsia="en-US" w:bidi="ar-SA"/>
      </w:rPr>
    </w:lvl>
    <w:lvl w:ilvl="5" w:tplc="A054496E">
      <w:numFmt w:val="bullet"/>
      <w:lvlText w:val="•"/>
      <w:lvlJc w:val="left"/>
      <w:pPr>
        <w:ind w:left="5530" w:hanging="181"/>
      </w:pPr>
      <w:rPr>
        <w:rFonts w:hint="default"/>
        <w:lang w:val="ru-RU" w:eastAsia="en-US" w:bidi="ar-SA"/>
      </w:rPr>
    </w:lvl>
    <w:lvl w:ilvl="6" w:tplc="806AC994">
      <w:numFmt w:val="bullet"/>
      <w:lvlText w:val="•"/>
      <w:lvlJc w:val="left"/>
      <w:pPr>
        <w:ind w:left="6580" w:hanging="181"/>
      </w:pPr>
      <w:rPr>
        <w:rFonts w:hint="default"/>
        <w:lang w:val="ru-RU" w:eastAsia="en-US" w:bidi="ar-SA"/>
      </w:rPr>
    </w:lvl>
    <w:lvl w:ilvl="7" w:tplc="CA00EF7C">
      <w:numFmt w:val="bullet"/>
      <w:lvlText w:val="•"/>
      <w:lvlJc w:val="left"/>
      <w:pPr>
        <w:ind w:left="7630" w:hanging="181"/>
      </w:pPr>
      <w:rPr>
        <w:rFonts w:hint="default"/>
        <w:lang w:val="ru-RU" w:eastAsia="en-US" w:bidi="ar-SA"/>
      </w:rPr>
    </w:lvl>
    <w:lvl w:ilvl="8" w:tplc="FBEAD5AE">
      <w:numFmt w:val="bullet"/>
      <w:lvlText w:val="•"/>
      <w:lvlJc w:val="left"/>
      <w:pPr>
        <w:ind w:left="8680" w:hanging="181"/>
      </w:pPr>
      <w:rPr>
        <w:rFonts w:hint="default"/>
        <w:lang w:val="ru-RU" w:eastAsia="en-US" w:bidi="ar-SA"/>
      </w:rPr>
    </w:lvl>
  </w:abstractNum>
  <w:abstractNum w:abstractNumId="16" w15:restartNumberingAfterBreak="0">
    <w:nsid w:val="36714F57"/>
    <w:multiLevelType w:val="hybridMultilevel"/>
    <w:tmpl w:val="23FA898C"/>
    <w:lvl w:ilvl="0" w:tplc="2DD6E114">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803CF9EE">
      <w:numFmt w:val="bullet"/>
      <w:lvlText w:val="•"/>
      <w:lvlJc w:val="left"/>
      <w:pPr>
        <w:ind w:left="833" w:hanging="240"/>
      </w:pPr>
      <w:rPr>
        <w:rFonts w:hint="default"/>
        <w:lang w:val="ru-RU" w:eastAsia="en-US" w:bidi="ar-SA"/>
      </w:rPr>
    </w:lvl>
    <w:lvl w:ilvl="2" w:tplc="C3EE2F16">
      <w:numFmt w:val="bullet"/>
      <w:lvlText w:val="•"/>
      <w:lvlJc w:val="left"/>
      <w:pPr>
        <w:ind w:left="1326" w:hanging="240"/>
      </w:pPr>
      <w:rPr>
        <w:rFonts w:hint="default"/>
        <w:lang w:val="ru-RU" w:eastAsia="en-US" w:bidi="ar-SA"/>
      </w:rPr>
    </w:lvl>
    <w:lvl w:ilvl="3" w:tplc="C7F81BA8">
      <w:numFmt w:val="bullet"/>
      <w:lvlText w:val="•"/>
      <w:lvlJc w:val="left"/>
      <w:pPr>
        <w:ind w:left="1819" w:hanging="240"/>
      </w:pPr>
      <w:rPr>
        <w:rFonts w:hint="default"/>
        <w:lang w:val="ru-RU" w:eastAsia="en-US" w:bidi="ar-SA"/>
      </w:rPr>
    </w:lvl>
    <w:lvl w:ilvl="4" w:tplc="80E08BAA">
      <w:numFmt w:val="bullet"/>
      <w:lvlText w:val="•"/>
      <w:lvlJc w:val="left"/>
      <w:pPr>
        <w:ind w:left="2312" w:hanging="240"/>
      </w:pPr>
      <w:rPr>
        <w:rFonts w:hint="default"/>
        <w:lang w:val="ru-RU" w:eastAsia="en-US" w:bidi="ar-SA"/>
      </w:rPr>
    </w:lvl>
    <w:lvl w:ilvl="5" w:tplc="86DC0D96">
      <w:numFmt w:val="bullet"/>
      <w:lvlText w:val="•"/>
      <w:lvlJc w:val="left"/>
      <w:pPr>
        <w:ind w:left="2805" w:hanging="240"/>
      </w:pPr>
      <w:rPr>
        <w:rFonts w:hint="default"/>
        <w:lang w:val="ru-RU" w:eastAsia="en-US" w:bidi="ar-SA"/>
      </w:rPr>
    </w:lvl>
    <w:lvl w:ilvl="6" w:tplc="B7329AE2">
      <w:numFmt w:val="bullet"/>
      <w:lvlText w:val="•"/>
      <w:lvlJc w:val="left"/>
      <w:pPr>
        <w:ind w:left="3298" w:hanging="240"/>
      </w:pPr>
      <w:rPr>
        <w:rFonts w:hint="default"/>
        <w:lang w:val="ru-RU" w:eastAsia="en-US" w:bidi="ar-SA"/>
      </w:rPr>
    </w:lvl>
    <w:lvl w:ilvl="7" w:tplc="4028AC24">
      <w:numFmt w:val="bullet"/>
      <w:lvlText w:val="•"/>
      <w:lvlJc w:val="left"/>
      <w:pPr>
        <w:ind w:left="3791" w:hanging="240"/>
      </w:pPr>
      <w:rPr>
        <w:rFonts w:hint="default"/>
        <w:lang w:val="ru-RU" w:eastAsia="en-US" w:bidi="ar-SA"/>
      </w:rPr>
    </w:lvl>
    <w:lvl w:ilvl="8" w:tplc="8E889F22">
      <w:numFmt w:val="bullet"/>
      <w:lvlText w:val="•"/>
      <w:lvlJc w:val="left"/>
      <w:pPr>
        <w:ind w:left="4284" w:hanging="240"/>
      </w:pPr>
      <w:rPr>
        <w:rFonts w:hint="default"/>
        <w:lang w:val="ru-RU" w:eastAsia="en-US" w:bidi="ar-SA"/>
      </w:rPr>
    </w:lvl>
  </w:abstractNum>
  <w:abstractNum w:abstractNumId="17" w15:restartNumberingAfterBreak="0">
    <w:nsid w:val="367C0085"/>
    <w:multiLevelType w:val="hybridMultilevel"/>
    <w:tmpl w:val="5DE6C53E"/>
    <w:lvl w:ilvl="0" w:tplc="58205C4C">
      <w:start w:val="1"/>
      <w:numFmt w:val="decimal"/>
      <w:lvlText w:val="%1)"/>
      <w:lvlJc w:val="left"/>
      <w:pPr>
        <w:ind w:left="1358" w:hanging="260"/>
        <w:jc w:val="left"/>
      </w:pPr>
      <w:rPr>
        <w:rFonts w:ascii="Times New Roman" w:eastAsia="Times New Roman" w:hAnsi="Times New Roman" w:cs="Times New Roman" w:hint="default"/>
        <w:w w:val="100"/>
        <w:sz w:val="24"/>
        <w:szCs w:val="24"/>
        <w:lang w:val="ru-RU" w:eastAsia="en-US" w:bidi="ar-SA"/>
      </w:rPr>
    </w:lvl>
    <w:lvl w:ilvl="1" w:tplc="4EAC7626">
      <w:numFmt w:val="bullet"/>
      <w:lvlText w:val="•"/>
      <w:lvlJc w:val="left"/>
      <w:pPr>
        <w:ind w:left="2352" w:hanging="260"/>
      </w:pPr>
      <w:rPr>
        <w:rFonts w:hint="default"/>
        <w:lang w:val="ru-RU" w:eastAsia="en-US" w:bidi="ar-SA"/>
      </w:rPr>
    </w:lvl>
    <w:lvl w:ilvl="2" w:tplc="253A9A5C">
      <w:numFmt w:val="bullet"/>
      <w:lvlText w:val="•"/>
      <w:lvlJc w:val="left"/>
      <w:pPr>
        <w:ind w:left="3345" w:hanging="260"/>
      </w:pPr>
      <w:rPr>
        <w:rFonts w:hint="default"/>
        <w:lang w:val="ru-RU" w:eastAsia="en-US" w:bidi="ar-SA"/>
      </w:rPr>
    </w:lvl>
    <w:lvl w:ilvl="3" w:tplc="64FA6174">
      <w:numFmt w:val="bullet"/>
      <w:lvlText w:val="•"/>
      <w:lvlJc w:val="left"/>
      <w:pPr>
        <w:ind w:left="4337" w:hanging="260"/>
      </w:pPr>
      <w:rPr>
        <w:rFonts w:hint="default"/>
        <w:lang w:val="ru-RU" w:eastAsia="en-US" w:bidi="ar-SA"/>
      </w:rPr>
    </w:lvl>
    <w:lvl w:ilvl="4" w:tplc="099AC1D0">
      <w:numFmt w:val="bullet"/>
      <w:lvlText w:val="•"/>
      <w:lvlJc w:val="left"/>
      <w:pPr>
        <w:ind w:left="5330" w:hanging="260"/>
      </w:pPr>
      <w:rPr>
        <w:rFonts w:hint="default"/>
        <w:lang w:val="ru-RU" w:eastAsia="en-US" w:bidi="ar-SA"/>
      </w:rPr>
    </w:lvl>
    <w:lvl w:ilvl="5" w:tplc="F96A10B6">
      <w:numFmt w:val="bullet"/>
      <w:lvlText w:val="•"/>
      <w:lvlJc w:val="left"/>
      <w:pPr>
        <w:ind w:left="6323" w:hanging="260"/>
      </w:pPr>
      <w:rPr>
        <w:rFonts w:hint="default"/>
        <w:lang w:val="ru-RU" w:eastAsia="en-US" w:bidi="ar-SA"/>
      </w:rPr>
    </w:lvl>
    <w:lvl w:ilvl="6" w:tplc="652A923C">
      <w:numFmt w:val="bullet"/>
      <w:lvlText w:val="•"/>
      <w:lvlJc w:val="left"/>
      <w:pPr>
        <w:ind w:left="7315" w:hanging="260"/>
      </w:pPr>
      <w:rPr>
        <w:rFonts w:hint="default"/>
        <w:lang w:val="ru-RU" w:eastAsia="en-US" w:bidi="ar-SA"/>
      </w:rPr>
    </w:lvl>
    <w:lvl w:ilvl="7" w:tplc="A5B0F938">
      <w:numFmt w:val="bullet"/>
      <w:lvlText w:val="•"/>
      <w:lvlJc w:val="left"/>
      <w:pPr>
        <w:ind w:left="8308" w:hanging="260"/>
      </w:pPr>
      <w:rPr>
        <w:rFonts w:hint="default"/>
        <w:lang w:val="ru-RU" w:eastAsia="en-US" w:bidi="ar-SA"/>
      </w:rPr>
    </w:lvl>
    <w:lvl w:ilvl="8" w:tplc="A4C485EA">
      <w:numFmt w:val="bullet"/>
      <w:lvlText w:val="•"/>
      <w:lvlJc w:val="left"/>
      <w:pPr>
        <w:ind w:left="9301" w:hanging="260"/>
      </w:pPr>
      <w:rPr>
        <w:rFonts w:hint="default"/>
        <w:lang w:val="ru-RU" w:eastAsia="en-US" w:bidi="ar-SA"/>
      </w:rPr>
    </w:lvl>
  </w:abstractNum>
  <w:abstractNum w:abstractNumId="18" w15:restartNumberingAfterBreak="0">
    <w:nsid w:val="3E7A08C6"/>
    <w:multiLevelType w:val="hybridMultilevel"/>
    <w:tmpl w:val="8E3E89B8"/>
    <w:lvl w:ilvl="0" w:tplc="EDA8D044">
      <w:start w:val="1"/>
      <w:numFmt w:val="decimal"/>
      <w:lvlText w:val="%1."/>
      <w:lvlJc w:val="left"/>
      <w:pPr>
        <w:ind w:left="107" w:hanging="243"/>
        <w:jc w:val="left"/>
      </w:pPr>
      <w:rPr>
        <w:rFonts w:ascii="Times New Roman" w:eastAsia="Times New Roman" w:hAnsi="Times New Roman" w:cs="Times New Roman" w:hint="default"/>
        <w:w w:val="100"/>
        <w:sz w:val="24"/>
        <w:szCs w:val="24"/>
        <w:lang w:val="ru-RU" w:eastAsia="en-US" w:bidi="ar-SA"/>
      </w:rPr>
    </w:lvl>
    <w:lvl w:ilvl="1" w:tplc="51105C78">
      <w:numFmt w:val="bullet"/>
      <w:lvlText w:val="•"/>
      <w:lvlJc w:val="left"/>
      <w:pPr>
        <w:ind w:left="617" w:hanging="243"/>
      </w:pPr>
      <w:rPr>
        <w:rFonts w:hint="default"/>
        <w:lang w:val="ru-RU" w:eastAsia="en-US" w:bidi="ar-SA"/>
      </w:rPr>
    </w:lvl>
    <w:lvl w:ilvl="2" w:tplc="C89A3EF8">
      <w:numFmt w:val="bullet"/>
      <w:lvlText w:val="•"/>
      <w:lvlJc w:val="left"/>
      <w:pPr>
        <w:ind w:left="1134" w:hanging="243"/>
      </w:pPr>
      <w:rPr>
        <w:rFonts w:hint="default"/>
        <w:lang w:val="ru-RU" w:eastAsia="en-US" w:bidi="ar-SA"/>
      </w:rPr>
    </w:lvl>
    <w:lvl w:ilvl="3" w:tplc="1D2218D2">
      <w:numFmt w:val="bullet"/>
      <w:lvlText w:val="•"/>
      <w:lvlJc w:val="left"/>
      <w:pPr>
        <w:ind w:left="1651" w:hanging="243"/>
      </w:pPr>
      <w:rPr>
        <w:rFonts w:hint="default"/>
        <w:lang w:val="ru-RU" w:eastAsia="en-US" w:bidi="ar-SA"/>
      </w:rPr>
    </w:lvl>
    <w:lvl w:ilvl="4" w:tplc="9B92D0AC">
      <w:numFmt w:val="bullet"/>
      <w:lvlText w:val="•"/>
      <w:lvlJc w:val="left"/>
      <w:pPr>
        <w:ind w:left="2168" w:hanging="243"/>
      </w:pPr>
      <w:rPr>
        <w:rFonts w:hint="default"/>
        <w:lang w:val="ru-RU" w:eastAsia="en-US" w:bidi="ar-SA"/>
      </w:rPr>
    </w:lvl>
    <w:lvl w:ilvl="5" w:tplc="CF081486">
      <w:numFmt w:val="bullet"/>
      <w:lvlText w:val="•"/>
      <w:lvlJc w:val="left"/>
      <w:pPr>
        <w:ind w:left="2685" w:hanging="243"/>
      </w:pPr>
      <w:rPr>
        <w:rFonts w:hint="default"/>
        <w:lang w:val="ru-RU" w:eastAsia="en-US" w:bidi="ar-SA"/>
      </w:rPr>
    </w:lvl>
    <w:lvl w:ilvl="6" w:tplc="B9DCC7E6">
      <w:numFmt w:val="bullet"/>
      <w:lvlText w:val="•"/>
      <w:lvlJc w:val="left"/>
      <w:pPr>
        <w:ind w:left="3202" w:hanging="243"/>
      </w:pPr>
      <w:rPr>
        <w:rFonts w:hint="default"/>
        <w:lang w:val="ru-RU" w:eastAsia="en-US" w:bidi="ar-SA"/>
      </w:rPr>
    </w:lvl>
    <w:lvl w:ilvl="7" w:tplc="55203796">
      <w:numFmt w:val="bullet"/>
      <w:lvlText w:val="•"/>
      <w:lvlJc w:val="left"/>
      <w:pPr>
        <w:ind w:left="3719" w:hanging="243"/>
      </w:pPr>
      <w:rPr>
        <w:rFonts w:hint="default"/>
        <w:lang w:val="ru-RU" w:eastAsia="en-US" w:bidi="ar-SA"/>
      </w:rPr>
    </w:lvl>
    <w:lvl w:ilvl="8" w:tplc="D7929110">
      <w:numFmt w:val="bullet"/>
      <w:lvlText w:val="•"/>
      <w:lvlJc w:val="left"/>
      <w:pPr>
        <w:ind w:left="4236" w:hanging="243"/>
      </w:pPr>
      <w:rPr>
        <w:rFonts w:hint="default"/>
        <w:lang w:val="ru-RU" w:eastAsia="en-US" w:bidi="ar-SA"/>
      </w:rPr>
    </w:lvl>
  </w:abstractNum>
  <w:abstractNum w:abstractNumId="19" w15:restartNumberingAfterBreak="0">
    <w:nsid w:val="3F7C2A10"/>
    <w:multiLevelType w:val="hybridMultilevel"/>
    <w:tmpl w:val="CB787A34"/>
    <w:lvl w:ilvl="0" w:tplc="7DE6659A">
      <w:start w:val="6"/>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1B5054F6">
      <w:numFmt w:val="bullet"/>
      <w:lvlText w:val="•"/>
      <w:lvlJc w:val="left"/>
      <w:pPr>
        <w:ind w:left="1330" w:hanging="181"/>
      </w:pPr>
      <w:rPr>
        <w:rFonts w:hint="default"/>
        <w:lang w:val="ru-RU" w:eastAsia="en-US" w:bidi="ar-SA"/>
      </w:rPr>
    </w:lvl>
    <w:lvl w:ilvl="2" w:tplc="DBB65FF0">
      <w:numFmt w:val="bullet"/>
      <w:lvlText w:val="•"/>
      <w:lvlJc w:val="left"/>
      <w:pPr>
        <w:ind w:left="2380" w:hanging="181"/>
      </w:pPr>
      <w:rPr>
        <w:rFonts w:hint="default"/>
        <w:lang w:val="ru-RU" w:eastAsia="en-US" w:bidi="ar-SA"/>
      </w:rPr>
    </w:lvl>
    <w:lvl w:ilvl="3" w:tplc="CE0C2EC8">
      <w:numFmt w:val="bullet"/>
      <w:lvlText w:val="•"/>
      <w:lvlJc w:val="left"/>
      <w:pPr>
        <w:ind w:left="3430" w:hanging="181"/>
      </w:pPr>
      <w:rPr>
        <w:rFonts w:hint="default"/>
        <w:lang w:val="ru-RU" w:eastAsia="en-US" w:bidi="ar-SA"/>
      </w:rPr>
    </w:lvl>
    <w:lvl w:ilvl="4" w:tplc="FFFAA48E">
      <w:numFmt w:val="bullet"/>
      <w:lvlText w:val="•"/>
      <w:lvlJc w:val="left"/>
      <w:pPr>
        <w:ind w:left="4480" w:hanging="181"/>
      </w:pPr>
      <w:rPr>
        <w:rFonts w:hint="default"/>
        <w:lang w:val="ru-RU" w:eastAsia="en-US" w:bidi="ar-SA"/>
      </w:rPr>
    </w:lvl>
    <w:lvl w:ilvl="5" w:tplc="65689B5C">
      <w:numFmt w:val="bullet"/>
      <w:lvlText w:val="•"/>
      <w:lvlJc w:val="left"/>
      <w:pPr>
        <w:ind w:left="5530" w:hanging="181"/>
      </w:pPr>
      <w:rPr>
        <w:rFonts w:hint="default"/>
        <w:lang w:val="ru-RU" w:eastAsia="en-US" w:bidi="ar-SA"/>
      </w:rPr>
    </w:lvl>
    <w:lvl w:ilvl="6" w:tplc="8142694A">
      <w:numFmt w:val="bullet"/>
      <w:lvlText w:val="•"/>
      <w:lvlJc w:val="left"/>
      <w:pPr>
        <w:ind w:left="6580" w:hanging="181"/>
      </w:pPr>
      <w:rPr>
        <w:rFonts w:hint="default"/>
        <w:lang w:val="ru-RU" w:eastAsia="en-US" w:bidi="ar-SA"/>
      </w:rPr>
    </w:lvl>
    <w:lvl w:ilvl="7" w:tplc="A62681C2">
      <w:numFmt w:val="bullet"/>
      <w:lvlText w:val="•"/>
      <w:lvlJc w:val="left"/>
      <w:pPr>
        <w:ind w:left="7630" w:hanging="181"/>
      </w:pPr>
      <w:rPr>
        <w:rFonts w:hint="default"/>
        <w:lang w:val="ru-RU" w:eastAsia="en-US" w:bidi="ar-SA"/>
      </w:rPr>
    </w:lvl>
    <w:lvl w:ilvl="8" w:tplc="93B88226">
      <w:numFmt w:val="bullet"/>
      <w:lvlText w:val="•"/>
      <w:lvlJc w:val="left"/>
      <w:pPr>
        <w:ind w:left="8680" w:hanging="181"/>
      </w:pPr>
      <w:rPr>
        <w:rFonts w:hint="default"/>
        <w:lang w:val="ru-RU" w:eastAsia="en-US" w:bidi="ar-SA"/>
      </w:rPr>
    </w:lvl>
  </w:abstractNum>
  <w:abstractNum w:abstractNumId="20" w15:restartNumberingAfterBreak="0">
    <w:nsid w:val="426F680A"/>
    <w:multiLevelType w:val="multilevel"/>
    <w:tmpl w:val="449EB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DE4180"/>
    <w:multiLevelType w:val="hybridMultilevel"/>
    <w:tmpl w:val="1D42BA16"/>
    <w:lvl w:ilvl="0" w:tplc="91640E74">
      <w:start w:val="6"/>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FE2EE136">
      <w:numFmt w:val="bullet"/>
      <w:lvlText w:val="•"/>
      <w:lvlJc w:val="left"/>
      <w:pPr>
        <w:ind w:left="1330" w:hanging="181"/>
      </w:pPr>
      <w:rPr>
        <w:rFonts w:hint="default"/>
        <w:lang w:val="ru-RU" w:eastAsia="en-US" w:bidi="ar-SA"/>
      </w:rPr>
    </w:lvl>
    <w:lvl w:ilvl="2" w:tplc="5E5E8EDE">
      <w:numFmt w:val="bullet"/>
      <w:lvlText w:val="•"/>
      <w:lvlJc w:val="left"/>
      <w:pPr>
        <w:ind w:left="2380" w:hanging="181"/>
      </w:pPr>
      <w:rPr>
        <w:rFonts w:hint="default"/>
        <w:lang w:val="ru-RU" w:eastAsia="en-US" w:bidi="ar-SA"/>
      </w:rPr>
    </w:lvl>
    <w:lvl w:ilvl="3" w:tplc="6FAEF506">
      <w:numFmt w:val="bullet"/>
      <w:lvlText w:val="•"/>
      <w:lvlJc w:val="left"/>
      <w:pPr>
        <w:ind w:left="3430" w:hanging="181"/>
      </w:pPr>
      <w:rPr>
        <w:rFonts w:hint="default"/>
        <w:lang w:val="ru-RU" w:eastAsia="en-US" w:bidi="ar-SA"/>
      </w:rPr>
    </w:lvl>
    <w:lvl w:ilvl="4" w:tplc="9DA2C338">
      <w:numFmt w:val="bullet"/>
      <w:lvlText w:val="•"/>
      <w:lvlJc w:val="left"/>
      <w:pPr>
        <w:ind w:left="4480" w:hanging="181"/>
      </w:pPr>
      <w:rPr>
        <w:rFonts w:hint="default"/>
        <w:lang w:val="ru-RU" w:eastAsia="en-US" w:bidi="ar-SA"/>
      </w:rPr>
    </w:lvl>
    <w:lvl w:ilvl="5" w:tplc="CFFEFE22">
      <w:numFmt w:val="bullet"/>
      <w:lvlText w:val="•"/>
      <w:lvlJc w:val="left"/>
      <w:pPr>
        <w:ind w:left="5530" w:hanging="181"/>
      </w:pPr>
      <w:rPr>
        <w:rFonts w:hint="default"/>
        <w:lang w:val="ru-RU" w:eastAsia="en-US" w:bidi="ar-SA"/>
      </w:rPr>
    </w:lvl>
    <w:lvl w:ilvl="6" w:tplc="1B2A9C9C">
      <w:numFmt w:val="bullet"/>
      <w:lvlText w:val="•"/>
      <w:lvlJc w:val="left"/>
      <w:pPr>
        <w:ind w:left="6580" w:hanging="181"/>
      </w:pPr>
      <w:rPr>
        <w:rFonts w:hint="default"/>
        <w:lang w:val="ru-RU" w:eastAsia="en-US" w:bidi="ar-SA"/>
      </w:rPr>
    </w:lvl>
    <w:lvl w:ilvl="7" w:tplc="B0E0248C">
      <w:numFmt w:val="bullet"/>
      <w:lvlText w:val="•"/>
      <w:lvlJc w:val="left"/>
      <w:pPr>
        <w:ind w:left="7630" w:hanging="181"/>
      </w:pPr>
      <w:rPr>
        <w:rFonts w:hint="default"/>
        <w:lang w:val="ru-RU" w:eastAsia="en-US" w:bidi="ar-SA"/>
      </w:rPr>
    </w:lvl>
    <w:lvl w:ilvl="8" w:tplc="5E72CB2E">
      <w:numFmt w:val="bullet"/>
      <w:lvlText w:val="•"/>
      <w:lvlJc w:val="left"/>
      <w:pPr>
        <w:ind w:left="8680" w:hanging="181"/>
      </w:pPr>
      <w:rPr>
        <w:rFonts w:hint="default"/>
        <w:lang w:val="ru-RU" w:eastAsia="en-US" w:bidi="ar-SA"/>
      </w:rPr>
    </w:lvl>
  </w:abstractNum>
  <w:abstractNum w:abstractNumId="22" w15:restartNumberingAfterBreak="0">
    <w:nsid w:val="583B268D"/>
    <w:multiLevelType w:val="hybridMultilevel"/>
    <w:tmpl w:val="4028A4B8"/>
    <w:lvl w:ilvl="0" w:tplc="986AA8BE">
      <w:start w:val="2"/>
      <w:numFmt w:val="decimal"/>
      <w:lvlText w:val="%1."/>
      <w:lvlJc w:val="left"/>
      <w:pPr>
        <w:ind w:left="107" w:hanging="389"/>
        <w:jc w:val="left"/>
      </w:pPr>
      <w:rPr>
        <w:rFonts w:ascii="Times New Roman" w:eastAsia="Times New Roman" w:hAnsi="Times New Roman" w:cs="Times New Roman" w:hint="default"/>
        <w:w w:val="100"/>
        <w:sz w:val="24"/>
        <w:szCs w:val="24"/>
        <w:lang w:val="ru-RU" w:eastAsia="en-US" w:bidi="ar-SA"/>
      </w:rPr>
    </w:lvl>
    <w:lvl w:ilvl="1" w:tplc="F8A0ACD0">
      <w:numFmt w:val="bullet"/>
      <w:lvlText w:val="•"/>
      <w:lvlJc w:val="left"/>
      <w:pPr>
        <w:ind w:left="617" w:hanging="389"/>
      </w:pPr>
      <w:rPr>
        <w:rFonts w:hint="default"/>
        <w:lang w:val="ru-RU" w:eastAsia="en-US" w:bidi="ar-SA"/>
      </w:rPr>
    </w:lvl>
    <w:lvl w:ilvl="2" w:tplc="1F488252">
      <w:numFmt w:val="bullet"/>
      <w:lvlText w:val="•"/>
      <w:lvlJc w:val="left"/>
      <w:pPr>
        <w:ind w:left="1134" w:hanging="389"/>
      </w:pPr>
      <w:rPr>
        <w:rFonts w:hint="default"/>
        <w:lang w:val="ru-RU" w:eastAsia="en-US" w:bidi="ar-SA"/>
      </w:rPr>
    </w:lvl>
    <w:lvl w:ilvl="3" w:tplc="E4D0854C">
      <w:numFmt w:val="bullet"/>
      <w:lvlText w:val="•"/>
      <w:lvlJc w:val="left"/>
      <w:pPr>
        <w:ind w:left="1651" w:hanging="389"/>
      </w:pPr>
      <w:rPr>
        <w:rFonts w:hint="default"/>
        <w:lang w:val="ru-RU" w:eastAsia="en-US" w:bidi="ar-SA"/>
      </w:rPr>
    </w:lvl>
    <w:lvl w:ilvl="4" w:tplc="33D6E3C0">
      <w:numFmt w:val="bullet"/>
      <w:lvlText w:val="•"/>
      <w:lvlJc w:val="left"/>
      <w:pPr>
        <w:ind w:left="2168" w:hanging="389"/>
      </w:pPr>
      <w:rPr>
        <w:rFonts w:hint="default"/>
        <w:lang w:val="ru-RU" w:eastAsia="en-US" w:bidi="ar-SA"/>
      </w:rPr>
    </w:lvl>
    <w:lvl w:ilvl="5" w:tplc="D898F6A0">
      <w:numFmt w:val="bullet"/>
      <w:lvlText w:val="•"/>
      <w:lvlJc w:val="left"/>
      <w:pPr>
        <w:ind w:left="2685" w:hanging="389"/>
      </w:pPr>
      <w:rPr>
        <w:rFonts w:hint="default"/>
        <w:lang w:val="ru-RU" w:eastAsia="en-US" w:bidi="ar-SA"/>
      </w:rPr>
    </w:lvl>
    <w:lvl w:ilvl="6" w:tplc="F3489ED0">
      <w:numFmt w:val="bullet"/>
      <w:lvlText w:val="•"/>
      <w:lvlJc w:val="left"/>
      <w:pPr>
        <w:ind w:left="3202" w:hanging="389"/>
      </w:pPr>
      <w:rPr>
        <w:rFonts w:hint="default"/>
        <w:lang w:val="ru-RU" w:eastAsia="en-US" w:bidi="ar-SA"/>
      </w:rPr>
    </w:lvl>
    <w:lvl w:ilvl="7" w:tplc="1F704DFE">
      <w:numFmt w:val="bullet"/>
      <w:lvlText w:val="•"/>
      <w:lvlJc w:val="left"/>
      <w:pPr>
        <w:ind w:left="3719" w:hanging="389"/>
      </w:pPr>
      <w:rPr>
        <w:rFonts w:hint="default"/>
        <w:lang w:val="ru-RU" w:eastAsia="en-US" w:bidi="ar-SA"/>
      </w:rPr>
    </w:lvl>
    <w:lvl w:ilvl="8" w:tplc="8E76B0FA">
      <w:numFmt w:val="bullet"/>
      <w:lvlText w:val="•"/>
      <w:lvlJc w:val="left"/>
      <w:pPr>
        <w:ind w:left="4236" w:hanging="389"/>
      </w:pPr>
      <w:rPr>
        <w:rFonts w:hint="default"/>
        <w:lang w:val="ru-RU" w:eastAsia="en-US" w:bidi="ar-SA"/>
      </w:rPr>
    </w:lvl>
  </w:abstractNum>
  <w:abstractNum w:abstractNumId="23" w15:restartNumberingAfterBreak="0">
    <w:nsid w:val="6538627A"/>
    <w:multiLevelType w:val="hybridMultilevel"/>
    <w:tmpl w:val="F37C78C0"/>
    <w:lvl w:ilvl="0" w:tplc="E2569160">
      <w:start w:val="6"/>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9E16425E">
      <w:numFmt w:val="bullet"/>
      <w:lvlText w:val="•"/>
      <w:lvlJc w:val="left"/>
      <w:pPr>
        <w:ind w:left="1330" w:hanging="181"/>
      </w:pPr>
      <w:rPr>
        <w:rFonts w:hint="default"/>
        <w:lang w:val="ru-RU" w:eastAsia="en-US" w:bidi="ar-SA"/>
      </w:rPr>
    </w:lvl>
    <w:lvl w:ilvl="2" w:tplc="5DCAAAB2">
      <w:numFmt w:val="bullet"/>
      <w:lvlText w:val="•"/>
      <w:lvlJc w:val="left"/>
      <w:pPr>
        <w:ind w:left="2380" w:hanging="181"/>
      </w:pPr>
      <w:rPr>
        <w:rFonts w:hint="default"/>
        <w:lang w:val="ru-RU" w:eastAsia="en-US" w:bidi="ar-SA"/>
      </w:rPr>
    </w:lvl>
    <w:lvl w:ilvl="3" w:tplc="FC305926">
      <w:numFmt w:val="bullet"/>
      <w:lvlText w:val="•"/>
      <w:lvlJc w:val="left"/>
      <w:pPr>
        <w:ind w:left="3430" w:hanging="181"/>
      </w:pPr>
      <w:rPr>
        <w:rFonts w:hint="default"/>
        <w:lang w:val="ru-RU" w:eastAsia="en-US" w:bidi="ar-SA"/>
      </w:rPr>
    </w:lvl>
    <w:lvl w:ilvl="4" w:tplc="5E9E6468">
      <w:numFmt w:val="bullet"/>
      <w:lvlText w:val="•"/>
      <w:lvlJc w:val="left"/>
      <w:pPr>
        <w:ind w:left="4480" w:hanging="181"/>
      </w:pPr>
      <w:rPr>
        <w:rFonts w:hint="default"/>
        <w:lang w:val="ru-RU" w:eastAsia="en-US" w:bidi="ar-SA"/>
      </w:rPr>
    </w:lvl>
    <w:lvl w:ilvl="5" w:tplc="3E6C07AC">
      <w:numFmt w:val="bullet"/>
      <w:lvlText w:val="•"/>
      <w:lvlJc w:val="left"/>
      <w:pPr>
        <w:ind w:left="5530" w:hanging="181"/>
      </w:pPr>
      <w:rPr>
        <w:rFonts w:hint="default"/>
        <w:lang w:val="ru-RU" w:eastAsia="en-US" w:bidi="ar-SA"/>
      </w:rPr>
    </w:lvl>
    <w:lvl w:ilvl="6" w:tplc="9F586404">
      <w:numFmt w:val="bullet"/>
      <w:lvlText w:val="•"/>
      <w:lvlJc w:val="left"/>
      <w:pPr>
        <w:ind w:left="6580" w:hanging="181"/>
      </w:pPr>
      <w:rPr>
        <w:rFonts w:hint="default"/>
        <w:lang w:val="ru-RU" w:eastAsia="en-US" w:bidi="ar-SA"/>
      </w:rPr>
    </w:lvl>
    <w:lvl w:ilvl="7" w:tplc="4C9A1A32">
      <w:numFmt w:val="bullet"/>
      <w:lvlText w:val="•"/>
      <w:lvlJc w:val="left"/>
      <w:pPr>
        <w:ind w:left="7630" w:hanging="181"/>
      </w:pPr>
      <w:rPr>
        <w:rFonts w:hint="default"/>
        <w:lang w:val="ru-RU" w:eastAsia="en-US" w:bidi="ar-SA"/>
      </w:rPr>
    </w:lvl>
    <w:lvl w:ilvl="8" w:tplc="646E31D8">
      <w:numFmt w:val="bullet"/>
      <w:lvlText w:val="•"/>
      <w:lvlJc w:val="left"/>
      <w:pPr>
        <w:ind w:left="8680" w:hanging="181"/>
      </w:pPr>
      <w:rPr>
        <w:rFonts w:hint="default"/>
        <w:lang w:val="ru-RU" w:eastAsia="en-US" w:bidi="ar-SA"/>
      </w:rPr>
    </w:lvl>
  </w:abstractNum>
  <w:abstractNum w:abstractNumId="24" w15:restartNumberingAfterBreak="0">
    <w:nsid w:val="66DD0461"/>
    <w:multiLevelType w:val="multilevel"/>
    <w:tmpl w:val="E69A1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B93EF3"/>
    <w:multiLevelType w:val="hybridMultilevel"/>
    <w:tmpl w:val="78DAB664"/>
    <w:lvl w:ilvl="0" w:tplc="ACBE6E78">
      <w:start w:val="1"/>
      <w:numFmt w:val="decimal"/>
      <w:lvlText w:val="%1)"/>
      <w:lvlJc w:val="left"/>
      <w:pPr>
        <w:ind w:left="1478" w:hanging="380"/>
        <w:jc w:val="left"/>
      </w:pPr>
      <w:rPr>
        <w:rFonts w:ascii="Times New Roman" w:eastAsia="Times New Roman" w:hAnsi="Times New Roman" w:cs="Times New Roman" w:hint="default"/>
        <w:w w:val="99"/>
        <w:sz w:val="24"/>
        <w:szCs w:val="24"/>
        <w:lang w:val="ru-RU" w:eastAsia="en-US" w:bidi="ar-SA"/>
      </w:rPr>
    </w:lvl>
    <w:lvl w:ilvl="1" w:tplc="4D123386">
      <w:numFmt w:val="bullet"/>
      <w:lvlText w:val="•"/>
      <w:lvlJc w:val="left"/>
      <w:pPr>
        <w:ind w:left="2460" w:hanging="380"/>
      </w:pPr>
      <w:rPr>
        <w:rFonts w:hint="default"/>
        <w:lang w:val="ru-RU" w:eastAsia="en-US" w:bidi="ar-SA"/>
      </w:rPr>
    </w:lvl>
    <w:lvl w:ilvl="2" w:tplc="26E0C89E">
      <w:numFmt w:val="bullet"/>
      <w:lvlText w:val="•"/>
      <w:lvlJc w:val="left"/>
      <w:pPr>
        <w:ind w:left="3441" w:hanging="380"/>
      </w:pPr>
      <w:rPr>
        <w:rFonts w:hint="default"/>
        <w:lang w:val="ru-RU" w:eastAsia="en-US" w:bidi="ar-SA"/>
      </w:rPr>
    </w:lvl>
    <w:lvl w:ilvl="3" w:tplc="E55C84FC">
      <w:numFmt w:val="bullet"/>
      <w:lvlText w:val="•"/>
      <w:lvlJc w:val="left"/>
      <w:pPr>
        <w:ind w:left="4421" w:hanging="380"/>
      </w:pPr>
      <w:rPr>
        <w:rFonts w:hint="default"/>
        <w:lang w:val="ru-RU" w:eastAsia="en-US" w:bidi="ar-SA"/>
      </w:rPr>
    </w:lvl>
    <w:lvl w:ilvl="4" w:tplc="52808D4A">
      <w:numFmt w:val="bullet"/>
      <w:lvlText w:val="•"/>
      <w:lvlJc w:val="left"/>
      <w:pPr>
        <w:ind w:left="5402" w:hanging="380"/>
      </w:pPr>
      <w:rPr>
        <w:rFonts w:hint="default"/>
        <w:lang w:val="ru-RU" w:eastAsia="en-US" w:bidi="ar-SA"/>
      </w:rPr>
    </w:lvl>
    <w:lvl w:ilvl="5" w:tplc="DB12FEB2">
      <w:numFmt w:val="bullet"/>
      <w:lvlText w:val="•"/>
      <w:lvlJc w:val="left"/>
      <w:pPr>
        <w:ind w:left="6383" w:hanging="380"/>
      </w:pPr>
      <w:rPr>
        <w:rFonts w:hint="default"/>
        <w:lang w:val="ru-RU" w:eastAsia="en-US" w:bidi="ar-SA"/>
      </w:rPr>
    </w:lvl>
    <w:lvl w:ilvl="6" w:tplc="763AE8C8">
      <w:numFmt w:val="bullet"/>
      <w:lvlText w:val="•"/>
      <w:lvlJc w:val="left"/>
      <w:pPr>
        <w:ind w:left="7363" w:hanging="380"/>
      </w:pPr>
      <w:rPr>
        <w:rFonts w:hint="default"/>
        <w:lang w:val="ru-RU" w:eastAsia="en-US" w:bidi="ar-SA"/>
      </w:rPr>
    </w:lvl>
    <w:lvl w:ilvl="7" w:tplc="EF146D96">
      <w:numFmt w:val="bullet"/>
      <w:lvlText w:val="•"/>
      <w:lvlJc w:val="left"/>
      <w:pPr>
        <w:ind w:left="8344" w:hanging="380"/>
      </w:pPr>
      <w:rPr>
        <w:rFonts w:hint="default"/>
        <w:lang w:val="ru-RU" w:eastAsia="en-US" w:bidi="ar-SA"/>
      </w:rPr>
    </w:lvl>
    <w:lvl w:ilvl="8" w:tplc="B5923356">
      <w:numFmt w:val="bullet"/>
      <w:lvlText w:val="•"/>
      <w:lvlJc w:val="left"/>
      <w:pPr>
        <w:ind w:left="9325" w:hanging="380"/>
      </w:pPr>
      <w:rPr>
        <w:rFonts w:hint="default"/>
        <w:lang w:val="ru-RU" w:eastAsia="en-US" w:bidi="ar-SA"/>
      </w:rPr>
    </w:lvl>
  </w:abstractNum>
  <w:abstractNum w:abstractNumId="26" w15:restartNumberingAfterBreak="0">
    <w:nsid w:val="6B8B14BD"/>
    <w:multiLevelType w:val="hybridMultilevel"/>
    <w:tmpl w:val="B76C584A"/>
    <w:lvl w:ilvl="0" w:tplc="7F80C052">
      <w:start w:val="6"/>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96BAE4DC">
      <w:numFmt w:val="bullet"/>
      <w:lvlText w:val="•"/>
      <w:lvlJc w:val="left"/>
      <w:pPr>
        <w:ind w:left="1332" w:hanging="181"/>
      </w:pPr>
      <w:rPr>
        <w:rFonts w:hint="default"/>
        <w:lang w:val="ru-RU" w:eastAsia="en-US" w:bidi="ar-SA"/>
      </w:rPr>
    </w:lvl>
    <w:lvl w:ilvl="2" w:tplc="7CA67D62">
      <w:numFmt w:val="bullet"/>
      <w:lvlText w:val="•"/>
      <w:lvlJc w:val="left"/>
      <w:pPr>
        <w:ind w:left="2384" w:hanging="181"/>
      </w:pPr>
      <w:rPr>
        <w:rFonts w:hint="default"/>
        <w:lang w:val="ru-RU" w:eastAsia="en-US" w:bidi="ar-SA"/>
      </w:rPr>
    </w:lvl>
    <w:lvl w:ilvl="3" w:tplc="B5CE4EFE">
      <w:numFmt w:val="bullet"/>
      <w:lvlText w:val="•"/>
      <w:lvlJc w:val="left"/>
      <w:pPr>
        <w:ind w:left="3436" w:hanging="181"/>
      </w:pPr>
      <w:rPr>
        <w:rFonts w:hint="default"/>
        <w:lang w:val="ru-RU" w:eastAsia="en-US" w:bidi="ar-SA"/>
      </w:rPr>
    </w:lvl>
    <w:lvl w:ilvl="4" w:tplc="ED42B902">
      <w:numFmt w:val="bullet"/>
      <w:lvlText w:val="•"/>
      <w:lvlJc w:val="left"/>
      <w:pPr>
        <w:ind w:left="4488" w:hanging="181"/>
      </w:pPr>
      <w:rPr>
        <w:rFonts w:hint="default"/>
        <w:lang w:val="ru-RU" w:eastAsia="en-US" w:bidi="ar-SA"/>
      </w:rPr>
    </w:lvl>
    <w:lvl w:ilvl="5" w:tplc="17602BAC">
      <w:numFmt w:val="bullet"/>
      <w:lvlText w:val="•"/>
      <w:lvlJc w:val="left"/>
      <w:pPr>
        <w:ind w:left="5540" w:hanging="181"/>
      </w:pPr>
      <w:rPr>
        <w:rFonts w:hint="default"/>
        <w:lang w:val="ru-RU" w:eastAsia="en-US" w:bidi="ar-SA"/>
      </w:rPr>
    </w:lvl>
    <w:lvl w:ilvl="6" w:tplc="E37A687E">
      <w:numFmt w:val="bullet"/>
      <w:lvlText w:val="•"/>
      <w:lvlJc w:val="left"/>
      <w:pPr>
        <w:ind w:left="6592" w:hanging="181"/>
      </w:pPr>
      <w:rPr>
        <w:rFonts w:hint="default"/>
        <w:lang w:val="ru-RU" w:eastAsia="en-US" w:bidi="ar-SA"/>
      </w:rPr>
    </w:lvl>
    <w:lvl w:ilvl="7" w:tplc="12EC29B0">
      <w:numFmt w:val="bullet"/>
      <w:lvlText w:val="•"/>
      <w:lvlJc w:val="left"/>
      <w:pPr>
        <w:ind w:left="7644" w:hanging="181"/>
      </w:pPr>
      <w:rPr>
        <w:rFonts w:hint="default"/>
        <w:lang w:val="ru-RU" w:eastAsia="en-US" w:bidi="ar-SA"/>
      </w:rPr>
    </w:lvl>
    <w:lvl w:ilvl="8" w:tplc="B0308DCC">
      <w:numFmt w:val="bullet"/>
      <w:lvlText w:val="•"/>
      <w:lvlJc w:val="left"/>
      <w:pPr>
        <w:ind w:left="8696" w:hanging="181"/>
      </w:pPr>
      <w:rPr>
        <w:rFonts w:hint="default"/>
        <w:lang w:val="ru-RU" w:eastAsia="en-US" w:bidi="ar-SA"/>
      </w:rPr>
    </w:lvl>
  </w:abstractNum>
  <w:abstractNum w:abstractNumId="27" w15:restartNumberingAfterBreak="0">
    <w:nsid w:val="75C97F93"/>
    <w:multiLevelType w:val="hybridMultilevel"/>
    <w:tmpl w:val="234EBC80"/>
    <w:lvl w:ilvl="0" w:tplc="1DD2654E">
      <w:numFmt w:val="bullet"/>
      <w:lvlText w:val="-"/>
      <w:lvlJc w:val="left"/>
      <w:pPr>
        <w:ind w:left="1099" w:hanging="140"/>
      </w:pPr>
      <w:rPr>
        <w:rFonts w:ascii="Times New Roman" w:eastAsia="Times New Roman" w:hAnsi="Times New Roman" w:cs="Times New Roman" w:hint="default"/>
        <w:w w:val="99"/>
        <w:sz w:val="24"/>
        <w:szCs w:val="24"/>
        <w:lang w:val="ru-RU" w:eastAsia="en-US" w:bidi="ar-SA"/>
      </w:rPr>
    </w:lvl>
    <w:lvl w:ilvl="1" w:tplc="D412523C">
      <w:numFmt w:val="bullet"/>
      <w:lvlText w:val="•"/>
      <w:lvlJc w:val="left"/>
      <w:pPr>
        <w:ind w:left="2118" w:hanging="140"/>
      </w:pPr>
      <w:rPr>
        <w:rFonts w:hint="default"/>
        <w:lang w:val="ru-RU" w:eastAsia="en-US" w:bidi="ar-SA"/>
      </w:rPr>
    </w:lvl>
    <w:lvl w:ilvl="2" w:tplc="5E00B116">
      <w:numFmt w:val="bullet"/>
      <w:lvlText w:val="•"/>
      <w:lvlJc w:val="left"/>
      <w:pPr>
        <w:ind w:left="3137" w:hanging="140"/>
      </w:pPr>
      <w:rPr>
        <w:rFonts w:hint="default"/>
        <w:lang w:val="ru-RU" w:eastAsia="en-US" w:bidi="ar-SA"/>
      </w:rPr>
    </w:lvl>
    <w:lvl w:ilvl="3" w:tplc="373ED34C">
      <w:numFmt w:val="bullet"/>
      <w:lvlText w:val="•"/>
      <w:lvlJc w:val="left"/>
      <w:pPr>
        <w:ind w:left="4155" w:hanging="140"/>
      </w:pPr>
      <w:rPr>
        <w:rFonts w:hint="default"/>
        <w:lang w:val="ru-RU" w:eastAsia="en-US" w:bidi="ar-SA"/>
      </w:rPr>
    </w:lvl>
    <w:lvl w:ilvl="4" w:tplc="A24A8A94">
      <w:numFmt w:val="bullet"/>
      <w:lvlText w:val="•"/>
      <w:lvlJc w:val="left"/>
      <w:pPr>
        <w:ind w:left="5174" w:hanging="140"/>
      </w:pPr>
      <w:rPr>
        <w:rFonts w:hint="default"/>
        <w:lang w:val="ru-RU" w:eastAsia="en-US" w:bidi="ar-SA"/>
      </w:rPr>
    </w:lvl>
    <w:lvl w:ilvl="5" w:tplc="EAD0B854">
      <w:numFmt w:val="bullet"/>
      <w:lvlText w:val="•"/>
      <w:lvlJc w:val="left"/>
      <w:pPr>
        <w:ind w:left="6193" w:hanging="140"/>
      </w:pPr>
      <w:rPr>
        <w:rFonts w:hint="default"/>
        <w:lang w:val="ru-RU" w:eastAsia="en-US" w:bidi="ar-SA"/>
      </w:rPr>
    </w:lvl>
    <w:lvl w:ilvl="6" w:tplc="17849F6A">
      <w:numFmt w:val="bullet"/>
      <w:lvlText w:val="•"/>
      <w:lvlJc w:val="left"/>
      <w:pPr>
        <w:ind w:left="7211" w:hanging="140"/>
      </w:pPr>
      <w:rPr>
        <w:rFonts w:hint="default"/>
        <w:lang w:val="ru-RU" w:eastAsia="en-US" w:bidi="ar-SA"/>
      </w:rPr>
    </w:lvl>
    <w:lvl w:ilvl="7" w:tplc="1A4899B2">
      <w:numFmt w:val="bullet"/>
      <w:lvlText w:val="•"/>
      <w:lvlJc w:val="left"/>
      <w:pPr>
        <w:ind w:left="8230" w:hanging="140"/>
      </w:pPr>
      <w:rPr>
        <w:rFonts w:hint="default"/>
        <w:lang w:val="ru-RU" w:eastAsia="en-US" w:bidi="ar-SA"/>
      </w:rPr>
    </w:lvl>
    <w:lvl w:ilvl="8" w:tplc="EDFED2BE">
      <w:numFmt w:val="bullet"/>
      <w:lvlText w:val="•"/>
      <w:lvlJc w:val="left"/>
      <w:pPr>
        <w:ind w:left="9249" w:hanging="140"/>
      </w:pPr>
      <w:rPr>
        <w:rFonts w:hint="default"/>
        <w:lang w:val="ru-RU" w:eastAsia="en-US" w:bidi="ar-SA"/>
      </w:rPr>
    </w:lvl>
  </w:abstractNum>
  <w:abstractNum w:abstractNumId="28" w15:restartNumberingAfterBreak="0">
    <w:nsid w:val="799930AD"/>
    <w:multiLevelType w:val="hybridMultilevel"/>
    <w:tmpl w:val="0D6AE414"/>
    <w:lvl w:ilvl="0" w:tplc="522EFF6C">
      <w:start w:val="1"/>
      <w:numFmt w:val="decimal"/>
      <w:lvlText w:val="%1)"/>
      <w:lvlJc w:val="left"/>
      <w:pPr>
        <w:ind w:left="532" w:hanging="351"/>
        <w:jc w:val="left"/>
      </w:pPr>
      <w:rPr>
        <w:rFonts w:ascii="Times New Roman" w:eastAsia="Times New Roman" w:hAnsi="Times New Roman" w:cs="Times New Roman" w:hint="default"/>
        <w:w w:val="100"/>
        <w:sz w:val="24"/>
        <w:szCs w:val="24"/>
        <w:lang w:val="ru-RU" w:eastAsia="en-US" w:bidi="ar-SA"/>
      </w:rPr>
    </w:lvl>
    <w:lvl w:ilvl="1" w:tplc="7A80E124">
      <w:numFmt w:val="bullet"/>
      <w:lvlText w:val="•"/>
      <w:lvlJc w:val="left"/>
      <w:pPr>
        <w:ind w:left="1614" w:hanging="351"/>
      </w:pPr>
      <w:rPr>
        <w:rFonts w:hint="default"/>
        <w:lang w:val="ru-RU" w:eastAsia="en-US" w:bidi="ar-SA"/>
      </w:rPr>
    </w:lvl>
    <w:lvl w:ilvl="2" w:tplc="CFF43CCA">
      <w:numFmt w:val="bullet"/>
      <w:lvlText w:val="•"/>
      <w:lvlJc w:val="left"/>
      <w:pPr>
        <w:ind w:left="2689" w:hanging="351"/>
      </w:pPr>
      <w:rPr>
        <w:rFonts w:hint="default"/>
        <w:lang w:val="ru-RU" w:eastAsia="en-US" w:bidi="ar-SA"/>
      </w:rPr>
    </w:lvl>
    <w:lvl w:ilvl="3" w:tplc="6D886B34">
      <w:numFmt w:val="bullet"/>
      <w:lvlText w:val="•"/>
      <w:lvlJc w:val="left"/>
      <w:pPr>
        <w:ind w:left="3763" w:hanging="351"/>
      </w:pPr>
      <w:rPr>
        <w:rFonts w:hint="default"/>
        <w:lang w:val="ru-RU" w:eastAsia="en-US" w:bidi="ar-SA"/>
      </w:rPr>
    </w:lvl>
    <w:lvl w:ilvl="4" w:tplc="1EEA7D3E">
      <w:numFmt w:val="bullet"/>
      <w:lvlText w:val="•"/>
      <w:lvlJc w:val="left"/>
      <w:pPr>
        <w:ind w:left="4838" w:hanging="351"/>
      </w:pPr>
      <w:rPr>
        <w:rFonts w:hint="default"/>
        <w:lang w:val="ru-RU" w:eastAsia="en-US" w:bidi="ar-SA"/>
      </w:rPr>
    </w:lvl>
    <w:lvl w:ilvl="5" w:tplc="117039DA">
      <w:numFmt w:val="bullet"/>
      <w:lvlText w:val="•"/>
      <w:lvlJc w:val="left"/>
      <w:pPr>
        <w:ind w:left="5913" w:hanging="351"/>
      </w:pPr>
      <w:rPr>
        <w:rFonts w:hint="default"/>
        <w:lang w:val="ru-RU" w:eastAsia="en-US" w:bidi="ar-SA"/>
      </w:rPr>
    </w:lvl>
    <w:lvl w:ilvl="6" w:tplc="A96C21DE">
      <w:numFmt w:val="bullet"/>
      <w:lvlText w:val="•"/>
      <w:lvlJc w:val="left"/>
      <w:pPr>
        <w:ind w:left="6987" w:hanging="351"/>
      </w:pPr>
      <w:rPr>
        <w:rFonts w:hint="default"/>
        <w:lang w:val="ru-RU" w:eastAsia="en-US" w:bidi="ar-SA"/>
      </w:rPr>
    </w:lvl>
    <w:lvl w:ilvl="7" w:tplc="B3C28626">
      <w:numFmt w:val="bullet"/>
      <w:lvlText w:val="•"/>
      <w:lvlJc w:val="left"/>
      <w:pPr>
        <w:ind w:left="8062" w:hanging="351"/>
      </w:pPr>
      <w:rPr>
        <w:rFonts w:hint="default"/>
        <w:lang w:val="ru-RU" w:eastAsia="en-US" w:bidi="ar-SA"/>
      </w:rPr>
    </w:lvl>
    <w:lvl w:ilvl="8" w:tplc="ED5EF0B6">
      <w:numFmt w:val="bullet"/>
      <w:lvlText w:val="•"/>
      <w:lvlJc w:val="left"/>
      <w:pPr>
        <w:ind w:left="9137" w:hanging="351"/>
      </w:pPr>
      <w:rPr>
        <w:rFonts w:hint="default"/>
        <w:lang w:val="ru-RU" w:eastAsia="en-US" w:bidi="ar-SA"/>
      </w:rPr>
    </w:lvl>
  </w:abstractNum>
  <w:abstractNum w:abstractNumId="29" w15:restartNumberingAfterBreak="0">
    <w:nsid w:val="7A7779FD"/>
    <w:multiLevelType w:val="hybridMultilevel"/>
    <w:tmpl w:val="68784254"/>
    <w:lvl w:ilvl="0" w:tplc="198E9FA0">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2F1A6970">
      <w:numFmt w:val="bullet"/>
      <w:lvlText w:val="•"/>
      <w:lvlJc w:val="left"/>
      <w:pPr>
        <w:ind w:left="617" w:hanging="240"/>
      </w:pPr>
      <w:rPr>
        <w:rFonts w:hint="default"/>
        <w:lang w:val="ru-RU" w:eastAsia="en-US" w:bidi="ar-SA"/>
      </w:rPr>
    </w:lvl>
    <w:lvl w:ilvl="2" w:tplc="54800C3A">
      <w:numFmt w:val="bullet"/>
      <w:lvlText w:val="•"/>
      <w:lvlJc w:val="left"/>
      <w:pPr>
        <w:ind w:left="1134" w:hanging="240"/>
      </w:pPr>
      <w:rPr>
        <w:rFonts w:hint="default"/>
        <w:lang w:val="ru-RU" w:eastAsia="en-US" w:bidi="ar-SA"/>
      </w:rPr>
    </w:lvl>
    <w:lvl w:ilvl="3" w:tplc="5E74F4BE">
      <w:numFmt w:val="bullet"/>
      <w:lvlText w:val="•"/>
      <w:lvlJc w:val="left"/>
      <w:pPr>
        <w:ind w:left="1651" w:hanging="240"/>
      </w:pPr>
      <w:rPr>
        <w:rFonts w:hint="default"/>
        <w:lang w:val="ru-RU" w:eastAsia="en-US" w:bidi="ar-SA"/>
      </w:rPr>
    </w:lvl>
    <w:lvl w:ilvl="4" w:tplc="A672F532">
      <w:numFmt w:val="bullet"/>
      <w:lvlText w:val="•"/>
      <w:lvlJc w:val="left"/>
      <w:pPr>
        <w:ind w:left="2168" w:hanging="240"/>
      </w:pPr>
      <w:rPr>
        <w:rFonts w:hint="default"/>
        <w:lang w:val="ru-RU" w:eastAsia="en-US" w:bidi="ar-SA"/>
      </w:rPr>
    </w:lvl>
    <w:lvl w:ilvl="5" w:tplc="236C6F2A">
      <w:numFmt w:val="bullet"/>
      <w:lvlText w:val="•"/>
      <w:lvlJc w:val="left"/>
      <w:pPr>
        <w:ind w:left="2685" w:hanging="240"/>
      </w:pPr>
      <w:rPr>
        <w:rFonts w:hint="default"/>
        <w:lang w:val="ru-RU" w:eastAsia="en-US" w:bidi="ar-SA"/>
      </w:rPr>
    </w:lvl>
    <w:lvl w:ilvl="6" w:tplc="3B40530E">
      <w:numFmt w:val="bullet"/>
      <w:lvlText w:val="•"/>
      <w:lvlJc w:val="left"/>
      <w:pPr>
        <w:ind w:left="3202" w:hanging="240"/>
      </w:pPr>
      <w:rPr>
        <w:rFonts w:hint="default"/>
        <w:lang w:val="ru-RU" w:eastAsia="en-US" w:bidi="ar-SA"/>
      </w:rPr>
    </w:lvl>
    <w:lvl w:ilvl="7" w:tplc="927AD3E8">
      <w:numFmt w:val="bullet"/>
      <w:lvlText w:val="•"/>
      <w:lvlJc w:val="left"/>
      <w:pPr>
        <w:ind w:left="3719" w:hanging="240"/>
      </w:pPr>
      <w:rPr>
        <w:rFonts w:hint="default"/>
        <w:lang w:val="ru-RU" w:eastAsia="en-US" w:bidi="ar-SA"/>
      </w:rPr>
    </w:lvl>
    <w:lvl w:ilvl="8" w:tplc="11707A72">
      <w:numFmt w:val="bullet"/>
      <w:lvlText w:val="•"/>
      <w:lvlJc w:val="left"/>
      <w:pPr>
        <w:ind w:left="4236" w:hanging="240"/>
      </w:pPr>
      <w:rPr>
        <w:rFonts w:hint="default"/>
        <w:lang w:val="ru-RU" w:eastAsia="en-US" w:bidi="ar-SA"/>
      </w:rPr>
    </w:lvl>
  </w:abstractNum>
  <w:num w:numId="1">
    <w:abstractNumId w:val="23"/>
  </w:num>
  <w:num w:numId="2">
    <w:abstractNumId w:val="19"/>
  </w:num>
  <w:num w:numId="3">
    <w:abstractNumId w:val="21"/>
  </w:num>
  <w:num w:numId="4">
    <w:abstractNumId w:val="15"/>
  </w:num>
  <w:num w:numId="5">
    <w:abstractNumId w:val="9"/>
  </w:num>
  <w:num w:numId="6">
    <w:abstractNumId w:val="26"/>
  </w:num>
  <w:num w:numId="7">
    <w:abstractNumId w:val="14"/>
  </w:num>
  <w:num w:numId="8">
    <w:abstractNumId w:val="5"/>
  </w:num>
  <w:num w:numId="9">
    <w:abstractNumId w:val="3"/>
  </w:num>
  <w:num w:numId="10">
    <w:abstractNumId w:val="2"/>
  </w:num>
  <w:num w:numId="11">
    <w:abstractNumId w:val="4"/>
  </w:num>
  <w:num w:numId="12">
    <w:abstractNumId w:val="1"/>
  </w:num>
  <w:num w:numId="13">
    <w:abstractNumId w:val="0"/>
  </w:num>
  <w:num w:numId="14">
    <w:abstractNumId w:val="7"/>
  </w:num>
  <w:num w:numId="15">
    <w:abstractNumId w:val="10"/>
  </w:num>
  <w:num w:numId="16">
    <w:abstractNumId w:val="8"/>
  </w:num>
  <w:num w:numId="17">
    <w:abstractNumId w:val="16"/>
  </w:num>
  <w:num w:numId="18">
    <w:abstractNumId w:val="18"/>
  </w:num>
  <w:num w:numId="19">
    <w:abstractNumId w:val="22"/>
  </w:num>
  <w:num w:numId="20">
    <w:abstractNumId w:val="29"/>
  </w:num>
  <w:num w:numId="21">
    <w:abstractNumId w:val="27"/>
  </w:num>
  <w:num w:numId="22">
    <w:abstractNumId w:val="13"/>
  </w:num>
  <w:num w:numId="23">
    <w:abstractNumId w:val="6"/>
  </w:num>
  <w:num w:numId="24">
    <w:abstractNumId w:val="25"/>
  </w:num>
  <w:num w:numId="25">
    <w:abstractNumId w:val="28"/>
  </w:num>
  <w:num w:numId="26">
    <w:abstractNumId w:val="12"/>
  </w:num>
  <w:num w:numId="27">
    <w:abstractNumId w:val="17"/>
  </w:num>
  <w:num w:numId="28">
    <w:abstractNumId w:val="24"/>
  </w:num>
  <w:num w:numId="29">
    <w:abstractNumId w:val="11"/>
  </w:num>
  <w:num w:numId="3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24C8A"/>
    <w:rsid w:val="000719F8"/>
    <w:rsid w:val="001D3699"/>
    <w:rsid w:val="00277607"/>
    <w:rsid w:val="003147F9"/>
    <w:rsid w:val="004D6B8E"/>
    <w:rsid w:val="00624C8A"/>
    <w:rsid w:val="006C1B1D"/>
    <w:rsid w:val="007130C9"/>
    <w:rsid w:val="007D344E"/>
    <w:rsid w:val="00911E24"/>
    <w:rsid w:val="00942243"/>
    <w:rsid w:val="009B00F7"/>
    <w:rsid w:val="00A037E6"/>
    <w:rsid w:val="00A047B0"/>
    <w:rsid w:val="00BC07D8"/>
    <w:rsid w:val="00C30BCF"/>
    <w:rsid w:val="00C3160A"/>
    <w:rsid w:val="00CB6516"/>
    <w:rsid w:val="00E85698"/>
    <w:rsid w:val="00F81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38C34E2"/>
  <w15:docId w15:val="{EB2C7B48-2763-43ED-9C9C-4650D855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624C8A"/>
    <w:rPr>
      <w:rFonts w:ascii="Times New Roman" w:eastAsia="Times New Roman" w:hAnsi="Times New Roman" w:cs="Times New Roman"/>
      <w:lang w:val="ru-RU"/>
    </w:rPr>
  </w:style>
  <w:style w:type="paragraph" w:styleId="1">
    <w:name w:val="heading 1"/>
    <w:basedOn w:val="a1"/>
    <w:next w:val="a1"/>
    <w:link w:val="10"/>
    <w:uiPriority w:val="9"/>
    <w:qFormat/>
    <w:rsid w:val="003147F9"/>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1">
    <w:name w:val="heading 2"/>
    <w:basedOn w:val="a1"/>
    <w:next w:val="a1"/>
    <w:link w:val="22"/>
    <w:uiPriority w:val="9"/>
    <w:unhideWhenUsed/>
    <w:qFormat/>
    <w:rsid w:val="003147F9"/>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1"/>
    <w:next w:val="a1"/>
    <w:link w:val="32"/>
    <w:uiPriority w:val="9"/>
    <w:unhideWhenUsed/>
    <w:qFormat/>
    <w:rsid w:val="003147F9"/>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1"/>
    <w:next w:val="a1"/>
    <w:link w:val="40"/>
    <w:uiPriority w:val="9"/>
    <w:semiHidden/>
    <w:unhideWhenUsed/>
    <w:qFormat/>
    <w:rsid w:val="003147F9"/>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5">
    <w:name w:val="heading 5"/>
    <w:basedOn w:val="a1"/>
    <w:next w:val="a1"/>
    <w:link w:val="50"/>
    <w:uiPriority w:val="9"/>
    <w:semiHidden/>
    <w:unhideWhenUsed/>
    <w:qFormat/>
    <w:rsid w:val="003147F9"/>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rPr>
  </w:style>
  <w:style w:type="paragraph" w:styleId="6">
    <w:name w:val="heading 6"/>
    <w:basedOn w:val="a1"/>
    <w:next w:val="a1"/>
    <w:link w:val="60"/>
    <w:uiPriority w:val="9"/>
    <w:semiHidden/>
    <w:unhideWhenUsed/>
    <w:qFormat/>
    <w:rsid w:val="003147F9"/>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val="en-US"/>
    </w:rPr>
  </w:style>
  <w:style w:type="paragraph" w:styleId="7">
    <w:name w:val="heading 7"/>
    <w:basedOn w:val="a1"/>
    <w:next w:val="a1"/>
    <w:link w:val="70"/>
    <w:uiPriority w:val="9"/>
    <w:semiHidden/>
    <w:unhideWhenUsed/>
    <w:qFormat/>
    <w:rsid w:val="003147F9"/>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US"/>
    </w:rPr>
  </w:style>
  <w:style w:type="paragraph" w:styleId="8">
    <w:name w:val="heading 8"/>
    <w:basedOn w:val="a1"/>
    <w:next w:val="a1"/>
    <w:link w:val="80"/>
    <w:uiPriority w:val="9"/>
    <w:semiHidden/>
    <w:unhideWhenUsed/>
    <w:qFormat/>
    <w:rsid w:val="003147F9"/>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val="en-US"/>
    </w:rPr>
  </w:style>
  <w:style w:type="paragraph" w:styleId="9">
    <w:name w:val="heading 9"/>
    <w:basedOn w:val="a1"/>
    <w:next w:val="a1"/>
    <w:link w:val="90"/>
    <w:uiPriority w:val="9"/>
    <w:semiHidden/>
    <w:unhideWhenUsed/>
    <w:qFormat/>
    <w:rsid w:val="003147F9"/>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624C8A"/>
    <w:tblPr>
      <w:tblInd w:w="0" w:type="dxa"/>
      <w:tblCellMar>
        <w:top w:w="0" w:type="dxa"/>
        <w:left w:w="0" w:type="dxa"/>
        <w:bottom w:w="0" w:type="dxa"/>
        <w:right w:w="0" w:type="dxa"/>
      </w:tblCellMar>
    </w:tblPr>
  </w:style>
  <w:style w:type="paragraph" w:styleId="a5">
    <w:name w:val="Body Text"/>
    <w:basedOn w:val="a1"/>
    <w:link w:val="a6"/>
    <w:uiPriority w:val="1"/>
    <w:qFormat/>
    <w:rsid w:val="00624C8A"/>
    <w:pPr>
      <w:ind w:left="106"/>
    </w:pPr>
    <w:rPr>
      <w:sz w:val="24"/>
      <w:szCs w:val="24"/>
    </w:rPr>
  </w:style>
  <w:style w:type="paragraph" w:customStyle="1" w:styleId="11">
    <w:name w:val="Заголовок 11"/>
    <w:basedOn w:val="a1"/>
    <w:uiPriority w:val="1"/>
    <w:qFormat/>
    <w:rsid w:val="00624C8A"/>
    <w:pPr>
      <w:ind w:left="286"/>
      <w:outlineLvl w:val="1"/>
    </w:pPr>
    <w:rPr>
      <w:b/>
      <w:bCs/>
      <w:sz w:val="24"/>
      <w:szCs w:val="24"/>
    </w:rPr>
  </w:style>
  <w:style w:type="paragraph" w:customStyle="1" w:styleId="210">
    <w:name w:val="Заголовок 21"/>
    <w:basedOn w:val="a1"/>
    <w:uiPriority w:val="1"/>
    <w:qFormat/>
    <w:rsid w:val="00624C8A"/>
    <w:pPr>
      <w:ind w:left="286"/>
      <w:outlineLvl w:val="2"/>
    </w:pPr>
    <w:rPr>
      <w:b/>
      <w:bCs/>
      <w:i/>
      <w:iCs/>
      <w:sz w:val="24"/>
      <w:szCs w:val="24"/>
    </w:rPr>
  </w:style>
  <w:style w:type="paragraph" w:styleId="a7">
    <w:name w:val="List Paragraph"/>
    <w:basedOn w:val="a1"/>
    <w:uiPriority w:val="1"/>
    <w:qFormat/>
    <w:rsid w:val="00624C8A"/>
    <w:pPr>
      <w:ind w:left="286" w:hanging="181"/>
    </w:pPr>
  </w:style>
  <w:style w:type="paragraph" w:customStyle="1" w:styleId="TableParagraph">
    <w:name w:val="Table Paragraph"/>
    <w:basedOn w:val="a1"/>
    <w:uiPriority w:val="1"/>
    <w:qFormat/>
    <w:rsid w:val="00624C8A"/>
  </w:style>
  <w:style w:type="paragraph" w:styleId="a8">
    <w:name w:val="Balloon Text"/>
    <w:basedOn w:val="a1"/>
    <w:link w:val="a9"/>
    <w:uiPriority w:val="99"/>
    <w:semiHidden/>
    <w:unhideWhenUsed/>
    <w:rsid w:val="003147F9"/>
    <w:rPr>
      <w:rFonts w:ascii="Tahoma" w:hAnsi="Tahoma" w:cs="Tahoma"/>
      <w:sz w:val="16"/>
      <w:szCs w:val="16"/>
    </w:rPr>
  </w:style>
  <w:style w:type="character" w:customStyle="1" w:styleId="a9">
    <w:name w:val="Текст выноски Знак"/>
    <w:basedOn w:val="a2"/>
    <w:link w:val="a8"/>
    <w:uiPriority w:val="99"/>
    <w:semiHidden/>
    <w:rsid w:val="003147F9"/>
    <w:rPr>
      <w:rFonts w:ascii="Tahoma" w:eastAsia="Times New Roman" w:hAnsi="Tahoma" w:cs="Tahoma"/>
      <w:sz w:val="16"/>
      <w:szCs w:val="16"/>
      <w:lang w:val="ru-RU"/>
    </w:rPr>
  </w:style>
  <w:style w:type="character" w:customStyle="1" w:styleId="10">
    <w:name w:val="Заголовок 1 Знак"/>
    <w:basedOn w:val="a2"/>
    <w:link w:val="1"/>
    <w:uiPriority w:val="9"/>
    <w:rsid w:val="003147F9"/>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3147F9"/>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3147F9"/>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semiHidden/>
    <w:rsid w:val="003147F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3147F9"/>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3147F9"/>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3147F9"/>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3147F9"/>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3147F9"/>
    <w:rPr>
      <w:rFonts w:asciiTheme="majorHAnsi" w:eastAsiaTheme="majorEastAsia" w:hAnsiTheme="majorHAnsi" w:cstheme="majorBidi"/>
      <w:i/>
      <w:iCs/>
      <w:color w:val="404040" w:themeColor="text1" w:themeTint="BF"/>
      <w:sz w:val="20"/>
      <w:szCs w:val="20"/>
    </w:rPr>
  </w:style>
  <w:style w:type="character" w:customStyle="1" w:styleId="a6">
    <w:name w:val="Основной текст Знак"/>
    <w:basedOn w:val="a2"/>
    <w:link w:val="a5"/>
    <w:uiPriority w:val="1"/>
    <w:rsid w:val="003147F9"/>
    <w:rPr>
      <w:rFonts w:ascii="Times New Roman" w:eastAsia="Times New Roman" w:hAnsi="Times New Roman" w:cs="Times New Roman"/>
      <w:sz w:val="24"/>
      <w:szCs w:val="24"/>
      <w:lang w:val="ru-RU"/>
    </w:rPr>
  </w:style>
  <w:style w:type="paragraph" w:styleId="aa">
    <w:name w:val="header"/>
    <w:basedOn w:val="a1"/>
    <w:link w:val="ab"/>
    <w:uiPriority w:val="99"/>
    <w:unhideWhenUsed/>
    <w:rsid w:val="003147F9"/>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b">
    <w:name w:val="Верхний колонтитул Знак"/>
    <w:basedOn w:val="a2"/>
    <w:link w:val="aa"/>
    <w:uiPriority w:val="99"/>
    <w:rsid w:val="003147F9"/>
    <w:rPr>
      <w:rFonts w:eastAsiaTheme="minorEastAsia"/>
    </w:rPr>
  </w:style>
  <w:style w:type="paragraph" w:styleId="ac">
    <w:name w:val="footer"/>
    <w:basedOn w:val="a1"/>
    <w:link w:val="ad"/>
    <w:uiPriority w:val="99"/>
    <w:unhideWhenUsed/>
    <w:rsid w:val="003147F9"/>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d">
    <w:name w:val="Нижний колонтитул Знак"/>
    <w:basedOn w:val="a2"/>
    <w:link w:val="ac"/>
    <w:uiPriority w:val="99"/>
    <w:rsid w:val="003147F9"/>
    <w:rPr>
      <w:rFonts w:eastAsiaTheme="minorEastAsia"/>
    </w:rPr>
  </w:style>
  <w:style w:type="paragraph" w:styleId="ae">
    <w:name w:val="No Spacing"/>
    <w:uiPriority w:val="1"/>
    <w:qFormat/>
    <w:rsid w:val="003147F9"/>
    <w:pPr>
      <w:widowControl/>
      <w:autoSpaceDE/>
      <w:autoSpaceDN/>
    </w:pPr>
    <w:rPr>
      <w:rFonts w:eastAsiaTheme="minorEastAsia"/>
    </w:rPr>
  </w:style>
  <w:style w:type="paragraph" w:styleId="af">
    <w:name w:val="Title"/>
    <w:basedOn w:val="a1"/>
    <w:next w:val="a1"/>
    <w:link w:val="af0"/>
    <w:uiPriority w:val="10"/>
    <w:qFormat/>
    <w:rsid w:val="003147F9"/>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0">
    <w:name w:val="Заголовок Знак"/>
    <w:basedOn w:val="a2"/>
    <w:link w:val="af"/>
    <w:uiPriority w:val="10"/>
    <w:rsid w:val="003147F9"/>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1"/>
    <w:next w:val="a1"/>
    <w:link w:val="af2"/>
    <w:uiPriority w:val="11"/>
    <w:qFormat/>
    <w:rsid w:val="003147F9"/>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af2">
    <w:name w:val="Подзаголовок Знак"/>
    <w:basedOn w:val="a2"/>
    <w:link w:val="af1"/>
    <w:uiPriority w:val="11"/>
    <w:rsid w:val="003147F9"/>
    <w:rPr>
      <w:rFonts w:asciiTheme="majorHAnsi" w:eastAsiaTheme="majorEastAsia" w:hAnsiTheme="majorHAnsi" w:cstheme="majorBidi"/>
      <w:i/>
      <w:iCs/>
      <w:color w:val="4F81BD" w:themeColor="accent1"/>
      <w:spacing w:val="15"/>
      <w:sz w:val="24"/>
      <w:szCs w:val="24"/>
    </w:rPr>
  </w:style>
  <w:style w:type="paragraph" w:styleId="23">
    <w:name w:val="Body Text 2"/>
    <w:basedOn w:val="a1"/>
    <w:link w:val="24"/>
    <w:uiPriority w:val="99"/>
    <w:unhideWhenUsed/>
    <w:rsid w:val="003147F9"/>
    <w:pPr>
      <w:widowControl/>
      <w:autoSpaceDE/>
      <w:autoSpaceDN/>
      <w:spacing w:after="120" w:line="480" w:lineRule="auto"/>
    </w:pPr>
    <w:rPr>
      <w:rFonts w:asciiTheme="minorHAnsi" w:eastAsiaTheme="minorEastAsia" w:hAnsiTheme="minorHAnsi" w:cstheme="minorBidi"/>
      <w:lang w:val="en-US"/>
    </w:rPr>
  </w:style>
  <w:style w:type="character" w:customStyle="1" w:styleId="24">
    <w:name w:val="Основной текст 2 Знак"/>
    <w:basedOn w:val="a2"/>
    <w:link w:val="23"/>
    <w:uiPriority w:val="99"/>
    <w:rsid w:val="003147F9"/>
    <w:rPr>
      <w:rFonts w:eastAsiaTheme="minorEastAsia"/>
    </w:rPr>
  </w:style>
  <w:style w:type="paragraph" w:styleId="33">
    <w:name w:val="Body Text 3"/>
    <w:basedOn w:val="a1"/>
    <w:link w:val="34"/>
    <w:uiPriority w:val="99"/>
    <w:unhideWhenUsed/>
    <w:rsid w:val="003147F9"/>
    <w:pPr>
      <w:widowControl/>
      <w:autoSpaceDE/>
      <w:autoSpaceDN/>
      <w:spacing w:after="120" w:line="276" w:lineRule="auto"/>
    </w:pPr>
    <w:rPr>
      <w:rFonts w:asciiTheme="minorHAnsi" w:eastAsiaTheme="minorEastAsia" w:hAnsiTheme="minorHAnsi" w:cstheme="minorBidi"/>
      <w:sz w:val="16"/>
      <w:szCs w:val="16"/>
      <w:lang w:val="en-US"/>
    </w:rPr>
  </w:style>
  <w:style w:type="character" w:customStyle="1" w:styleId="34">
    <w:name w:val="Основной текст 3 Знак"/>
    <w:basedOn w:val="a2"/>
    <w:link w:val="33"/>
    <w:uiPriority w:val="99"/>
    <w:rsid w:val="003147F9"/>
    <w:rPr>
      <w:rFonts w:eastAsiaTheme="minorEastAsia"/>
      <w:sz w:val="16"/>
      <w:szCs w:val="16"/>
    </w:rPr>
  </w:style>
  <w:style w:type="paragraph" w:styleId="af3">
    <w:name w:val="List"/>
    <w:basedOn w:val="a1"/>
    <w:uiPriority w:val="99"/>
    <w:unhideWhenUsed/>
    <w:rsid w:val="003147F9"/>
    <w:pPr>
      <w:widowControl/>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5">
    <w:name w:val="List 2"/>
    <w:basedOn w:val="a1"/>
    <w:uiPriority w:val="99"/>
    <w:unhideWhenUsed/>
    <w:rsid w:val="003147F9"/>
    <w:pPr>
      <w:widowControl/>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5">
    <w:name w:val="List 3"/>
    <w:basedOn w:val="a1"/>
    <w:uiPriority w:val="99"/>
    <w:unhideWhenUsed/>
    <w:rsid w:val="003147F9"/>
    <w:pPr>
      <w:widowControl/>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0">
    <w:name w:val="List Bullet"/>
    <w:basedOn w:val="a1"/>
    <w:uiPriority w:val="99"/>
    <w:unhideWhenUsed/>
    <w:rsid w:val="003147F9"/>
    <w:pPr>
      <w:widowControl/>
      <w:numPr>
        <w:numId w:val="8"/>
      </w:numPr>
      <w:autoSpaceDE/>
      <w:autoSpaceDN/>
      <w:spacing w:after="200" w:line="276" w:lineRule="auto"/>
      <w:contextualSpacing/>
    </w:pPr>
    <w:rPr>
      <w:rFonts w:asciiTheme="minorHAnsi" w:eastAsiaTheme="minorEastAsia" w:hAnsiTheme="minorHAnsi" w:cstheme="minorBidi"/>
      <w:lang w:val="en-US"/>
    </w:rPr>
  </w:style>
  <w:style w:type="paragraph" w:styleId="20">
    <w:name w:val="List Bullet 2"/>
    <w:basedOn w:val="a1"/>
    <w:uiPriority w:val="99"/>
    <w:unhideWhenUsed/>
    <w:rsid w:val="003147F9"/>
    <w:pPr>
      <w:widowControl/>
      <w:numPr>
        <w:numId w:val="9"/>
      </w:numPr>
      <w:autoSpaceDE/>
      <w:autoSpaceDN/>
      <w:spacing w:after="200" w:line="276" w:lineRule="auto"/>
      <w:contextualSpacing/>
    </w:pPr>
    <w:rPr>
      <w:rFonts w:asciiTheme="minorHAnsi" w:eastAsiaTheme="minorEastAsia" w:hAnsiTheme="minorHAnsi" w:cstheme="minorBidi"/>
      <w:lang w:val="en-US"/>
    </w:rPr>
  </w:style>
  <w:style w:type="paragraph" w:styleId="30">
    <w:name w:val="List Bullet 3"/>
    <w:basedOn w:val="a1"/>
    <w:uiPriority w:val="99"/>
    <w:unhideWhenUsed/>
    <w:rsid w:val="003147F9"/>
    <w:pPr>
      <w:widowControl/>
      <w:numPr>
        <w:numId w:val="10"/>
      </w:numPr>
      <w:autoSpaceDE/>
      <w:autoSpaceDN/>
      <w:spacing w:after="200" w:line="276" w:lineRule="auto"/>
      <w:contextualSpacing/>
    </w:pPr>
    <w:rPr>
      <w:rFonts w:asciiTheme="minorHAnsi" w:eastAsiaTheme="minorEastAsia" w:hAnsiTheme="minorHAnsi" w:cstheme="minorBidi"/>
      <w:lang w:val="en-US"/>
    </w:rPr>
  </w:style>
  <w:style w:type="paragraph" w:styleId="a">
    <w:name w:val="List Number"/>
    <w:basedOn w:val="a1"/>
    <w:uiPriority w:val="99"/>
    <w:unhideWhenUsed/>
    <w:rsid w:val="003147F9"/>
    <w:pPr>
      <w:widowControl/>
      <w:numPr>
        <w:numId w:val="11"/>
      </w:numPr>
      <w:autoSpaceDE/>
      <w:autoSpaceDN/>
      <w:spacing w:after="200" w:line="276" w:lineRule="auto"/>
      <w:contextualSpacing/>
    </w:pPr>
    <w:rPr>
      <w:rFonts w:asciiTheme="minorHAnsi" w:eastAsiaTheme="minorEastAsia" w:hAnsiTheme="minorHAnsi" w:cstheme="minorBidi"/>
      <w:lang w:val="en-US"/>
    </w:rPr>
  </w:style>
  <w:style w:type="paragraph" w:styleId="2">
    <w:name w:val="List Number 2"/>
    <w:basedOn w:val="a1"/>
    <w:uiPriority w:val="99"/>
    <w:unhideWhenUsed/>
    <w:rsid w:val="003147F9"/>
    <w:pPr>
      <w:widowControl/>
      <w:numPr>
        <w:numId w:val="12"/>
      </w:numPr>
      <w:autoSpaceDE/>
      <w:autoSpaceDN/>
      <w:spacing w:after="200" w:line="276" w:lineRule="auto"/>
      <w:contextualSpacing/>
    </w:pPr>
    <w:rPr>
      <w:rFonts w:asciiTheme="minorHAnsi" w:eastAsiaTheme="minorEastAsia" w:hAnsiTheme="minorHAnsi" w:cstheme="minorBidi"/>
      <w:lang w:val="en-US"/>
    </w:rPr>
  </w:style>
  <w:style w:type="paragraph" w:styleId="3">
    <w:name w:val="List Number 3"/>
    <w:basedOn w:val="a1"/>
    <w:uiPriority w:val="99"/>
    <w:unhideWhenUsed/>
    <w:rsid w:val="003147F9"/>
    <w:pPr>
      <w:widowControl/>
      <w:numPr>
        <w:numId w:val="13"/>
      </w:numPr>
      <w:autoSpaceDE/>
      <w:autoSpaceDN/>
      <w:spacing w:after="200" w:line="276" w:lineRule="auto"/>
      <w:contextualSpacing/>
    </w:pPr>
    <w:rPr>
      <w:rFonts w:asciiTheme="minorHAnsi" w:eastAsiaTheme="minorEastAsia" w:hAnsiTheme="minorHAnsi" w:cstheme="minorBidi"/>
      <w:lang w:val="en-US"/>
    </w:rPr>
  </w:style>
  <w:style w:type="paragraph" w:styleId="af4">
    <w:name w:val="List Continue"/>
    <w:basedOn w:val="a1"/>
    <w:uiPriority w:val="99"/>
    <w:unhideWhenUsed/>
    <w:rsid w:val="003147F9"/>
    <w:pPr>
      <w:widowControl/>
      <w:autoSpaceDE/>
      <w:autoSpaceDN/>
      <w:spacing w:after="120" w:line="276" w:lineRule="auto"/>
      <w:ind w:left="360"/>
      <w:contextualSpacing/>
    </w:pPr>
    <w:rPr>
      <w:rFonts w:asciiTheme="minorHAnsi" w:eastAsiaTheme="minorEastAsia" w:hAnsiTheme="minorHAnsi" w:cstheme="minorBidi"/>
      <w:lang w:val="en-US"/>
    </w:rPr>
  </w:style>
  <w:style w:type="paragraph" w:styleId="26">
    <w:name w:val="List Continue 2"/>
    <w:basedOn w:val="a1"/>
    <w:uiPriority w:val="99"/>
    <w:unhideWhenUsed/>
    <w:rsid w:val="003147F9"/>
    <w:pPr>
      <w:widowControl/>
      <w:autoSpaceDE/>
      <w:autoSpaceDN/>
      <w:spacing w:after="120" w:line="276" w:lineRule="auto"/>
      <w:ind w:left="720"/>
      <w:contextualSpacing/>
    </w:pPr>
    <w:rPr>
      <w:rFonts w:asciiTheme="minorHAnsi" w:eastAsiaTheme="minorEastAsia" w:hAnsiTheme="minorHAnsi" w:cstheme="minorBidi"/>
      <w:lang w:val="en-US"/>
    </w:rPr>
  </w:style>
  <w:style w:type="paragraph" w:styleId="36">
    <w:name w:val="List Continue 3"/>
    <w:basedOn w:val="a1"/>
    <w:uiPriority w:val="99"/>
    <w:unhideWhenUsed/>
    <w:rsid w:val="003147F9"/>
    <w:pPr>
      <w:widowControl/>
      <w:autoSpaceDE/>
      <w:autoSpaceDN/>
      <w:spacing w:after="120" w:line="276" w:lineRule="auto"/>
      <w:ind w:left="1080"/>
      <w:contextualSpacing/>
    </w:pPr>
    <w:rPr>
      <w:rFonts w:asciiTheme="minorHAnsi" w:eastAsiaTheme="minorEastAsia" w:hAnsiTheme="minorHAnsi" w:cstheme="minorBidi"/>
      <w:lang w:val="en-US"/>
    </w:rPr>
  </w:style>
  <w:style w:type="paragraph" w:styleId="af5">
    <w:name w:val="macro"/>
    <w:link w:val="af6"/>
    <w:uiPriority w:val="99"/>
    <w:unhideWhenUsed/>
    <w:rsid w:val="003147F9"/>
    <w:pPr>
      <w:widowControl/>
      <w:tabs>
        <w:tab w:val="left" w:pos="576"/>
        <w:tab w:val="left" w:pos="1152"/>
        <w:tab w:val="left" w:pos="1728"/>
        <w:tab w:val="left" w:pos="2304"/>
        <w:tab w:val="left" w:pos="2880"/>
        <w:tab w:val="left" w:pos="3456"/>
        <w:tab w:val="left" w:pos="4032"/>
      </w:tabs>
      <w:autoSpaceDE/>
      <w:autoSpaceDN/>
      <w:spacing w:after="200" w:line="276" w:lineRule="auto"/>
    </w:pPr>
    <w:rPr>
      <w:rFonts w:ascii="Courier" w:eastAsiaTheme="minorEastAsia" w:hAnsi="Courier"/>
      <w:sz w:val="20"/>
      <w:szCs w:val="20"/>
    </w:rPr>
  </w:style>
  <w:style w:type="character" w:customStyle="1" w:styleId="af6">
    <w:name w:val="Текст макроса Знак"/>
    <w:basedOn w:val="a2"/>
    <w:link w:val="af5"/>
    <w:uiPriority w:val="99"/>
    <w:rsid w:val="003147F9"/>
    <w:rPr>
      <w:rFonts w:ascii="Courier" w:eastAsiaTheme="minorEastAsia" w:hAnsi="Courier"/>
      <w:sz w:val="20"/>
      <w:szCs w:val="20"/>
    </w:rPr>
  </w:style>
  <w:style w:type="paragraph" w:styleId="27">
    <w:name w:val="Quote"/>
    <w:basedOn w:val="a1"/>
    <w:next w:val="a1"/>
    <w:link w:val="28"/>
    <w:uiPriority w:val="29"/>
    <w:qFormat/>
    <w:rsid w:val="003147F9"/>
    <w:pPr>
      <w:widowControl/>
      <w:autoSpaceDE/>
      <w:autoSpaceDN/>
      <w:spacing w:after="200" w:line="276" w:lineRule="auto"/>
    </w:pPr>
    <w:rPr>
      <w:rFonts w:asciiTheme="minorHAnsi" w:eastAsiaTheme="minorEastAsia" w:hAnsiTheme="minorHAnsi" w:cstheme="minorBidi"/>
      <w:i/>
      <w:iCs/>
      <w:color w:val="000000" w:themeColor="text1"/>
      <w:lang w:val="en-US"/>
    </w:rPr>
  </w:style>
  <w:style w:type="character" w:customStyle="1" w:styleId="28">
    <w:name w:val="Цитата 2 Знак"/>
    <w:basedOn w:val="a2"/>
    <w:link w:val="27"/>
    <w:uiPriority w:val="29"/>
    <w:rsid w:val="003147F9"/>
    <w:rPr>
      <w:rFonts w:eastAsiaTheme="minorEastAsia"/>
      <w:i/>
      <w:iCs/>
      <w:color w:val="000000" w:themeColor="text1"/>
    </w:rPr>
  </w:style>
  <w:style w:type="character" w:styleId="af7">
    <w:name w:val="Strong"/>
    <w:basedOn w:val="a2"/>
    <w:uiPriority w:val="22"/>
    <w:qFormat/>
    <w:rsid w:val="003147F9"/>
    <w:rPr>
      <w:b/>
      <w:bCs/>
    </w:rPr>
  </w:style>
  <w:style w:type="character" w:styleId="af8">
    <w:name w:val="Emphasis"/>
    <w:basedOn w:val="a2"/>
    <w:uiPriority w:val="20"/>
    <w:qFormat/>
    <w:rsid w:val="003147F9"/>
    <w:rPr>
      <w:i/>
      <w:iCs/>
    </w:rPr>
  </w:style>
  <w:style w:type="paragraph" w:styleId="af9">
    <w:name w:val="Intense Quote"/>
    <w:basedOn w:val="a1"/>
    <w:next w:val="a1"/>
    <w:link w:val="afa"/>
    <w:uiPriority w:val="30"/>
    <w:qFormat/>
    <w:rsid w:val="003147F9"/>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afa">
    <w:name w:val="Выделенная цитата Знак"/>
    <w:basedOn w:val="a2"/>
    <w:link w:val="af9"/>
    <w:uiPriority w:val="30"/>
    <w:rsid w:val="003147F9"/>
    <w:rPr>
      <w:rFonts w:eastAsiaTheme="minorEastAsia"/>
      <w:b/>
      <w:bCs/>
      <w:i/>
      <w:iCs/>
      <w:color w:val="4F81BD" w:themeColor="accent1"/>
    </w:rPr>
  </w:style>
  <w:style w:type="character" w:styleId="afb">
    <w:name w:val="Subtle Emphasis"/>
    <w:basedOn w:val="a2"/>
    <w:uiPriority w:val="19"/>
    <w:qFormat/>
    <w:rsid w:val="003147F9"/>
    <w:rPr>
      <w:i/>
      <w:iCs/>
      <w:color w:val="808080" w:themeColor="text1" w:themeTint="7F"/>
    </w:rPr>
  </w:style>
  <w:style w:type="character" w:styleId="afc">
    <w:name w:val="Intense Emphasis"/>
    <w:basedOn w:val="a2"/>
    <w:uiPriority w:val="21"/>
    <w:qFormat/>
    <w:rsid w:val="003147F9"/>
    <w:rPr>
      <w:b/>
      <w:bCs/>
      <w:i/>
      <w:iCs/>
      <w:color w:val="4F81BD" w:themeColor="accent1"/>
    </w:rPr>
  </w:style>
  <w:style w:type="character" w:styleId="afd">
    <w:name w:val="Subtle Reference"/>
    <w:basedOn w:val="a2"/>
    <w:uiPriority w:val="31"/>
    <w:qFormat/>
    <w:rsid w:val="003147F9"/>
    <w:rPr>
      <w:smallCaps/>
      <w:color w:val="C0504D" w:themeColor="accent2"/>
      <w:u w:val="single"/>
    </w:rPr>
  </w:style>
  <w:style w:type="character" w:styleId="afe">
    <w:name w:val="Intense Reference"/>
    <w:basedOn w:val="a2"/>
    <w:uiPriority w:val="32"/>
    <w:qFormat/>
    <w:rsid w:val="003147F9"/>
    <w:rPr>
      <w:b/>
      <w:bCs/>
      <w:smallCaps/>
      <w:color w:val="C0504D" w:themeColor="accent2"/>
      <w:spacing w:val="5"/>
      <w:u w:val="single"/>
    </w:rPr>
  </w:style>
  <w:style w:type="character" w:styleId="aff">
    <w:name w:val="Book Title"/>
    <w:basedOn w:val="a2"/>
    <w:uiPriority w:val="33"/>
    <w:qFormat/>
    <w:rsid w:val="003147F9"/>
    <w:rPr>
      <w:b/>
      <w:bCs/>
      <w:smallCaps/>
      <w:spacing w:val="5"/>
    </w:rPr>
  </w:style>
  <w:style w:type="paragraph" w:styleId="aff0">
    <w:name w:val="footnote text"/>
    <w:basedOn w:val="a1"/>
    <w:link w:val="aff1"/>
    <w:uiPriority w:val="99"/>
    <w:semiHidden/>
    <w:unhideWhenUsed/>
    <w:rsid w:val="00A047B0"/>
    <w:rPr>
      <w:sz w:val="20"/>
      <w:szCs w:val="20"/>
    </w:rPr>
  </w:style>
  <w:style w:type="character" w:customStyle="1" w:styleId="aff1">
    <w:name w:val="Текст сноски Знак"/>
    <w:basedOn w:val="a2"/>
    <w:link w:val="aff0"/>
    <w:uiPriority w:val="99"/>
    <w:semiHidden/>
    <w:rsid w:val="00A047B0"/>
    <w:rPr>
      <w:rFonts w:ascii="Times New Roman" w:eastAsia="Times New Roman" w:hAnsi="Times New Roman" w:cs="Times New Roman"/>
      <w:sz w:val="20"/>
      <w:szCs w:val="20"/>
      <w:lang w:val="ru-RU"/>
    </w:rPr>
  </w:style>
  <w:style w:type="character" w:styleId="aff2">
    <w:name w:val="footnote reference"/>
    <w:basedOn w:val="a2"/>
    <w:uiPriority w:val="99"/>
    <w:semiHidden/>
    <w:unhideWhenUsed/>
    <w:rsid w:val="00A047B0"/>
    <w:rPr>
      <w:vertAlign w:val="superscript"/>
    </w:rPr>
  </w:style>
  <w:style w:type="paragraph" w:customStyle="1" w:styleId="310">
    <w:name w:val="Заголовок 31"/>
    <w:basedOn w:val="a1"/>
    <w:uiPriority w:val="1"/>
    <w:qFormat/>
    <w:rsid w:val="00A037E6"/>
    <w:pPr>
      <w:spacing w:before="5" w:line="274" w:lineRule="exact"/>
      <w:ind w:left="1810"/>
      <w:outlineLvl w:val="3"/>
    </w:pPr>
    <w:rPr>
      <w:b/>
      <w:bCs/>
      <w:i/>
      <w:iCs/>
      <w:sz w:val="24"/>
      <w:szCs w:val="24"/>
    </w:rPr>
  </w:style>
  <w:style w:type="paragraph" w:styleId="aff3">
    <w:name w:val="Normal (Web)"/>
    <w:basedOn w:val="a1"/>
    <w:uiPriority w:val="99"/>
    <w:semiHidden/>
    <w:unhideWhenUsed/>
    <w:rsid w:val="00E85698"/>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shkolu.ru/" TargetMode="External"/><Relationship Id="rId18" Type="http://schemas.openxmlformats.org/officeDocument/2006/relationships/hyperlink" Target="http://pedsovet.su/load/27" TargetMode="External"/><Relationship Id="rId26" Type="http://schemas.openxmlformats.org/officeDocument/2006/relationships/hyperlink" Target="http://rus.1september.ru/" TargetMode="External"/><Relationship Id="rId39" Type="http://schemas.openxmlformats.org/officeDocument/2006/relationships/hyperlink" Target="http://pedsovet.su/load/27" TargetMode="External"/><Relationship Id="rId21" Type="http://schemas.openxmlformats.org/officeDocument/2006/relationships/hyperlink" Target="http://pedsovet.su/load/27" TargetMode="External"/><Relationship Id="rId34" Type="http://schemas.openxmlformats.org/officeDocument/2006/relationships/hyperlink" Target="http://www.proshkolu.ru/" TargetMode="External"/><Relationship Id="rId42" Type="http://schemas.openxmlformats.org/officeDocument/2006/relationships/hyperlink" Target="http://pedsovet.su/load/27" TargetMode="External"/><Relationship Id="rId47" Type="http://schemas.openxmlformats.org/officeDocument/2006/relationships/hyperlink" Target="http://rus.1september.ru/" TargetMode="External"/><Relationship Id="rId50" Type="http://schemas.openxmlformats.org/officeDocument/2006/relationships/hyperlink" Target="http://rus.1september.ru/" TargetMode="External"/><Relationship Id="rId55" Type="http://schemas.openxmlformats.org/officeDocument/2006/relationships/hyperlink" Target="http://www.proshkolu.ru/" TargetMode="External"/><Relationship Id="rId63" Type="http://schemas.openxmlformats.org/officeDocument/2006/relationships/hyperlink" Target="http://pedsovet.su/load/27" TargetMode="External"/><Relationship Id="rId68" Type="http://schemas.openxmlformats.org/officeDocument/2006/relationships/hyperlink" Target="http://rus.1september.ru/" TargetMode="External"/><Relationship Id="rId76" Type="http://schemas.openxmlformats.org/officeDocument/2006/relationships/hyperlink" Target="http://www.proshkolu.ru/" TargetMode="External"/><Relationship Id="rId84" Type="http://schemas.openxmlformats.org/officeDocument/2006/relationships/theme" Target="theme/theme1.xml"/><Relationship Id="rId7" Type="http://schemas.openxmlformats.org/officeDocument/2006/relationships/hyperlink" Target="http://www.rosental-book.ru/" TargetMode="External"/><Relationship Id="rId71" Type="http://schemas.openxmlformats.org/officeDocument/2006/relationships/hyperlink" Target="http://rus.1september.ru/" TargetMode="External"/><Relationship Id="rId2" Type="http://schemas.openxmlformats.org/officeDocument/2006/relationships/numbering" Target="numbering.xml"/><Relationship Id="rId16" Type="http://schemas.openxmlformats.org/officeDocument/2006/relationships/hyperlink" Target="http://www.proshkolu.ru/" TargetMode="External"/><Relationship Id="rId29" Type="http://schemas.openxmlformats.org/officeDocument/2006/relationships/hyperlink" Target="http://rus.1september.ru/" TargetMode="External"/><Relationship Id="rId11" Type="http://schemas.openxmlformats.org/officeDocument/2006/relationships/hyperlink" Target="http://rus.1september.ru/" TargetMode="External"/><Relationship Id="rId24" Type="http://schemas.openxmlformats.org/officeDocument/2006/relationships/hyperlink" Target="http://pedsovet.su/load/27" TargetMode="External"/><Relationship Id="rId32" Type="http://schemas.openxmlformats.org/officeDocument/2006/relationships/hyperlink" Target="http://rus.1september.ru/" TargetMode="External"/><Relationship Id="rId37" Type="http://schemas.openxmlformats.org/officeDocument/2006/relationships/hyperlink" Target="http://www.proshkolu.ru/" TargetMode="External"/><Relationship Id="rId40" Type="http://schemas.openxmlformats.org/officeDocument/2006/relationships/hyperlink" Target="http://www.proshkolu.ru/" TargetMode="External"/><Relationship Id="rId45" Type="http://schemas.openxmlformats.org/officeDocument/2006/relationships/hyperlink" Target="http://pedsovet.su/load/27" TargetMode="External"/><Relationship Id="rId53" Type="http://schemas.openxmlformats.org/officeDocument/2006/relationships/hyperlink" Target="http://rus.1september.ru/" TargetMode="External"/><Relationship Id="rId58" Type="http://schemas.openxmlformats.org/officeDocument/2006/relationships/hyperlink" Target="http://www.proshkolu.ru/" TargetMode="External"/><Relationship Id="rId66" Type="http://schemas.openxmlformats.org/officeDocument/2006/relationships/hyperlink" Target="http://pedsovet.su/load/27" TargetMode="External"/><Relationship Id="rId74" Type="http://schemas.openxmlformats.org/officeDocument/2006/relationships/hyperlink" Target="http://rus.1september.ru/" TargetMode="External"/><Relationship Id="rId79" Type="http://schemas.openxmlformats.org/officeDocument/2006/relationships/hyperlink" Target="http://www.proshkolu.ru/" TargetMode="External"/><Relationship Id="rId5" Type="http://schemas.openxmlformats.org/officeDocument/2006/relationships/webSettings" Target="webSettings.xml"/><Relationship Id="rId61" Type="http://schemas.openxmlformats.org/officeDocument/2006/relationships/hyperlink" Target="http://www.proshkolu.ru/" TargetMode="External"/><Relationship Id="rId82" Type="http://schemas.openxmlformats.org/officeDocument/2006/relationships/hyperlink" Target="http://www.proshkolu.ru/" TargetMode="External"/><Relationship Id="rId10" Type="http://schemas.openxmlformats.org/officeDocument/2006/relationships/hyperlink" Target="http://www.proshkolu.ru/" TargetMode="External"/><Relationship Id="rId19" Type="http://schemas.openxmlformats.org/officeDocument/2006/relationships/hyperlink" Target="http://www.proshkolu.ru/" TargetMode="External"/><Relationship Id="rId31" Type="http://schemas.openxmlformats.org/officeDocument/2006/relationships/hyperlink" Target="http://www.proshkolu.ru/" TargetMode="External"/><Relationship Id="rId44" Type="http://schemas.openxmlformats.org/officeDocument/2006/relationships/hyperlink" Target="http://rus.1september.ru/" TargetMode="External"/><Relationship Id="rId52" Type="http://schemas.openxmlformats.org/officeDocument/2006/relationships/hyperlink" Target="http://www.proshkolu.ru/" TargetMode="External"/><Relationship Id="rId60" Type="http://schemas.openxmlformats.org/officeDocument/2006/relationships/hyperlink" Target="http://pedsovet.su/load/27" TargetMode="External"/><Relationship Id="rId65" Type="http://schemas.openxmlformats.org/officeDocument/2006/relationships/hyperlink" Target="http://rus.1september.ru/" TargetMode="External"/><Relationship Id="rId73" Type="http://schemas.openxmlformats.org/officeDocument/2006/relationships/hyperlink" Target="http://www.proshkolu.ru/" TargetMode="External"/><Relationship Id="rId78" Type="http://schemas.openxmlformats.org/officeDocument/2006/relationships/hyperlink" Target="http://pedsovet.su/load/27" TargetMode="External"/><Relationship Id="rId81" Type="http://schemas.openxmlformats.org/officeDocument/2006/relationships/hyperlink" Target="http://pedsovet.su/load/27" TargetMode="External"/><Relationship Id="rId4" Type="http://schemas.openxmlformats.org/officeDocument/2006/relationships/settings" Target="settings.xml"/><Relationship Id="rId9" Type="http://schemas.openxmlformats.org/officeDocument/2006/relationships/hyperlink" Target="http://pedsovet.su/load/27" TargetMode="External"/><Relationship Id="rId14" Type="http://schemas.openxmlformats.org/officeDocument/2006/relationships/hyperlink" Target="http://rus.1september.ru/" TargetMode="External"/><Relationship Id="rId22" Type="http://schemas.openxmlformats.org/officeDocument/2006/relationships/hyperlink" Target="http://www.proshkolu.ru/" TargetMode="External"/><Relationship Id="rId27" Type="http://schemas.openxmlformats.org/officeDocument/2006/relationships/hyperlink" Target="http://pedsovet.su/load/27" TargetMode="External"/><Relationship Id="rId30" Type="http://schemas.openxmlformats.org/officeDocument/2006/relationships/hyperlink" Target="http://pedsovet.su/load/27" TargetMode="External"/><Relationship Id="rId35" Type="http://schemas.openxmlformats.org/officeDocument/2006/relationships/hyperlink" Target="http://rus.1september.ru/" TargetMode="External"/><Relationship Id="rId43" Type="http://schemas.openxmlformats.org/officeDocument/2006/relationships/hyperlink" Target="http://www.proshkolu.ru/" TargetMode="External"/><Relationship Id="rId48" Type="http://schemas.openxmlformats.org/officeDocument/2006/relationships/hyperlink" Target="http://pedsovet.su/load/27" TargetMode="External"/><Relationship Id="rId56" Type="http://schemas.openxmlformats.org/officeDocument/2006/relationships/hyperlink" Target="http://rus.1september.ru/" TargetMode="External"/><Relationship Id="rId64" Type="http://schemas.openxmlformats.org/officeDocument/2006/relationships/hyperlink" Target="http://www.proshkolu.ru/" TargetMode="External"/><Relationship Id="rId69" Type="http://schemas.openxmlformats.org/officeDocument/2006/relationships/hyperlink" Target="http://pedsovet.su/load/27" TargetMode="External"/><Relationship Id="rId77" Type="http://schemas.openxmlformats.org/officeDocument/2006/relationships/hyperlink" Target="http://rus.1september.ru/" TargetMode="External"/><Relationship Id="rId8" Type="http://schemas.openxmlformats.org/officeDocument/2006/relationships/hyperlink" Target="http://rus.1september.ru/" TargetMode="External"/><Relationship Id="rId51" Type="http://schemas.openxmlformats.org/officeDocument/2006/relationships/hyperlink" Target="http://pedsovet.su/load/27" TargetMode="External"/><Relationship Id="rId72" Type="http://schemas.openxmlformats.org/officeDocument/2006/relationships/hyperlink" Target="http://pedsovet.su/load/27" TargetMode="External"/><Relationship Id="rId80" Type="http://schemas.openxmlformats.org/officeDocument/2006/relationships/hyperlink" Target="http://rus.1september.ru/" TargetMode="External"/><Relationship Id="rId3" Type="http://schemas.openxmlformats.org/officeDocument/2006/relationships/styles" Target="styles.xml"/><Relationship Id="rId12" Type="http://schemas.openxmlformats.org/officeDocument/2006/relationships/hyperlink" Target="http://pedsovet.su/load/27" TargetMode="External"/><Relationship Id="rId17" Type="http://schemas.openxmlformats.org/officeDocument/2006/relationships/hyperlink" Target="http://rus.1september.ru/" TargetMode="External"/><Relationship Id="rId25" Type="http://schemas.openxmlformats.org/officeDocument/2006/relationships/hyperlink" Target="http://www.proshkolu.ru/" TargetMode="External"/><Relationship Id="rId33" Type="http://schemas.openxmlformats.org/officeDocument/2006/relationships/hyperlink" Target="http://pedsovet.su/load/27" TargetMode="External"/><Relationship Id="rId38" Type="http://schemas.openxmlformats.org/officeDocument/2006/relationships/hyperlink" Target="http://rus.1september.ru/" TargetMode="External"/><Relationship Id="rId46" Type="http://schemas.openxmlformats.org/officeDocument/2006/relationships/hyperlink" Target="http://www.proshkolu.ru/" TargetMode="External"/><Relationship Id="rId59" Type="http://schemas.openxmlformats.org/officeDocument/2006/relationships/hyperlink" Target="http://rus.1september.ru/" TargetMode="External"/><Relationship Id="rId67" Type="http://schemas.openxmlformats.org/officeDocument/2006/relationships/hyperlink" Target="http://www.proshkolu.ru/" TargetMode="External"/><Relationship Id="rId20" Type="http://schemas.openxmlformats.org/officeDocument/2006/relationships/hyperlink" Target="http://rus.1september.ru/" TargetMode="External"/><Relationship Id="rId41" Type="http://schemas.openxmlformats.org/officeDocument/2006/relationships/hyperlink" Target="http://rus.1september.ru/" TargetMode="External"/><Relationship Id="rId54" Type="http://schemas.openxmlformats.org/officeDocument/2006/relationships/hyperlink" Target="http://pedsovet.su/load/27" TargetMode="External"/><Relationship Id="rId62" Type="http://schemas.openxmlformats.org/officeDocument/2006/relationships/hyperlink" Target="http://rus.1september.ru/" TargetMode="External"/><Relationship Id="rId70" Type="http://schemas.openxmlformats.org/officeDocument/2006/relationships/hyperlink" Target="http://www.proshkolu.ru/" TargetMode="External"/><Relationship Id="rId75" Type="http://schemas.openxmlformats.org/officeDocument/2006/relationships/hyperlink" Target="http://pedsovet.su/load/2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pedsovet.su/load/27" TargetMode="External"/><Relationship Id="rId23" Type="http://schemas.openxmlformats.org/officeDocument/2006/relationships/hyperlink" Target="http://rus.1september.ru/" TargetMode="External"/><Relationship Id="rId28" Type="http://schemas.openxmlformats.org/officeDocument/2006/relationships/hyperlink" Target="http://www.proshkolu.ru/" TargetMode="External"/><Relationship Id="rId36" Type="http://schemas.openxmlformats.org/officeDocument/2006/relationships/hyperlink" Target="http://pedsovet.su/load/27" TargetMode="External"/><Relationship Id="rId49" Type="http://schemas.openxmlformats.org/officeDocument/2006/relationships/hyperlink" Target="http://www.proshkolu.ru/" TargetMode="External"/><Relationship Id="rId57" Type="http://schemas.openxmlformats.org/officeDocument/2006/relationships/hyperlink" Target="http://pedsovet.su/load/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75379-3FB9-4662-B7BA-30018B8B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157</Pages>
  <Words>46940</Words>
  <Characters>267562</Characters>
  <Application>Microsoft Office Word</Application>
  <DocSecurity>0</DocSecurity>
  <Lines>2229</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2022-10-12T09:25:00Z</cp:lastPrinted>
  <dcterms:created xsi:type="dcterms:W3CDTF">2022-08-19T13:56:00Z</dcterms:created>
  <dcterms:modified xsi:type="dcterms:W3CDTF">2022-11-11T07:44:00Z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2022-08-15T00:00:00Z</vt:filetime>
  </property>
  <property fmtid="{D5CDD505-2E9C-101B-9397-08002B2CF9AE}" pid="3" name="Creator">
    <vt:lpwstr>wkhtmltopdf 0.12.6-dev</vt:lpwstr>
  </property>
  <property fmtid="{D5CDD505-2E9C-101B-9397-08002B2CF9AE}" pid="4" name="LastSaved">
    <vt:filetime>2022-08-15T00:00:00Z</vt:filetime>
  </property>
</Properties>
</file>